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History Lesson 14 Joseph Merrick - The Elephant Man</w:t>
      </w:r>
    </w:p>
    <w:p>
      <w:r>
        <w:rPr>
          <w:rFonts w:ascii="Arial" w:hAnsi="Arial"/>
          <w:color w:val="4F6880"/>
          <w:sz w:val="22"/>
        </w:rPr>
        <w:t>Mon, Oct 27, 2025 9:21PM • 1:22:53</w:t>
      </w:r>
    </w:p>
    <w:p>
      <w:pPr>
        <w:spacing w:before="440" w:after="0"/>
      </w:pPr>
      <w:r>
        <w:rPr>
          <w:rFonts w:ascii="Arial" w:hAnsi="Arial"/>
          <w:b/>
          <w:color w:val="4F6880"/>
          <w:sz w:val="22"/>
        </w:rPr>
        <w:t>SUMMARY KEYWORDS</w:t>
      </w:r>
    </w:p>
    <w:p>
      <w:r>
        <w:rPr>
          <w:rFonts w:ascii="Arial" w:hAnsi="Arial"/>
          <w:color w:val="4F6880"/>
          <w:sz w:val="22"/>
        </w:rPr>
        <w:t>Joseph Merrick, Elephant Man, disability history, Naidex, human novelty exhibitions, Frederick Treves, Proteus Syndrome, medical curiosity, social isolation, workhouse, London Hospital, Princess of Wales, accidental death, skeleton preservation, physical differences.</w:t>
      </w:r>
    </w:p>
    <w:p>
      <w:pPr>
        <w:spacing w:before="440" w:after="0"/>
      </w:pPr>
      <w:r>
        <w:rPr>
          <w:rFonts w:ascii="Arial" w:hAnsi="Arial"/>
          <w:b/>
          <w:color w:val="4F6880"/>
          <w:sz w:val="22"/>
        </w:rPr>
        <w:t>SPEAKERS</w:t>
      </w:r>
    </w:p>
    <w:p>
      <w:r>
        <w:rPr>
          <w:rFonts w:ascii="Arial" w:hAnsi="Arial"/>
          <w:color w:val="4F6880"/>
          <w:sz w:val="22"/>
        </w:rPr>
        <w:t>Daisy, Alice, Speaker 1, outro , Lucy, Theme Tune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and history.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 </w:t>
      </w:r>
    </w:p>
    <w:p>
      <w:pPr>
        <w:spacing w:after="0"/>
      </w:pPr>
    </w:p>
    <w:p>
      <w:pPr>
        <w:spacing w:after="0"/>
      </w:pPr>
      <w:r>
        <w:rPr>
          <w:rFonts w:ascii="Arial" w:hAnsi="Arial"/>
          <w:b/>
          <w:sz w:val="22"/>
        </w:rPr>
        <w:t xml:space="preserve">Daisy  </w:t>
      </w:r>
      <w:r>
        <w:rPr>
          <w:rFonts w:ascii="Arial" w:hAnsi="Arial"/>
          <w:color w:val="5D7284"/>
          <w:sz w:val="22"/>
        </w:rPr>
        <w:t>00:08</w:t>
      </w:r>
    </w:p>
    <w:p>
      <w:pPr>
        <w:spacing w:after="0"/>
      </w:pPr>
      <w:r>
        <w:rPr>
          <w:rFonts w:ascii="Arial" w:hAnsi="Arial"/>
          <w:sz w:val="22"/>
        </w:rPr>
        <w:t>I'm Daisy,</w:t>
      </w:r>
    </w:p>
    <w:p>
      <w:pPr>
        <w:spacing w:after="0"/>
      </w:pPr>
    </w:p>
    <w:p>
      <w:pPr>
        <w:spacing w:after="0"/>
      </w:pPr>
      <w:r>
        <w:rPr>
          <w:rFonts w:ascii="Arial" w:hAnsi="Arial"/>
          <w:b/>
          <w:sz w:val="22"/>
        </w:rPr>
        <w:t xml:space="preserve">Theme Tune  </w:t>
      </w:r>
      <w:r>
        <w:rPr>
          <w:rFonts w:ascii="Arial" w:hAnsi="Arial"/>
          <w:color w:val="5D7284"/>
          <w:sz w:val="22"/>
        </w:rPr>
        <w:t>00:12</w:t>
      </w:r>
    </w:p>
    <w:p>
      <w:pPr>
        <w:spacing w:after="0"/>
      </w:pPr>
      <w:r>
        <w:rPr>
          <w:rFonts w:ascii="Arial" w:hAnsi="Arial"/>
          <w:sz w:val="22"/>
        </w:rPr>
        <w:t>Though, I might not fit in socially, I'm much more than what you see. We all live our lives differently, kaleidoscope, identity, and this is who I meant to be.I'm just labeled me. I'm just lABLEd me</w:t>
      </w:r>
    </w:p>
    <w:p>
      <w:pPr>
        <w:spacing w:after="0"/>
      </w:pPr>
    </w:p>
    <w:p>
      <w:pPr>
        <w:spacing w:after="0"/>
      </w:pPr>
      <w:r>
        <w:rPr>
          <w:rFonts w:ascii="Arial" w:hAnsi="Arial"/>
          <w:b/>
          <w:sz w:val="22"/>
        </w:rPr>
        <w:t xml:space="preserve">Daisy  </w:t>
      </w:r>
      <w:r>
        <w:rPr>
          <w:rFonts w:ascii="Arial" w:hAnsi="Arial"/>
          <w:color w:val="5D7284"/>
          <w:sz w:val="22"/>
        </w:rPr>
        <w:t>00:38</w:t>
      </w:r>
    </w:p>
    <w:p>
      <w:pPr>
        <w:spacing w:after="0"/>
      </w:pPr>
      <w:r>
        <w:rPr>
          <w:rFonts w:ascii="Arial" w:hAnsi="Arial"/>
          <w:sz w:val="22"/>
        </w:rPr>
        <w:t>in this episode, along with Lucy crying and Alice wearing there is going to be a number of historical terms for disability that are now considered extremely offensive.</w:t>
      </w:r>
    </w:p>
    <w:p>
      <w:pPr>
        <w:spacing w:after="0"/>
      </w:pPr>
    </w:p>
    <w:p>
      <w:pPr>
        <w:spacing w:after="0"/>
      </w:pPr>
      <w:r>
        <w:rPr>
          <w:rFonts w:ascii="Arial" w:hAnsi="Arial"/>
          <w:b/>
          <w:sz w:val="22"/>
        </w:rPr>
        <w:t xml:space="preserve">Alice  </w:t>
      </w:r>
      <w:r>
        <w:rPr>
          <w:rFonts w:ascii="Arial" w:hAnsi="Arial"/>
          <w:color w:val="5D7284"/>
          <w:sz w:val="22"/>
        </w:rPr>
        <w:t>00:48</w:t>
      </w:r>
    </w:p>
    <w:p>
      <w:pPr>
        <w:spacing w:after="0"/>
      </w:pPr>
      <w:r>
        <w:rPr>
          <w:rFonts w:ascii="Arial" w:hAnsi="Arial"/>
          <w:sz w:val="22"/>
        </w:rPr>
        <w:t xml:space="preserve">Hello and welcome to a brand new season of the lABLEd podcast. Your favorite disability, illness and difference podcast. I am Alice, and I am here with Lucy, </w:t>
      </w:r>
    </w:p>
    <w:p>
      <w:pPr>
        <w:spacing w:after="0"/>
      </w:pPr>
    </w:p>
    <w:p>
      <w:pPr>
        <w:spacing w:after="0"/>
      </w:pPr>
      <w:r>
        <w:rPr>
          <w:rFonts w:ascii="Arial" w:hAnsi="Arial"/>
          <w:b/>
          <w:sz w:val="22"/>
        </w:rPr>
        <w:t xml:space="preserve">Lucy  </w:t>
      </w:r>
      <w:r>
        <w:rPr>
          <w:rFonts w:ascii="Arial" w:hAnsi="Arial"/>
          <w:color w:val="5D7284"/>
          <w:sz w:val="22"/>
        </w:rPr>
        <w:t>01:01</w:t>
      </w:r>
    </w:p>
    <w:p>
      <w:pPr>
        <w:spacing w:after="0"/>
      </w:pPr>
      <w:r>
        <w:rPr>
          <w:rFonts w:ascii="Arial" w:hAnsi="Arial"/>
          <w:sz w:val="22"/>
        </w:rPr>
        <w:t xml:space="preserve">hello. </w:t>
      </w:r>
    </w:p>
    <w:p>
      <w:pPr>
        <w:spacing w:after="0"/>
      </w:pPr>
    </w:p>
    <w:p>
      <w:pPr>
        <w:spacing w:after="0"/>
      </w:pPr>
      <w:r>
        <w:rPr>
          <w:rFonts w:ascii="Arial" w:hAnsi="Arial"/>
          <w:b/>
          <w:sz w:val="22"/>
        </w:rPr>
        <w:t xml:space="preserve">Alice  </w:t>
      </w:r>
      <w:r>
        <w:rPr>
          <w:rFonts w:ascii="Arial" w:hAnsi="Arial"/>
          <w:color w:val="5D7284"/>
          <w:sz w:val="22"/>
        </w:rPr>
        <w:t>01:03</w:t>
      </w:r>
    </w:p>
    <w:p>
      <w:pPr>
        <w:spacing w:after="0"/>
      </w:pPr>
      <w:r>
        <w:rPr>
          <w:rFonts w:ascii="Arial" w:hAnsi="Arial"/>
          <w:sz w:val="22"/>
        </w:rPr>
        <w:t>And we are also here with Daisy,</w:t>
      </w:r>
    </w:p>
    <w:p>
      <w:pPr>
        <w:spacing w:after="0"/>
      </w:pPr>
    </w:p>
    <w:p>
      <w:pPr>
        <w:spacing w:after="0"/>
      </w:pPr>
      <w:r>
        <w:rPr>
          <w:rFonts w:ascii="Arial" w:hAnsi="Arial"/>
          <w:b/>
          <w:sz w:val="22"/>
        </w:rPr>
        <w:t xml:space="preserve">Daisy  </w:t>
      </w:r>
      <w:r>
        <w:rPr>
          <w:rFonts w:ascii="Arial" w:hAnsi="Arial"/>
          <w:color w:val="5D7284"/>
          <w:sz w:val="22"/>
        </w:rPr>
        <w:t>01:05</w:t>
      </w:r>
    </w:p>
    <w:p>
      <w:pPr>
        <w:spacing w:after="0"/>
      </w:pPr>
      <w:r>
        <w:rPr>
          <w:rFonts w:ascii="Arial" w:hAnsi="Arial"/>
          <w:sz w:val="22"/>
        </w:rPr>
        <w:t xml:space="preserve"> hello.</w:t>
      </w:r>
    </w:p>
    <w:p>
      <w:pPr>
        <w:spacing w:after="0"/>
      </w:pPr>
    </w:p>
    <w:p>
      <w:pPr>
        <w:spacing w:after="0"/>
      </w:pPr>
      <w:r>
        <w:rPr>
          <w:rFonts w:ascii="Arial" w:hAnsi="Arial"/>
          <w:b/>
          <w:sz w:val="22"/>
        </w:rPr>
        <w:t xml:space="preserve">Alice  </w:t>
      </w:r>
      <w:r>
        <w:rPr>
          <w:rFonts w:ascii="Arial" w:hAnsi="Arial"/>
          <w:color w:val="5D7284"/>
          <w:sz w:val="22"/>
        </w:rPr>
        <w:t>01:06</w:t>
      </w:r>
    </w:p>
    <w:p>
      <w:pPr>
        <w:spacing w:after="0"/>
      </w:pPr>
      <w:r>
        <w:rPr>
          <w:rFonts w:ascii="Arial" w:hAnsi="Arial"/>
          <w:sz w:val="22"/>
        </w:rPr>
        <w:t xml:space="preserve"> And so that means we're going to be doing a history lesson today.</w:t>
      </w:r>
    </w:p>
    <w:p>
      <w:pPr>
        <w:spacing w:after="0"/>
      </w:pPr>
    </w:p>
    <w:p>
      <w:pPr>
        <w:spacing w:after="0"/>
      </w:pPr>
      <w:r>
        <w:rPr>
          <w:rFonts w:ascii="Arial" w:hAnsi="Arial"/>
          <w:b/>
          <w:sz w:val="22"/>
        </w:rPr>
        <w:t xml:space="preserve">Lucy  </w:t>
      </w:r>
      <w:r>
        <w:rPr>
          <w:rFonts w:ascii="Arial" w:hAnsi="Arial"/>
          <w:color w:val="5D7284"/>
          <w:sz w:val="22"/>
        </w:rPr>
        <w:t>01:08</w:t>
      </w:r>
    </w:p>
    <w:p>
      <w:pPr>
        <w:spacing w:after="0"/>
      </w:pPr>
      <w:r>
        <w:rPr>
          <w:rFonts w:ascii="Arial" w:hAnsi="Arial"/>
          <w:sz w:val="22"/>
        </w:rPr>
        <w:t>Woohoo! Our favourite</w:t>
      </w:r>
    </w:p>
    <w:p>
      <w:pPr>
        <w:spacing w:after="0"/>
      </w:pPr>
    </w:p>
    <w:p>
      <w:pPr>
        <w:spacing w:after="0"/>
      </w:pPr>
      <w:r>
        <w:rPr>
          <w:rFonts w:ascii="Arial" w:hAnsi="Arial"/>
          <w:b/>
          <w:sz w:val="22"/>
        </w:rPr>
        <w:t xml:space="preserve">Alice  </w:t>
      </w:r>
      <w:r>
        <w:rPr>
          <w:rFonts w:ascii="Arial" w:hAnsi="Arial"/>
          <w:color w:val="5D7284"/>
          <w:sz w:val="22"/>
        </w:rPr>
        <w:t>01:09</w:t>
      </w:r>
    </w:p>
    <w:p>
      <w:pPr>
        <w:spacing w:after="0"/>
      </w:pPr>
      <w:r>
        <w:rPr>
          <w:rFonts w:ascii="Arial" w:hAnsi="Arial"/>
          <w:sz w:val="22"/>
        </w:rPr>
        <w:t xml:space="preserve"> It is exciting. We're all super, super tired, and so we're going to have to fake it till we make it with the excitement. But I'm looking forward to what's probably going to be a difficult and depressing episode, but it will be interesting nonetheless. This is an episode that we're doing sort of inspired by the episode that Lucy and I recorded at Naidex earlier this year. Lucy, do you want to tell the listeners a little bit about that episode, because it's going out as our bonus content for those of you who weren't there. </w:t>
      </w:r>
    </w:p>
    <w:p>
      <w:pPr>
        <w:spacing w:after="0"/>
      </w:pPr>
    </w:p>
    <w:p>
      <w:pPr>
        <w:spacing w:after="0"/>
      </w:pPr>
      <w:r>
        <w:rPr>
          <w:rFonts w:ascii="Arial" w:hAnsi="Arial"/>
          <w:b/>
          <w:sz w:val="22"/>
        </w:rPr>
        <w:t xml:space="preserve">Lucy  </w:t>
      </w:r>
      <w:r>
        <w:rPr>
          <w:rFonts w:ascii="Arial" w:hAnsi="Arial"/>
          <w:color w:val="5D7284"/>
          <w:sz w:val="22"/>
        </w:rPr>
        <w:t>01:47</w:t>
      </w:r>
    </w:p>
    <w:p>
      <w:pPr>
        <w:spacing w:after="0"/>
      </w:pPr>
      <w:r>
        <w:rPr>
          <w:rFonts w:ascii="Arial" w:hAnsi="Arial"/>
          <w:sz w:val="22"/>
        </w:rPr>
        <w:t>Yeah.So we got invited to be sort of like of a guest podcast for the two day event at Nadex, which I found hilarious, because we're just winging this, aren't we, really, to be honest, to a certain extent. But yeah, so they wanted us to, like, sort of do a kind of loose women style show, and both me and Alice were like, No, we don't do that sort of thing really, but we do do history lessons. No, we do do fabled that was it fabled, and we were going to talk to talk about Joseph Merrick, because of the elephant man, and also Sebastian's in a different man. So we covered both of those films together</w:t>
      </w:r>
    </w:p>
    <w:p>
      <w:pPr>
        <w:spacing w:after="0"/>
      </w:pPr>
    </w:p>
    <w:p>
      <w:pPr>
        <w:spacing w:after="0"/>
      </w:pPr>
      <w:r>
        <w:rPr>
          <w:rFonts w:ascii="Arial" w:hAnsi="Arial"/>
          <w:b/>
          <w:sz w:val="22"/>
        </w:rPr>
        <w:t xml:space="preserve">Alice  </w:t>
      </w:r>
      <w:r>
        <w:rPr>
          <w:rFonts w:ascii="Arial" w:hAnsi="Arial"/>
          <w:color w:val="5D7284"/>
          <w:sz w:val="22"/>
        </w:rPr>
        <w:t>02:32</w:t>
      </w:r>
    </w:p>
    <w:p>
      <w:pPr>
        <w:spacing w:after="0"/>
      </w:pPr>
      <w:r>
        <w:rPr>
          <w:rFonts w:ascii="Arial" w:hAnsi="Arial"/>
          <w:sz w:val="22"/>
        </w:rPr>
        <w:t xml:space="preserve">in 45 minutes, which Lucy or 40 minutes even, and Lucy and I were just the whole time like we've never had to be so succinct and like, cram stuff. </w:t>
      </w:r>
    </w:p>
    <w:p>
      <w:pPr>
        <w:spacing w:after="0"/>
      </w:pPr>
    </w:p>
    <w:p>
      <w:pPr>
        <w:spacing w:after="0"/>
      </w:pPr>
      <w:r>
        <w:rPr>
          <w:rFonts w:ascii="Arial" w:hAnsi="Arial"/>
          <w:b/>
          <w:sz w:val="22"/>
        </w:rPr>
        <w:t xml:space="preserve">Lucy  </w:t>
      </w:r>
      <w:r>
        <w:rPr>
          <w:rFonts w:ascii="Arial" w:hAnsi="Arial"/>
          <w:color w:val="5D7284"/>
          <w:sz w:val="22"/>
        </w:rPr>
        <w:t>02:43</w:t>
      </w:r>
    </w:p>
    <w:p>
      <w:pPr>
        <w:spacing w:after="0"/>
      </w:pPr>
      <w:r>
        <w:rPr>
          <w:rFonts w:ascii="Arial" w:hAnsi="Arial"/>
          <w:sz w:val="22"/>
        </w:rPr>
        <w:t xml:space="preserve">I got my iPad, iPad with the script on, like, and Alice kept looking at me like, are we to time. Oh, we did time. I was like, yes we are fine,  so we did have a slight audience. There were some people that just sat down and had a sandwich while we were talking. So I don't actually know if they were listening, but so then we decided that we're going to use that as bonus content and then have the history lesson </w:t>
      </w:r>
    </w:p>
    <w:p>
      <w:pPr>
        <w:spacing w:after="0"/>
      </w:pPr>
    </w:p>
    <w:p>
      <w:pPr>
        <w:spacing w:after="0"/>
      </w:pPr>
      <w:r>
        <w:rPr>
          <w:rFonts w:ascii="Arial" w:hAnsi="Arial"/>
          <w:b/>
          <w:sz w:val="22"/>
        </w:rPr>
        <w:t xml:space="preserve">Alice  </w:t>
      </w:r>
      <w:r>
        <w:rPr>
          <w:rFonts w:ascii="Arial" w:hAnsi="Arial"/>
          <w:color w:val="5D7284"/>
          <w:sz w:val="22"/>
        </w:rPr>
        <w:t>03:10</w:t>
      </w:r>
    </w:p>
    <w:p>
      <w:pPr>
        <w:spacing w:after="0"/>
      </w:pPr>
      <w:r>
        <w:rPr>
          <w:rFonts w:ascii="Arial" w:hAnsi="Arial"/>
          <w:sz w:val="22"/>
        </w:rPr>
        <w:t>And off the back of that, yeah, we bullied Daisy into putting together a history lesson about the real elephant man. Oh,</w:t>
      </w:r>
    </w:p>
    <w:p>
      <w:pPr>
        <w:spacing w:after="0"/>
      </w:pPr>
    </w:p>
    <w:p>
      <w:pPr>
        <w:spacing w:after="0"/>
      </w:pPr>
      <w:r>
        <w:rPr>
          <w:rFonts w:ascii="Arial" w:hAnsi="Arial"/>
          <w:b/>
          <w:sz w:val="22"/>
        </w:rPr>
        <w:t xml:space="preserve">Daisy  </w:t>
      </w:r>
      <w:r>
        <w:rPr>
          <w:rFonts w:ascii="Arial" w:hAnsi="Arial"/>
          <w:color w:val="5D7284"/>
          <w:sz w:val="22"/>
        </w:rPr>
        <w:t>03:11</w:t>
      </w:r>
    </w:p>
    <w:p>
      <w:pPr>
        <w:spacing w:after="0"/>
      </w:pPr>
      <w:r>
        <w:rPr>
          <w:rFonts w:ascii="Arial" w:hAnsi="Arial"/>
          <w:sz w:val="22"/>
        </w:rPr>
        <w:t xml:space="preserve">you don't have to bully me to do that, you just have to remind me, sort of once every four days, kind of remember that thing you committed to. </w:t>
      </w:r>
    </w:p>
    <w:p>
      <w:pPr>
        <w:spacing w:after="0"/>
      </w:pPr>
    </w:p>
    <w:p>
      <w:pPr>
        <w:spacing w:after="0"/>
      </w:pPr>
      <w:r>
        <w:rPr>
          <w:rFonts w:ascii="Arial" w:hAnsi="Arial"/>
          <w:b/>
          <w:sz w:val="22"/>
        </w:rPr>
        <w:t xml:space="preserve">Lucy  </w:t>
      </w:r>
      <w:r>
        <w:rPr>
          <w:rFonts w:ascii="Arial" w:hAnsi="Arial"/>
          <w:color w:val="5D7284"/>
          <w:sz w:val="22"/>
        </w:rPr>
        <w:t>03:29</w:t>
      </w:r>
    </w:p>
    <w:p>
      <w:pPr>
        <w:spacing w:after="0"/>
      </w:pPr>
      <w:r>
        <w:rPr>
          <w:rFonts w:ascii="Arial" w:hAnsi="Arial"/>
          <w:sz w:val="22"/>
        </w:rPr>
        <w:t>One thing I will say, though about the bonus content is, we've just discussed it. We were about to sort of start our spiel, and Adam ran over almost crawls over on his hands and knees to push the button that turned the machine on</w:t>
      </w:r>
    </w:p>
    <w:p>
      <w:pPr>
        <w:spacing w:after="0"/>
      </w:pPr>
    </w:p>
    <w:p>
      <w:pPr>
        <w:spacing w:after="0"/>
      </w:pPr>
      <w:r>
        <w:rPr>
          <w:rFonts w:ascii="Arial" w:hAnsi="Arial"/>
          <w:b/>
          <w:sz w:val="22"/>
        </w:rPr>
        <w:t xml:space="preserve">Alice  </w:t>
      </w:r>
      <w:r>
        <w:rPr>
          <w:rFonts w:ascii="Arial" w:hAnsi="Arial"/>
          <w:color w:val="5D7284"/>
          <w:sz w:val="22"/>
        </w:rPr>
        <w:t>03:49</w:t>
      </w:r>
    </w:p>
    <w:p>
      <w:pPr>
        <w:spacing w:after="0"/>
      </w:pPr>
      <w:r>
        <w:rPr>
          <w:rFonts w:ascii="Arial" w:hAnsi="Arial"/>
          <w:sz w:val="22"/>
        </w:rPr>
        <w:t>to press record  because it was, it was really funny, because he'd, he'd gone. I really pleased myself. I got that all set up and ready with loads of time to spare. Yeah, went. Sat down</w:t>
      </w:r>
    </w:p>
    <w:p>
      <w:pPr>
        <w:spacing w:after="0"/>
      </w:pPr>
    </w:p>
    <w:p>
      <w:pPr>
        <w:spacing w:after="0"/>
      </w:pPr>
      <w:r>
        <w:rPr>
          <w:rFonts w:ascii="Arial" w:hAnsi="Arial"/>
          <w:b/>
          <w:sz w:val="22"/>
        </w:rPr>
        <w:t xml:space="preserve">Lucy  </w:t>
      </w:r>
      <w:r>
        <w:rPr>
          <w:rFonts w:ascii="Arial" w:hAnsi="Arial"/>
          <w:color w:val="5D7284"/>
          <w:sz w:val="22"/>
        </w:rPr>
        <w:t>04:00</w:t>
      </w:r>
    </w:p>
    <w:p>
      <w:pPr>
        <w:spacing w:after="0"/>
      </w:pPr>
      <w:r>
        <w:rPr>
          <w:rFonts w:ascii="Arial" w:hAnsi="Arial"/>
          <w:sz w:val="22"/>
        </w:rPr>
        <w:t>talking to my mum, just happily chatting away,</w:t>
      </w:r>
    </w:p>
    <w:p>
      <w:pPr>
        <w:spacing w:after="0"/>
      </w:pPr>
    </w:p>
    <w:p>
      <w:pPr>
        <w:spacing w:after="0"/>
      </w:pPr>
      <w:r>
        <w:rPr>
          <w:rFonts w:ascii="Arial" w:hAnsi="Arial"/>
          <w:b/>
          <w:sz w:val="22"/>
        </w:rPr>
        <w:t xml:space="preserve">Alice  </w:t>
      </w:r>
      <w:r>
        <w:rPr>
          <w:rFonts w:ascii="Arial" w:hAnsi="Arial"/>
          <w:color w:val="5D7284"/>
          <w:sz w:val="22"/>
        </w:rPr>
        <w:t>04:03</w:t>
      </w:r>
    </w:p>
    <w:p>
      <w:pPr>
        <w:spacing w:after="0"/>
      </w:pPr>
      <w:r>
        <w:rPr>
          <w:rFonts w:ascii="Arial" w:hAnsi="Arial"/>
          <w:sz w:val="22"/>
        </w:rPr>
        <w:t xml:space="preserve"> and then suddenly, like his pants are on fire,</w:t>
      </w:r>
    </w:p>
    <w:p>
      <w:pPr>
        <w:spacing w:after="0"/>
      </w:pPr>
    </w:p>
    <w:p>
      <w:pPr>
        <w:spacing w:after="0"/>
      </w:pPr>
      <w:r>
        <w:rPr>
          <w:rFonts w:ascii="Arial" w:hAnsi="Arial"/>
          <w:b/>
          <w:sz w:val="22"/>
        </w:rPr>
        <w:t xml:space="preserve">Lucy  </w:t>
      </w:r>
      <w:r>
        <w:rPr>
          <w:rFonts w:ascii="Arial" w:hAnsi="Arial"/>
          <w:color w:val="5D7284"/>
          <w:sz w:val="22"/>
        </w:rPr>
        <w:t>04:07</w:t>
      </w:r>
    </w:p>
    <w:p>
      <w:pPr>
        <w:spacing w:after="0"/>
      </w:pPr>
      <w:r>
        <w:rPr>
          <w:rFonts w:ascii="Arial" w:hAnsi="Arial"/>
          <w:sz w:val="22"/>
        </w:rPr>
        <w:t>and I'm looking at him, thinking, why is he look on his face? Because we were starting to get into full flow. So the beginning of the episode is somewhat chaotic.</w:t>
      </w:r>
    </w:p>
    <w:p>
      <w:pPr>
        <w:spacing w:after="0"/>
      </w:pPr>
    </w:p>
    <w:p>
      <w:pPr>
        <w:spacing w:after="0"/>
      </w:pPr>
      <w:r>
        <w:rPr>
          <w:rFonts w:ascii="Arial" w:hAnsi="Arial"/>
          <w:b/>
          <w:sz w:val="22"/>
        </w:rPr>
        <w:t xml:space="preserve">Daisy  </w:t>
      </w:r>
      <w:r>
        <w:rPr>
          <w:rFonts w:ascii="Arial" w:hAnsi="Arial"/>
          <w:color w:val="5D7284"/>
          <w:sz w:val="22"/>
        </w:rPr>
        <w:t>04:19</w:t>
      </w:r>
    </w:p>
    <w:p>
      <w:pPr>
        <w:spacing w:after="0"/>
      </w:pPr>
      <w:r>
        <w:rPr>
          <w:rFonts w:ascii="Arial" w:hAnsi="Arial"/>
          <w:sz w:val="22"/>
        </w:rPr>
        <w:t>It's a different level of confidence that has to because for me, if I was doing something like that and I completed all of my tasks much earlier than expected, my immediate response would be, oh, God,</w:t>
      </w:r>
    </w:p>
    <w:p>
      <w:pPr>
        <w:spacing w:after="0"/>
      </w:pPr>
    </w:p>
    <w:p>
      <w:pPr>
        <w:spacing w:after="0"/>
      </w:pPr>
      <w:r>
        <w:rPr>
          <w:rFonts w:ascii="Arial" w:hAnsi="Arial"/>
          <w:b/>
          <w:sz w:val="22"/>
        </w:rPr>
        <w:t xml:space="preserve">Lucy  </w:t>
      </w:r>
      <w:r>
        <w:rPr>
          <w:rFonts w:ascii="Arial" w:hAnsi="Arial"/>
          <w:color w:val="5D7284"/>
          <w:sz w:val="22"/>
        </w:rPr>
        <w:t>04:29</w:t>
      </w:r>
    </w:p>
    <w:p>
      <w:pPr>
        <w:spacing w:after="0"/>
      </w:pPr>
      <w:r>
        <w:rPr>
          <w:rFonts w:ascii="Arial" w:hAnsi="Arial"/>
          <w:sz w:val="22"/>
        </w:rPr>
        <w:t>why have I got nothing to do?</w:t>
      </w:r>
    </w:p>
    <w:p>
      <w:pPr>
        <w:spacing w:after="0"/>
      </w:pPr>
    </w:p>
    <w:p>
      <w:pPr>
        <w:spacing w:after="0"/>
      </w:pPr>
      <w:r>
        <w:rPr>
          <w:rFonts w:ascii="Arial" w:hAnsi="Arial"/>
          <w:b/>
          <w:sz w:val="22"/>
        </w:rPr>
        <w:t xml:space="preserve">Daisy  </w:t>
      </w:r>
      <w:r>
        <w:rPr>
          <w:rFonts w:ascii="Arial" w:hAnsi="Arial"/>
          <w:color w:val="5D7284"/>
          <w:sz w:val="22"/>
        </w:rPr>
        <w:t>04:34</w:t>
      </w:r>
    </w:p>
    <w:p>
      <w:pPr>
        <w:spacing w:after="0"/>
      </w:pPr>
      <w:r>
        <w:rPr>
          <w:rFonts w:ascii="Arial" w:hAnsi="Arial"/>
          <w:sz w:val="22"/>
        </w:rPr>
        <w:t>Yeah, I should be running around right now, doing something. There's something I've missed, like that, I admire him, that he has enough confidence in his abilities just be like, Yeah,</w:t>
      </w:r>
    </w:p>
    <w:p>
      <w:pPr>
        <w:spacing w:after="0"/>
      </w:pPr>
    </w:p>
    <w:p>
      <w:pPr>
        <w:spacing w:after="0"/>
      </w:pPr>
      <w:r>
        <w:rPr>
          <w:rFonts w:ascii="Arial" w:hAnsi="Arial"/>
          <w:b/>
          <w:sz w:val="22"/>
        </w:rPr>
        <w:t xml:space="preserve">Lucy  </w:t>
      </w:r>
      <w:r>
        <w:rPr>
          <w:rFonts w:ascii="Arial" w:hAnsi="Arial"/>
          <w:color w:val="5D7284"/>
          <w:sz w:val="22"/>
        </w:rPr>
        <w:t>04:45</w:t>
      </w:r>
    </w:p>
    <w:p>
      <w:pPr>
        <w:spacing w:after="0"/>
      </w:pPr>
      <w:r>
        <w:rPr>
          <w:rFonts w:ascii="Arial" w:hAnsi="Arial"/>
          <w:sz w:val="22"/>
        </w:rPr>
        <w:t xml:space="preserve"> but luckily, it's like the first, just that give, like, the first 30 seconds to a minute.</w:t>
      </w:r>
    </w:p>
    <w:p>
      <w:pPr>
        <w:spacing w:after="0"/>
      </w:pPr>
    </w:p>
    <w:p>
      <w:pPr>
        <w:spacing w:after="0"/>
      </w:pPr>
      <w:r>
        <w:rPr>
          <w:rFonts w:ascii="Arial" w:hAnsi="Arial"/>
          <w:b/>
          <w:sz w:val="22"/>
        </w:rPr>
        <w:t xml:space="preserve">Alice  </w:t>
      </w:r>
      <w:r>
        <w:rPr>
          <w:rFonts w:ascii="Arial" w:hAnsi="Arial"/>
          <w:color w:val="5D7284"/>
          <w:sz w:val="22"/>
        </w:rPr>
        <w:t>04:50</w:t>
      </w:r>
    </w:p>
    <w:p>
      <w:pPr>
        <w:spacing w:after="0"/>
      </w:pPr>
      <w:r>
        <w:rPr>
          <w:rFonts w:ascii="Arial" w:hAnsi="Arial"/>
          <w:sz w:val="22"/>
        </w:rPr>
        <w:t xml:space="preserve">It's not even that, I don't know, yeah, right. It's not like he had to run across a crowded theater to get </w:t>
      </w:r>
    </w:p>
    <w:p>
      <w:pPr>
        <w:spacing w:after="0"/>
      </w:pPr>
    </w:p>
    <w:p>
      <w:pPr>
        <w:spacing w:after="0"/>
      </w:pPr>
      <w:r>
        <w:rPr>
          <w:rFonts w:ascii="Arial" w:hAnsi="Arial"/>
          <w:b/>
          <w:sz w:val="22"/>
        </w:rPr>
        <w:t xml:space="preserve">Lucy  </w:t>
      </w:r>
      <w:r>
        <w:rPr>
          <w:rFonts w:ascii="Arial" w:hAnsi="Arial"/>
          <w:color w:val="5D7284"/>
          <w:sz w:val="22"/>
        </w:rPr>
        <w:t>04:57</w:t>
      </w:r>
    </w:p>
    <w:p>
      <w:pPr>
        <w:spacing w:after="0"/>
      </w:pPr>
      <w:r>
        <w:rPr>
          <w:rFonts w:ascii="Arial" w:hAnsi="Arial"/>
          <w:sz w:val="22"/>
        </w:rPr>
        <w:t xml:space="preserve">no Alice.That's what you tell people. He. Heroically ran through the crowd. </w:t>
      </w:r>
    </w:p>
    <w:p>
      <w:pPr>
        <w:spacing w:after="0"/>
      </w:pPr>
    </w:p>
    <w:p>
      <w:pPr>
        <w:spacing w:after="0"/>
      </w:pPr>
      <w:r>
        <w:rPr>
          <w:rFonts w:ascii="Arial" w:hAnsi="Arial"/>
          <w:b/>
          <w:sz w:val="22"/>
        </w:rPr>
        <w:t xml:space="preserve">Daisy  </w:t>
      </w:r>
      <w:r>
        <w:rPr>
          <w:rFonts w:ascii="Arial" w:hAnsi="Arial"/>
          <w:color w:val="5D7284"/>
          <w:sz w:val="22"/>
        </w:rPr>
        <w:t>04:58</w:t>
      </w:r>
    </w:p>
    <w:p>
      <w:pPr>
        <w:spacing w:after="0"/>
      </w:pPr>
      <w:r>
        <w:rPr>
          <w:rFonts w:ascii="Arial" w:hAnsi="Arial"/>
          <w:sz w:val="22"/>
        </w:rPr>
        <w:t>He jumped from the jump from the private box.</w:t>
      </w:r>
    </w:p>
    <w:p>
      <w:pPr>
        <w:spacing w:after="0"/>
      </w:pPr>
    </w:p>
    <w:p>
      <w:pPr>
        <w:spacing w:after="0"/>
      </w:pPr>
      <w:r>
        <w:rPr>
          <w:rFonts w:ascii="Arial" w:hAnsi="Arial"/>
          <w:b/>
          <w:sz w:val="22"/>
        </w:rPr>
        <w:t xml:space="preserve">Lucy  </w:t>
      </w:r>
      <w:r>
        <w:rPr>
          <w:rFonts w:ascii="Arial" w:hAnsi="Arial"/>
          <w:color w:val="5D7284"/>
          <w:sz w:val="22"/>
        </w:rPr>
        <w:t>05:07</w:t>
      </w:r>
    </w:p>
    <w:p>
      <w:pPr>
        <w:spacing w:after="0"/>
      </w:pPr>
      <w:r>
        <w:rPr>
          <w:rFonts w:ascii="Arial" w:hAnsi="Arial"/>
          <w:sz w:val="22"/>
        </w:rPr>
        <w:t xml:space="preserve">Yeah, exactly </w:t>
      </w:r>
    </w:p>
    <w:p>
      <w:pPr>
        <w:spacing w:after="0"/>
      </w:pPr>
    </w:p>
    <w:p>
      <w:pPr>
        <w:spacing w:after="0"/>
      </w:pPr>
      <w:r>
        <w:rPr>
          <w:rFonts w:ascii="Arial" w:hAnsi="Arial"/>
          <w:b/>
          <w:sz w:val="22"/>
        </w:rPr>
        <w:t xml:space="preserve">Alice  </w:t>
      </w:r>
      <w:r>
        <w:rPr>
          <w:rFonts w:ascii="Arial" w:hAnsi="Arial"/>
          <w:color w:val="5D7284"/>
          <w:sz w:val="22"/>
        </w:rPr>
        <w:t>05:09</w:t>
      </w:r>
    </w:p>
    <w:p>
      <w:pPr>
        <w:spacing w:after="0"/>
      </w:pPr>
      <w:r>
        <w:rPr>
          <w:rFonts w:ascii="Arial" w:hAnsi="Arial"/>
          <w:sz w:val="22"/>
        </w:rPr>
        <w:t>phantom of the opera style.</w:t>
      </w:r>
    </w:p>
    <w:p>
      <w:pPr>
        <w:spacing w:after="0"/>
      </w:pPr>
    </w:p>
    <w:p>
      <w:pPr>
        <w:spacing w:after="0"/>
      </w:pPr>
      <w:r>
        <w:rPr>
          <w:rFonts w:ascii="Arial" w:hAnsi="Arial"/>
          <w:b/>
          <w:sz w:val="22"/>
        </w:rPr>
        <w:t xml:space="preserve">Lucy  </w:t>
      </w:r>
      <w:r>
        <w:rPr>
          <w:rFonts w:ascii="Arial" w:hAnsi="Arial"/>
          <w:color w:val="5D7284"/>
          <w:sz w:val="22"/>
        </w:rPr>
        <w:t>05:10</w:t>
      </w:r>
    </w:p>
    <w:p>
      <w:pPr>
        <w:spacing w:after="0"/>
      </w:pPr>
      <w:r>
        <w:rPr>
          <w:rFonts w:ascii="Arial" w:hAnsi="Arial"/>
          <w:sz w:val="22"/>
        </w:rPr>
        <w:t xml:space="preserve"> So yes. So there we go. So it get inspired this history lesson about Joseph Merrick. One thing I will say before I hand over to you. Daisy is, for some reason, in the film, he's called John, and in real life he's called Joe.</w:t>
      </w:r>
    </w:p>
    <w:p>
      <w:pPr>
        <w:spacing w:after="0"/>
      </w:pPr>
    </w:p>
    <w:p>
      <w:pPr>
        <w:spacing w:after="0"/>
      </w:pPr>
      <w:r>
        <w:rPr>
          <w:rFonts w:ascii="Arial" w:hAnsi="Arial"/>
          <w:b/>
          <w:sz w:val="22"/>
        </w:rPr>
        <w:t xml:space="preserve">Daisy  </w:t>
      </w:r>
      <w:r>
        <w:rPr>
          <w:rFonts w:ascii="Arial" w:hAnsi="Arial"/>
          <w:color w:val="5D7284"/>
          <w:sz w:val="22"/>
        </w:rPr>
        <w:t>05:27</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05:27</w:t>
      </w:r>
    </w:p>
    <w:p>
      <w:pPr>
        <w:spacing w:after="0"/>
      </w:pPr>
      <w:r>
        <w:rPr>
          <w:rFonts w:ascii="Arial" w:hAnsi="Arial"/>
          <w:sz w:val="22"/>
        </w:rPr>
        <w:t xml:space="preserve"> I keep forgetting which way round it is, so I've just been calling him the elephant man, but feeling super uncomfortable about that as well.</w:t>
      </w:r>
    </w:p>
    <w:p>
      <w:pPr>
        <w:spacing w:after="0"/>
      </w:pPr>
    </w:p>
    <w:p>
      <w:pPr>
        <w:spacing w:after="0"/>
      </w:pPr>
      <w:r>
        <w:rPr>
          <w:rFonts w:ascii="Arial" w:hAnsi="Arial"/>
          <w:b/>
          <w:sz w:val="22"/>
        </w:rPr>
        <w:t xml:space="preserve">Lucy  </w:t>
      </w:r>
      <w:r>
        <w:rPr>
          <w:rFonts w:ascii="Arial" w:hAnsi="Arial"/>
          <w:color w:val="5D7284"/>
          <w:sz w:val="22"/>
        </w:rPr>
        <w:t>05:34</w:t>
      </w:r>
    </w:p>
    <w:p>
      <w:pPr>
        <w:spacing w:after="0"/>
      </w:pPr>
      <w:r>
        <w:rPr>
          <w:rFonts w:ascii="Arial" w:hAnsi="Arial"/>
          <w:sz w:val="22"/>
        </w:rPr>
        <w:t>So I don't know why they changed his name. I don't know</w:t>
      </w:r>
    </w:p>
    <w:p>
      <w:pPr>
        <w:spacing w:after="0"/>
      </w:pPr>
    </w:p>
    <w:p>
      <w:pPr>
        <w:spacing w:after="0"/>
      </w:pPr>
      <w:r>
        <w:rPr>
          <w:rFonts w:ascii="Arial" w:hAnsi="Arial"/>
          <w:b/>
          <w:sz w:val="22"/>
        </w:rPr>
        <w:t xml:space="preserve">Alice  </w:t>
      </w:r>
      <w:r>
        <w:rPr>
          <w:rFonts w:ascii="Arial" w:hAnsi="Arial"/>
          <w:color w:val="5D7284"/>
          <w:sz w:val="22"/>
        </w:rPr>
        <w:t>05:38</w:t>
      </w:r>
    </w:p>
    <w:p>
      <w:pPr>
        <w:spacing w:after="0"/>
      </w:pPr>
      <w:r>
        <w:rPr>
          <w:rFonts w:ascii="Arial" w:hAnsi="Arial"/>
          <w:sz w:val="22"/>
        </w:rPr>
        <w:t>if we may find out.</w:t>
      </w:r>
    </w:p>
    <w:p>
      <w:pPr>
        <w:spacing w:after="0"/>
      </w:pPr>
    </w:p>
    <w:p>
      <w:pPr>
        <w:spacing w:after="0"/>
      </w:pPr>
      <w:r>
        <w:rPr>
          <w:rFonts w:ascii="Arial" w:hAnsi="Arial"/>
          <w:b/>
          <w:sz w:val="22"/>
        </w:rPr>
        <w:t xml:space="preserve">Daisy  </w:t>
      </w:r>
      <w:r>
        <w:rPr>
          <w:rFonts w:ascii="Arial" w:hAnsi="Arial"/>
          <w:color w:val="5D7284"/>
          <w:sz w:val="22"/>
        </w:rPr>
        <w:t>05:39</w:t>
      </w:r>
    </w:p>
    <w:p>
      <w:pPr>
        <w:spacing w:after="0"/>
      </w:pPr>
      <w:r>
        <w:rPr>
          <w:rFonts w:ascii="Arial" w:hAnsi="Arial"/>
          <w:sz w:val="22"/>
        </w:rPr>
        <w:t>Yes, it does feature, but like, right at the end, that's fine. So do you want spoilers?</w:t>
      </w:r>
    </w:p>
    <w:p>
      <w:pPr>
        <w:spacing w:after="0"/>
      </w:pPr>
    </w:p>
    <w:p>
      <w:pPr>
        <w:spacing w:after="0"/>
      </w:pPr>
      <w:r>
        <w:rPr>
          <w:rFonts w:ascii="Arial" w:hAnsi="Arial"/>
          <w:b/>
          <w:sz w:val="22"/>
        </w:rPr>
        <w:t xml:space="preserve">Alice  </w:t>
      </w:r>
      <w:r>
        <w:rPr>
          <w:rFonts w:ascii="Arial" w:hAnsi="Arial"/>
          <w:color w:val="5D7284"/>
          <w:sz w:val="22"/>
        </w:rPr>
        <w:t>05:45</w:t>
      </w:r>
    </w:p>
    <w:p>
      <w:pPr>
        <w:spacing w:after="0"/>
      </w:pPr>
      <w:r>
        <w:rPr>
          <w:rFonts w:ascii="Arial" w:hAnsi="Arial"/>
          <w:sz w:val="22"/>
        </w:rPr>
        <w:t>It's gonna say how important is it?</w:t>
      </w:r>
    </w:p>
    <w:p>
      <w:pPr>
        <w:spacing w:after="0"/>
      </w:pPr>
    </w:p>
    <w:p>
      <w:pPr>
        <w:spacing w:after="0"/>
      </w:pPr>
      <w:r>
        <w:rPr>
          <w:rFonts w:ascii="Arial" w:hAnsi="Arial"/>
          <w:b/>
          <w:sz w:val="22"/>
        </w:rPr>
        <w:t xml:space="preserve">Lucy  </w:t>
      </w:r>
      <w:r>
        <w:rPr>
          <w:rFonts w:ascii="Arial" w:hAnsi="Arial"/>
          <w:color w:val="5D7284"/>
          <w:sz w:val="22"/>
        </w:rPr>
        <w:t>05:47</w:t>
      </w:r>
    </w:p>
    <w:p>
      <w:pPr>
        <w:spacing w:after="0"/>
      </w:pPr>
      <w:r>
        <w:rPr>
          <w:rFonts w:ascii="Arial" w:hAnsi="Arial"/>
          <w:sz w:val="22"/>
        </w:rPr>
        <w:t xml:space="preserve"> How long to the end of the episode?</w:t>
      </w:r>
    </w:p>
    <w:p>
      <w:pPr>
        <w:spacing w:after="0"/>
      </w:pPr>
    </w:p>
    <w:p>
      <w:pPr>
        <w:spacing w:after="0"/>
      </w:pPr>
      <w:r>
        <w:rPr>
          <w:rFonts w:ascii="Arial" w:hAnsi="Arial"/>
          <w:b/>
          <w:sz w:val="22"/>
        </w:rPr>
        <w:t xml:space="preserve">Daisy  </w:t>
      </w:r>
      <w:r>
        <w:rPr>
          <w:rFonts w:ascii="Arial" w:hAnsi="Arial"/>
          <w:color w:val="5D7284"/>
          <w:sz w:val="22"/>
        </w:rPr>
        <w:t>05:49</w:t>
      </w:r>
    </w:p>
    <w:p>
      <w:pPr>
        <w:spacing w:after="0"/>
      </w:pPr>
      <w:r>
        <w:rPr>
          <w:rFonts w:ascii="Arial" w:hAnsi="Arial"/>
          <w:sz w:val="22"/>
        </w:rPr>
        <w:t>it's, quite frankly, it's not a good story. The guy who wrote the book that the thing is based on called him John. No one really knows why I'm assuming that I'm, yeah, I'm assuming that he just either forgot or didn't think it was important, or, like, misheard him.</w:t>
      </w:r>
    </w:p>
    <w:p>
      <w:pPr>
        <w:spacing w:after="0"/>
      </w:pPr>
    </w:p>
    <w:p>
      <w:pPr>
        <w:spacing w:after="0"/>
      </w:pPr>
      <w:r>
        <w:rPr>
          <w:rFonts w:ascii="Arial" w:hAnsi="Arial"/>
          <w:b/>
          <w:sz w:val="22"/>
        </w:rPr>
        <w:t xml:space="preserve">Alice  </w:t>
      </w:r>
      <w:r>
        <w:rPr>
          <w:rFonts w:ascii="Arial" w:hAnsi="Arial"/>
          <w:color w:val="5D7284"/>
          <w:sz w:val="22"/>
        </w:rPr>
        <w:t>06:15</w:t>
      </w:r>
    </w:p>
    <w:p>
      <w:pPr>
        <w:spacing w:after="0"/>
      </w:pPr>
      <w:r>
        <w:rPr>
          <w:rFonts w:ascii="Arial" w:hAnsi="Arial"/>
          <w:sz w:val="22"/>
        </w:rPr>
        <w:t>I like that. It's, you know, your main character's first name. It's not, it's like,</w:t>
      </w:r>
    </w:p>
    <w:p>
      <w:pPr>
        <w:spacing w:after="0"/>
      </w:pPr>
    </w:p>
    <w:p>
      <w:pPr>
        <w:spacing w:after="0"/>
      </w:pPr>
      <w:r>
        <w:rPr>
          <w:rFonts w:ascii="Arial" w:hAnsi="Arial"/>
          <w:b/>
          <w:sz w:val="22"/>
        </w:rPr>
        <w:t xml:space="preserve">Lucy  </w:t>
      </w:r>
      <w:r>
        <w:rPr>
          <w:rFonts w:ascii="Arial" w:hAnsi="Arial"/>
          <w:color w:val="5D7284"/>
          <w:sz w:val="22"/>
        </w:rPr>
        <w:t>06:19</w:t>
      </w:r>
    </w:p>
    <w:p>
      <w:pPr>
        <w:spacing w:after="0"/>
      </w:pPr>
      <w:r>
        <w:rPr>
          <w:rFonts w:ascii="Arial" w:hAnsi="Arial"/>
          <w:sz w:val="22"/>
        </w:rPr>
        <w:t xml:space="preserve">that's like, somebody calling, mistaking My name for Louise, and when my name is Lucy, </w:t>
      </w:r>
    </w:p>
    <w:p>
      <w:pPr>
        <w:spacing w:after="0"/>
      </w:pPr>
    </w:p>
    <w:p>
      <w:pPr>
        <w:spacing w:after="0"/>
      </w:pPr>
      <w:r>
        <w:rPr>
          <w:rFonts w:ascii="Arial" w:hAnsi="Arial"/>
          <w:b/>
          <w:sz w:val="22"/>
        </w:rPr>
        <w:t xml:space="preserve">Lucy  </w:t>
      </w:r>
      <w:r>
        <w:rPr>
          <w:rFonts w:ascii="Arial" w:hAnsi="Arial"/>
          <w:color w:val="5D7284"/>
          <w:sz w:val="22"/>
        </w:rPr>
        <w:t>06:24</w:t>
      </w:r>
    </w:p>
    <w:p>
      <w:pPr>
        <w:spacing w:after="0"/>
      </w:pPr>
      <w:r>
        <w:rPr>
          <w:rFonts w:ascii="Arial" w:hAnsi="Arial"/>
          <w:sz w:val="22"/>
        </w:rPr>
        <w:t>I mean, it's it's just like everybody is talking about this fantastic new book that they were reading in the early naughties called Henry Potter.</w:t>
      </w:r>
    </w:p>
    <w:p>
      <w:pPr>
        <w:spacing w:after="0"/>
      </w:pPr>
    </w:p>
    <w:p>
      <w:pPr>
        <w:spacing w:after="0"/>
      </w:pPr>
      <w:r>
        <w:rPr>
          <w:rFonts w:ascii="Arial" w:hAnsi="Arial"/>
          <w:b/>
          <w:sz w:val="22"/>
        </w:rPr>
        <w:t xml:space="preserve">Daisy  </w:t>
      </w:r>
      <w:r>
        <w:rPr>
          <w:rFonts w:ascii="Arial" w:hAnsi="Arial"/>
          <w:color w:val="5D7284"/>
          <w:sz w:val="22"/>
        </w:rPr>
        <w:t>06:39</w:t>
      </w:r>
    </w:p>
    <w:p>
      <w:pPr>
        <w:spacing w:after="0"/>
      </w:pPr>
      <w:r>
        <w:rPr>
          <w:rFonts w:ascii="Arial" w:hAnsi="Arial"/>
          <w:sz w:val="22"/>
        </w:rPr>
        <w:t>Yeah, if I was feeling charitable, I would suggest that maybe he deliberately changed the name so that it wouldn't be so intrusive, right?</w:t>
      </w:r>
    </w:p>
    <w:p>
      <w:pPr>
        <w:spacing w:after="0"/>
      </w:pPr>
    </w:p>
    <w:p>
      <w:pPr>
        <w:spacing w:after="0"/>
      </w:pPr>
      <w:r>
        <w:rPr>
          <w:rFonts w:ascii="Arial" w:hAnsi="Arial"/>
          <w:b/>
          <w:sz w:val="22"/>
        </w:rPr>
        <w:t xml:space="preserve">Lucy  </w:t>
      </w:r>
      <w:r>
        <w:rPr>
          <w:rFonts w:ascii="Arial" w:hAnsi="Arial"/>
          <w:color w:val="5D7284"/>
          <w:sz w:val="22"/>
        </w:rPr>
        <w:t>06:45</w:t>
      </w:r>
    </w:p>
    <w:p>
      <w:pPr>
        <w:spacing w:after="0"/>
      </w:pPr>
      <w:r>
        <w:rPr>
          <w:rFonts w:ascii="Arial" w:hAnsi="Arial"/>
          <w:sz w:val="22"/>
        </w:rPr>
        <w:t xml:space="preserve"> Okay, yeah. </w:t>
      </w:r>
    </w:p>
    <w:p>
      <w:pPr>
        <w:spacing w:after="0"/>
      </w:pPr>
    </w:p>
    <w:p>
      <w:pPr>
        <w:spacing w:after="0"/>
      </w:pPr>
      <w:r>
        <w:rPr>
          <w:rFonts w:ascii="Arial" w:hAnsi="Arial"/>
          <w:b/>
          <w:sz w:val="22"/>
        </w:rPr>
        <w:t xml:space="preserve">Daisy  </w:t>
      </w:r>
      <w:r>
        <w:rPr>
          <w:rFonts w:ascii="Arial" w:hAnsi="Arial"/>
          <w:color w:val="5D7284"/>
          <w:sz w:val="22"/>
        </w:rPr>
        <w:t>06:47</w:t>
      </w:r>
    </w:p>
    <w:p>
      <w:pPr>
        <w:spacing w:after="0"/>
      </w:pPr>
      <w:r>
        <w:rPr>
          <w:rFonts w:ascii="Arial" w:hAnsi="Arial"/>
          <w:sz w:val="22"/>
        </w:rPr>
        <w:t>However, I don't think I believe that, given what I've read about</w:t>
      </w:r>
    </w:p>
    <w:p>
      <w:pPr>
        <w:spacing w:after="0"/>
      </w:pPr>
    </w:p>
    <w:p>
      <w:pPr>
        <w:spacing w:after="0"/>
      </w:pPr>
      <w:r>
        <w:rPr>
          <w:rFonts w:ascii="Arial" w:hAnsi="Arial"/>
          <w:b/>
          <w:sz w:val="22"/>
        </w:rPr>
        <w:t xml:space="preserve">Alice  </w:t>
      </w:r>
      <w:r>
        <w:rPr>
          <w:rFonts w:ascii="Arial" w:hAnsi="Arial"/>
          <w:color w:val="5D7284"/>
          <w:sz w:val="22"/>
        </w:rPr>
        <w:t>06:52</w:t>
      </w:r>
    </w:p>
    <w:p>
      <w:pPr>
        <w:spacing w:after="0"/>
      </w:pPr>
      <w:r>
        <w:rPr>
          <w:rFonts w:ascii="Arial" w:hAnsi="Arial"/>
          <w:sz w:val="22"/>
        </w:rPr>
        <w:t>well, why don't you tell us what you've read about him? Daisy..</w:t>
      </w:r>
    </w:p>
    <w:p>
      <w:pPr>
        <w:spacing w:after="0"/>
      </w:pPr>
    </w:p>
    <w:p>
      <w:pPr>
        <w:spacing w:after="0"/>
      </w:pPr>
      <w:r>
        <w:rPr>
          <w:rFonts w:ascii="Arial" w:hAnsi="Arial"/>
          <w:b/>
          <w:sz w:val="22"/>
        </w:rPr>
        <w:t xml:space="preserve">Daisy  </w:t>
      </w:r>
      <w:r>
        <w:rPr>
          <w:rFonts w:ascii="Arial" w:hAnsi="Arial"/>
          <w:color w:val="5D7284"/>
          <w:sz w:val="22"/>
        </w:rPr>
        <w:t>06:56</w:t>
      </w:r>
    </w:p>
    <w:p>
      <w:pPr>
        <w:spacing w:after="0"/>
      </w:pPr>
      <w:r>
        <w:rPr>
          <w:rFonts w:ascii="Arial" w:hAnsi="Arial"/>
          <w:sz w:val="22"/>
        </w:rPr>
        <w:t>well, that will come later. Well, no, all of the things that I read about him come now things I've read about that guy, come later.</w:t>
      </w:r>
    </w:p>
    <w:p>
      <w:pPr>
        <w:spacing w:after="0"/>
      </w:pPr>
    </w:p>
    <w:p>
      <w:pPr>
        <w:spacing w:after="0"/>
      </w:pPr>
      <w:r>
        <w:rPr>
          <w:rFonts w:ascii="Arial" w:hAnsi="Arial"/>
          <w:b/>
          <w:sz w:val="22"/>
        </w:rPr>
        <w:t xml:space="preserve">Daisy  </w:t>
      </w:r>
      <w:r>
        <w:rPr>
          <w:rFonts w:ascii="Arial" w:hAnsi="Arial"/>
          <w:color w:val="5D7284"/>
          <w:sz w:val="22"/>
        </w:rPr>
        <w:t>07:08</w:t>
      </w:r>
    </w:p>
    <w:p>
      <w:pPr>
        <w:spacing w:after="0"/>
      </w:pPr>
      <w:r>
        <w:rPr>
          <w:rFonts w:ascii="Arial" w:hAnsi="Arial"/>
          <w:sz w:val="22"/>
        </w:rPr>
        <w:t xml:space="preserve"> I wastrying to segway it's fine. I don't think they encourage disabled people to use segways. So I</w:t>
      </w:r>
    </w:p>
    <w:p>
      <w:pPr>
        <w:spacing w:after="0"/>
      </w:pPr>
    </w:p>
    <w:p>
      <w:pPr>
        <w:spacing w:after="0"/>
      </w:pPr>
      <w:r>
        <w:rPr>
          <w:rFonts w:ascii="Arial" w:hAnsi="Arial"/>
          <w:b/>
          <w:sz w:val="22"/>
        </w:rPr>
        <w:t xml:space="preserve">Lucy  </w:t>
      </w:r>
      <w:r>
        <w:rPr>
          <w:rFonts w:ascii="Arial" w:hAnsi="Arial"/>
          <w:color w:val="5D7284"/>
          <w:sz w:val="22"/>
        </w:rPr>
        <w:t>07:23</w:t>
      </w:r>
    </w:p>
    <w:p>
      <w:pPr>
        <w:spacing w:after="0"/>
      </w:pPr>
      <w:r>
        <w:rPr>
          <w:rFonts w:ascii="Arial" w:hAnsi="Arial"/>
          <w:sz w:val="22"/>
        </w:rPr>
        <w:t>Okay, Daisy, I'm gonna shut up now, off you go.</w:t>
      </w:r>
    </w:p>
    <w:p>
      <w:pPr>
        <w:spacing w:after="0"/>
      </w:pPr>
    </w:p>
    <w:p>
      <w:pPr>
        <w:spacing w:after="0"/>
      </w:pPr>
      <w:r>
        <w:rPr>
          <w:rFonts w:ascii="Arial" w:hAnsi="Arial"/>
          <w:b/>
          <w:sz w:val="22"/>
        </w:rPr>
        <w:t xml:space="preserve">Daisy  </w:t>
      </w:r>
      <w:r>
        <w:rPr>
          <w:rFonts w:ascii="Arial" w:hAnsi="Arial"/>
          <w:color w:val="5D7284"/>
          <w:sz w:val="22"/>
        </w:rPr>
        <w:t>07:27</w:t>
      </w:r>
    </w:p>
    <w:p>
      <w:pPr>
        <w:spacing w:after="0"/>
      </w:pPr>
      <w:r>
        <w:rPr>
          <w:rFonts w:ascii="Arial" w:hAnsi="Arial"/>
          <w:sz w:val="22"/>
        </w:rPr>
        <w:t>Okay, so his middle name was Carey, of all things, Joseph. Carey Merrick, supposedly. So he's born in 196 on the 5th of August in Leicester.</w:t>
      </w:r>
    </w:p>
    <w:p>
      <w:pPr>
        <w:spacing w:after="0"/>
      </w:pPr>
    </w:p>
    <w:p>
      <w:pPr>
        <w:spacing w:after="0"/>
      </w:pPr>
      <w:r>
        <w:rPr>
          <w:rFonts w:ascii="Arial" w:hAnsi="Arial"/>
          <w:b/>
          <w:sz w:val="22"/>
        </w:rPr>
        <w:t xml:space="preserve">Lucy  </w:t>
      </w:r>
      <w:r>
        <w:rPr>
          <w:rFonts w:ascii="Arial" w:hAnsi="Arial"/>
          <w:color w:val="5D7284"/>
          <w:sz w:val="22"/>
        </w:rPr>
        <w:t>07:41</w:t>
      </w:r>
    </w:p>
    <w:p>
      <w:pPr>
        <w:spacing w:after="0"/>
      </w:pPr>
      <w:r>
        <w:rPr>
          <w:rFonts w:ascii="Arial" w:hAnsi="Arial"/>
          <w:sz w:val="22"/>
        </w:rPr>
        <w:t>Hang on,</w:t>
      </w:r>
    </w:p>
    <w:p>
      <w:pPr>
        <w:spacing w:after="0"/>
      </w:pPr>
    </w:p>
    <w:p>
      <w:pPr>
        <w:spacing w:after="0"/>
      </w:pPr>
      <w:r>
        <w:rPr>
          <w:rFonts w:ascii="Arial" w:hAnsi="Arial"/>
          <w:b/>
          <w:sz w:val="22"/>
        </w:rPr>
        <w:t xml:space="preserve">Alice  </w:t>
      </w:r>
      <w:r>
        <w:rPr>
          <w:rFonts w:ascii="Arial" w:hAnsi="Arial"/>
          <w:color w:val="5D7284"/>
          <w:sz w:val="22"/>
        </w:rPr>
        <w:t>07:42</w:t>
      </w:r>
    </w:p>
    <w:p>
      <w:pPr>
        <w:spacing w:after="0"/>
      </w:pPr>
      <w:r>
        <w:rPr>
          <w:rFonts w:ascii="Arial" w:hAnsi="Arial"/>
          <w:sz w:val="22"/>
        </w:rPr>
        <w:t xml:space="preserve"> honestly. I thought, I thought this was like </w:t>
      </w:r>
    </w:p>
    <w:p>
      <w:pPr>
        <w:spacing w:after="0"/>
      </w:pPr>
    </w:p>
    <w:p>
      <w:pPr>
        <w:spacing w:after="0"/>
      </w:pPr>
      <w:r>
        <w:rPr>
          <w:rFonts w:ascii="Arial" w:hAnsi="Arial"/>
          <w:b/>
          <w:sz w:val="22"/>
        </w:rPr>
        <w:t xml:space="preserve">Lucy  </w:t>
      </w:r>
      <w:r>
        <w:rPr>
          <w:rFonts w:ascii="Arial" w:hAnsi="Arial"/>
          <w:color w:val="5D7284"/>
          <w:sz w:val="22"/>
        </w:rPr>
        <w:t>07:47</w:t>
      </w:r>
    </w:p>
    <w:p>
      <w:pPr>
        <w:spacing w:after="0"/>
      </w:pPr>
      <w:r>
        <w:rPr>
          <w:rFonts w:ascii="Arial" w:hAnsi="Arial"/>
          <w:sz w:val="22"/>
        </w:rPr>
        <w:t>he was born in 1962?</w:t>
      </w:r>
    </w:p>
    <w:p>
      <w:pPr>
        <w:spacing w:after="0"/>
      </w:pPr>
    </w:p>
    <w:p>
      <w:pPr>
        <w:spacing w:after="0"/>
      </w:pPr>
      <w:r>
        <w:rPr>
          <w:rFonts w:ascii="Arial" w:hAnsi="Arial"/>
          <w:b/>
          <w:sz w:val="22"/>
        </w:rPr>
        <w:t xml:space="preserve">Lucy  </w:t>
      </w:r>
      <w:r>
        <w:rPr>
          <w:rFonts w:ascii="Arial" w:hAnsi="Arial"/>
          <w:color w:val="5D7284"/>
          <w:sz w:val="22"/>
        </w:rPr>
        <w:t>07:48</w:t>
      </w:r>
    </w:p>
    <w:p>
      <w:pPr>
        <w:spacing w:after="0"/>
      </w:pPr>
      <w:r>
        <w:rPr>
          <w:rFonts w:ascii="Arial" w:hAnsi="Arial"/>
          <w:sz w:val="22"/>
        </w:rPr>
        <w:t xml:space="preserve">Eighteen </w:t>
      </w:r>
    </w:p>
    <w:p>
      <w:pPr>
        <w:spacing w:after="0"/>
      </w:pPr>
    </w:p>
    <w:p>
      <w:pPr>
        <w:spacing w:after="0"/>
      </w:pPr>
      <w:r>
        <w:rPr>
          <w:rFonts w:ascii="Arial" w:hAnsi="Arial"/>
          <w:b/>
          <w:sz w:val="22"/>
        </w:rPr>
        <w:t xml:space="preserve">Daisy  </w:t>
      </w:r>
      <w:r>
        <w:rPr>
          <w:rFonts w:ascii="Arial" w:hAnsi="Arial"/>
          <w:color w:val="5D7284"/>
          <w:sz w:val="22"/>
        </w:rPr>
        <w:t>07:48</w:t>
      </w:r>
    </w:p>
    <w:p>
      <w:pPr>
        <w:spacing w:after="0"/>
      </w:pPr>
      <w:r>
        <w:rPr>
          <w:rFonts w:ascii="Arial" w:hAnsi="Arial"/>
          <w:sz w:val="22"/>
        </w:rPr>
        <w:t xml:space="preserve">1862 </w:t>
      </w:r>
    </w:p>
    <w:p>
      <w:pPr>
        <w:spacing w:after="0"/>
      </w:pPr>
    </w:p>
    <w:p>
      <w:pPr>
        <w:spacing w:after="0"/>
      </w:pPr>
      <w:r>
        <w:rPr>
          <w:rFonts w:ascii="Arial" w:hAnsi="Arial"/>
          <w:b/>
          <w:sz w:val="22"/>
        </w:rPr>
        <w:t xml:space="preserve">Alice  </w:t>
      </w:r>
      <w:r>
        <w:rPr>
          <w:rFonts w:ascii="Arial" w:hAnsi="Arial"/>
          <w:color w:val="5D7284"/>
          <w:sz w:val="22"/>
        </w:rPr>
        <w:t>07:53</w:t>
      </w:r>
    </w:p>
    <w:p>
      <w:pPr>
        <w:spacing w:after="0"/>
      </w:pPr>
      <w:r>
        <w:rPr>
          <w:rFonts w:ascii="Arial" w:hAnsi="Arial"/>
          <w:sz w:val="22"/>
        </w:rPr>
        <w:t xml:space="preserve">that sounds better. </w:t>
      </w:r>
    </w:p>
    <w:p>
      <w:pPr>
        <w:spacing w:after="0"/>
      </w:pPr>
    </w:p>
    <w:p>
      <w:pPr>
        <w:spacing w:after="0"/>
      </w:pPr>
      <w:r>
        <w:rPr>
          <w:rFonts w:ascii="Arial" w:hAnsi="Arial"/>
          <w:b/>
          <w:sz w:val="22"/>
        </w:rPr>
        <w:t xml:space="preserve">Daisy  </w:t>
      </w:r>
      <w:r>
        <w:rPr>
          <w:rFonts w:ascii="Arial" w:hAnsi="Arial"/>
          <w:color w:val="5D7284"/>
          <w:sz w:val="22"/>
        </w:rPr>
        <w:t>07:55</w:t>
      </w:r>
    </w:p>
    <w:p>
      <w:pPr>
        <w:spacing w:after="0"/>
      </w:pPr>
      <w:r>
        <w:rPr>
          <w:rFonts w:ascii="Arial" w:hAnsi="Arial"/>
          <w:sz w:val="22"/>
        </w:rPr>
        <w:t>I was very confused as to why you would consider 1862 not pre war? like, Is there a point where it's sort of too early to be considere pre war?? So I guess like the Ice Age is technically pre war?</w:t>
      </w:r>
    </w:p>
    <w:p>
      <w:pPr>
        <w:spacing w:after="0"/>
      </w:pPr>
    </w:p>
    <w:p>
      <w:pPr>
        <w:spacing w:after="0"/>
      </w:pPr>
      <w:r>
        <w:rPr>
          <w:rFonts w:ascii="Arial" w:hAnsi="Arial"/>
          <w:b/>
          <w:sz w:val="22"/>
        </w:rPr>
        <w:t xml:space="preserve">Lucy  </w:t>
      </w:r>
      <w:r>
        <w:rPr>
          <w:rFonts w:ascii="Arial" w:hAnsi="Arial"/>
          <w:color w:val="5D7284"/>
          <w:sz w:val="22"/>
        </w:rPr>
        <w:t>08:14</w:t>
      </w:r>
    </w:p>
    <w:p>
      <w:pPr>
        <w:spacing w:after="0"/>
      </w:pPr>
      <w:r>
        <w:rPr>
          <w:rFonts w:ascii="Arial" w:hAnsi="Arial"/>
          <w:sz w:val="22"/>
        </w:rPr>
        <w:t>(LAGHING) Stop it!  I'm going to lose it in a minute!  You we're not even ten minutes in Oh God, right,</w:t>
      </w:r>
    </w:p>
    <w:p>
      <w:pPr>
        <w:spacing w:after="0"/>
      </w:pPr>
    </w:p>
    <w:p>
      <w:pPr>
        <w:spacing w:after="0"/>
      </w:pPr>
      <w:r>
        <w:rPr>
          <w:rFonts w:ascii="Arial" w:hAnsi="Arial"/>
          <w:b/>
          <w:sz w:val="22"/>
        </w:rPr>
        <w:t xml:space="preserve">Daisy  </w:t>
      </w:r>
      <w:r>
        <w:rPr>
          <w:rFonts w:ascii="Arial" w:hAnsi="Arial"/>
          <w:color w:val="5D7284"/>
          <w:sz w:val="22"/>
        </w:rPr>
        <w:t>08:29</w:t>
      </w:r>
    </w:p>
    <w:p>
      <w:pPr>
        <w:spacing w:after="0"/>
      </w:pPr>
      <w:r>
        <w:rPr>
          <w:rFonts w:ascii="Arial" w:hAnsi="Arial"/>
          <w:sz w:val="22"/>
        </w:rPr>
        <w:t xml:space="preserve">that was the first bullet point. </w:t>
      </w:r>
    </w:p>
    <w:p>
      <w:pPr>
        <w:spacing w:after="0"/>
      </w:pPr>
    </w:p>
    <w:p>
      <w:pPr>
        <w:spacing w:after="0"/>
      </w:pPr>
      <w:r>
        <w:rPr>
          <w:rFonts w:ascii="Arial" w:hAnsi="Arial"/>
          <w:b/>
          <w:sz w:val="22"/>
        </w:rPr>
        <w:t xml:space="preserve">Alice  </w:t>
      </w:r>
      <w:r>
        <w:rPr>
          <w:rFonts w:ascii="Arial" w:hAnsi="Arial"/>
          <w:color w:val="5D7284"/>
          <w:sz w:val="22"/>
        </w:rPr>
        <w:t>08:31</w:t>
      </w:r>
    </w:p>
    <w:p>
      <w:pPr>
        <w:spacing w:after="0"/>
      </w:pPr>
      <w:r>
        <w:rPr>
          <w:rFonts w:ascii="Arial" w:hAnsi="Arial"/>
          <w:sz w:val="22"/>
        </w:rPr>
        <w:t>Strap in</w:t>
      </w:r>
    </w:p>
    <w:p>
      <w:pPr>
        <w:spacing w:after="0"/>
      </w:pPr>
    </w:p>
    <w:p>
      <w:pPr>
        <w:spacing w:after="0"/>
      </w:pPr>
      <w:r>
        <w:rPr>
          <w:rFonts w:ascii="Arial" w:hAnsi="Arial"/>
          <w:b/>
          <w:sz w:val="22"/>
        </w:rPr>
        <w:t xml:space="preserve">Daisy  </w:t>
      </w:r>
      <w:r>
        <w:rPr>
          <w:rFonts w:ascii="Arial" w:hAnsi="Arial"/>
          <w:color w:val="5D7284"/>
          <w:sz w:val="22"/>
        </w:rPr>
        <w:t>08:34</w:t>
      </w:r>
    </w:p>
    <w:p>
      <w:pPr>
        <w:spacing w:after="0"/>
      </w:pPr>
      <w:r>
        <w:rPr>
          <w:rFonts w:ascii="Arial" w:hAnsi="Arial"/>
          <w:sz w:val="22"/>
        </w:rPr>
        <w:t xml:space="preserve"> So he was, he was the eldest. He had two siblings, a brother who died when he was four of scarlet fever, and a sister who had physical disabilities that they have not expanded on in any capacity, who died when she was 23 but apparently, if you look at his mother's headstone, it says there was another child, and nobody knows where the fourth child came from. I think a lot of people have assumed it was a mistake, but that seems unlikely.</w:t>
      </w:r>
    </w:p>
    <w:p>
      <w:pPr>
        <w:spacing w:after="0"/>
      </w:pPr>
    </w:p>
    <w:p>
      <w:pPr>
        <w:spacing w:after="0"/>
      </w:pPr>
      <w:r>
        <w:rPr>
          <w:rFonts w:ascii="Arial" w:hAnsi="Arial"/>
          <w:b/>
          <w:sz w:val="22"/>
        </w:rPr>
        <w:t xml:space="preserve">Alice  </w:t>
      </w:r>
      <w:r>
        <w:rPr>
          <w:rFonts w:ascii="Arial" w:hAnsi="Arial"/>
          <w:color w:val="5D7284"/>
          <w:sz w:val="22"/>
        </w:rPr>
        <w:t>09:12</w:t>
      </w:r>
    </w:p>
    <w:p>
      <w:pPr>
        <w:spacing w:after="0"/>
      </w:pPr>
      <w:r>
        <w:rPr>
          <w:rFonts w:ascii="Arial" w:hAnsi="Arial"/>
          <w:sz w:val="22"/>
        </w:rPr>
        <w:t>I mean, it 1860s England also is a bit like there could have been, there could have been one, and it only did for a couple of days, like it was, it's not a great time to be an infant.</w:t>
      </w:r>
    </w:p>
    <w:p>
      <w:pPr>
        <w:spacing w:after="0"/>
      </w:pPr>
    </w:p>
    <w:p>
      <w:pPr>
        <w:spacing w:after="0"/>
      </w:pPr>
      <w:r>
        <w:rPr>
          <w:rFonts w:ascii="Arial" w:hAnsi="Arial"/>
          <w:b/>
          <w:sz w:val="22"/>
        </w:rPr>
        <w:t xml:space="preserve">Daisy  </w:t>
      </w:r>
      <w:r>
        <w:rPr>
          <w:rFonts w:ascii="Arial" w:hAnsi="Arial"/>
          <w:color w:val="5D7284"/>
          <w:sz w:val="22"/>
        </w:rPr>
        <w:t>09:25</w:t>
      </w:r>
    </w:p>
    <w:p>
      <w:pPr>
        <w:spacing w:after="0"/>
      </w:pPr>
      <w:r>
        <w:rPr>
          <w:rFonts w:ascii="Arial" w:hAnsi="Arial"/>
          <w:sz w:val="22"/>
        </w:rPr>
        <w:t>Yeah? Quite possibly something, something like that. Because, yeah, his mother died relatively early. So it's not like, you know this headstone was being made by people far removed from the events who wouldn't have known  So, but there's quite possibly something like that, something like, yeah, a baby sadly died, or</w:t>
      </w:r>
    </w:p>
    <w:p>
      <w:pPr>
        <w:spacing w:after="0"/>
      </w:pPr>
    </w:p>
    <w:p>
      <w:pPr>
        <w:spacing w:after="0"/>
      </w:pPr>
      <w:r>
        <w:rPr>
          <w:rFonts w:ascii="Arial" w:hAnsi="Arial"/>
          <w:b/>
          <w:sz w:val="22"/>
        </w:rPr>
        <w:t xml:space="preserve">Alice  </w:t>
      </w:r>
      <w:r>
        <w:rPr>
          <w:rFonts w:ascii="Arial" w:hAnsi="Arial"/>
          <w:color w:val="5D7284"/>
          <w:sz w:val="22"/>
        </w:rPr>
        <w:t>09:47</w:t>
      </w:r>
    </w:p>
    <w:p>
      <w:pPr>
        <w:spacing w:after="0"/>
      </w:pPr>
      <w:r>
        <w:rPr>
          <w:rFonts w:ascii="Arial" w:hAnsi="Arial"/>
          <w:sz w:val="22"/>
        </w:rPr>
        <w:t xml:space="preserve">when, when you're at the point of, like, having your headstone made, most people aren't generally around to, like, correct mistakes either. So </w:t>
      </w:r>
    </w:p>
    <w:p>
      <w:pPr>
        <w:spacing w:after="0"/>
      </w:pPr>
    </w:p>
    <w:p>
      <w:pPr>
        <w:spacing w:after="0"/>
      </w:pPr>
      <w:r>
        <w:rPr>
          <w:rFonts w:ascii="Arial" w:hAnsi="Arial"/>
          <w:b/>
          <w:sz w:val="22"/>
        </w:rPr>
        <w:t xml:space="preserve">Daisy  </w:t>
      </w:r>
      <w:r>
        <w:rPr>
          <w:rFonts w:ascii="Arial" w:hAnsi="Arial"/>
          <w:color w:val="5D7284"/>
          <w:sz w:val="22"/>
        </w:rPr>
        <w:t>09:54</w:t>
      </w:r>
    </w:p>
    <w:p>
      <w:pPr>
        <w:spacing w:after="0"/>
      </w:pPr>
      <w:r>
        <w:rPr>
          <w:rFonts w:ascii="Arial" w:hAnsi="Arial"/>
          <w:sz w:val="22"/>
        </w:rPr>
        <w:t>that's true, yeah. So, yeah, he seemed to be perfectly healthy. Sleep as a baby, it was only when he was five ish that he started developing more visible problems, supposedly a bit earlier than that, kind of like 21 months, according to a letter that somebody sent to a local newspaper that seemed to have some like intimate connection with the family in a way that no one can really prove that everyone kind of goes well, that it sounds legit.</w:t>
      </w:r>
    </w:p>
    <w:p>
      <w:pPr>
        <w:spacing w:after="0"/>
      </w:pPr>
    </w:p>
    <w:p>
      <w:pPr>
        <w:spacing w:after="0"/>
      </w:pPr>
      <w:r>
        <w:rPr>
          <w:rFonts w:ascii="Arial" w:hAnsi="Arial"/>
          <w:b/>
          <w:sz w:val="22"/>
        </w:rPr>
        <w:t xml:space="preserve">Lucy  </w:t>
      </w:r>
      <w:r>
        <w:rPr>
          <w:rFonts w:ascii="Arial" w:hAnsi="Arial"/>
          <w:color w:val="5D7284"/>
          <w:sz w:val="22"/>
        </w:rPr>
        <w:t>10:30</w:t>
      </w:r>
    </w:p>
    <w:p>
      <w:pPr>
        <w:spacing w:after="0"/>
      </w:pPr>
      <w:r>
        <w:rPr>
          <w:rFonts w:ascii="Arial" w:hAnsi="Arial"/>
          <w:sz w:val="22"/>
        </w:rPr>
        <w:t xml:space="preserve">I thought you were gonna say in a letter sent to the doctor. No, no, the letter sent to the newspaper. </w:t>
      </w:r>
    </w:p>
    <w:p>
      <w:pPr>
        <w:spacing w:after="0"/>
      </w:pPr>
    </w:p>
    <w:p>
      <w:pPr>
        <w:spacing w:after="0"/>
      </w:pPr>
      <w:r>
        <w:rPr>
          <w:rFonts w:ascii="Arial" w:hAnsi="Arial"/>
          <w:b/>
          <w:sz w:val="22"/>
        </w:rPr>
        <w:t xml:space="preserve">Lucy  </w:t>
      </w:r>
      <w:r>
        <w:rPr>
          <w:rFonts w:ascii="Arial" w:hAnsi="Arial"/>
          <w:color w:val="5D7284"/>
          <w:sz w:val="22"/>
        </w:rPr>
        <w:t>10:37</w:t>
      </w:r>
    </w:p>
    <w:p>
      <w:pPr>
        <w:spacing w:after="0"/>
      </w:pPr>
      <w:r>
        <w:rPr>
          <w:rFonts w:ascii="Arial" w:hAnsi="Arial"/>
          <w:sz w:val="22"/>
        </w:rPr>
        <w:t>It's really it was in like 1930 someone sent a letter they're like, the Leicester Mercury was like, by the way, I'm assuming there must have been a bigger purpose for it that, just by the way, my relative, the elephant man, yeah, actually developed swellings on his lips as a toddler, and the Leicester Mercury went Brilliant print it.</w:t>
      </w:r>
    </w:p>
    <w:p>
      <w:pPr>
        <w:spacing w:after="0"/>
      </w:pPr>
    </w:p>
    <w:p>
      <w:pPr>
        <w:spacing w:after="0"/>
      </w:pPr>
      <w:r>
        <w:rPr>
          <w:rFonts w:ascii="Arial" w:hAnsi="Arial"/>
          <w:b/>
          <w:sz w:val="22"/>
        </w:rPr>
        <w:t xml:space="preserve">Alice  </w:t>
      </w:r>
      <w:r>
        <w:rPr>
          <w:rFonts w:ascii="Arial" w:hAnsi="Arial"/>
          <w:color w:val="5D7284"/>
          <w:sz w:val="22"/>
        </w:rPr>
        <w:t>11:01</w:t>
      </w:r>
    </w:p>
    <w:p>
      <w:pPr>
        <w:spacing w:after="0"/>
      </w:pPr>
      <w:r>
        <w:rPr>
          <w:rFonts w:ascii="Arial" w:hAnsi="Arial"/>
          <w:sz w:val="22"/>
        </w:rPr>
        <w:t xml:space="preserve">local news for you. </w:t>
      </w:r>
    </w:p>
    <w:p>
      <w:pPr>
        <w:spacing w:after="0"/>
      </w:pPr>
    </w:p>
    <w:p>
      <w:pPr>
        <w:spacing w:after="0"/>
      </w:pPr>
      <w:r>
        <w:rPr>
          <w:rFonts w:ascii="Arial" w:hAnsi="Arial"/>
          <w:b/>
          <w:sz w:val="22"/>
        </w:rPr>
        <w:t xml:space="preserve">Lucy  </w:t>
      </w:r>
      <w:r>
        <w:rPr>
          <w:rFonts w:ascii="Arial" w:hAnsi="Arial"/>
          <w:color w:val="5D7284"/>
          <w:sz w:val="22"/>
        </w:rPr>
        <w:t>11:02</w:t>
      </w:r>
    </w:p>
    <w:p>
      <w:pPr>
        <w:spacing w:after="0"/>
      </w:pPr>
      <w:r>
        <w:rPr>
          <w:rFonts w:ascii="Arial" w:hAnsi="Arial"/>
          <w:sz w:val="22"/>
        </w:rPr>
        <w:t>Slow news day.</w:t>
      </w:r>
    </w:p>
    <w:p>
      <w:pPr>
        <w:spacing w:after="0"/>
      </w:pPr>
    </w:p>
    <w:p>
      <w:pPr>
        <w:spacing w:after="0"/>
      </w:pPr>
      <w:r>
        <w:rPr>
          <w:rFonts w:ascii="Arial" w:hAnsi="Arial"/>
          <w:b/>
          <w:sz w:val="22"/>
        </w:rPr>
        <w:t xml:space="preserve">Daisy  </w:t>
      </w:r>
      <w:r>
        <w:rPr>
          <w:rFonts w:ascii="Arial" w:hAnsi="Arial"/>
          <w:color w:val="5D7284"/>
          <w:sz w:val="22"/>
        </w:rPr>
        <w:t>11:03</w:t>
      </w:r>
    </w:p>
    <w:p>
      <w:pPr>
        <w:spacing w:after="0"/>
      </w:pPr>
      <w:r>
        <w:rPr>
          <w:rFonts w:ascii="Arial" w:hAnsi="Arial"/>
          <w:sz w:val="22"/>
        </w:rPr>
        <w:t xml:space="preserve">That's a good point. If it was, if it was like reach PLC today, they would not only be publishing that in Leicester, they would be probably be publishing it everywhere </w:t>
      </w:r>
    </w:p>
    <w:p>
      <w:pPr>
        <w:spacing w:after="0"/>
      </w:pPr>
    </w:p>
    <w:p>
      <w:pPr>
        <w:spacing w:after="0"/>
      </w:pPr>
      <w:r>
        <w:rPr>
          <w:rFonts w:ascii="Arial" w:hAnsi="Arial"/>
          <w:b/>
          <w:sz w:val="22"/>
        </w:rPr>
        <w:t xml:space="preserve">Lucy  </w:t>
      </w:r>
      <w:r>
        <w:rPr>
          <w:rFonts w:ascii="Arial" w:hAnsi="Arial"/>
          <w:color w:val="5D7284"/>
          <w:sz w:val="22"/>
        </w:rPr>
        <w:t>11:12</w:t>
      </w:r>
    </w:p>
    <w:p>
      <w:pPr>
        <w:spacing w:after="0"/>
      </w:pPr>
      <w:r>
        <w:rPr>
          <w:rFonts w:ascii="Arial" w:hAnsi="Arial"/>
          <w:sz w:val="22"/>
        </w:rPr>
        <w:t>It would be all over Midlands Today woulldn't it?!</w:t>
      </w:r>
    </w:p>
    <w:p>
      <w:pPr>
        <w:spacing w:after="0"/>
      </w:pPr>
    </w:p>
    <w:p>
      <w:pPr>
        <w:spacing w:after="0"/>
      </w:pPr>
      <w:r>
        <w:rPr>
          <w:rFonts w:ascii="Arial" w:hAnsi="Arial"/>
          <w:b/>
          <w:sz w:val="22"/>
        </w:rPr>
        <w:t xml:space="preserve">Alice  </w:t>
      </w:r>
      <w:r>
        <w:rPr>
          <w:rFonts w:ascii="Arial" w:hAnsi="Arial"/>
          <w:color w:val="5D7284"/>
          <w:sz w:val="22"/>
        </w:rPr>
        <w:t>11:15</w:t>
      </w:r>
    </w:p>
    <w:p>
      <w:pPr>
        <w:spacing w:after="0"/>
      </w:pPr>
      <w:r>
        <w:rPr>
          <w:rFonts w:ascii="Arial" w:hAnsi="Arial"/>
          <w:sz w:val="22"/>
        </w:rPr>
        <w:t xml:space="preserve">Have I ever told you the story of the when I moved up from North London to Loughborough in deepest, darkest Leicestershire. The two conflicting headlines in our local papers from like the week that we moved. So the week we moved from my local paper in North London, the store headline story was about a man who chased another man down Blackstock road with a machete. </w:t>
      </w:r>
    </w:p>
    <w:p>
      <w:pPr>
        <w:spacing w:after="0"/>
      </w:pPr>
    </w:p>
    <w:p>
      <w:pPr>
        <w:spacing w:after="0"/>
      </w:pPr>
      <w:r>
        <w:rPr>
          <w:rFonts w:ascii="Arial" w:hAnsi="Arial"/>
          <w:b/>
          <w:sz w:val="22"/>
        </w:rPr>
        <w:t xml:space="preserve">Lucy  </w:t>
      </w:r>
      <w:r>
        <w:rPr>
          <w:rFonts w:ascii="Arial" w:hAnsi="Arial"/>
          <w:color w:val="5D7284"/>
          <w:sz w:val="22"/>
        </w:rPr>
        <w:t>11:39</w:t>
      </w:r>
    </w:p>
    <w:p>
      <w:pPr>
        <w:spacing w:after="0"/>
      </w:pPr>
      <w:r>
        <w:rPr>
          <w:rFonts w:ascii="Arial" w:hAnsi="Arial"/>
          <w:sz w:val="22"/>
        </w:rPr>
        <w:t>Nice</w:t>
      </w:r>
    </w:p>
    <w:p>
      <w:pPr>
        <w:spacing w:after="0"/>
      </w:pPr>
    </w:p>
    <w:p>
      <w:pPr>
        <w:spacing w:after="0"/>
      </w:pPr>
      <w:r>
        <w:rPr>
          <w:rFonts w:ascii="Arial" w:hAnsi="Arial"/>
          <w:b/>
          <w:sz w:val="22"/>
        </w:rPr>
        <w:t xml:space="preserve">Alice  </w:t>
      </w:r>
      <w:r>
        <w:rPr>
          <w:rFonts w:ascii="Arial" w:hAnsi="Arial"/>
          <w:color w:val="5D7284"/>
          <w:sz w:val="22"/>
        </w:rPr>
        <w:t>11:40</w:t>
      </w:r>
    </w:p>
    <w:p>
      <w:pPr>
        <w:spacing w:after="0"/>
      </w:pPr>
      <w:r>
        <w:rPr>
          <w:rFonts w:ascii="Arial" w:hAnsi="Arial"/>
          <w:sz w:val="22"/>
        </w:rPr>
        <w:t xml:space="preserve"> and the headline in the Loughborough Echo was about a man who called the fire brigade out because he thought his cat was stuck in his chimney, but he'd actually accidentally shut him in a drawer. </w:t>
      </w:r>
    </w:p>
    <w:p>
      <w:pPr>
        <w:spacing w:after="0"/>
      </w:pPr>
    </w:p>
    <w:p>
      <w:pPr>
        <w:spacing w:after="0"/>
      </w:pPr>
      <w:r>
        <w:rPr>
          <w:rFonts w:ascii="Arial" w:hAnsi="Arial"/>
          <w:b/>
          <w:sz w:val="22"/>
        </w:rPr>
        <w:t xml:space="preserve">Lucy  </w:t>
      </w:r>
      <w:r>
        <w:rPr>
          <w:rFonts w:ascii="Arial" w:hAnsi="Arial"/>
          <w:color w:val="5D7284"/>
          <w:sz w:val="22"/>
        </w:rPr>
        <w:t>11:51</w:t>
      </w:r>
    </w:p>
    <w:p>
      <w:pPr>
        <w:spacing w:after="0"/>
      </w:pPr>
      <w:r>
        <w:rPr>
          <w:rFonts w:ascii="Arial" w:hAnsi="Arial"/>
          <w:sz w:val="22"/>
        </w:rPr>
        <w:t>Welcome to Leicester.</w:t>
      </w:r>
    </w:p>
    <w:p>
      <w:pPr>
        <w:spacing w:after="0"/>
      </w:pPr>
    </w:p>
    <w:p>
      <w:pPr>
        <w:spacing w:after="0"/>
      </w:pPr>
      <w:r>
        <w:rPr>
          <w:rFonts w:ascii="Arial" w:hAnsi="Arial"/>
          <w:b/>
          <w:sz w:val="22"/>
        </w:rPr>
        <w:t xml:space="preserve">Daisy  </w:t>
      </w:r>
      <w:r>
        <w:rPr>
          <w:rFonts w:ascii="Arial" w:hAnsi="Arial"/>
          <w:color w:val="5D7284"/>
          <w:sz w:val="22"/>
        </w:rPr>
        <w:t>11:57</w:t>
      </w:r>
    </w:p>
    <w:p>
      <w:pPr>
        <w:spacing w:after="0"/>
      </w:pPr>
      <w:r>
        <w:rPr>
          <w:rFonts w:ascii="Arial" w:hAnsi="Arial"/>
          <w:sz w:val="22"/>
        </w:rPr>
        <w:t>Is that representative?</w:t>
      </w:r>
    </w:p>
    <w:p>
      <w:pPr>
        <w:spacing w:after="0"/>
      </w:pPr>
    </w:p>
    <w:p>
      <w:pPr>
        <w:spacing w:after="0"/>
      </w:pPr>
      <w:r>
        <w:rPr>
          <w:rFonts w:ascii="Arial" w:hAnsi="Arial"/>
          <w:b/>
          <w:sz w:val="22"/>
        </w:rPr>
        <w:t xml:space="preserve">Alice  </w:t>
      </w:r>
      <w:r>
        <w:rPr>
          <w:rFonts w:ascii="Arial" w:hAnsi="Arial"/>
          <w:color w:val="5D7284"/>
          <w:sz w:val="22"/>
        </w:rPr>
        <w:t>12:01</w:t>
      </w:r>
    </w:p>
    <w:p>
      <w:pPr>
        <w:spacing w:after="0"/>
      </w:pPr>
      <w:r>
        <w:rPr>
          <w:rFonts w:ascii="Arial" w:hAnsi="Arial"/>
          <w:sz w:val="22"/>
        </w:rPr>
        <w:t xml:space="preserve">I mean, within three months of me moving here, we did begin to find the remains of a 14 year old boy that had been scattered around the local area. Yeah. I was a bit like, can I go back to North London,please? </w:t>
      </w:r>
    </w:p>
    <w:p>
      <w:pPr>
        <w:spacing w:after="0"/>
      </w:pPr>
    </w:p>
    <w:p>
      <w:pPr>
        <w:spacing w:after="0"/>
      </w:pPr>
      <w:r>
        <w:rPr>
          <w:rFonts w:ascii="Arial" w:hAnsi="Arial"/>
          <w:b/>
          <w:sz w:val="22"/>
        </w:rPr>
        <w:t xml:space="preserve">Daisy  </w:t>
      </w:r>
      <w:r>
        <w:rPr>
          <w:rFonts w:ascii="Arial" w:hAnsi="Arial"/>
          <w:color w:val="5D7284"/>
          <w:sz w:val="22"/>
        </w:rPr>
        <w:t>12:22</w:t>
      </w:r>
    </w:p>
    <w:p>
      <w:pPr>
        <w:spacing w:after="0"/>
      </w:pPr>
      <w:r>
        <w:rPr>
          <w:rFonts w:ascii="Arial" w:hAnsi="Arial"/>
          <w:sz w:val="22"/>
        </w:rPr>
        <w:t>Yeah, there was, there was, there was a time when I was living a bath where they kept finding feet</w:t>
      </w:r>
    </w:p>
    <w:p>
      <w:pPr>
        <w:spacing w:after="0"/>
      </w:pPr>
    </w:p>
    <w:p>
      <w:pPr>
        <w:spacing w:after="0"/>
      </w:pPr>
      <w:r>
        <w:rPr>
          <w:rFonts w:ascii="Arial" w:hAnsi="Arial"/>
          <w:b/>
          <w:sz w:val="22"/>
        </w:rPr>
        <w:t xml:space="preserve">Alice  </w:t>
      </w:r>
      <w:r>
        <w:rPr>
          <w:rFonts w:ascii="Arial" w:hAnsi="Arial"/>
          <w:color w:val="5D7284"/>
          <w:sz w:val="22"/>
        </w:rPr>
        <w:t>12:25</w:t>
      </w:r>
    </w:p>
    <w:p>
      <w:pPr>
        <w:spacing w:after="0"/>
      </w:pPr>
      <w:r>
        <w:rPr>
          <w:rFonts w:ascii="Arial" w:hAnsi="Arial"/>
          <w:sz w:val="22"/>
        </w:rPr>
        <w:t xml:space="preserve">Feet is feet is upset in because there's a lot of other bits left after feet are gone, </w:t>
      </w:r>
    </w:p>
    <w:p>
      <w:pPr>
        <w:spacing w:after="0"/>
      </w:pPr>
    </w:p>
    <w:p>
      <w:pPr>
        <w:spacing w:after="0"/>
      </w:pPr>
      <w:r>
        <w:rPr>
          <w:rFonts w:ascii="Arial" w:hAnsi="Arial"/>
          <w:b/>
          <w:sz w:val="22"/>
        </w:rPr>
        <w:t xml:space="preserve">Alice  </w:t>
      </w:r>
      <w:r>
        <w:rPr>
          <w:rFonts w:ascii="Arial" w:hAnsi="Arial"/>
          <w:color w:val="5D7284"/>
          <w:sz w:val="22"/>
        </w:rPr>
        <w:t>12:30</w:t>
      </w:r>
    </w:p>
    <w:p>
      <w:pPr>
        <w:spacing w:after="0"/>
      </w:pPr>
      <w:r>
        <w:rPr>
          <w:rFonts w:ascii="Arial" w:hAnsi="Arial"/>
          <w:sz w:val="22"/>
        </w:rPr>
        <w:t xml:space="preserve">yeah, but it was always only feet. There were never any other bits. It was like multiple right feet as well. Where did these come from? For a while, there was, like a theory by some people that it was like in the sort of crematorium bit of the hospital where they would, you know, dispose of, like amputated lips and things like that, that it was somehow shooting feet out of the chimney . So do you genuinely believe that's what's happening? </w:t>
      </w:r>
    </w:p>
    <w:p>
      <w:pPr>
        <w:spacing w:after="0"/>
      </w:pPr>
    </w:p>
    <w:p>
      <w:pPr>
        <w:spacing w:after="0"/>
      </w:pPr>
      <w:r>
        <w:rPr>
          <w:rFonts w:ascii="Arial" w:hAnsi="Arial"/>
          <w:b/>
          <w:sz w:val="22"/>
        </w:rPr>
        <w:t xml:space="preserve">Lucy  </w:t>
      </w:r>
      <w:r>
        <w:rPr>
          <w:rFonts w:ascii="Arial" w:hAnsi="Arial"/>
          <w:color w:val="5D7284"/>
          <w:sz w:val="22"/>
        </w:rPr>
        <w:t>12:57</w:t>
      </w:r>
    </w:p>
    <w:p>
      <w:pPr>
        <w:spacing w:after="0"/>
      </w:pPr>
      <w:r>
        <w:rPr>
          <w:rFonts w:ascii="Arial" w:hAnsi="Arial"/>
          <w:sz w:val="22"/>
        </w:rPr>
        <w:t>unbelievable. There. Have you noticed as well that local news do like to tie in their news with the national news that something's happening,</w:t>
      </w:r>
    </w:p>
    <w:p>
      <w:pPr>
        <w:spacing w:after="0"/>
      </w:pPr>
    </w:p>
    <w:p>
      <w:pPr>
        <w:spacing w:after="0"/>
      </w:pPr>
      <w:r>
        <w:rPr>
          <w:rFonts w:ascii="Arial" w:hAnsi="Arial"/>
          <w:b/>
          <w:sz w:val="22"/>
        </w:rPr>
        <w:t xml:space="preserve">Alice  </w:t>
      </w:r>
      <w:r>
        <w:rPr>
          <w:rFonts w:ascii="Arial" w:hAnsi="Arial"/>
          <w:color w:val="5D7284"/>
          <w:sz w:val="22"/>
        </w:rPr>
        <w:t>13:07</w:t>
      </w:r>
    </w:p>
    <w:p>
      <w:pPr>
        <w:spacing w:after="0"/>
      </w:pPr>
      <w:r>
        <w:rPr>
          <w:rFonts w:ascii="Arial" w:hAnsi="Arial"/>
          <w:sz w:val="22"/>
        </w:rPr>
        <w:t>as if to try and make it seem more, yeah. It's</w:t>
      </w:r>
    </w:p>
    <w:p>
      <w:pPr>
        <w:spacing w:after="0"/>
      </w:pPr>
    </w:p>
    <w:p>
      <w:pPr>
        <w:spacing w:after="0"/>
      </w:pPr>
      <w:r>
        <w:rPr>
          <w:rFonts w:ascii="Arial" w:hAnsi="Arial"/>
          <w:b/>
          <w:sz w:val="22"/>
        </w:rPr>
        <w:t xml:space="preserve">Lucy  </w:t>
      </w:r>
      <w:r>
        <w:rPr>
          <w:rFonts w:ascii="Arial" w:hAnsi="Arial"/>
          <w:color w:val="5D7284"/>
          <w:sz w:val="22"/>
        </w:rPr>
        <w:t>13:09</w:t>
      </w:r>
    </w:p>
    <w:p>
      <w:pPr>
        <w:spacing w:after="0"/>
      </w:pPr>
      <w:r>
        <w:rPr>
          <w:rFonts w:ascii="Arial" w:hAnsi="Arial"/>
          <w:sz w:val="22"/>
        </w:rPr>
        <w:t>like, find me a local angle. I must have a local angle about, you know, Donald Trump's visit. We speak to the helicopter pilot who's actually from Birmingham,</w:t>
      </w:r>
    </w:p>
    <w:p>
      <w:pPr>
        <w:spacing w:after="0"/>
      </w:pPr>
    </w:p>
    <w:p>
      <w:pPr>
        <w:spacing w:after="0"/>
      </w:pPr>
      <w:r>
        <w:rPr>
          <w:rFonts w:ascii="Arial" w:hAnsi="Arial"/>
          <w:b/>
          <w:sz w:val="22"/>
        </w:rPr>
        <w:t xml:space="preserve">Alice  </w:t>
      </w:r>
      <w:r>
        <w:rPr>
          <w:rFonts w:ascii="Arial" w:hAnsi="Arial"/>
          <w:color w:val="5D7284"/>
          <w:sz w:val="22"/>
        </w:rPr>
        <w:t>13:20</w:t>
      </w:r>
    </w:p>
    <w:p>
      <w:pPr>
        <w:spacing w:after="0"/>
      </w:pPr>
      <w:r>
        <w:rPr>
          <w:rFonts w:ascii="Arial" w:hAnsi="Arial"/>
          <w:sz w:val="22"/>
        </w:rPr>
        <w:t>yeah, yeah, yeah, we speak. We speak to Donna Trump, who lives in scunthor.</w:t>
      </w:r>
    </w:p>
    <w:p>
      <w:pPr>
        <w:spacing w:after="0"/>
      </w:pPr>
    </w:p>
    <w:p>
      <w:pPr>
        <w:spacing w:after="0"/>
      </w:pPr>
      <w:r>
        <w:rPr>
          <w:rFonts w:ascii="Arial" w:hAnsi="Arial"/>
          <w:b/>
          <w:sz w:val="22"/>
        </w:rPr>
        <w:t xml:space="preserve">Daisy  </w:t>
      </w:r>
      <w:r>
        <w:rPr>
          <w:rFonts w:ascii="Arial" w:hAnsi="Arial"/>
          <w:color w:val="5D7284"/>
          <w:sz w:val="22"/>
        </w:rPr>
        <w:t>13:25</w:t>
      </w:r>
    </w:p>
    <w:p>
      <w:pPr>
        <w:spacing w:after="0"/>
      </w:pPr>
      <w:r>
        <w:rPr>
          <w:rFonts w:ascii="Arial" w:hAnsi="Arial"/>
          <w:sz w:val="22"/>
        </w:rPr>
        <w:t xml:space="preserve"> damn, your areas must be doing all right. I mean, around here, they don't have enough local journalists to even be able to do that. It's just, we'll just take the news that was somewhere else, just publish it here as well. Yeah. Basically.</w:t>
      </w:r>
    </w:p>
    <w:p>
      <w:pPr>
        <w:spacing w:after="0"/>
      </w:pPr>
    </w:p>
    <w:p>
      <w:pPr>
        <w:spacing w:after="0"/>
      </w:pPr>
      <w:r>
        <w:rPr>
          <w:rFonts w:ascii="Arial" w:hAnsi="Arial"/>
          <w:b/>
          <w:sz w:val="22"/>
        </w:rPr>
        <w:t xml:space="preserve">Alice  </w:t>
      </w:r>
      <w:r>
        <w:rPr>
          <w:rFonts w:ascii="Arial" w:hAnsi="Arial"/>
          <w:color w:val="5D7284"/>
          <w:sz w:val="22"/>
        </w:rPr>
        <w:t>13:43</w:t>
      </w:r>
    </w:p>
    <w:p>
      <w:pPr>
        <w:spacing w:after="0"/>
      </w:pPr>
      <w:r>
        <w:rPr>
          <w:rFonts w:ascii="Arial" w:hAnsi="Arial"/>
          <w:sz w:val="22"/>
        </w:rPr>
        <w:t xml:space="preserve">So back to we are not even at school age, ior Jioesph Merrick YET </w:t>
      </w:r>
    </w:p>
    <w:p>
      <w:pPr>
        <w:spacing w:after="0"/>
      </w:pPr>
    </w:p>
    <w:p>
      <w:pPr>
        <w:spacing w:after="0"/>
      </w:pPr>
      <w:r>
        <w:rPr>
          <w:rFonts w:ascii="Arial" w:hAnsi="Arial"/>
          <w:b/>
          <w:sz w:val="22"/>
        </w:rPr>
        <w:t xml:space="preserve">Daisy  </w:t>
      </w:r>
      <w:r>
        <w:rPr>
          <w:rFonts w:ascii="Arial" w:hAnsi="Arial"/>
          <w:color w:val="5D7284"/>
          <w:sz w:val="22"/>
        </w:rPr>
        <w:t>13:43</w:t>
      </w:r>
    </w:p>
    <w:p>
      <w:pPr>
        <w:spacing w:after="0"/>
      </w:pPr>
      <w:r>
        <w:rPr>
          <w:rFonts w:ascii="Arial" w:hAnsi="Arial"/>
          <w:sz w:val="22"/>
        </w:rPr>
        <w:t>So yes, as well as the little swellings on his lip that you had when he was a toddler, supposedly, he had like, a little bit of a lump on his head, but no one really paid like much attention to it,</w:t>
      </w:r>
    </w:p>
    <w:p>
      <w:pPr>
        <w:spacing w:after="0"/>
      </w:pPr>
    </w:p>
    <w:p>
      <w:pPr>
        <w:spacing w:after="0"/>
      </w:pPr>
      <w:r>
        <w:rPr>
          <w:rFonts w:ascii="Arial" w:hAnsi="Arial"/>
          <w:b/>
          <w:sz w:val="22"/>
        </w:rPr>
        <w:t xml:space="preserve">Alice  </w:t>
      </w:r>
      <w:r>
        <w:rPr>
          <w:rFonts w:ascii="Arial" w:hAnsi="Arial"/>
          <w:color w:val="5D7284"/>
          <w:sz w:val="22"/>
        </w:rPr>
        <w:t>14:04</w:t>
      </w:r>
    </w:p>
    <w:p>
      <w:pPr>
        <w:spacing w:after="0"/>
      </w:pPr>
      <w:r>
        <w:rPr>
          <w:rFonts w:ascii="Arial" w:hAnsi="Arial"/>
          <w:sz w:val="22"/>
        </w:rPr>
        <w:t>because I have a toddler, he regularly has lumps on his head. What did you do?</w:t>
      </w:r>
    </w:p>
    <w:p>
      <w:pPr>
        <w:spacing w:after="0"/>
      </w:pPr>
    </w:p>
    <w:p>
      <w:pPr>
        <w:spacing w:after="0"/>
      </w:pPr>
      <w:r>
        <w:rPr>
          <w:rFonts w:ascii="Arial" w:hAnsi="Arial"/>
          <w:b/>
          <w:sz w:val="22"/>
        </w:rPr>
        <w:t xml:space="preserve">Daisy  </w:t>
      </w:r>
      <w:r>
        <w:rPr>
          <w:rFonts w:ascii="Arial" w:hAnsi="Arial"/>
          <w:color w:val="5D7284"/>
          <w:sz w:val="22"/>
        </w:rPr>
        <w:t>14:09</w:t>
      </w:r>
    </w:p>
    <w:p>
      <w:pPr>
        <w:spacing w:after="0"/>
      </w:pPr>
      <w:r>
        <w:rPr>
          <w:rFonts w:ascii="Arial" w:hAnsi="Arial"/>
          <w:sz w:val="22"/>
        </w:rPr>
        <w:t xml:space="preserve"> It was quite bumpy. </w:t>
      </w:r>
    </w:p>
    <w:p>
      <w:pPr>
        <w:spacing w:after="0"/>
      </w:pPr>
    </w:p>
    <w:p>
      <w:pPr>
        <w:spacing w:after="0"/>
      </w:pPr>
      <w:r>
        <w:rPr>
          <w:rFonts w:ascii="Arial" w:hAnsi="Arial"/>
          <w:b/>
          <w:sz w:val="22"/>
        </w:rPr>
        <w:t xml:space="preserve">Alice  </w:t>
      </w:r>
      <w:r>
        <w:rPr>
          <w:rFonts w:ascii="Arial" w:hAnsi="Arial"/>
          <w:color w:val="5D7284"/>
          <w:sz w:val="22"/>
        </w:rPr>
        <w:t>14:10</w:t>
      </w:r>
    </w:p>
    <w:p>
      <w:pPr>
        <w:spacing w:after="0"/>
      </w:pPr>
      <w:r>
        <w:rPr>
          <w:rFonts w:ascii="Arial" w:hAnsi="Arial"/>
          <w:sz w:val="22"/>
        </w:rPr>
        <w:t>Yeah, they fall down a lot. There's a lot of unexplained bruising. Just have to hope for the best.</w:t>
      </w:r>
    </w:p>
    <w:p>
      <w:pPr>
        <w:spacing w:after="0"/>
      </w:pPr>
    </w:p>
    <w:p>
      <w:pPr>
        <w:spacing w:after="0"/>
      </w:pPr>
      <w:r>
        <w:rPr>
          <w:rFonts w:ascii="Arial" w:hAnsi="Arial"/>
          <w:b/>
          <w:sz w:val="22"/>
        </w:rPr>
        <w:t xml:space="preserve">Daisy  </w:t>
      </w:r>
      <w:r>
        <w:rPr>
          <w:rFonts w:ascii="Arial" w:hAnsi="Arial"/>
          <w:color w:val="5D7284"/>
          <w:sz w:val="22"/>
        </w:rPr>
        <w:t>14:18</w:t>
      </w:r>
    </w:p>
    <w:p>
      <w:pPr>
        <w:spacing w:after="0"/>
      </w:pPr>
      <w:r>
        <w:rPr>
          <w:rFonts w:ascii="Arial" w:hAnsi="Arial"/>
          <w:sz w:val="22"/>
        </w:rPr>
        <w:t>So, yeah. So he wrote a bit about his childhood in like a little leaflet thing that accompanied one of his exhibits later in life. How much of this was written by him and how much of it was written by his manager is, you know, hard to say, but it does seem to be like accurate sort of time and people wise, so there's no reason to think why it wouldn't be accurate the rest of the way. But he said that the deformity which I am now exhibiting was caused by my mother being frightened by an elephant.</w:t>
      </w:r>
    </w:p>
    <w:p>
      <w:pPr>
        <w:spacing w:after="0"/>
      </w:pPr>
    </w:p>
    <w:p>
      <w:pPr>
        <w:spacing w:after="0"/>
      </w:pPr>
      <w:r>
        <w:rPr>
          <w:rFonts w:ascii="Arial" w:hAnsi="Arial"/>
          <w:b/>
          <w:sz w:val="22"/>
        </w:rPr>
        <w:t xml:space="preserve">Lucy  </w:t>
      </w:r>
      <w:r>
        <w:rPr>
          <w:rFonts w:ascii="Arial" w:hAnsi="Arial"/>
          <w:color w:val="5D7284"/>
          <w:sz w:val="22"/>
        </w:rPr>
        <w:t>14:47</w:t>
      </w:r>
    </w:p>
    <w:p>
      <w:pPr>
        <w:spacing w:after="0"/>
      </w:pPr>
      <w:r>
        <w:rPr>
          <w:rFonts w:ascii="Arial" w:hAnsi="Arial"/>
          <w:sz w:val="22"/>
        </w:rPr>
        <w:t>Oh</w:t>
      </w:r>
    </w:p>
    <w:p>
      <w:pPr>
        <w:spacing w:after="0"/>
      </w:pPr>
    </w:p>
    <w:p>
      <w:pPr>
        <w:spacing w:after="0"/>
      </w:pPr>
      <w:r>
        <w:rPr>
          <w:rFonts w:ascii="Arial" w:hAnsi="Arial"/>
          <w:b/>
          <w:sz w:val="22"/>
        </w:rPr>
        <w:t xml:space="preserve">Alice  </w:t>
      </w:r>
      <w:r>
        <w:rPr>
          <w:rFonts w:ascii="Arial" w:hAnsi="Arial"/>
          <w:color w:val="5D7284"/>
          <w:sz w:val="22"/>
        </w:rPr>
        <w:t>14:47</w:t>
      </w:r>
    </w:p>
    <w:p>
      <w:pPr>
        <w:spacing w:after="0"/>
      </w:pPr>
      <w:r>
        <w:rPr>
          <w:rFonts w:ascii="Arial" w:hAnsi="Arial"/>
          <w:sz w:val="22"/>
        </w:rPr>
        <w:t>, I've heard that</w:t>
      </w:r>
    </w:p>
    <w:p>
      <w:pPr>
        <w:spacing w:after="0"/>
      </w:pPr>
    </w:p>
    <w:p>
      <w:pPr>
        <w:spacing w:after="0"/>
      </w:pPr>
      <w:r>
        <w:rPr>
          <w:rFonts w:ascii="Arial" w:hAnsi="Arial"/>
          <w:b/>
          <w:sz w:val="22"/>
        </w:rPr>
        <w:t xml:space="preserve">Lucy  </w:t>
      </w:r>
      <w:r>
        <w:rPr>
          <w:rFonts w:ascii="Arial" w:hAnsi="Arial"/>
          <w:color w:val="5D7284"/>
          <w:sz w:val="22"/>
        </w:rPr>
        <w:t>14:49</w:t>
      </w:r>
    </w:p>
    <w:p>
      <w:pPr>
        <w:spacing w:after="0"/>
      </w:pPr>
      <w:r>
        <w:rPr>
          <w:rFonts w:ascii="Arial" w:hAnsi="Arial"/>
          <w:sz w:val="22"/>
        </w:rPr>
        <w:t>Hence why the name elephant</w:t>
      </w:r>
    </w:p>
    <w:p>
      <w:pPr>
        <w:spacing w:after="0"/>
      </w:pPr>
    </w:p>
    <w:p>
      <w:pPr>
        <w:spacing w:after="0"/>
      </w:pPr>
      <w:r>
        <w:rPr>
          <w:rFonts w:ascii="Arial" w:hAnsi="Arial"/>
          <w:b/>
          <w:sz w:val="22"/>
        </w:rPr>
        <w:t xml:space="preserve">Daisy  </w:t>
      </w:r>
      <w:r>
        <w:rPr>
          <w:rFonts w:ascii="Arial" w:hAnsi="Arial"/>
          <w:color w:val="5D7284"/>
          <w:sz w:val="22"/>
        </w:rPr>
        <w:t>14:52</w:t>
      </w:r>
    </w:p>
    <w:p>
      <w:pPr>
        <w:spacing w:after="0"/>
      </w:pPr>
      <w:r>
        <w:rPr>
          <w:rFonts w:ascii="Arial" w:hAnsi="Arial"/>
          <w:sz w:val="22"/>
        </w:rPr>
        <w:t>man, as he said, My mother was going along the street when a procession of animals were passing by, there was a terrible crush of people to see them. And unfortunately. She was pushed under the elephant's feet, which frightened her very much. Yeah.</w:t>
      </w:r>
    </w:p>
    <w:p>
      <w:pPr>
        <w:spacing w:after="0"/>
      </w:pPr>
    </w:p>
    <w:p>
      <w:pPr>
        <w:spacing w:after="0"/>
      </w:pPr>
      <w:r>
        <w:rPr>
          <w:rFonts w:ascii="Arial" w:hAnsi="Arial"/>
          <w:b/>
          <w:sz w:val="22"/>
        </w:rPr>
        <w:t xml:space="preserve">Lucy  </w:t>
      </w:r>
      <w:r>
        <w:rPr>
          <w:rFonts w:ascii="Arial" w:hAnsi="Arial"/>
          <w:color w:val="5D7284"/>
          <w:sz w:val="22"/>
        </w:rPr>
        <w:t>15:04</w:t>
      </w:r>
    </w:p>
    <w:p>
      <w:pPr>
        <w:spacing w:after="0"/>
      </w:pPr>
      <w:r>
        <w:rPr>
          <w:rFonts w:ascii="Arial" w:hAnsi="Arial"/>
          <w:sz w:val="22"/>
        </w:rPr>
        <w:t>Can I can get reasonably, yeah,</w:t>
      </w:r>
    </w:p>
    <w:p>
      <w:pPr>
        <w:spacing w:after="0"/>
      </w:pPr>
    </w:p>
    <w:p>
      <w:pPr>
        <w:spacing w:after="0"/>
      </w:pPr>
      <w:r>
        <w:rPr>
          <w:rFonts w:ascii="Arial" w:hAnsi="Arial"/>
          <w:b/>
          <w:sz w:val="22"/>
        </w:rPr>
        <w:t xml:space="preserve">Alice  </w:t>
      </w:r>
      <w:r>
        <w:rPr>
          <w:rFonts w:ascii="Arial" w:hAnsi="Arial"/>
          <w:color w:val="5D7284"/>
          <w:sz w:val="22"/>
        </w:rPr>
        <w:t>15:06</w:t>
      </w:r>
    </w:p>
    <w:p>
      <w:pPr>
        <w:spacing w:after="0"/>
      </w:pPr>
      <w:r>
        <w:rPr>
          <w:rFonts w:ascii="Arial" w:hAnsi="Arial"/>
          <w:sz w:val="22"/>
        </w:rPr>
        <w:t>yeah, yeah, yeah.</w:t>
      </w:r>
    </w:p>
    <w:p>
      <w:pPr>
        <w:spacing w:after="0"/>
      </w:pPr>
    </w:p>
    <w:p>
      <w:pPr>
        <w:spacing w:after="0"/>
      </w:pPr>
      <w:r>
        <w:rPr>
          <w:rFonts w:ascii="Arial" w:hAnsi="Arial"/>
          <w:b/>
          <w:sz w:val="22"/>
        </w:rPr>
        <w:t xml:space="preserve">Daisy  </w:t>
      </w:r>
      <w:r>
        <w:rPr>
          <w:rFonts w:ascii="Arial" w:hAnsi="Arial"/>
          <w:color w:val="5D7284"/>
          <w:sz w:val="22"/>
        </w:rPr>
        <w:t>15:09</w:t>
      </w:r>
    </w:p>
    <w:p>
      <w:pPr>
        <w:spacing w:after="0"/>
      </w:pPr>
      <w:r>
        <w:rPr>
          <w:rFonts w:ascii="Arial" w:hAnsi="Arial"/>
          <w:sz w:val="22"/>
        </w:rPr>
        <w:t>So, yeah. This wasn't just like, you know, part of the show, and, you know, the magic of the exhibition stuff. You know, he really believed this. And it was still very common in this area to believe in it's, they called it maternal impression, the idea that, you know, a powerful influence, you know, while someone is pregnant will affect the child.</w:t>
      </w:r>
    </w:p>
    <w:p>
      <w:pPr>
        <w:spacing w:after="0"/>
      </w:pPr>
    </w:p>
    <w:p>
      <w:pPr>
        <w:spacing w:after="0"/>
      </w:pPr>
      <w:r>
        <w:rPr>
          <w:rFonts w:ascii="Arial" w:hAnsi="Arial"/>
          <w:b/>
          <w:sz w:val="22"/>
        </w:rPr>
        <w:t xml:space="preserve">Alice  </w:t>
      </w:r>
      <w:r>
        <w:rPr>
          <w:rFonts w:ascii="Arial" w:hAnsi="Arial"/>
          <w:color w:val="5D7284"/>
          <w:sz w:val="22"/>
        </w:rPr>
        <w:t>15:30</w:t>
      </w:r>
    </w:p>
    <w:p>
      <w:pPr>
        <w:spacing w:after="0"/>
      </w:pPr>
      <w:r>
        <w:rPr>
          <w:rFonts w:ascii="Arial" w:hAnsi="Arial"/>
          <w:sz w:val="22"/>
        </w:rPr>
        <w:t>I mean, you still hear it in people who talk about, you know, refrigerator mothers and autistic children. It's, it's medical misogyny at its best, just just because we're now no longer attributing physical disabilities to straight elephants. Didn't realize we had a lot of those in in Leicester in 1862 but</w:t>
      </w:r>
    </w:p>
    <w:p>
      <w:pPr>
        <w:spacing w:after="0"/>
      </w:pPr>
    </w:p>
    <w:p>
      <w:pPr>
        <w:spacing w:after="0"/>
      </w:pPr>
      <w:r>
        <w:rPr>
          <w:rFonts w:ascii="Arial" w:hAnsi="Arial"/>
          <w:b/>
          <w:sz w:val="22"/>
        </w:rPr>
        <w:t xml:space="preserve">Daisy  </w:t>
      </w:r>
      <w:r>
        <w:rPr>
          <w:rFonts w:ascii="Arial" w:hAnsi="Arial"/>
          <w:color w:val="5D7284"/>
          <w:sz w:val="22"/>
        </w:rPr>
        <w:t>15:58</w:t>
      </w:r>
    </w:p>
    <w:p>
      <w:pPr>
        <w:spacing w:after="0"/>
      </w:pPr>
      <w:r>
        <w:rPr>
          <w:rFonts w:ascii="Arial" w:hAnsi="Arial"/>
          <w:sz w:val="22"/>
        </w:rPr>
        <w:t xml:space="preserve">yeah, they just, they just didn't explain that. They just said there was an elephant in Leicester </w:t>
      </w:r>
    </w:p>
    <w:p>
      <w:pPr>
        <w:spacing w:after="0"/>
      </w:pPr>
    </w:p>
    <w:p>
      <w:pPr>
        <w:spacing w:after="0"/>
      </w:pPr>
      <w:r>
        <w:rPr>
          <w:rFonts w:ascii="Arial" w:hAnsi="Arial"/>
          <w:b/>
          <w:sz w:val="22"/>
        </w:rPr>
        <w:t xml:space="preserve">Alice  </w:t>
      </w:r>
      <w:r>
        <w:rPr>
          <w:rFonts w:ascii="Arial" w:hAnsi="Arial"/>
          <w:color w:val="5D7284"/>
          <w:sz w:val="22"/>
        </w:rPr>
        <w:t>16:03</w:t>
      </w:r>
    </w:p>
    <w:p>
      <w:pPr>
        <w:spacing w:after="0"/>
      </w:pPr>
      <w:r>
        <w:rPr>
          <w:rFonts w:ascii="Arial" w:hAnsi="Arial"/>
          <w:sz w:val="22"/>
        </w:rPr>
        <w:t xml:space="preserve"> I was gonna say, okay,that's, that's the part of the story that I am most dubious about. I've just, like, what could they could have been?</w:t>
      </w:r>
    </w:p>
    <w:p>
      <w:pPr>
        <w:spacing w:after="0"/>
      </w:pPr>
    </w:p>
    <w:p>
      <w:pPr>
        <w:spacing w:after="0"/>
      </w:pPr>
      <w:r>
        <w:rPr>
          <w:rFonts w:ascii="Arial" w:hAnsi="Arial"/>
          <w:b/>
          <w:sz w:val="22"/>
        </w:rPr>
        <w:t xml:space="preserve">Lucy  </w:t>
      </w:r>
      <w:r>
        <w:rPr>
          <w:rFonts w:ascii="Arial" w:hAnsi="Arial"/>
          <w:color w:val="5D7284"/>
          <w:sz w:val="22"/>
        </w:rPr>
        <w:t>16:11</w:t>
      </w:r>
    </w:p>
    <w:p>
      <w:pPr>
        <w:spacing w:after="0"/>
      </w:pPr>
      <w:r>
        <w:rPr>
          <w:rFonts w:ascii="Arial" w:hAnsi="Arial"/>
          <w:sz w:val="22"/>
        </w:rPr>
        <w:t>Yeah, it has to have been Yeah, or, like,</w:t>
      </w:r>
    </w:p>
    <w:p>
      <w:pPr>
        <w:spacing w:after="0"/>
      </w:pPr>
    </w:p>
    <w:p>
      <w:pPr>
        <w:spacing w:after="0"/>
      </w:pPr>
      <w:r>
        <w:rPr>
          <w:rFonts w:ascii="Arial" w:hAnsi="Arial"/>
          <w:b/>
          <w:sz w:val="22"/>
        </w:rPr>
        <w:t xml:space="preserve">Alice  </w:t>
      </w:r>
      <w:r>
        <w:rPr>
          <w:rFonts w:ascii="Arial" w:hAnsi="Arial"/>
          <w:color w:val="5D7284"/>
          <w:sz w:val="22"/>
        </w:rPr>
        <w:t>16:15</w:t>
      </w:r>
    </w:p>
    <w:p>
      <w:pPr>
        <w:spacing w:after="0"/>
      </w:pPr>
      <w:r>
        <w:rPr>
          <w:rFonts w:ascii="Arial" w:hAnsi="Arial"/>
          <w:sz w:val="22"/>
        </w:rPr>
        <w:t>we don't have a zoo.</w:t>
      </w:r>
    </w:p>
    <w:p>
      <w:pPr>
        <w:spacing w:after="0"/>
      </w:pPr>
    </w:p>
    <w:p>
      <w:pPr>
        <w:spacing w:after="0"/>
      </w:pPr>
      <w:r>
        <w:rPr>
          <w:rFonts w:ascii="Arial" w:hAnsi="Arial"/>
          <w:b/>
          <w:sz w:val="22"/>
        </w:rPr>
        <w:t xml:space="preserve">Alice  </w:t>
      </w:r>
      <w:r>
        <w:rPr>
          <w:rFonts w:ascii="Arial" w:hAnsi="Arial"/>
          <w:color w:val="5D7284"/>
          <w:sz w:val="22"/>
        </w:rPr>
        <w:t>16:15</w:t>
      </w:r>
    </w:p>
    <w:p>
      <w:pPr>
        <w:spacing w:after="0"/>
      </w:pPr>
      <w:r>
        <w:rPr>
          <w:rFonts w:ascii="Arial" w:hAnsi="Arial"/>
          <w:sz w:val="22"/>
        </w:rPr>
        <w:t xml:space="preserve">What's even the point if you haven't got a Zoo </w:t>
      </w:r>
    </w:p>
    <w:p>
      <w:pPr>
        <w:spacing w:after="0"/>
      </w:pPr>
    </w:p>
    <w:p>
      <w:pPr>
        <w:spacing w:after="0"/>
      </w:pPr>
      <w:r>
        <w:rPr>
          <w:rFonts w:ascii="Arial" w:hAnsi="Arial"/>
          <w:b/>
          <w:sz w:val="22"/>
        </w:rPr>
        <w:t xml:space="preserve">Alice  </w:t>
      </w:r>
      <w:r>
        <w:rPr>
          <w:rFonts w:ascii="Arial" w:hAnsi="Arial"/>
          <w:color w:val="5D7284"/>
          <w:sz w:val="22"/>
        </w:rPr>
        <w:t>16:19</w:t>
      </w:r>
    </w:p>
    <w:p>
      <w:pPr>
        <w:spacing w:after="0"/>
      </w:pPr>
      <w:r>
        <w:rPr>
          <w:rFonts w:ascii="Arial" w:hAnsi="Arial"/>
          <w:sz w:val="22"/>
        </w:rPr>
        <w:t xml:space="preserve"> all we have is Richard the Third. That's literally, nothing else</w:t>
      </w:r>
    </w:p>
    <w:p>
      <w:pPr>
        <w:spacing w:after="0"/>
      </w:pPr>
    </w:p>
    <w:p>
      <w:pPr>
        <w:spacing w:after="0"/>
      </w:pPr>
      <w:r>
        <w:rPr>
          <w:rFonts w:ascii="Arial" w:hAnsi="Arial"/>
          <w:b/>
          <w:sz w:val="22"/>
        </w:rPr>
        <w:t xml:space="preserve">Lucy  </w:t>
      </w:r>
      <w:r>
        <w:rPr>
          <w:rFonts w:ascii="Arial" w:hAnsi="Arial"/>
          <w:color w:val="5D7284"/>
          <w:sz w:val="22"/>
        </w:rPr>
        <w:t>16:26</w:t>
      </w:r>
    </w:p>
    <w:p>
      <w:pPr>
        <w:spacing w:after="0"/>
      </w:pPr>
      <w:r>
        <w:rPr>
          <w:rFonts w:ascii="Arial" w:hAnsi="Arial"/>
          <w:sz w:val="22"/>
        </w:rPr>
        <w:t>don't take that of them</w:t>
      </w:r>
    </w:p>
    <w:p>
      <w:pPr>
        <w:spacing w:after="0"/>
      </w:pPr>
    </w:p>
    <w:p>
      <w:pPr>
        <w:spacing w:after="0"/>
      </w:pPr>
      <w:r>
        <w:rPr>
          <w:rFonts w:ascii="Arial" w:hAnsi="Arial"/>
          <w:b/>
          <w:sz w:val="22"/>
        </w:rPr>
        <w:t xml:space="preserve">Alice  </w:t>
      </w:r>
      <w:r>
        <w:rPr>
          <w:rFonts w:ascii="Arial" w:hAnsi="Arial"/>
          <w:color w:val="5D7284"/>
          <w:sz w:val="22"/>
        </w:rPr>
        <w:t>16:30</w:t>
      </w:r>
    </w:p>
    <w:p>
      <w:pPr>
        <w:spacing w:after="0"/>
      </w:pPr>
      <w:r>
        <w:rPr>
          <w:rFonts w:ascii="Arial" w:hAnsi="Arial"/>
          <w:sz w:val="22"/>
        </w:rPr>
        <w:t>Yeah, York tried,</w:t>
      </w:r>
    </w:p>
    <w:p>
      <w:pPr>
        <w:spacing w:after="0"/>
      </w:pPr>
    </w:p>
    <w:p>
      <w:pPr>
        <w:spacing w:after="0"/>
      </w:pPr>
      <w:r>
        <w:rPr>
          <w:rFonts w:ascii="Arial" w:hAnsi="Arial"/>
          <w:b/>
          <w:sz w:val="22"/>
        </w:rPr>
        <w:t xml:space="preserve">Daisy  </w:t>
      </w:r>
      <w:r>
        <w:rPr>
          <w:rFonts w:ascii="Arial" w:hAnsi="Arial"/>
          <w:color w:val="5D7284"/>
          <w:sz w:val="22"/>
        </w:rPr>
        <w:t>16:36</w:t>
      </w:r>
    </w:p>
    <w:p>
      <w:pPr>
        <w:spacing w:after="0"/>
      </w:pPr>
      <w:r>
        <w:rPr>
          <w:rFonts w:ascii="Arial" w:hAnsi="Arial"/>
          <w:sz w:val="22"/>
        </w:rPr>
        <w:t>yeah. When he started developing these sort of more visible problems when he was five, it was basically both of his feet got significantly bigger.</w:t>
      </w:r>
    </w:p>
    <w:p>
      <w:pPr>
        <w:spacing w:after="0"/>
      </w:pPr>
    </w:p>
    <w:p>
      <w:pPr>
        <w:spacing w:after="0"/>
      </w:pPr>
      <w:r>
        <w:rPr>
          <w:rFonts w:ascii="Arial" w:hAnsi="Arial"/>
          <w:b/>
          <w:sz w:val="22"/>
        </w:rPr>
        <w:t xml:space="preserve">Alice  </w:t>
      </w:r>
      <w:r>
        <w:rPr>
          <w:rFonts w:ascii="Arial" w:hAnsi="Arial"/>
          <w:color w:val="5D7284"/>
          <w:sz w:val="22"/>
        </w:rPr>
        <w:t>16:45</w:t>
      </w:r>
    </w:p>
    <w:p>
      <w:pPr>
        <w:spacing w:after="0"/>
      </w:pPr>
      <w:r>
        <w:rPr>
          <w:rFonts w:ascii="Arial" w:hAnsi="Arial"/>
          <w:sz w:val="22"/>
        </w:rPr>
        <w:t>You know, to that also happens as children grow and develop.</w:t>
      </w:r>
    </w:p>
    <w:p>
      <w:pPr>
        <w:spacing w:after="0"/>
      </w:pPr>
    </w:p>
    <w:p>
      <w:pPr>
        <w:spacing w:after="0"/>
      </w:pPr>
      <w:r>
        <w:rPr>
          <w:rFonts w:ascii="Arial" w:hAnsi="Arial"/>
          <w:b/>
          <w:sz w:val="22"/>
        </w:rPr>
        <w:t xml:space="preserve">Daisy  </w:t>
      </w:r>
      <w:r>
        <w:rPr>
          <w:rFonts w:ascii="Arial" w:hAnsi="Arial"/>
          <w:color w:val="5D7284"/>
          <w:sz w:val="22"/>
        </w:rPr>
        <w:t>16:49</w:t>
      </w:r>
    </w:p>
    <w:p>
      <w:pPr>
        <w:spacing w:after="0"/>
      </w:pPr>
      <w:r>
        <w:rPr>
          <w:rFonts w:ascii="Arial" w:hAnsi="Arial"/>
          <w:sz w:val="22"/>
        </w:rPr>
        <w:t xml:space="preserve">You know, as a person with very big feet didn't seem all that unusual to me, but </w:t>
      </w:r>
    </w:p>
    <w:p>
      <w:pPr>
        <w:spacing w:after="0"/>
      </w:pPr>
    </w:p>
    <w:p>
      <w:pPr>
        <w:spacing w:after="0"/>
      </w:pPr>
      <w:r>
        <w:rPr>
          <w:rFonts w:ascii="Arial" w:hAnsi="Arial"/>
          <w:b/>
          <w:sz w:val="22"/>
        </w:rPr>
        <w:t xml:space="preserve">Alice  </w:t>
      </w:r>
      <w:r>
        <w:rPr>
          <w:rFonts w:ascii="Arial" w:hAnsi="Arial"/>
          <w:color w:val="5D7284"/>
          <w:sz w:val="22"/>
        </w:rPr>
        <w:t>16:58</w:t>
      </w:r>
    </w:p>
    <w:p>
      <w:pPr>
        <w:spacing w:after="0"/>
      </w:pPr>
      <w:r>
        <w:rPr>
          <w:rFonts w:ascii="Arial" w:hAnsi="Arial"/>
          <w:sz w:val="22"/>
        </w:rPr>
        <w:t>you've got big feet?</w:t>
      </w:r>
    </w:p>
    <w:p>
      <w:pPr>
        <w:spacing w:after="0"/>
      </w:pPr>
    </w:p>
    <w:p>
      <w:pPr>
        <w:spacing w:after="0"/>
      </w:pPr>
      <w:r>
        <w:rPr>
          <w:rFonts w:ascii="Arial" w:hAnsi="Arial"/>
          <w:b/>
          <w:sz w:val="22"/>
        </w:rPr>
        <w:t xml:space="preserve">Alice  </w:t>
      </w:r>
      <w:r>
        <w:rPr>
          <w:rFonts w:ascii="Arial" w:hAnsi="Arial"/>
          <w:color w:val="5D7284"/>
          <w:sz w:val="22"/>
        </w:rPr>
        <w:t>16:59</w:t>
      </w:r>
    </w:p>
    <w:p>
      <w:pPr>
        <w:spacing w:after="0"/>
      </w:pPr>
      <w:r>
        <w:rPr>
          <w:rFonts w:ascii="Arial" w:hAnsi="Arial"/>
          <w:sz w:val="22"/>
        </w:rPr>
        <w:t xml:space="preserve"> I've got very big feet. I've got size 10 feet, </w:t>
      </w:r>
    </w:p>
    <w:p>
      <w:pPr>
        <w:spacing w:after="0"/>
      </w:pPr>
    </w:p>
    <w:p>
      <w:pPr>
        <w:spacing w:after="0"/>
      </w:pPr>
      <w:r>
        <w:rPr>
          <w:rFonts w:ascii="Arial" w:hAnsi="Arial"/>
          <w:b/>
          <w:sz w:val="22"/>
        </w:rPr>
        <w:t xml:space="preserve">Lucy  </w:t>
      </w:r>
      <w:r>
        <w:rPr>
          <w:rFonts w:ascii="Arial" w:hAnsi="Arial"/>
          <w:color w:val="5D7284"/>
          <w:sz w:val="22"/>
        </w:rPr>
        <w:t>17:02</w:t>
      </w:r>
    </w:p>
    <w:p>
      <w:pPr>
        <w:spacing w:after="0"/>
      </w:pPr>
      <w:r>
        <w:rPr>
          <w:rFonts w:ascii="Arial" w:hAnsi="Arial"/>
          <w:sz w:val="22"/>
        </w:rPr>
        <w:t xml:space="preserve">have you? </w:t>
      </w:r>
    </w:p>
    <w:p>
      <w:pPr>
        <w:spacing w:after="0"/>
      </w:pPr>
    </w:p>
    <w:p>
      <w:pPr>
        <w:spacing w:after="0"/>
      </w:pPr>
      <w:r>
        <w:rPr>
          <w:rFonts w:ascii="Arial" w:hAnsi="Arial"/>
          <w:b/>
          <w:sz w:val="22"/>
        </w:rPr>
        <w:t xml:space="preserve">Alice  </w:t>
      </w:r>
      <w:r>
        <w:rPr>
          <w:rFonts w:ascii="Arial" w:hAnsi="Arial"/>
          <w:color w:val="5D7284"/>
          <w:sz w:val="22"/>
        </w:rPr>
        <w:t>17:04</w:t>
      </w:r>
    </w:p>
    <w:p>
      <w:pPr>
        <w:spacing w:after="0"/>
      </w:pPr>
      <w:r>
        <w:rPr>
          <w:rFonts w:ascii="Arial" w:hAnsi="Arial"/>
          <w:sz w:val="22"/>
        </w:rPr>
        <w:t>It's quite big, isn't it?</w:t>
      </w:r>
    </w:p>
    <w:p>
      <w:pPr>
        <w:spacing w:after="0"/>
      </w:pPr>
    </w:p>
    <w:p>
      <w:pPr>
        <w:spacing w:after="0"/>
      </w:pPr>
      <w:r>
        <w:rPr>
          <w:rFonts w:ascii="Arial" w:hAnsi="Arial"/>
          <w:b/>
          <w:sz w:val="22"/>
        </w:rPr>
        <w:t xml:space="preserve">Lucy  </w:t>
      </w:r>
      <w:r>
        <w:rPr>
          <w:rFonts w:ascii="Arial" w:hAnsi="Arial"/>
          <w:color w:val="5D7284"/>
          <w:sz w:val="22"/>
        </w:rPr>
        <w:t>17:05</w:t>
      </w:r>
    </w:p>
    <w:p>
      <w:pPr>
        <w:spacing w:after="0"/>
      </w:pPr>
      <w:r>
        <w:rPr>
          <w:rFonts w:ascii="Arial" w:hAnsi="Arial"/>
          <w:sz w:val="22"/>
        </w:rPr>
        <w:t xml:space="preserve"> I've got tiny feet because I don't stand on them </w:t>
      </w:r>
    </w:p>
    <w:p>
      <w:pPr>
        <w:spacing w:after="0"/>
      </w:pPr>
    </w:p>
    <w:p>
      <w:pPr>
        <w:spacing w:after="0"/>
      </w:pPr>
      <w:r>
        <w:rPr>
          <w:rFonts w:ascii="Arial" w:hAnsi="Arial"/>
          <w:b/>
          <w:sz w:val="22"/>
        </w:rPr>
        <w:t xml:space="preserve">Alice  </w:t>
      </w:r>
      <w:r>
        <w:rPr>
          <w:rFonts w:ascii="Arial" w:hAnsi="Arial"/>
          <w:color w:val="5D7284"/>
          <w:sz w:val="22"/>
        </w:rPr>
        <w:t>17:08</w:t>
      </w:r>
    </w:p>
    <w:p>
      <w:pPr>
        <w:spacing w:after="0"/>
      </w:pPr>
      <w:r>
        <w:rPr>
          <w:rFonts w:ascii="Arial" w:hAnsi="Arial"/>
          <w:sz w:val="22"/>
        </w:rPr>
        <w:t>that's not why you've got tiny feet. That's not,</w:t>
      </w:r>
    </w:p>
    <w:p>
      <w:pPr>
        <w:spacing w:after="0"/>
      </w:pPr>
    </w:p>
    <w:p>
      <w:pPr>
        <w:spacing w:after="0"/>
      </w:pPr>
      <w:r>
        <w:rPr>
          <w:rFonts w:ascii="Arial" w:hAnsi="Arial"/>
          <w:b/>
          <w:sz w:val="22"/>
        </w:rPr>
        <w:t xml:space="preserve">Lucy  </w:t>
      </w:r>
      <w:r>
        <w:rPr>
          <w:rFonts w:ascii="Arial" w:hAnsi="Arial"/>
          <w:color w:val="5D7284"/>
          <w:sz w:val="22"/>
        </w:rPr>
        <w:t>17:12</w:t>
      </w:r>
    </w:p>
    <w:p>
      <w:pPr>
        <w:spacing w:after="0"/>
      </w:pPr>
      <w:r>
        <w:rPr>
          <w:rFonts w:ascii="Arial" w:hAnsi="Arial"/>
          <w:sz w:val="22"/>
        </w:rPr>
        <w:t xml:space="preserve">well, yeah, but they're not like </w:t>
      </w:r>
    </w:p>
    <w:p>
      <w:pPr>
        <w:spacing w:after="0"/>
      </w:pPr>
    </w:p>
    <w:p>
      <w:pPr>
        <w:spacing w:after="0"/>
      </w:pPr>
      <w:r>
        <w:rPr>
          <w:rFonts w:ascii="Arial" w:hAnsi="Arial"/>
          <w:b/>
          <w:sz w:val="22"/>
        </w:rPr>
        <w:t xml:space="preserve">Alice  </w:t>
      </w:r>
      <w:r>
        <w:rPr>
          <w:rFonts w:ascii="Arial" w:hAnsi="Arial"/>
          <w:color w:val="5D7284"/>
          <w:sz w:val="22"/>
        </w:rPr>
        <w:t>17:13</w:t>
      </w:r>
    </w:p>
    <w:p>
      <w:pPr>
        <w:spacing w:after="0"/>
      </w:pPr>
      <w:r>
        <w:rPr>
          <w:rFonts w:ascii="Arial" w:hAnsi="Arial"/>
          <w:sz w:val="22"/>
        </w:rPr>
        <w:t xml:space="preserve">you're tiny generally, aren't you? </w:t>
      </w:r>
    </w:p>
    <w:p>
      <w:pPr>
        <w:spacing w:after="0"/>
      </w:pPr>
    </w:p>
    <w:p>
      <w:pPr>
        <w:spacing w:after="0"/>
      </w:pPr>
      <w:r>
        <w:rPr>
          <w:rFonts w:ascii="Arial" w:hAnsi="Arial"/>
          <w:b/>
          <w:sz w:val="22"/>
        </w:rPr>
        <w:t xml:space="preserve">Lucy  </w:t>
      </w:r>
      <w:r>
        <w:rPr>
          <w:rFonts w:ascii="Arial" w:hAnsi="Arial"/>
          <w:color w:val="5D7284"/>
          <w:sz w:val="22"/>
        </w:rPr>
        <w:t>17:15</w:t>
      </w:r>
    </w:p>
    <w:p>
      <w:pPr>
        <w:spacing w:after="0"/>
      </w:pPr>
      <w:r>
        <w:rPr>
          <w:rFonts w:ascii="Arial" w:hAnsi="Arial"/>
          <w:sz w:val="22"/>
        </w:rPr>
        <w:t>Yeah, yes.</w:t>
      </w:r>
    </w:p>
    <w:p>
      <w:pPr>
        <w:spacing w:after="0"/>
      </w:pPr>
    </w:p>
    <w:p>
      <w:pPr>
        <w:spacing w:after="0"/>
      </w:pPr>
      <w:r>
        <w:rPr>
          <w:rFonts w:ascii="Arial" w:hAnsi="Arial"/>
          <w:b/>
          <w:sz w:val="22"/>
        </w:rPr>
        <w:t xml:space="preserve">Daisy  </w:t>
      </w:r>
      <w:r>
        <w:rPr>
          <w:rFonts w:ascii="Arial" w:hAnsi="Arial"/>
          <w:color w:val="5D7284"/>
          <w:sz w:val="22"/>
        </w:rPr>
        <w:t>17:17</w:t>
      </w:r>
    </w:p>
    <w:p>
      <w:pPr>
        <w:spacing w:after="0"/>
      </w:pPr>
      <w:r>
        <w:rPr>
          <w:rFonts w:ascii="Arial" w:hAnsi="Arial"/>
          <w:sz w:val="22"/>
        </w:rPr>
        <w:t xml:space="preserve">yeah, no, I'm about like 510 ish, depending on how recently I've seen the Osteopath. But yes, I do have very big feet comparatively to my because, yeah, like, I'm tall, but I'm not, like, you know, outragesly big </w:t>
      </w:r>
    </w:p>
    <w:p>
      <w:pPr>
        <w:spacing w:after="0"/>
      </w:pPr>
    </w:p>
    <w:p>
      <w:pPr>
        <w:spacing w:after="0"/>
      </w:pPr>
      <w:r>
        <w:rPr>
          <w:rFonts w:ascii="Arial" w:hAnsi="Arial"/>
          <w:b/>
          <w:sz w:val="22"/>
        </w:rPr>
        <w:t xml:space="preserve">Lucy  </w:t>
      </w:r>
      <w:r>
        <w:rPr>
          <w:rFonts w:ascii="Arial" w:hAnsi="Arial"/>
          <w:color w:val="5D7284"/>
          <w:sz w:val="22"/>
        </w:rPr>
        <w:t>17:17</w:t>
      </w:r>
    </w:p>
    <w:p>
      <w:pPr>
        <w:spacing w:after="0"/>
      </w:pPr>
      <w:r>
        <w:rPr>
          <w:rFonts w:ascii="Arial" w:hAnsi="Arial"/>
          <w:sz w:val="22"/>
        </w:rPr>
        <w:t xml:space="preserve">I mean, it's slightly I'm smaller than Danny DeVito. Which is very upsetting, Anyway, </w:t>
      </w:r>
    </w:p>
    <w:p>
      <w:pPr>
        <w:spacing w:after="0"/>
      </w:pPr>
    </w:p>
    <w:p>
      <w:pPr>
        <w:spacing w:after="0"/>
      </w:pPr>
      <w:r>
        <w:rPr>
          <w:rFonts w:ascii="Arial" w:hAnsi="Arial"/>
          <w:b/>
          <w:sz w:val="22"/>
        </w:rPr>
        <w:t xml:space="preserve">Alice  </w:t>
      </w:r>
      <w:r>
        <w:rPr>
          <w:rFonts w:ascii="Arial" w:hAnsi="Arial"/>
          <w:color w:val="5D7284"/>
          <w:sz w:val="22"/>
        </w:rPr>
        <w:t>17:41</w:t>
      </w:r>
    </w:p>
    <w:p>
      <w:pPr>
        <w:spacing w:after="0"/>
      </w:pPr>
      <w:r>
        <w:rPr>
          <w:rFonts w:ascii="Arial" w:hAnsi="Arial"/>
          <w:sz w:val="22"/>
        </w:rPr>
        <w:t xml:space="preserve">yeah, yeah. Would have thought maybe like a seven or an eight, not, not 10, yeah,yeah, anyway, </w:t>
      </w:r>
    </w:p>
    <w:p>
      <w:pPr>
        <w:spacing w:after="0"/>
      </w:pPr>
    </w:p>
    <w:p>
      <w:pPr>
        <w:spacing w:after="0"/>
      </w:pPr>
      <w:r>
        <w:rPr>
          <w:rFonts w:ascii="Arial" w:hAnsi="Arial"/>
          <w:b/>
          <w:sz w:val="22"/>
        </w:rPr>
        <w:t xml:space="preserve">Lucy  </w:t>
      </w:r>
      <w:r>
        <w:rPr>
          <w:rFonts w:ascii="Arial" w:hAnsi="Arial"/>
          <w:color w:val="5D7284"/>
          <w:sz w:val="22"/>
        </w:rPr>
        <w:t>17:50</w:t>
      </w:r>
    </w:p>
    <w:p>
      <w:pPr>
        <w:spacing w:after="0"/>
      </w:pPr>
      <w:r>
        <w:rPr>
          <w:rFonts w:ascii="Arial" w:hAnsi="Arial"/>
          <w:sz w:val="22"/>
        </w:rPr>
        <w:t>but they weren't. They weren't. They're not as big as Joseph Merrick's</w:t>
      </w:r>
    </w:p>
    <w:p>
      <w:pPr>
        <w:spacing w:after="0"/>
      </w:pPr>
    </w:p>
    <w:p>
      <w:pPr>
        <w:spacing w:after="0"/>
      </w:pPr>
      <w:r>
        <w:rPr>
          <w:rFonts w:ascii="Arial" w:hAnsi="Arial"/>
          <w:b/>
          <w:sz w:val="22"/>
        </w:rPr>
        <w:t xml:space="preserve">Alice  </w:t>
      </w:r>
      <w:r>
        <w:rPr>
          <w:rFonts w:ascii="Arial" w:hAnsi="Arial"/>
          <w:color w:val="5D7284"/>
          <w:sz w:val="22"/>
        </w:rPr>
        <w:t>17:55</w:t>
      </w:r>
    </w:p>
    <w:p>
      <w:pPr>
        <w:spacing w:after="0"/>
      </w:pPr>
      <w:r>
        <w:rPr>
          <w:rFonts w:ascii="Arial" w:hAnsi="Arial"/>
          <w:sz w:val="22"/>
        </w:rPr>
        <w:t xml:space="preserve">know if they had shoe sizes back then. </w:t>
      </w:r>
    </w:p>
    <w:p>
      <w:pPr>
        <w:spacing w:after="0"/>
      </w:pPr>
    </w:p>
    <w:p>
      <w:pPr>
        <w:spacing w:after="0"/>
      </w:pPr>
      <w:r>
        <w:rPr>
          <w:rFonts w:ascii="Arial" w:hAnsi="Arial"/>
          <w:b/>
          <w:sz w:val="22"/>
        </w:rPr>
        <w:t xml:space="preserve">Daisy  </w:t>
      </w:r>
      <w:r>
        <w:rPr>
          <w:rFonts w:ascii="Arial" w:hAnsi="Arial"/>
          <w:color w:val="5D7284"/>
          <w:sz w:val="22"/>
        </w:rPr>
        <w:t>17:58</w:t>
      </w:r>
    </w:p>
    <w:p>
      <w:pPr>
        <w:spacing w:after="0"/>
      </w:pPr>
      <w:r>
        <w:rPr>
          <w:rFonts w:ascii="Arial" w:hAnsi="Arial"/>
          <w:sz w:val="22"/>
        </w:rPr>
        <w:t xml:space="preserve">They were probably all bit more made to measure </w:t>
      </w:r>
    </w:p>
    <w:p>
      <w:pPr>
        <w:spacing w:after="0"/>
      </w:pPr>
    </w:p>
    <w:p>
      <w:pPr>
        <w:spacing w:after="0"/>
      </w:pPr>
      <w:r>
        <w:rPr>
          <w:rFonts w:ascii="Arial" w:hAnsi="Arial"/>
          <w:b/>
          <w:sz w:val="22"/>
        </w:rPr>
        <w:t xml:space="preserve">Lucy  </w:t>
      </w:r>
      <w:r>
        <w:rPr>
          <w:rFonts w:ascii="Arial" w:hAnsi="Arial"/>
          <w:color w:val="5D7284"/>
          <w:sz w:val="22"/>
        </w:rPr>
        <w:t>18:00</w:t>
      </w:r>
    </w:p>
    <w:p>
      <w:pPr>
        <w:spacing w:after="0"/>
      </w:pPr>
      <w:r>
        <w:rPr>
          <w:rFonts w:ascii="Arial" w:hAnsi="Arial"/>
          <w:sz w:val="22"/>
        </w:rPr>
        <w:t>So what kind of shoes did you wear? Did they just have to wrap his feet?</w:t>
      </w:r>
    </w:p>
    <w:p>
      <w:pPr>
        <w:spacing w:after="0"/>
      </w:pPr>
    </w:p>
    <w:p>
      <w:pPr>
        <w:spacing w:after="0"/>
      </w:pPr>
      <w:r>
        <w:rPr>
          <w:rFonts w:ascii="Arial" w:hAnsi="Arial"/>
          <w:b/>
          <w:sz w:val="22"/>
        </w:rPr>
        <w:t xml:space="preserve">Daisy  </w:t>
      </w:r>
      <w:r>
        <w:rPr>
          <w:rFonts w:ascii="Arial" w:hAnsi="Arial"/>
          <w:color w:val="5D7284"/>
          <w:sz w:val="22"/>
        </w:rPr>
        <w:t>18:06</w:t>
      </w:r>
    </w:p>
    <w:p>
      <w:pPr>
        <w:spacing w:after="0"/>
      </w:pPr>
      <w:r>
        <w:rPr>
          <w:rFonts w:ascii="Arial" w:hAnsi="Arial"/>
          <w:sz w:val="22"/>
        </w:rPr>
        <w:t>I don't know?!</w:t>
      </w:r>
    </w:p>
    <w:p>
      <w:pPr>
        <w:spacing w:after="0"/>
      </w:pPr>
    </w:p>
    <w:p>
      <w:pPr>
        <w:spacing w:after="0"/>
      </w:pPr>
      <w:r>
        <w:rPr>
          <w:rFonts w:ascii="Arial" w:hAnsi="Arial"/>
          <w:b/>
          <w:sz w:val="22"/>
        </w:rPr>
        <w:t xml:space="preserve">Lucy  </w:t>
      </w:r>
      <w:r>
        <w:rPr>
          <w:rFonts w:ascii="Arial" w:hAnsi="Arial"/>
          <w:color w:val="5D7284"/>
          <w:sz w:val="22"/>
        </w:rPr>
        <w:t>18:08</w:t>
      </w:r>
    </w:p>
    <w:p>
      <w:pPr>
        <w:spacing w:after="0"/>
      </w:pPr>
      <w:r>
        <w:rPr>
          <w:rFonts w:ascii="Arial" w:hAnsi="Arial"/>
          <w:sz w:val="22"/>
        </w:rPr>
        <w:t xml:space="preserve">I just thought you might, like found that in your research, I don't know,like, did he have to use potato sacks on his feet? </w:t>
      </w:r>
    </w:p>
    <w:p>
      <w:pPr>
        <w:spacing w:after="0"/>
      </w:pPr>
    </w:p>
    <w:p>
      <w:pPr>
        <w:spacing w:after="0"/>
      </w:pPr>
      <w:r>
        <w:rPr>
          <w:rFonts w:ascii="Arial" w:hAnsi="Arial"/>
          <w:b/>
          <w:sz w:val="22"/>
        </w:rPr>
        <w:t xml:space="preserve">Daisy  </w:t>
      </w:r>
      <w:r>
        <w:rPr>
          <w:rFonts w:ascii="Arial" w:hAnsi="Arial"/>
          <w:color w:val="5D7284"/>
          <w:sz w:val="22"/>
        </w:rPr>
        <w:t>18:13</w:t>
      </w:r>
    </w:p>
    <w:p>
      <w:pPr>
        <w:spacing w:after="0"/>
      </w:pPr>
      <w:r>
        <w:rPr>
          <w:rFonts w:ascii="Arial" w:hAnsi="Arial"/>
          <w:sz w:val="22"/>
        </w:rPr>
        <w:t xml:space="preserve">There's wasn'ta section about his trip to the cobbler. The the only real photos of him that survive were either like portraits, which are from the waist up, or like the sort of medical photos that were taken of him where he wasn't really clothed. So I would have a better idea if they taken morepictures, </w:t>
      </w:r>
    </w:p>
    <w:p>
      <w:pPr>
        <w:spacing w:after="0"/>
      </w:pPr>
    </w:p>
    <w:p>
      <w:pPr>
        <w:spacing w:after="0"/>
      </w:pPr>
      <w:r>
        <w:rPr>
          <w:rFonts w:ascii="Arial" w:hAnsi="Arial"/>
          <w:b/>
          <w:sz w:val="22"/>
        </w:rPr>
        <w:t xml:space="preserve">Alice  </w:t>
      </w:r>
      <w:r>
        <w:rPr>
          <w:rFonts w:ascii="Arial" w:hAnsi="Arial"/>
          <w:color w:val="5D7284"/>
          <w:sz w:val="22"/>
        </w:rPr>
        <w:t>18:37</w:t>
      </w:r>
    </w:p>
    <w:p>
      <w:pPr>
        <w:spacing w:after="0"/>
      </w:pPr>
      <w:r>
        <w:rPr>
          <w:rFonts w:ascii="Arial" w:hAnsi="Arial"/>
          <w:sz w:val="22"/>
        </w:rPr>
        <w:t xml:space="preserve">his skeleton is around, isn't it? And perhaps, perhaps you can take a measuring tape and go and view a skeleton somewhere Luce and just, kind of, you know, </w:t>
      </w:r>
    </w:p>
    <w:p>
      <w:pPr>
        <w:spacing w:after="0"/>
      </w:pPr>
    </w:p>
    <w:p>
      <w:pPr>
        <w:spacing w:after="0"/>
      </w:pPr>
      <w:r>
        <w:rPr>
          <w:rFonts w:ascii="Arial" w:hAnsi="Arial"/>
          <w:b/>
          <w:sz w:val="22"/>
        </w:rPr>
        <w:t xml:space="preserve">Lucy  </w:t>
      </w:r>
      <w:r>
        <w:rPr>
          <w:rFonts w:ascii="Arial" w:hAnsi="Arial"/>
          <w:color w:val="5D7284"/>
          <w:sz w:val="22"/>
        </w:rPr>
        <w:t>18:45</w:t>
      </w:r>
    </w:p>
    <w:p>
      <w:pPr>
        <w:spacing w:after="0"/>
      </w:pPr>
      <w:r>
        <w:rPr>
          <w:rFonts w:ascii="Arial" w:hAnsi="Arial"/>
          <w:sz w:val="22"/>
        </w:rPr>
        <w:t>Why do I have to go?</w:t>
      </w:r>
    </w:p>
    <w:p>
      <w:pPr>
        <w:spacing w:after="0"/>
      </w:pPr>
    </w:p>
    <w:p>
      <w:pPr>
        <w:spacing w:after="0"/>
      </w:pPr>
      <w:r>
        <w:rPr>
          <w:rFonts w:ascii="Arial" w:hAnsi="Arial"/>
          <w:b/>
          <w:sz w:val="22"/>
        </w:rPr>
        <w:t xml:space="preserve">Alice  </w:t>
      </w:r>
      <w:r>
        <w:rPr>
          <w:rFonts w:ascii="Arial" w:hAnsi="Arial"/>
          <w:color w:val="5D7284"/>
          <w:sz w:val="22"/>
        </w:rPr>
        <w:t>18:46</w:t>
      </w:r>
    </w:p>
    <w:p>
      <w:pPr>
        <w:spacing w:after="0"/>
      </w:pPr>
      <w:r>
        <w:rPr>
          <w:rFonts w:ascii="Arial" w:hAnsi="Arial"/>
          <w:sz w:val="22"/>
        </w:rPr>
        <w:t xml:space="preserve"> You asked  the question, Daisy. And I don't care what size his feet are! </w:t>
      </w:r>
    </w:p>
    <w:p>
      <w:pPr>
        <w:spacing w:after="0"/>
      </w:pPr>
    </w:p>
    <w:p>
      <w:pPr>
        <w:spacing w:after="0"/>
      </w:pPr>
      <w:r>
        <w:rPr>
          <w:rFonts w:ascii="Arial" w:hAnsi="Arial"/>
          <w:b/>
          <w:sz w:val="22"/>
        </w:rPr>
        <w:t xml:space="preserve">Daisy  </w:t>
      </w:r>
      <w:r>
        <w:rPr>
          <w:rFonts w:ascii="Arial" w:hAnsi="Arial"/>
          <w:color w:val="5D7284"/>
          <w:sz w:val="22"/>
        </w:rPr>
        <w:t>18:56</w:t>
      </w:r>
    </w:p>
    <w:p>
      <w:pPr>
        <w:spacing w:after="0"/>
      </w:pPr>
      <w:r>
        <w:rPr>
          <w:rFonts w:ascii="Arial" w:hAnsi="Arial"/>
          <w:sz w:val="22"/>
        </w:rPr>
        <w:t xml:space="preserve">I imagine it would be the width, that would be the problem, right?  So I imagine you would have had some, like, very modified shoes. But potentially that would have been much easier if, yeah, most shoes were made to measure anyway </w:t>
      </w:r>
    </w:p>
    <w:p>
      <w:pPr>
        <w:spacing w:after="0"/>
      </w:pPr>
    </w:p>
    <w:p>
      <w:pPr>
        <w:spacing w:after="0"/>
      </w:pPr>
      <w:r>
        <w:rPr>
          <w:rFonts w:ascii="Arial" w:hAnsi="Arial"/>
          <w:b/>
          <w:sz w:val="22"/>
        </w:rPr>
        <w:t xml:space="preserve">Alice  </w:t>
      </w:r>
      <w:r>
        <w:rPr>
          <w:rFonts w:ascii="Arial" w:hAnsi="Arial"/>
          <w:color w:val="5D7284"/>
          <w:sz w:val="22"/>
        </w:rPr>
        <w:t>19:08</w:t>
      </w:r>
    </w:p>
    <w:p>
      <w:pPr>
        <w:spacing w:after="0"/>
      </w:pPr>
      <w:r>
        <w:rPr>
          <w:rFonts w:ascii="Arial" w:hAnsi="Arial"/>
          <w:sz w:val="22"/>
        </w:rPr>
        <w:t>It was also 1862 so I imagine there was a fuck ton of children without shoes anyway.</w:t>
      </w:r>
    </w:p>
    <w:p>
      <w:pPr>
        <w:spacing w:after="0"/>
      </w:pPr>
    </w:p>
    <w:p>
      <w:pPr>
        <w:spacing w:after="0"/>
      </w:pPr>
      <w:r>
        <w:rPr>
          <w:rFonts w:ascii="Arial" w:hAnsi="Arial"/>
          <w:b/>
          <w:sz w:val="22"/>
        </w:rPr>
        <w:t xml:space="preserve">Lucy  </w:t>
      </w:r>
      <w:r>
        <w:rPr>
          <w:rFonts w:ascii="Arial" w:hAnsi="Arial"/>
          <w:color w:val="5D7284"/>
          <w:sz w:val="22"/>
        </w:rPr>
        <w:t>19:13</w:t>
      </w:r>
    </w:p>
    <w:p>
      <w:pPr>
        <w:spacing w:after="0"/>
      </w:pPr>
      <w:r>
        <w:rPr>
          <w:rFonts w:ascii="Arial" w:hAnsi="Arial"/>
          <w:sz w:val="22"/>
        </w:rPr>
        <w:t>Yeah, it's not like they've got a local branch of clarks, is it? You know what I mean, excuse me. Can you measure my foot?</w:t>
      </w:r>
    </w:p>
    <w:p>
      <w:pPr>
        <w:spacing w:after="0"/>
      </w:pPr>
    </w:p>
    <w:p>
      <w:pPr>
        <w:spacing w:after="0"/>
      </w:pPr>
      <w:r>
        <w:rPr>
          <w:rFonts w:ascii="Arial" w:hAnsi="Arial"/>
          <w:b/>
          <w:sz w:val="22"/>
        </w:rPr>
        <w:t xml:space="preserve">Alice  </w:t>
      </w:r>
      <w:r>
        <w:rPr>
          <w:rFonts w:ascii="Arial" w:hAnsi="Arial"/>
          <w:color w:val="5D7284"/>
          <w:sz w:val="22"/>
        </w:rPr>
        <w:t>19:20</w:t>
      </w:r>
    </w:p>
    <w:p>
      <w:pPr>
        <w:spacing w:after="0"/>
      </w:pPr>
      <w:r>
        <w:rPr>
          <w:rFonts w:ascii="Arial" w:hAnsi="Arial"/>
          <w:sz w:val="22"/>
        </w:rPr>
        <w:t>And I think you know, in those days, your priority was, have I got food on the table? Not have my kids got shoes? but</w:t>
      </w:r>
    </w:p>
    <w:p>
      <w:pPr>
        <w:spacing w:after="0"/>
      </w:pPr>
    </w:p>
    <w:p>
      <w:pPr>
        <w:spacing w:after="0"/>
      </w:pPr>
      <w:r>
        <w:rPr>
          <w:rFonts w:ascii="Arial" w:hAnsi="Arial"/>
          <w:b/>
          <w:sz w:val="22"/>
        </w:rPr>
        <w:t xml:space="preserve">Daisy  </w:t>
      </w:r>
      <w:r>
        <w:rPr>
          <w:rFonts w:ascii="Arial" w:hAnsi="Arial"/>
          <w:color w:val="5D7284"/>
          <w:sz w:val="22"/>
        </w:rPr>
        <w:t>19:27</w:t>
      </w:r>
    </w:p>
    <w:p>
      <w:pPr>
        <w:spacing w:after="0"/>
      </w:pPr>
      <w:r>
        <w:rPr>
          <w:rFonts w:ascii="Arial" w:hAnsi="Arial"/>
          <w:sz w:val="22"/>
        </w:rPr>
        <w:t>yeah, but yeah. So in addition to his feet, there was a significant size difference between his right and his left arms, which was the big thing. He later said that my feet and legs are covered with thick, Lumpy skin, also my body like that of an elephant and almost the same color. In fact, no one would believe, until they saw it, that such a thing could exist, which, yeah, really pushes on to how you could believe that it was related to the elephant</w:t>
      </w:r>
    </w:p>
    <w:p>
      <w:pPr>
        <w:spacing w:after="0"/>
      </w:pPr>
    </w:p>
    <w:p>
      <w:pPr>
        <w:spacing w:after="0"/>
      </w:pPr>
      <w:r>
        <w:rPr>
          <w:rFonts w:ascii="Arial" w:hAnsi="Arial"/>
          <w:b/>
          <w:sz w:val="22"/>
        </w:rPr>
        <w:t xml:space="preserve">Alice  </w:t>
      </w:r>
      <w:r>
        <w:rPr>
          <w:rFonts w:ascii="Arial" w:hAnsi="Arial"/>
          <w:color w:val="5D7284"/>
          <w:sz w:val="22"/>
        </w:rPr>
        <w:t>19:59</w:t>
      </w:r>
    </w:p>
    <w:p>
      <w:pPr>
        <w:spacing w:after="0"/>
      </w:pPr>
      <w:r>
        <w:rPr>
          <w:rFonts w:ascii="Arial" w:hAnsi="Arial"/>
          <w:sz w:val="22"/>
        </w:rPr>
        <w:t>Yeah. The color thing is interesting, isn't it? I guess, you know, did was his melanin. Melanin impacted by, you know, his health condition that, because that's what kind of dictates the color of your skin, doesn't it?</w:t>
      </w:r>
    </w:p>
    <w:p>
      <w:pPr>
        <w:spacing w:after="0"/>
      </w:pPr>
    </w:p>
    <w:p>
      <w:pPr>
        <w:spacing w:after="0"/>
      </w:pPr>
      <w:r>
        <w:rPr>
          <w:rFonts w:ascii="Arial" w:hAnsi="Arial"/>
          <w:b/>
          <w:sz w:val="22"/>
        </w:rPr>
        <w:t xml:space="preserve">Daisy  </w:t>
      </w:r>
      <w:r>
        <w:rPr>
          <w:rFonts w:ascii="Arial" w:hAnsi="Arial"/>
          <w:color w:val="5D7284"/>
          <w:sz w:val="22"/>
        </w:rPr>
        <w:t>20:14</w:t>
      </w:r>
    </w:p>
    <w:p>
      <w:pPr>
        <w:spacing w:after="0"/>
      </w:pPr>
      <w:r>
        <w:rPr>
          <w:rFonts w:ascii="Arial" w:hAnsi="Arial"/>
          <w:sz w:val="22"/>
        </w:rPr>
        <w:t xml:space="preserve">Maybe I kind of assumed it was like a blood flow, </w:t>
      </w:r>
    </w:p>
    <w:p>
      <w:pPr>
        <w:spacing w:after="0"/>
      </w:pPr>
    </w:p>
    <w:p>
      <w:pPr>
        <w:spacing w:after="0"/>
      </w:pPr>
      <w:r>
        <w:rPr>
          <w:rFonts w:ascii="Arial" w:hAnsi="Arial"/>
          <w:b/>
          <w:sz w:val="22"/>
        </w:rPr>
        <w:t xml:space="preserve">Alice  </w:t>
      </w:r>
      <w:r>
        <w:rPr>
          <w:rFonts w:ascii="Arial" w:hAnsi="Arial"/>
          <w:color w:val="5D7284"/>
          <w:sz w:val="22"/>
        </w:rPr>
        <w:t>20:16</w:t>
      </w:r>
    </w:p>
    <w:p>
      <w:pPr>
        <w:spacing w:after="0"/>
      </w:pPr>
      <w:r>
        <w:rPr>
          <w:rFonts w:ascii="Arial" w:hAnsi="Arial"/>
          <w:sz w:val="22"/>
        </w:rPr>
        <w:t>oh, yeah, yeah.</w:t>
      </w:r>
    </w:p>
    <w:p>
      <w:pPr>
        <w:spacing w:after="0"/>
      </w:pPr>
    </w:p>
    <w:p>
      <w:pPr>
        <w:spacing w:after="0"/>
      </w:pPr>
      <w:r>
        <w:rPr>
          <w:rFonts w:ascii="Arial" w:hAnsi="Arial"/>
          <w:b/>
          <w:sz w:val="22"/>
        </w:rPr>
        <w:t xml:space="preserve">Daisy  </w:t>
      </w:r>
      <w:r>
        <w:rPr>
          <w:rFonts w:ascii="Arial" w:hAnsi="Arial"/>
          <w:color w:val="5D7284"/>
          <w:sz w:val="22"/>
        </w:rPr>
        <w:t>20:17</w:t>
      </w:r>
    </w:p>
    <w:p>
      <w:pPr>
        <w:spacing w:after="0"/>
      </w:pPr>
      <w:r>
        <w:rPr>
          <w:rFonts w:ascii="Arial" w:hAnsi="Arial"/>
          <w:sz w:val="22"/>
        </w:rPr>
        <w:t xml:space="preserve"> Like dead, like dead skin cells or something, just collect</w:t>
      </w:r>
    </w:p>
    <w:p>
      <w:pPr>
        <w:spacing w:after="0"/>
      </w:pPr>
    </w:p>
    <w:p>
      <w:pPr>
        <w:spacing w:after="0"/>
      </w:pPr>
      <w:r>
        <w:rPr>
          <w:rFonts w:ascii="Arial" w:hAnsi="Arial"/>
          <w:b/>
          <w:sz w:val="22"/>
        </w:rPr>
        <w:t xml:space="preserve">Daisy  </w:t>
      </w:r>
      <w:r>
        <w:rPr>
          <w:rFonts w:ascii="Arial" w:hAnsi="Arial"/>
          <w:color w:val="5D7284"/>
          <w:sz w:val="22"/>
        </w:rPr>
        <w:t>20:20</w:t>
      </w:r>
    </w:p>
    <w:p>
      <w:pPr>
        <w:spacing w:after="0"/>
      </w:pPr>
      <w:r>
        <w:rPr>
          <w:rFonts w:ascii="Arial" w:hAnsi="Arial"/>
          <w:sz w:val="22"/>
        </w:rPr>
        <w:t>Yeah, in that sort of way that yeah, if you're if you're very cold or not, you</w:t>
      </w:r>
    </w:p>
    <w:p>
      <w:pPr>
        <w:spacing w:after="0"/>
      </w:pPr>
    </w:p>
    <w:p>
      <w:pPr>
        <w:spacing w:after="0"/>
      </w:pPr>
      <w:r>
        <w:rPr>
          <w:rFonts w:ascii="Arial" w:hAnsi="Arial"/>
          <w:b/>
          <w:sz w:val="22"/>
        </w:rPr>
        <w:t xml:space="preserve">Alice  </w:t>
      </w:r>
      <w:r>
        <w:rPr>
          <w:rFonts w:ascii="Arial" w:hAnsi="Arial"/>
          <w:color w:val="5D7284"/>
          <w:sz w:val="22"/>
        </w:rPr>
        <w:t>20:26</w:t>
      </w:r>
    </w:p>
    <w:p>
      <w:pPr>
        <w:spacing w:after="0"/>
      </w:pPr>
      <w:r>
        <w:rPr>
          <w:rFonts w:ascii="Arial" w:hAnsi="Arial"/>
          <w:sz w:val="22"/>
        </w:rPr>
        <w:t>go a bit blue, don't you? Yeah? So yeah. See how that could be sort of sort of as gray,</w:t>
      </w:r>
    </w:p>
    <w:p>
      <w:pPr>
        <w:spacing w:after="0"/>
      </w:pPr>
    </w:p>
    <w:p>
      <w:pPr>
        <w:spacing w:after="0"/>
      </w:pPr>
      <w:r>
        <w:rPr>
          <w:rFonts w:ascii="Arial" w:hAnsi="Arial"/>
          <w:b/>
          <w:sz w:val="22"/>
        </w:rPr>
        <w:t xml:space="preserve">Daisy  </w:t>
      </w:r>
      <w:r>
        <w:rPr>
          <w:rFonts w:ascii="Arial" w:hAnsi="Arial"/>
          <w:color w:val="5D7284"/>
          <w:sz w:val="22"/>
        </w:rPr>
        <w:t>20:32</w:t>
      </w:r>
    </w:p>
    <w:p>
      <w:pPr>
        <w:spacing w:after="0"/>
      </w:pPr>
      <w:r>
        <w:rPr>
          <w:rFonts w:ascii="Arial" w:hAnsi="Arial"/>
          <w:sz w:val="22"/>
        </w:rPr>
        <w:t>yeah, yeah, yeah. He it didn't help as well that when he was a child, he fell and hurt his hip, and that sort of had a permanent effect of his ability to walk, you know, as if there wasn't enough stuff going on to make it more difficult. he still went to school as any other children, and he eventually left when he was 13, which was like a very normal age to leave school. At that time, he was very close to his mother, but I mentioned before that she died in 1873 so he was just about 10.  his father quickly re married as many. widowers did at that time quick find find a replacement mother, but his his new stepmother, was much more concerned with her own children, and he tried to run away from home a lot, he said that she having children of her own and I not being so handsome as they together with my deformity, she was the means of making my life a perfect misery which is</w:t>
      </w:r>
    </w:p>
    <w:p>
      <w:pPr>
        <w:spacing w:after="0"/>
      </w:pPr>
    </w:p>
    <w:p>
      <w:pPr>
        <w:spacing w:after="0"/>
      </w:pPr>
      <w:r>
        <w:rPr>
          <w:rFonts w:ascii="Arial" w:hAnsi="Arial"/>
          <w:b/>
          <w:sz w:val="22"/>
        </w:rPr>
        <w:t xml:space="preserve">Daisy  </w:t>
      </w:r>
      <w:r>
        <w:rPr>
          <w:rFonts w:ascii="Arial" w:hAnsi="Arial"/>
          <w:color w:val="5D7284"/>
          <w:sz w:val="22"/>
        </w:rPr>
        <w:t>21:46</w:t>
      </w:r>
    </w:p>
    <w:p>
      <w:pPr>
        <w:spacing w:after="0"/>
      </w:pPr>
      <w:r>
        <w:rPr>
          <w:rFonts w:ascii="Arial" w:hAnsi="Arial"/>
          <w:sz w:val="22"/>
        </w:rPr>
        <w:t>that is awful</w:t>
      </w:r>
    </w:p>
    <w:p>
      <w:pPr>
        <w:spacing w:after="0"/>
      </w:pPr>
    </w:p>
    <w:p>
      <w:pPr>
        <w:spacing w:after="0"/>
      </w:pPr>
      <w:r>
        <w:rPr>
          <w:rFonts w:ascii="Arial" w:hAnsi="Arial"/>
          <w:b/>
          <w:sz w:val="22"/>
        </w:rPr>
        <w:t xml:space="preserve">Alice  </w:t>
      </w:r>
      <w:r>
        <w:rPr>
          <w:rFonts w:ascii="Arial" w:hAnsi="Arial"/>
          <w:color w:val="5D7284"/>
          <w:sz w:val="22"/>
        </w:rPr>
        <w:t>21:48</w:t>
      </w:r>
    </w:p>
    <w:p>
      <w:pPr>
        <w:spacing w:after="0"/>
      </w:pPr>
      <w:r>
        <w:rPr>
          <w:rFonts w:ascii="Arial" w:hAnsi="Arial"/>
          <w:sz w:val="22"/>
        </w:rPr>
        <w:t xml:space="preserve"> yeah, </w:t>
      </w:r>
    </w:p>
    <w:p>
      <w:pPr>
        <w:spacing w:after="0"/>
      </w:pPr>
    </w:p>
    <w:p>
      <w:pPr>
        <w:spacing w:after="0"/>
      </w:pPr>
      <w:r>
        <w:rPr>
          <w:rFonts w:ascii="Arial" w:hAnsi="Arial"/>
          <w:b/>
          <w:sz w:val="22"/>
        </w:rPr>
        <w:t xml:space="preserve">Daisy  </w:t>
      </w:r>
      <w:r>
        <w:rPr>
          <w:rFonts w:ascii="Arial" w:hAnsi="Arial"/>
          <w:color w:val="5D7284"/>
          <w:sz w:val="22"/>
        </w:rPr>
        <w:t>21:50</w:t>
      </w:r>
    </w:p>
    <w:p>
      <w:pPr>
        <w:spacing w:after="0"/>
      </w:pPr>
      <w:r>
        <w:rPr>
          <w:rFonts w:ascii="Arial" w:hAnsi="Arial"/>
          <w:sz w:val="22"/>
        </w:rPr>
        <w:t>yeah. So dad got his dad got him a job making cigars, okay, which, you know, at that point would have been like a, you know, hand made type</w:t>
      </w:r>
    </w:p>
    <w:p>
      <w:pPr>
        <w:spacing w:after="0"/>
      </w:pPr>
    </w:p>
    <w:p>
      <w:pPr>
        <w:spacing w:after="0"/>
      </w:pPr>
      <w:r>
        <w:rPr>
          <w:rFonts w:ascii="Arial" w:hAnsi="Arial"/>
          <w:b/>
          <w:sz w:val="22"/>
        </w:rPr>
        <w:t xml:space="preserve">Alice  </w:t>
      </w:r>
      <w:r>
        <w:rPr>
          <w:rFonts w:ascii="Arial" w:hAnsi="Arial"/>
          <w:color w:val="5D7284"/>
          <w:sz w:val="22"/>
        </w:rPr>
        <w:t>22:02</w:t>
      </w:r>
    </w:p>
    <w:p>
      <w:pPr>
        <w:spacing w:after="0"/>
      </w:pPr>
      <w:r>
        <w:rPr>
          <w:rFonts w:ascii="Arial" w:hAnsi="Arial"/>
          <w:sz w:val="22"/>
        </w:rPr>
        <w:t>thing made a reasonable amount of dexterity that you thought, wouldn't you?</w:t>
      </w:r>
    </w:p>
    <w:p>
      <w:pPr>
        <w:spacing w:after="0"/>
      </w:pPr>
    </w:p>
    <w:p>
      <w:pPr>
        <w:spacing w:after="0"/>
      </w:pPr>
      <w:r>
        <w:rPr>
          <w:rFonts w:ascii="Arial" w:hAnsi="Arial"/>
          <w:b/>
          <w:sz w:val="22"/>
        </w:rPr>
        <w:t xml:space="preserve">Daisy  </w:t>
      </w:r>
      <w:r>
        <w:rPr>
          <w:rFonts w:ascii="Arial" w:hAnsi="Arial"/>
          <w:color w:val="5D7284"/>
          <w:sz w:val="22"/>
        </w:rPr>
        <w:t>22:06</w:t>
      </w:r>
    </w:p>
    <w:p>
      <w:pPr>
        <w:spacing w:after="0"/>
      </w:pPr>
      <w:r>
        <w:rPr>
          <w:rFonts w:ascii="Arial" w:hAnsi="Arial"/>
          <w:sz w:val="22"/>
        </w:rPr>
        <w:t>Yeah, yeah. So they described it as delicate work. And he did it for a while, but soon, because, you know, his arm kept growing, it became too heavy to be able to do that kind of job. So he spent a while wandering the streets looking for work to try and get away from his stepmother, who was, like, clearly irritated that he wasn't able to bring any money in that they were having to, you know, support him.  his dad gotten a hawker's license. So like to going door to door selling things,</w:t>
      </w:r>
    </w:p>
    <w:p>
      <w:pPr>
        <w:spacing w:after="0"/>
      </w:pPr>
    </w:p>
    <w:p>
      <w:pPr>
        <w:spacing w:after="0"/>
      </w:pPr>
      <w:r>
        <w:rPr>
          <w:rFonts w:ascii="Arial" w:hAnsi="Arial"/>
          <w:b/>
          <w:sz w:val="22"/>
        </w:rPr>
        <w:t xml:space="preserve">Alice  </w:t>
      </w:r>
      <w:r>
        <w:rPr>
          <w:rFonts w:ascii="Arial" w:hAnsi="Arial"/>
          <w:color w:val="5D7284"/>
          <w:sz w:val="22"/>
        </w:rPr>
        <w:t>22:43</w:t>
      </w:r>
    </w:p>
    <w:p>
      <w:pPr>
        <w:spacing w:after="0"/>
      </w:pPr>
      <w:r>
        <w:rPr>
          <w:rFonts w:ascii="Arial" w:hAnsi="Arial"/>
          <w:sz w:val="22"/>
        </w:rPr>
        <w:t>not like, not like a falconry thing, then</w:t>
      </w:r>
    </w:p>
    <w:p>
      <w:pPr>
        <w:spacing w:after="0"/>
      </w:pPr>
    </w:p>
    <w:p>
      <w:pPr>
        <w:spacing w:after="0"/>
      </w:pPr>
      <w:r>
        <w:rPr>
          <w:rFonts w:ascii="Arial" w:hAnsi="Arial"/>
          <w:b/>
          <w:sz w:val="22"/>
        </w:rPr>
        <w:t xml:space="preserve">Daisy  </w:t>
      </w:r>
      <w:r>
        <w:rPr>
          <w:rFonts w:ascii="Arial" w:hAnsi="Arial"/>
          <w:color w:val="5D7284"/>
          <w:sz w:val="22"/>
        </w:rPr>
        <w:t>22:47</w:t>
      </w:r>
    </w:p>
    <w:p>
      <w:pPr>
        <w:spacing w:after="0"/>
      </w:pPr>
      <w:r>
        <w:rPr>
          <w:rFonts w:ascii="Arial" w:hAnsi="Arial"/>
          <w:sz w:val="22"/>
        </w:rPr>
        <w:t xml:space="preserve"> No, that would be cool... damn it. No, I want to be a hawker.</w:t>
      </w:r>
    </w:p>
    <w:p>
      <w:pPr>
        <w:spacing w:after="0"/>
      </w:pPr>
    </w:p>
    <w:p>
      <w:pPr>
        <w:spacing w:after="0"/>
      </w:pPr>
      <w:r>
        <w:rPr>
          <w:rFonts w:ascii="Arial" w:hAnsi="Arial"/>
          <w:b/>
          <w:sz w:val="22"/>
        </w:rPr>
        <w:t xml:space="preserve">Alice  </w:t>
      </w:r>
      <w:r>
        <w:rPr>
          <w:rFonts w:ascii="Arial" w:hAnsi="Arial"/>
          <w:color w:val="5D7284"/>
          <w:sz w:val="22"/>
        </w:rPr>
        <w:t>22:55</w:t>
      </w:r>
    </w:p>
    <w:p>
      <w:pPr>
        <w:spacing w:after="0"/>
      </w:pPr>
      <w:r>
        <w:rPr>
          <w:rFonts w:ascii="Arial" w:hAnsi="Arial"/>
          <w:sz w:val="22"/>
        </w:rPr>
        <w:t>We've established just not what I thought it was. You don't want to be a hawker. I feel like going door to door, selling stuff is not going to be a great option for somebody who needs to, like, crutches and then carrying stuff to be like, hey, like, that's going to be up your street Daisy.</w:t>
      </w:r>
    </w:p>
    <w:p>
      <w:pPr>
        <w:spacing w:after="0"/>
      </w:pPr>
    </w:p>
    <w:p>
      <w:pPr>
        <w:spacing w:after="0"/>
      </w:pPr>
      <w:r>
        <w:rPr>
          <w:rFonts w:ascii="Arial" w:hAnsi="Arial"/>
          <w:b/>
          <w:sz w:val="22"/>
        </w:rPr>
        <w:t xml:space="preserve">Daisy  </w:t>
      </w:r>
      <w:r>
        <w:rPr>
          <w:rFonts w:ascii="Arial" w:hAnsi="Arial"/>
          <w:color w:val="5D7284"/>
          <w:sz w:val="22"/>
        </w:rPr>
        <w:t>23:13</w:t>
      </w:r>
    </w:p>
    <w:p>
      <w:pPr>
        <w:spacing w:after="0"/>
      </w:pPr>
      <w:r>
        <w:rPr>
          <w:rFonts w:ascii="Arial" w:hAnsi="Arial"/>
          <w:sz w:val="22"/>
        </w:rPr>
        <w:t>Well, yeah, I could definitely do the bird thing, though,</w:t>
      </w:r>
    </w:p>
    <w:p>
      <w:pPr>
        <w:spacing w:after="0"/>
      </w:pPr>
    </w:p>
    <w:p>
      <w:pPr>
        <w:spacing w:after="0"/>
      </w:pPr>
      <w:r>
        <w:rPr>
          <w:rFonts w:ascii="Arial" w:hAnsi="Arial"/>
          <w:b/>
          <w:sz w:val="22"/>
        </w:rPr>
        <w:t xml:space="preserve">Alice  </w:t>
      </w:r>
      <w:r>
        <w:rPr>
          <w:rFonts w:ascii="Arial" w:hAnsi="Arial"/>
          <w:color w:val="5D7284"/>
          <w:sz w:val="22"/>
        </w:rPr>
        <w:t>23:18</w:t>
      </w:r>
    </w:p>
    <w:p>
      <w:pPr>
        <w:spacing w:after="0"/>
      </w:pPr>
      <w:r>
        <w:rPr>
          <w:rFonts w:ascii="Arial" w:hAnsi="Arial"/>
          <w:sz w:val="22"/>
        </w:rPr>
        <w:t>but not what we thought it was, but I do know whatDaisy is for their birthday, so</w:t>
      </w:r>
    </w:p>
    <w:p>
      <w:pPr>
        <w:spacing w:after="0"/>
      </w:pPr>
    </w:p>
    <w:p>
      <w:pPr>
        <w:spacing w:after="0"/>
      </w:pPr>
      <w:r>
        <w:rPr>
          <w:rFonts w:ascii="Arial" w:hAnsi="Arial"/>
          <w:b/>
          <w:sz w:val="22"/>
        </w:rPr>
        <w:t xml:space="preserve">Daisy  </w:t>
      </w:r>
      <w:r>
        <w:rPr>
          <w:rFonts w:ascii="Arial" w:hAnsi="Arial"/>
          <w:color w:val="5D7284"/>
          <w:sz w:val="22"/>
        </w:rPr>
        <w:t>23:25</w:t>
      </w:r>
    </w:p>
    <w:p>
      <w:pPr>
        <w:spacing w:after="0"/>
      </w:pPr>
      <w:r>
        <w:rPr>
          <w:rFonts w:ascii="Arial" w:hAnsi="Arial"/>
          <w:sz w:val="22"/>
        </w:rPr>
        <w:t xml:space="preserve">the cat will be thrilled. So yeah, it made like going door to door, selling things seemed like it made the most sense as an option for, you know, getting him work, as if, you know, shops weren't going to hire him and he couldn't do a lot of like, you know, manual work, but the customers were scared of him and refused to answer the door. And even if they did answer the door, they couldn't understand him a lot of the time because, you know, a significant amount of his I guess deformity, for lack of a better word, was Yeah, on his face and around his mouth, and it sort of obscured his speaking, </w:t>
      </w:r>
    </w:p>
    <w:p>
      <w:pPr>
        <w:spacing w:after="0"/>
      </w:pPr>
    </w:p>
    <w:p>
      <w:pPr>
        <w:spacing w:after="0"/>
      </w:pPr>
      <w:r>
        <w:rPr>
          <w:rFonts w:ascii="Arial" w:hAnsi="Arial"/>
          <w:b/>
          <w:sz w:val="22"/>
        </w:rPr>
        <w:t xml:space="preserve">Alice  </w:t>
      </w:r>
      <w:r>
        <w:rPr>
          <w:rFonts w:ascii="Arial" w:hAnsi="Arial"/>
          <w:color w:val="5D7284"/>
          <w:sz w:val="22"/>
        </w:rPr>
        <w:t>24:08</w:t>
      </w:r>
    </w:p>
    <w:p>
      <w:pPr>
        <w:spacing w:after="0"/>
      </w:pPr>
      <w:r>
        <w:rPr>
          <w:rFonts w:ascii="Arial" w:hAnsi="Arial"/>
          <w:sz w:val="22"/>
        </w:rPr>
        <w:t>Oh, that sucks.</w:t>
      </w:r>
    </w:p>
    <w:p>
      <w:pPr>
        <w:spacing w:after="0"/>
      </w:pPr>
    </w:p>
    <w:p>
      <w:pPr>
        <w:spacing w:after="0"/>
      </w:pPr>
      <w:r>
        <w:rPr>
          <w:rFonts w:ascii="Arial" w:hAnsi="Arial"/>
          <w:b/>
          <w:sz w:val="22"/>
        </w:rPr>
        <w:t xml:space="preserve">Lucy  </w:t>
      </w:r>
      <w:r>
        <w:rPr>
          <w:rFonts w:ascii="Arial" w:hAnsi="Arial"/>
          <w:color w:val="5D7284"/>
          <w:sz w:val="22"/>
        </w:rPr>
        <w:t>24:11</w:t>
      </w:r>
    </w:p>
    <w:p>
      <w:pPr>
        <w:spacing w:after="0"/>
      </w:pPr>
      <w:r>
        <w:rPr>
          <w:rFonts w:ascii="Arial" w:hAnsi="Arial"/>
          <w:sz w:val="22"/>
        </w:rPr>
        <w:t xml:space="preserve">That must have felt so like hopeless. He must have felt so like he's trying so hard, but everything, all the opportunities that were available to him because of the time period we're talking about, he couldn't. There's nothing really he could do to make himself feel worthy, like he's got some sort of worth. I can't imagine. </w:t>
      </w:r>
    </w:p>
    <w:p>
      <w:pPr>
        <w:spacing w:after="0"/>
      </w:pPr>
    </w:p>
    <w:p>
      <w:pPr>
        <w:spacing w:after="0"/>
      </w:pPr>
      <w:r>
        <w:rPr>
          <w:rFonts w:ascii="Arial" w:hAnsi="Arial"/>
          <w:b/>
          <w:sz w:val="22"/>
        </w:rPr>
        <w:t xml:space="preserve">Alice  </w:t>
      </w:r>
      <w:r>
        <w:rPr>
          <w:rFonts w:ascii="Arial" w:hAnsi="Arial"/>
          <w:color w:val="5D7284"/>
          <w:sz w:val="22"/>
        </w:rPr>
        <w:t>24:35</w:t>
      </w:r>
    </w:p>
    <w:p>
      <w:pPr>
        <w:spacing w:after="0"/>
      </w:pPr>
      <w:r>
        <w:rPr>
          <w:rFonts w:ascii="Arial" w:hAnsi="Arial"/>
          <w:sz w:val="22"/>
        </w:rPr>
        <w:t xml:space="preserve">He doesn't even have supportive family at home who appreciate him for who he is. </w:t>
      </w:r>
    </w:p>
    <w:p>
      <w:pPr>
        <w:spacing w:after="0"/>
      </w:pPr>
    </w:p>
    <w:p>
      <w:pPr>
        <w:spacing w:after="0"/>
      </w:pPr>
      <w:r>
        <w:rPr>
          <w:rFonts w:ascii="Arial" w:hAnsi="Arial"/>
          <w:b/>
          <w:sz w:val="22"/>
        </w:rPr>
        <w:t xml:space="preserve">Lucy  </w:t>
      </w:r>
      <w:r>
        <w:rPr>
          <w:rFonts w:ascii="Arial" w:hAnsi="Arial"/>
          <w:color w:val="5D7284"/>
          <w:sz w:val="22"/>
        </w:rPr>
        <w:t>24:41</w:t>
      </w:r>
    </w:p>
    <w:p>
      <w:pPr>
        <w:spacing w:after="0"/>
      </w:pPr>
      <w:r>
        <w:rPr>
          <w:rFonts w:ascii="Arial" w:hAnsi="Arial"/>
          <w:sz w:val="22"/>
        </w:rPr>
        <w:t xml:space="preserve">Yeah, exactly, </w:t>
      </w:r>
    </w:p>
    <w:p>
      <w:pPr>
        <w:spacing w:after="0"/>
      </w:pPr>
    </w:p>
    <w:p>
      <w:pPr>
        <w:spacing w:after="0"/>
      </w:pPr>
      <w:r>
        <w:rPr>
          <w:rFonts w:ascii="Arial" w:hAnsi="Arial"/>
          <w:b/>
          <w:sz w:val="22"/>
        </w:rPr>
        <w:t xml:space="preserve">Daisy  </w:t>
      </w:r>
      <w:r>
        <w:rPr>
          <w:rFonts w:ascii="Arial" w:hAnsi="Arial"/>
          <w:color w:val="5D7284"/>
          <w:sz w:val="22"/>
        </w:rPr>
        <w:t>24:44</w:t>
      </w:r>
    </w:p>
    <w:p>
      <w:pPr>
        <w:spacing w:after="0"/>
      </w:pPr>
      <w:r>
        <w:rPr>
          <w:rFonts w:ascii="Arial" w:hAnsi="Arial"/>
          <w:sz w:val="22"/>
        </w:rPr>
        <w:t>yeah. So he, he moved out of home suit, and he moved in with his uncle, who was a barber. It's, it depends which source you read as to whether he was beaten up and kicked out. Of his house by his father, or whether he left of his own accord, yeah, but in his account, he he said that his uncle was his best and only friend the time that he was living with his stepmother, and he'd always been sort of, you know, quite supportive and kind even before then. So he stayed there for a few years, but after, you know, when Joseph was about 17, his uncle couldn't afford to support him anymore because he had young children of his own, and so he found himself in the workhouse, the Leicester union workhouse. After Yeah, after sort of two weeks or so, he decided that the work house sucked, yeah, and that he hated it there, yeah. So he signed himself out and walked around for another two full days looking for work</w:t>
      </w:r>
    </w:p>
    <w:p>
      <w:pPr>
        <w:spacing w:after="0"/>
      </w:pPr>
    </w:p>
    <w:p>
      <w:pPr>
        <w:spacing w:after="0"/>
      </w:pPr>
      <w:r>
        <w:rPr>
          <w:rFonts w:ascii="Arial" w:hAnsi="Arial"/>
          <w:b/>
          <w:sz w:val="22"/>
        </w:rPr>
        <w:t xml:space="preserve">Alice  </w:t>
      </w:r>
      <w:r>
        <w:rPr>
          <w:rFonts w:ascii="Arial" w:hAnsi="Arial"/>
          <w:color w:val="5D7284"/>
          <w:sz w:val="22"/>
        </w:rPr>
        <w:t>25:59</w:t>
      </w:r>
    </w:p>
    <w:p>
      <w:pPr>
        <w:spacing w:after="0"/>
      </w:pPr>
      <w:r>
        <w:rPr>
          <w:rFonts w:ascii="Arial" w:hAnsi="Arial"/>
          <w:sz w:val="22"/>
        </w:rPr>
        <w:t>We talked about work houses. Didn't we luce? Is it in the Christmas episode where we did a Christmas carol? Yes, that where we talked about that? Yeah, they just, they weren't great places.</w:t>
      </w:r>
    </w:p>
    <w:p>
      <w:pPr>
        <w:spacing w:after="0"/>
      </w:pPr>
    </w:p>
    <w:p>
      <w:pPr>
        <w:spacing w:after="0"/>
      </w:pPr>
      <w:r>
        <w:rPr>
          <w:rFonts w:ascii="Arial" w:hAnsi="Arial"/>
          <w:b/>
          <w:sz w:val="22"/>
        </w:rPr>
        <w:t xml:space="preserve">Lucy  </w:t>
      </w:r>
      <w:r>
        <w:rPr>
          <w:rFonts w:ascii="Arial" w:hAnsi="Arial"/>
          <w:color w:val="5D7284"/>
          <w:sz w:val="22"/>
        </w:rPr>
        <w:t>26:11</w:t>
      </w:r>
    </w:p>
    <w:p>
      <w:pPr>
        <w:spacing w:after="0"/>
      </w:pPr>
      <w:r>
        <w:rPr>
          <w:rFonts w:ascii="Arial" w:hAnsi="Arial"/>
          <w:sz w:val="22"/>
        </w:rPr>
        <w:t>You only went there. You had absolutely no other option,</w:t>
      </w:r>
    </w:p>
    <w:p>
      <w:pPr>
        <w:spacing w:after="0"/>
      </w:pPr>
    </w:p>
    <w:p>
      <w:pPr>
        <w:spacing w:after="0"/>
      </w:pPr>
      <w:r>
        <w:rPr>
          <w:rFonts w:ascii="Arial" w:hAnsi="Arial"/>
          <w:b/>
          <w:sz w:val="22"/>
        </w:rPr>
        <w:t xml:space="preserve">Daisy  </w:t>
      </w:r>
      <w:r>
        <w:rPr>
          <w:rFonts w:ascii="Arial" w:hAnsi="Arial"/>
          <w:color w:val="5D7284"/>
          <w:sz w:val="22"/>
        </w:rPr>
        <w:t>26:15</w:t>
      </w:r>
    </w:p>
    <w:p>
      <w:pPr>
        <w:spacing w:after="0"/>
      </w:pPr>
      <w:r>
        <w:rPr>
          <w:rFonts w:ascii="Arial" w:hAnsi="Arial"/>
          <w:sz w:val="22"/>
        </w:rPr>
        <w:t>yeah, yeah. So he failed looking for work again. So he went back to the workhouse, and he stayed there for four years. And in his account, he describes this time as being in the infirmary, which is unusual. So as far as I can tell, he was not like classified in the workhouse, as, you know, incapable, or, you know, sort of like sick and needing of care so it</w:t>
      </w:r>
    </w:p>
    <w:p>
      <w:pPr>
        <w:spacing w:after="0"/>
      </w:pPr>
    </w:p>
    <w:p>
      <w:pPr>
        <w:spacing w:after="0"/>
      </w:pPr>
      <w:r>
        <w:rPr>
          <w:rFonts w:ascii="Arial" w:hAnsi="Arial"/>
          <w:b/>
          <w:sz w:val="22"/>
        </w:rPr>
        <w:t xml:space="preserve">Daisy  </w:t>
      </w:r>
      <w:r>
        <w:rPr>
          <w:rFonts w:ascii="Arial" w:hAnsi="Arial"/>
          <w:color w:val="5D7284"/>
          <w:sz w:val="22"/>
        </w:rPr>
        <w:t>26:43</w:t>
      </w:r>
    </w:p>
    <w:p>
      <w:pPr>
        <w:spacing w:after="0"/>
      </w:pPr>
      <w:r>
        <w:rPr>
          <w:rFonts w:ascii="Arial" w:hAnsi="Arial"/>
          <w:sz w:val="22"/>
        </w:rPr>
        <w:t>would be looked after in the work house, .</w:t>
      </w:r>
    </w:p>
    <w:p>
      <w:pPr>
        <w:spacing w:after="0"/>
      </w:pPr>
    </w:p>
    <w:p>
      <w:pPr>
        <w:spacing w:after="0"/>
      </w:pPr>
      <w:r>
        <w:rPr>
          <w:rFonts w:ascii="Arial" w:hAnsi="Arial"/>
          <w:b/>
          <w:sz w:val="22"/>
        </w:rPr>
        <w:t xml:space="preserve">Alice  </w:t>
      </w:r>
      <w:r>
        <w:rPr>
          <w:rFonts w:ascii="Arial" w:hAnsi="Arial"/>
          <w:color w:val="5D7284"/>
          <w:sz w:val="22"/>
        </w:rPr>
        <w:t>26:46</w:t>
      </w:r>
    </w:p>
    <w:p>
      <w:pPr>
        <w:spacing w:after="0"/>
      </w:pPr>
      <w:r>
        <w:rPr>
          <w:rFonts w:ascii="Arial" w:hAnsi="Arial"/>
          <w:sz w:val="22"/>
        </w:rPr>
        <w:t>they're not all getting together to play Uno?</w:t>
      </w:r>
    </w:p>
    <w:p>
      <w:pPr>
        <w:spacing w:after="0"/>
      </w:pPr>
    </w:p>
    <w:p>
      <w:pPr>
        <w:spacing w:after="0"/>
      </w:pPr>
      <w:r>
        <w:rPr>
          <w:rFonts w:ascii="Arial" w:hAnsi="Arial"/>
          <w:b/>
          <w:sz w:val="22"/>
        </w:rPr>
        <w:t xml:space="preserve">Daisy  </w:t>
      </w:r>
      <w:r>
        <w:rPr>
          <w:rFonts w:ascii="Arial" w:hAnsi="Arial"/>
          <w:color w:val="5D7284"/>
          <w:sz w:val="22"/>
        </w:rPr>
        <w:t>26:46</w:t>
      </w:r>
    </w:p>
    <w:p>
      <w:pPr>
        <w:spacing w:after="0"/>
      </w:pPr>
      <w:r>
        <w:rPr>
          <w:rFonts w:ascii="Arial" w:hAnsi="Arial"/>
          <w:sz w:val="22"/>
        </w:rPr>
        <w:t xml:space="preserve">he was considered able to, you know, participate in work house activities. Makes it sound like there's, you know, going to be something fun happening. But you know </w:t>
      </w:r>
    </w:p>
    <w:p>
      <w:pPr>
        <w:spacing w:after="0"/>
      </w:pPr>
    </w:p>
    <w:p>
      <w:pPr>
        <w:spacing w:after="0"/>
      </w:pPr>
      <w:r>
        <w:rPr>
          <w:rFonts w:ascii="Arial" w:hAnsi="Arial"/>
          <w:b/>
          <w:sz w:val="22"/>
        </w:rPr>
        <w:t xml:space="preserve">Daisy  </w:t>
      </w:r>
      <w:r>
        <w:rPr>
          <w:rFonts w:ascii="Arial" w:hAnsi="Arial"/>
          <w:color w:val="5D7284"/>
          <w:sz w:val="22"/>
        </w:rPr>
        <w:t>27:03</w:t>
      </w:r>
    </w:p>
    <w:p>
      <w:pPr>
        <w:spacing w:after="0"/>
      </w:pPr>
      <w:r>
        <w:rPr>
          <w:rFonts w:ascii="Arial" w:hAnsi="Arial"/>
          <w:sz w:val="22"/>
        </w:rPr>
        <w:t>Yeah, no, like, you know, basically, yeah, he was able to participate in the slave labor, yeah. But it was here that he had an operation to remove some of one of the large growths on his face. And after that, he was able to communicate much better. People were sort of able to understand him a bit more,</w:t>
      </w:r>
    </w:p>
    <w:p>
      <w:pPr>
        <w:spacing w:after="0"/>
      </w:pPr>
    </w:p>
    <w:p>
      <w:pPr>
        <w:spacing w:after="0"/>
      </w:pPr>
      <w:r>
        <w:rPr>
          <w:rFonts w:ascii="Arial" w:hAnsi="Arial"/>
          <w:b/>
          <w:sz w:val="22"/>
        </w:rPr>
        <w:t xml:space="preserve">Lucy  </w:t>
      </w:r>
      <w:r>
        <w:rPr>
          <w:rFonts w:ascii="Arial" w:hAnsi="Arial"/>
          <w:color w:val="5D7284"/>
          <w:sz w:val="22"/>
        </w:rPr>
        <w:t>27:25</w:t>
      </w:r>
    </w:p>
    <w:p>
      <w:pPr>
        <w:spacing w:after="0"/>
      </w:pPr>
      <w:r>
        <w:rPr>
          <w:rFonts w:ascii="Arial" w:hAnsi="Arial"/>
          <w:sz w:val="22"/>
        </w:rPr>
        <w:t>Tghat must have been really ike painful  for back in like the 18oo's</w:t>
      </w:r>
    </w:p>
    <w:p>
      <w:pPr>
        <w:spacing w:after="0"/>
      </w:pPr>
    </w:p>
    <w:p>
      <w:pPr>
        <w:spacing w:after="0"/>
      </w:pPr>
      <w:r>
        <w:rPr>
          <w:rFonts w:ascii="Arial" w:hAnsi="Arial"/>
          <w:b/>
          <w:sz w:val="22"/>
        </w:rPr>
        <w:t xml:space="preserve">Daisy  </w:t>
      </w:r>
      <w:r>
        <w:rPr>
          <w:rFonts w:ascii="Arial" w:hAnsi="Arial"/>
          <w:color w:val="5D7284"/>
          <w:sz w:val="22"/>
        </w:rPr>
        <w:t>27:30</w:t>
      </w:r>
    </w:p>
    <w:p>
      <w:pPr>
        <w:spacing w:after="0"/>
      </w:pPr>
      <w:r>
        <w:rPr>
          <w:rFonts w:ascii="Arial" w:hAnsi="Arial"/>
          <w:sz w:val="22"/>
        </w:rPr>
        <w:t>well, they wouldn't have had, they would have had, like, either ether and the oh, what's the one that they put on the antiseptic tissue</w:t>
      </w:r>
    </w:p>
    <w:p>
      <w:pPr>
        <w:spacing w:after="0"/>
      </w:pPr>
    </w:p>
    <w:p>
      <w:pPr>
        <w:spacing w:after="0"/>
      </w:pPr>
      <w:r>
        <w:rPr>
          <w:rFonts w:ascii="Arial" w:hAnsi="Arial"/>
          <w:b/>
          <w:sz w:val="22"/>
        </w:rPr>
        <w:t xml:space="preserve">Lucy  </w:t>
      </w:r>
      <w:r>
        <w:rPr>
          <w:rFonts w:ascii="Arial" w:hAnsi="Arial"/>
          <w:color w:val="5D7284"/>
          <w:sz w:val="22"/>
        </w:rPr>
        <w:t>27:45</w:t>
      </w:r>
    </w:p>
    <w:p>
      <w:pPr>
        <w:spacing w:after="0"/>
      </w:pPr>
      <w:r>
        <w:rPr>
          <w:rFonts w:ascii="Arial" w:hAnsi="Arial"/>
          <w:sz w:val="22"/>
        </w:rPr>
        <w:t xml:space="preserve">chloroform, </w:t>
      </w:r>
    </w:p>
    <w:p>
      <w:pPr>
        <w:spacing w:after="0"/>
      </w:pPr>
    </w:p>
    <w:p>
      <w:pPr>
        <w:spacing w:after="0"/>
      </w:pPr>
      <w:r>
        <w:rPr>
          <w:rFonts w:ascii="Arial" w:hAnsi="Arial"/>
          <w:b/>
          <w:sz w:val="22"/>
        </w:rPr>
        <w:t xml:space="preserve">Daisy  </w:t>
      </w:r>
      <w:r>
        <w:rPr>
          <w:rFonts w:ascii="Arial" w:hAnsi="Arial"/>
          <w:color w:val="5D7284"/>
          <w:sz w:val="22"/>
        </w:rPr>
        <w:t>27:49</w:t>
      </w:r>
    </w:p>
    <w:p>
      <w:pPr>
        <w:spacing w:after="0"/>
      </w:pPr>
      <w:r>
        <w:rPr>
          <w:rFonts w:ascii="Arial" w:hAnsi="Arial"/>
          <w:sz w:val="22"/>
        </w:rPr>
        <w:t>yeah, and so, yeah, stuff like that. That would make it, you know, better. But not that would, you know, fully conk you out. But I was, I was quite surprised to see that they would do this kind of surgery. It, it seems more like a quality of life thing, yeah, rather than, like, I was surprised that, yeah, the work house was willing to spend money to do something like that.</w:t>
      </w:r>
    </w:p>
    <w:p>
      <w:pPr>
        <w:spacing w:after="0"/>
      </w:pPr>
    </w:p>
    <w:p>
      <w:pPr>
        <w:spacing w:after="0"/>
      </w:pPr>
      <w:r>
        <w:rPr>
          <w:rFonts w:ascii="Arial" w:hAnsi="Arial"/>
          <w:b/>
          <w:sz w:val="22"/>
        </w:rPr>
        <w:t xml:space="preserve">Alice  </w:t>
      </w:r>
      <w:r>
        <w:rPr>
          <w:rFonts w:ascii="Arial" w:hAnsi="Arial"/>
          <w:color w:val="5D7284"/>
          <w:sz w:val="22"/>
        </w:rPr>
        <w:t>28:13</w:t>
      </w:r>
    </w:p>
    <w:p>
      <w:pPr>
        <w:spacing w:after="0"/>
      </w:pPr>
      <w:r>
        <w:rPr>
          <w:rFonts w:ascii="Arial" w:hAnsi="Arial"/>
          <w:sz w:val="22"/>
        </w:rPr>
        <w:t>I The only thing I would say is, right, I had, I had cataracts removed when I was 20 and 21 which made me a solid for 55 years younger than everybody else having the operation in hospital at that time. And they normally insist that you have local anesthetic for cataracts. And I said, Absolutely not. You're putting me under for this if you want to do this operation. And I am convinced to this day that the only reason they agreed to do the surgery for me under General was because the consultant was like, I want to get a look in her eyes. They'll be interested.  I can imagine whether, yeah, there was a like, almost,</w:t>
      </w:r>
    </w:p>
    <w:p>
      <w:pPr>
        <w:spacing w:after="0"/>
      </w:pPr>
    </w:p>
    <w:p>
      <w:pPr>
        <w:spacing w:after="0"/>
      </w:pPr>
      <w:r>
        <w:rPr>
          <w:rFonts w:ascii="Arial" w:hAnsi="Arial"/>
          <w:b/>
          <w:sz w:val="22"/>
        </w:rPr>
        <w:t xml:space="preserve">Daisy  </w:t>
      </w:r>
      <w:r>
        <w:rPr>
          <w:rFonts w:ascii="Arial" w:hAnsi="Arial"/>
          <w:color w:val="5D7284"/>
          <w:sz w:val="22"/>
        </w:rPr>
        <w:t>29:01</w:t>
      </w:r>
    </w:p>
    <w:p>
      <w:pPr>
        <w:spacing w:after="0"/>
      </w:pPr>
      <w:r>
        <w:rPr>
          <w:rFonts w:ascii="Arial" w:hAnsi="Arial"/>
          <w:sz w:val="22"/>
        </w:rPr>
        <w:t>for the doctor, definitely that. Yeah, I didn't think of it like that, but that does make sense, particularly given the, you know, unusual nature of the unusual nature of his thing of what and what happened later on in his life, yeah.</w:t>
      </w:r>
    </w:p>
    <w:p>
      <w:pPr>
        <w:spacing w:after="0"/>
      </w:pPr>
    </w:p>
    <w:p>
      <w:pPr>
        <w:spacing w:after="0"/>
      </w:pPr>
      <w:r>
        <w:rPr>
          <w:rFonts w:ascii="Arial" w:hAnsi="Arial"/>
          <w:b/>
          <w:sz w:val="22"/>
        </w:rPr>
        <w:t xml:space="preserve">Lucy  </w:t>
      </w:r>
      <w:r>
        <w:rPr>
          <w:rFonts w:ascii="Arial" w:hAnsi="Arial"/>
          <w:color w:val="5D7284"/>
          <w:sz w:val="22"/>
        </w:rPr>
        <w:t>29:14</w:t>
      </w:r>
    </w:p>
    <w:p>
      <w:pPr>
        <w:spacing w:after="0"/>
      </w:pPr>
      <w:r>
        <w:rPr>
          <w:rFonts w:ascii="Arial" w:hAnsi="Arial"/>
          <w:sz w:val="22"/>
        </w:rPr>
        <w:t>And also, I think there would have been a, I mean, I'm assuming, obviously, but I would have thought there would have been a level of, well, if he dies on the operating table, it's no great loss, which is an awful thing to say, but back in those sorts of that era, it was more of a he's a curiosity, and if you know if something happens to him, then</w:t>
      </w:r>
    </w:p>
    <w:p>
      <w:pPr>
        <w:spacing w:after="0"/>
      </w:pPr>
    </w:p>
    <w:p>
      <w:pPr>
        <w:spacing w:after="0"/>
      </w:pPr>
      <w:r>
        <w:rPr>
          <w:rFonts w:ascii="Arial" w:hAnsi="Arial"/>
          <w:b/>
          <w:sz w:val="22"/>
        </w:rPr>
        <w:t xml:space="preserve">Alice  </w:t>
      </w:r>
      <w:r>
        <w:rPr>
          <w:rFonts w:ascii="Arial" w:hAnsi="Arial"/>
          <w:color w:val="5D7284"/>
          <w:sz w:val="22"/>
        </w:rPr>
        <w:t>29:38</w:t>
      </w:r>
    </w:p>
    <w:p>
      <w:pPr>
        <w:spacing w:after="0"/>
      </w:pPr>
      <w:r>
        <w:rPr>
          <w:rFonts w:ascii="Arial" w:hAnsi="Arial"/>
          <w:sz w:val="22"/>
        </w:rPr>
        <w:t>If we get something out of this great if we lose him.</w:t>
      </w:r>
    </w:p>
    <w:p>
      <w:pPr>
        <w:spacing w:after="0"/>
      </w:pPr>
    </w:p>
    <w:p>
      <w:pPr>
        <w:spacing w:after="0"/>
      </w:pPr>
      <w:r>
        <w:rPr>
          <w:rFonts w:ascii="Arial" w:hAnsi="Arial"/>
          <w:b/>
          <w:sz w:val="22"/>
        </w:rPr>
        <w:t xml:space="preserve">Lucy  </w:t>
      </w:r>
      <w:r>
        <w:rPr>
          <w:rFonts w:ascii="Arial" w:hAnsi="Arial"/>
          <w:color w:val="5D7284"/>
          <w:sz w:val="22"/>
        </w:rPr>
        <w:t>29:42</w:t>
      </w:r>
    </w:p>
    <w:p>
      <w:pPr>
        <w:spacing w:after="0"/>
      </w:pPr>
      <w:r>
        <w:rPr>
          <w:rFonts w:ascii="Arial" w:hAnsi="Arial"/>
          <w:sz w:val="22"/>
        </w:rPr>
        <w:t xml:space="preserve">No great shakes. </w:t>
      </w:r>
    </w:p>
    <w:p>
      <w:pPr>
        <w:spacing w:after="0"/>
      </w:pPr>
    </w:p>
    <w:p>
      <w:pPr>
        <w:spacing w:after="0"/>
      </w:pPr>
      <w:r>
        <w:rPr>
          <w:rFonts w:ascii="Arial" w:hAnsi="Arial"/>
          <w:b/>
          <w:sz w:val="22"/>
        </w:rPr>
        <w:t xml:space="preserve">Daisy  </w:t>
      </w:r>
      <w:r>
        <w:rPr>
          <w:rFonts w:ascii="Arial" w:hAnsi="Arial"/>
          <w:color w:val="5D7284"/>
          <w:sz w:val="22"/>
        </w:rPr>
        <w:t>29:43</w:t>
      </w:r>
    </w:p>
    <w:p>
      <w:pPr>
        <w:spacing w:after="0"/>
      </w:pPr>
      <w:r>
        <w:rPr>
          <w:rFonts w:ascii="Arial" w:hAnsi="Arial"/>
          <w:sz w:val="22"/>
        </w:rPr>
        <w:t>Yeah, one less person, yeah, yeah, quite possibly. So yeah, once he was had had that surgery and was able to communicate a bit better, he took that opportunity to try and get out of the workhouse as you would naturally. Yeah? Yeah. So the you're kind of in the middle of, like the prime era of freak shows, or human novelty exhibitions, as Wikipedia so delicately calls, So that that kind of prime era was sort of 1840 to 1940 ish, the golden years after, suddenly people became nosy, and before they realized that it was impolite to be nosy.</w:t>
      </w:r>
    </w:p>
    <w:p>
      <w:pPr>
        <w:spacing w:after="0"/>
      </w:pPr>
    </w:p>
    <w:p>
      <w:pPr>
        <w:spacing w:after="0"/>
      </w:pPr>
      <w:r>
        <w:rPr>
          <w:rFonts w:ascii="Arial" w:hAnsi="Arial"/>
          <w:b/>
          <w:sz w:val="22"/>
        </w:rPr>
        <w:t xml:space="preserve">Lucy  </w:t>
      </w:r>
      <w:r>
        <w:rPr>
          <w:rFonts w:ascii="Arial" w:hAnsi="Arial"/>
          <w:color w:val="5D7284"/>
          <w:sz w:val="22"/>
        </w:rPr>
        <w:t>30:30</w:t>
      </w:r>
    </w:p>
    <w:p>
      <w:pPr>
        <w:spacing w:after="0"/>
      </w:pPr>
      <w:r>
        <w:rPr>
          <w:rFonts w:ascii="Arial" w:hAnsi="Arial"/>
          <w:sz w:val="22"/>
        </w:rPr>
        <w:t>Yeah, it's rude to stare, yeah.</w:t>
      </w:r>
    </w:p>
    <w:p>
      <w:pPr>
        <w:spacing w:after="0"/>
      </w:pPr>
    </w:p>
    <w:p>
      <w:pPr>
        <w:spacing w:after="0"/>
      </w:pPr>
      <w:r>
        <w:rPr>
          <w:rFonts w:ascii="Arial" w:hAnsi="Arial"/>
          <w:b/>
          <w:sz w:val="22"/>
        </w:rPr>
        <w:t xml:space="preserve">Alice  </w:t>
      </w:r>
      <w:r>
        <w:rPr>
          <w:rFonts w:ascii="Arial" w:hAnsi="Arial"/>
          <w:color w:val="5D7284"/>
          <w:sz w:val="22"/>
        </w:rPr>
        <w:t>30:35</w:t>
      </w:r>
    </w:p>
    <w:p>
      <w:pPr>
        <w:spacing w:after="0"/>
      </w:pPr>
      <w:r>
        <w:rPr>
          <w:rFonts w:ascii="Arial" w:hAnsi="Arial"/>
          <w:sz w:val="22"/>
        </w:rPr>
        <w:t>sorry, I didn't realize that we people had worked that out. Yeah, I feel like that message hasn't quite got through.</w:t>
      </w:r>
    </w:p>
    <w:p>
      <w:pPr>
        <w:spacing w:after="0"/>
      </w:pPr>
    </w:p>
    <w:p>
      <w:pPr>
        <w:spacing w:after="0"/>
      </w:pPr>
      <w:r>
        <w:rPr>
          <w:rFonts w:ascii="Arial" w:hAnsi="Arial"/>
          <w:b/>
          <w:sz w:val="22"/>
        </w:rPr>
        <w:t xml:space="preserve">Lucy  </w:t>
      </w:r>
      <w:r>
        <w:rPr>
          <w:rFonts w:ascii="Arial" w:hAnsi="Arial"/>
          <w:color w:val="5D7284"/>
          <w:sz w:val="22"/>
        </w:rPr>
        <w:t>30:45</w:t>
      </w:r>
    </w:p>
    <w:p>
      <w:pPr>
        <w:spacing w:after="0"/>
      </w:pPr>
      <w:r>
        <w:rPr>
          <w:rFonts w:ascii="Arial" w:hAnsi="Arial"/>
          <w:sz w:val="22"/>
        </w:rPr>
        <w:t>Yeah, maybe we, maybe we need to restart the marketing campaign again,</w:t>
      </w:r>
    </w:p>
    <w:p>
      <w:pPr>
        <w:spacing w:after="0"/>
      </w:pPr>
    </w:p>
    <w:p>
      <w:pPr>
        <w:spacing w:after="0"/>
      </w:pPr>
      <w:r>
        <w:rPr>
          <w:rFonts w:ascii="Arial" w:hAnsi="Arial"/>
          <w:b/>
          <w:sz w:val="22"/>
        </w:rPr>
        <w:t xml:space="preserve">Alice  </w:t>
      </w:r>
      <w:r>
        <w:rPr>
          <w:rFonts w:ascii="Arial" w:hAnsi="Arial"/>
          <w:color w:val="5D7284"/>
          <w:sz w:val="22"/>
        </w:rPr>
        <w:t>30:49</w:t>
      </w:r>
    </w:p>
    <w:p>
      <w:pPr>
        <w:spacing w:after="0"/>
      </w:pPr>
      <w:r>
        <w:rPr>
          <w:rFonts w:ascii="Arial" w:hAnsi="Arial"/>
          <w:sz w:val="22"/>
        </w:rPr>
        <w:t>public service announcement. Mind your own fucking business.</w:t>
      </w:r>
    </w:p>
    <w:p>
      <w:pPr>
        <w:spacing w:after="0"/>
      </w:pPr>
    </w:p>
    <w:p>
      <w:pPr>
        <w:spacing w:after="0"/>
      </w:pPr>
      <w:r>
        <w:rPr>
          <w:rFonts w:ascii="Arial" w:hAnsi="Arial"/>
          <w:b/>
          <w:sz w:val="22"/>
        </w:rPr>
        <w:t xml:space="preserve">Daisy  </w:t>
      </w:r>
      <w:r>
        <w:rPr>
          <w:rFonts w:ascii="Arial" w:hAnsi="Arial"/>
          <w:color w:val="5D7284"/>
          <w:sz w:val="22"/>
        </w:rPr>
        <w:t>30:54</w:t>
      </w:r>
    </w:p>
    <w:p>
      <w:pPr>
        <w:spacing w:after="0"/>
      </w:pPr>
      <w:r>
        <w:rPr>
          <w:rFonts w:ascii="Arial" w:hAnsi="Arial"/>
          <w:sz w:val="22"/>
        </w:rPr>
        <w:t xml:space="preserve">Yeah, yeah. So, P, T, Barnum, </w:t>
      </w:r>
    </w:p>
    <w:p>
      <w:pPr>
        <w:spacing w:after="0"/>
      </w:pPr>
    </w:p>
    <w:p>
      <w:pPr>
        <w:spacing w:after="0"/>
      </w:pPr>
      <w:r>
        <w:rPr>
          <w:rFonts w:ascii="Arial" w:hAnsi="Arial"/>
          <w:b/>
          <w:sz w:val="22"/>
        </w:rPr>
        <w:t xml:space="preserve">Alice  </w:t>
      </w:r>
      <w:r>
        <w:rPr>
          <w:rFonts w:ascii="Arial" w:hAnsi="Arial"/>
          <w:color w:val="5D7284"/>
          <w:sz w:val="22"/>
        </w:rPr>
        <w:t>31:01</w:t>
      </w:r>
    </w:p>
    <w:p>
      <w:pPr>
        <w:spacing w:after="0"/>
      </w:pPr>
      <w:r>
        <w:rPr>
          <w:rFonts w:ascii="Arial" w:hAnsi="Arial"/>
          <w:sz w:val="22"/>
        </w:rPr>
        <w:t xml:space="preserve">Friend to disabled people Everywhere, </w:t>
      </w:r>
    </w:p>
    <w:p>
      <w:pPr>
        <w:spacing w:after="0"/>
      </w:pPr>
    </w:p>
    <w:p>
      <w:pPr>
        <w:spacing w:after="0"/>
      </w:pPr>
      <w:r>
        <w:rPr>
          <w:rFonts w:ascii="Arial" w:hAnsi="Arial"/>
          <w:b/>
          <w:sz w:val="22"/>
        </w:rPr>
        <w:t xml:space="preserve">Daisy  </w:t>
      </w:r>
      <w:r>
        <w:rPr>
          <w:rFonts w:ascii="Arial" w:hAnsi="Arial"/>
          <w:color w:val="5D7284"/>
          <w:sz w:val="22"/>
        </w:rPr>
        <w:t>31:04</w:t>
      </w:r>
    </w:p>
    <w:p>
      <w:pPr>
        <w:spacing w:after="0"/>
      </w:pPr>
      <w:r>
        <w:rPr>
          <w:rFonts w:ascii="Arial" w:hAnsi="Arial"/>
          <w:sz w:val="22"/>
        </w:rPr>
        <w:t>yeah. So he bought his first premises in 1841 so like right at the beginning of this,  prime time. So Sam Tor was a music hall artist originally from Nottingham, right? He retired to Leicester to set up his own music hall, Joseph Merrick knew him from around the town, from growing up, and also knew that he went in for novelties.</w:t>
      </w:r>
    </w:p>
    <w:p>
      <w:pPr>
        <w:spacing w:after="0"/>
      </w:pPr>
    </w:p>
    <w:p>
      <w:pPr>
        <w:spacing w:after="0"/>
      </w:pPr>
      <w:r>
        <w:rPr>
          <w:rFonts w:ascii="Arial" w:hAnsi="Arial"/>
          <w:b/>
          <w:sz w:val="22"/>
        </w:rPr>
        <w:t xml:space="preserve">Alice  </w:t>
      </w:r>
      <w:r>
        <w:rPr>
          <w:rFonts w:ascii="Arial" w:hAnsi="Arial"/>
          <w:color w:val="5D7284"/>
          <w:sz w:val="22"/>
        </w:rPr>
        <w:t>31:44</w:t>
      </w:r>
    </w:p>
    <w:p>
      <w:pPr>
        <w:spacing w:after="0"/>
      </w:pPr>
      <w:r>
        <w:rPr>
          <w:rFonts w:ascii="Arial" w:hAnsi="Arial"/>
          <w:sz w:val="22"/>
        </w:rPr>
        <w:t>that's a nice quote</w:t>
      </w:r>
    </w:p>
    <w:p>
      <w:pPr>
        <w:spacing w:after="0"/>
      </w:pPr>
    </w:p>
    <w:p>
      <w:pPr>
        <w:spacing w:after="0"/>
      </w:pPr>
      <w:r>
        <w:rPr>
          <w:rFonts w:ascii="Arial" w:hAnsi="Arial"/>
          <w:b/>
          <w:sz w:val="22"/>
        </w:rPr>
        <w:t xml:space="preserve">Daisy  </w:t>
      </w:r>
      <w:r>
        <w:rPr>
          <w:rFonts w:ascii="Arial" w:hAnsi="Arial"/>
          <w:color w:val="5D7284"/>
          <w:sz w:val="22"/>
        </w:rPr>
        <w:t>31:46</w:t>
      </w:r>
    </w:p>
    <w:p>
      <w:pPr>
        <w:spacing w:after="0"/>
      </w:pPr>
      <w:r>
        <w:rPr>
          <w:rFonts w:ascii="Arial" w:hAnsi="Arial"/>
          <w:sz w:val="22"/>
        </w:rPr>
        <w:t>Yeah, so Joseph tracked him down and asked for his help to find work as a human exhibit, right?</w:t>
      </w:r>
    </w:p>
    <w:p>
      <w:pPr>
        <w:spacing w:after="0"/>
      </w:pPr>
    </w:p>
    <w:p>
      <w:pPr>
        <w:spacing w:after="0"/>
      </w:pPr>
      <w:r>
        <w:rPr>
          <w:rFonts w:ascii="Arial" w:hAnsi="Arial"/>
          <w:b/>
          <w:sz w:val="22"/>
        </w:rPr>
        <w:t xml:space="preserve">Lucy  </w:t>
      </w:r>
      <w:r>
        <w:rPr>
          <w:rFonts w:ascii="Arial" w:hAnsi="Arial"/>
          <w:color w:val="5D7284"/>
          <w:sz w:val="22"/>
        </w:rPr>
        <w:t>31:55</w:t>
      </w:r>
    </w:p>
    <w:p>
      <w:pPr>
        <w:spacing w:after="0"/>
      </w:pPr>
      <w:r>
        <w:rPr>
          <w:rFonts w:ascii="Arial" w:hAnsi="Arial"/>
          <w:sz w:val="22"/>
        </w:rPr>
        <w:t xml:space="preserve">Wow. </w:t>
      </w:r>
    </w:p>
    <w:p>
      <w:pPr>
        <w:spacing w:after="0"/>
      </w:pPr>
    </w:p>
    <w:p>
      <w:pPr>
        <w:spacing w:after="0"/>
      </w:pPr>
      <w:r>
        <w:rPr>
          <w:rFonts w:ascii="Arial" w:hAnsi="Arial"/>
          <w:b/>
          <w:sz w:val="22"/>
        </w:rPr>
        <w:t xml:space="preserve">Lucy  </w:t>
      </w:r>
      <w:r>
        <w:rPr>
          <w:rFonts w:ascii="Arial" w:hAnsi="Arial"/>
          <w:color w:val="5D7284"/>
          <w:sz w:val="22"/>
        </w:rPr>
        <w:t>31:56</w:t>
      </w:r>
    </w:p>
    <w:p>
      <w:pPr>
        <w:spacing w:after="0"/>
      </w:pPr>
      <w:r>
        <w:rPr>
          <w:rFonts w:ascii="Arial" w:hAnsi="Arial"/>
          <w:sz w:val="22"/>
        </w:rPr>
        <w:t>He wanted it?</w:t>
      </w:r>
    </w:p>
    <w:p>
      <w:pPr>
        <w:spacing w:after="0"/>
      </w:pPr>
    </w:p>
    <w:p>
      <w:pPr>
        <w:spacing w:after="0"/>
      </w:pPr>
      <w:r>
        <w:rPr>
          <w:rFonts w:ascii="Arial" w:hAnsi="Arial"/>
          <w:b/>
          <w:sz w:val="22"/>
        </w:rPr>
        <w:t xml:space="preserve">Lucy  </w:t>
      </w:r>
      <w:r>
        <w:rPr>
          <w:rFonts w:ascii="Arial" w:hAnsi="Arial"/>
          <w:color w:val="5D7284"/>
          <w:sz w:val="22"/>
        </w:rPr>
        <w:t>31:57</w:t>
      </w:r>
    </w:p>
    <w:p>
      <w:pPr>
        <w:spacing w:after="0"/>
      </w:pPr>
      <w:r>
        <w:rPr>
          <w:rFonts w:ascii="Arial" w:hAnsi="Arial"/>
          <w:sz w:val="22"/>
        </w:rPr>
        <w:t>He wanted it . He actively went and sought this out. That's interesting. So this Sam Tor guy found a group of three men to act as a manager touring around different parts of the East Midlands as the elephant man. So he was always known as the elephant man from his sort of like... And I guess if you genuinely believe that this had been caused by elephant, why would you call yourself anything else? I</w:t>
      </w:r>
    </w:p>
    <w:p>
      <w:pPr>
        <w:spacing w:after="0"/>
      </w:pPr>
    </w:p>
    <w:p>
      <w:pPr>
        <w:spacing w:after="0"/>
      </w:pPr>
      <w:r>
        <w:rPr>
          <w:rFonts w:ascii="Arial" w:hAnsi="Arial"/>
          <w:b/>
          <w:sz w:val="22"/>
        </w:rPr>
        <w:t xml:space="preserve">Alice  </w:t>
      </w:r>
      <w:r>
        <w:rPr>
          <w:rFonts w:ascii="Arial" w:hAnsi="Arial"/>
          <w:color w:val="5D7284"/>
          <w:sz w:val="22"/>
        </w:rPr>
        <w:t>32:31</w:t>
      </w:r>
    </w:p>
    <w:p>
      <w:pPr>
        <w:spacing w:after="0"/>
      </w:pPr>
      <w:r>
        <w:rPr>
          <w:rFonts w:ascii="Arial" w:hAnsi="Arial"/>
          <w:sz w:val="22"/>
        </w:rPr>
        <w:t>was gonna say it feels like, particularly if he is the one who is making these approaches to start that he's, he's bringing that he's, it's not that people are calling him the elephant man. He has kind of said, I'm the Elephant Man.</w:t>
      </w:r>
    </w:p>
    <w:p>
      <w:pPr>
        <w:spacing w:after="0"/>
      </w:pPr>
    </w:p>
    <w:p>
      <w:pPr>
        <w:spacing w:after="0"/>
      </w:pPr>
      <w:r>
        <w:rPr>
          <w:rFonts w:ascii="Arial" w:hAnsi="Arial"/>
          <w:b/>
          <w:sz w:val="22"/>
        </w:rPr>
        <w:t xml:space="preserve">Lucy  </w:t>
      </w:r>
      <w:r>
        <w:rPr>
          <w:rFonts w:ascii="Arial" w:hAnsi="Arial"/>
          <w:color w:val="5D7284"/>
          <w:sz w:val="22"/>
        </w:rPr>
        <w:t>32:44</w:t>
      </w:r>
    </w:p>
    <w:p>
      <w:pPr>
        <w:spacing w:after="0"/>
      </w:pPr>
      <w:r>
        <w:rPr>
          <w:rFonts w:ascii="Arial" w:hAnsi="Arial"/>
          <w:sz w:val="22"/>
        </w:rPr>
        <w:t xml:space="preserve"> It's like him leaning really,</w:t>
      </w:r>
    </w:p>
    <w:p>
      <w:pPr>
        <w:spacing w:after="0"/>
      </w:pPr>
    </w:p>
    <w:p>
      <w:pPr>
        <w:spacing w:after="0"/>
      </w:pPr>
      <w:r>
        <w:rPr>
          <w:rFonts w:ascii="Arial" w:hAnsi="Arial"/>
          <w:b/>
          <w:sz w:val="22"/>
        </w:rPr>
        <w:t xml:space="preserve">Daisy  </w:t>
      </w:r>
      <w:r>
        <w:rPr>
          <w:rFonts w:ascii="Arial" w:hAnsi="Arial"/>
          <w:color w:val="5D7284"/>
          <w:sz w:val="22"/>
        </w:rPr>
        <w:t>32:46</w:t>
      </w:r>
    </w:p>
    <w:p>
      <w:pPr>
        <w:spacing w:after="0"/>
      </w:pPr>
      <w:r>
        <w:rPr>
          <w:rFonts w:ascii="Arial" w:hAnsi="Arial"/>
          <w:sz w:val="22"/>
        </w:rPr>
        <w:t xml:space="preserve">yeah. He's got a good sense of branding about him, </w:t>
      </w:r>
    </w:p>
    <w:p>
      <w:pPr>
        <w:spacing w:after="0"/>
      </w:pPr>
    </w:p>
    <w:p>
      <w:pPr>
        <w:spacing w:after="0"/>
      </w:pPr>
      <w:r>
        <w:rPr>
          <w:rFonts w:ascii="Arial" w:hAnsi="Arial"/>
          <w:b/>
          <w:sz w:val="22"/>
        </w:rPr>
        <w:t xml:space="preserve">Lucy  </w:t>
      </w:r>
      <w:r>
        <w:rPr>
          <w:rFonts w:ascii="Arial" w:hAnsi="Arial"/>
          <w:color w:val="5D7284"/>
          <w:sz w:val="22"/>
        </w:rPr>
        <w:t>32:49</w:t>
      </w:r>
    </w:p>
    <w:p>
      <w:pPr>
        <w:spacing w:after="0"/>
      </w:pPr>
      <w:r>
        <w:rPr>
          <w:rFonts w:ascii="Arial" w:hAnsi="Arial"/>
          <w:sz w:val="22"/>
        </w:rPr>
        <w:t>And it's quite accepting, really, self accepting of, yeah, I look like this. And yes, there is an element of me looking slightly like an elephant,</w:t>
      </w:r>
    </w:p>
    <w:p>
      <w:pPr>
        <w:spacing w:after="0"/>
      </w:pPr>
    </w:p>
    <w:p>
      <w:pPr>
        <w:spacing w:after="0"/>
      </w:pPr>
      <w:r>
        <w:rPr>
          <w:rFonts w:ascii="Arial" w:hAnsi="Arial"/>
          <w:b/>
          <w:sz w:val="22"/>
        </w:rPr>
        <w:t xml:space="preserve">Alice  </w:t>
      </w:r>
      <w:r>
        <w:rPr>
          <w:rFonts w:ascii="Arial" w:hAnsi="Arial"/>
          <w:color w:val="5D7284"/>
          <w:sz w:val="22"/>
        </w:rPr>
        <w:t>32:59</w:t>
      </w:r>
    </w:p>
    <w:p>
      <w:pPr>
        <w:spacing w:after="0"/>
      </w:pPr>
      <w:r>
        <w:rPr>
          <w:rFonts w:ascii="Arial" w:hAnsi="Arial"/>
          <w:sz w:val="22"/>
        </w:rPr>
        <w:t xml:space="preserve">you know? I guess, I guess the thing that I would say that's kind of like quite powerful about it is recognizing the in accessibility of the world that he has lived in, which, you know, we've already heard about with his difficulties with getting jobs and the, you know, not getting it, feeling accepted by his family and stuff. He has said, I need to find a way to support myself, and this is one way that I feel I can do that that works for within the kind of not limited options, but you know, the restrictions and the barriers that that are out there for him, you know, like nobody's hiring me to be like, I don't know a video spot checker, because it's not, it's not in my skill set, is it? No, but it's, it's kind of, you know, recognizing that and going, Well, what? What can I do with what's what I've got available to me? </w:t>
      </w:r>
    </w:p>
    <w:p>
      <w:pPr>
        <w:spacing w:after="0"/>
      </w:pPr>
    </w:p>
    <w:p>
      <w:pPr>
        <w:spacing w:after="0"/>
      </w:pPr>
      <w:r>
        <w:rPr>
          <w:rFonts w:ascii="Arial" w:hAnsi="Arial"/>
          <w:b/>
          <w:sz w:val="22"/>
        </w:rPr>
        <w:t xml:space="preserve">Daisy  </w:t>
      </w:r>
      <w:r>
        <w:rPr>
          <w:rFonts w:ascii="Arial" w:hAnsi="Arial"/>
          <w:color w:val="5D7284"/>
          <w:sz w:val="22"/>
        </w:rPr>
        <w:t>33:58</w:t>
      </w:r>
    </w:p>
    <w:p>
      <w:pPr>
        <w:spacing w:after="0"/>
      </w:pPr>
      <w:r>
        <w:rPr>
          <w:rFonts w:ascii="Arial" w:hAnsi="Arial"/>
          <w:sz w:val="22"/>
        </w:rPr>
        <w:t>Yeah. So, yeah, they did some of these shows around East Midlands, but he realized that London was where the big money, yeah, was being made.</w:t>
      </w:r>
    </w:p>
    <w:p>
      <w:pPr>
        <w:spacing w:after="0"/>
      </w:pPr>
    </w:p>
    <w:p>
      <w:pPr>
        <w:spacing w:after="0"/>
      </w:pPr>
      <w:r>
        <w:rPr>
          <w:rFonts w:ascii="Arial" w:hAnsi="Arial"/>
          <w:b/>
          <w:sz w:val="22"/>
        </w:rPr>
        <w:t xml:space="preserve">Alice  </w:t>
      </w:r>
      <w:r>
        <w:rPr>
          <w:rFonts w:ascii="Arial" w:hAnsi="Arial"/>
          <w:color w:val="5D7284"/>
          <w:sz w:val="22"/>
        </w:rPr>
        <w:t>34:07</w:t>
      </w:r>
    </w:p>
    <w:p>
      <w:pPr>
        <w:spacing w:after="0"/>
      </w:pPr>
      <w:r>
        <w:rPr>
          <w:rFonts w:ascii="Arial" w:hAnsi="Arial"/>
          <w:sz w:val="22"/>
        </w:rPr>
        <w:t>Yeah, we're not, we're not known for being big spenders up around here.</w:t>
      </w:r>
    </w:p>
    <w:p>
      <w:pPr>
        <w:spacing w:after="0"/>
      </w:pPr>
    </w:p>
    <w:p>
      <w:pPr>
        <w:spacing w:after="0"/>
      </w:pPr>
      <w:r>
        <w:rPr>
          <w:rFonts w:ascii="Arial" w:hAnsi="Arial"/>
          <w:b/>
          <w:sz w:val="22"/>
        </w:rPr>
        <w:t xml:space="preserve">Daisy  </w:t>
      </w:r>
      <w:r>
        <w:rPr>
          <w:rFonts w:ascii="Arial" w:hAnsi="Arial"/>
          <w:color w:val="5D7284"/>
          <w:sz w:val="22"/>
        </w:rPr>
        <w:t>34:14</w:t>
      </w:r>
    </w:p>
    <w:p>
      <w:pPr>
        <w:spacing w:after="0"/>
      </w:pPr>
      <w:r>
        <w:rPr>
          <w:rFonts w:ascii="Arial" w:hAnsi="Arial"/>
          <w:sz w:val="22"/>
        </w:rPr>
        <w:t>Yeah, so they contacted guy called Tom Norman. So Tom Norman was a show man who became interested in so called freak shows after seeing an exhibition called the Electric Lady. And I looked for ages, but the Internet has not, not kept what that was</w:t>
      </w:r>
    </w:p>
    <w:p>
      <w:pPr>
        <w:spacing w:after="0"/>
      </w:pPr>
    </w:p>
    <w:p>
      <w:pPr>
        <w:spacing w:after="0"/>
      </w:pPr>
      <w:r>
        <w:rPr>
          <w:rFonts w:ascii="Arial" w:hAnsi="Arial"/>
          <w:b/>
          <w:sz w:val="22"/>
        </w:rPr>
        <w:t xml:space="preserve">Lucy  </w:t>
      </w:r>
      <w:r>
        <w:rPr>
          <w:rFonts w:ascii="Arial" w:hAnsi="Arial"/>
          <w:color w:val="5D7284"/>
          <w:sz w:val="22"/>
        </w:rPr>
        <w:t>34:33</w:t>
      </w:r>
    </w:p>
    <w:p>
      <w:pPr>
        <w:spacing w:after="0"/>
      </w:pPr>
      <w:r>
        <w:rPr>
          <w:rFonts w:ascii="Arial" w:hAnsi="Arial"/>
          <w:sz w:val="22"/>
        </w:rPr>
        <w:t>isn't a woman in a bath with magnets again, is it?</w:t>
      </w:r>
    </w:p>
    <w:p>
      <w:pPr>
        <w:spacing w:after="0"/>
      </w:pPr>
    </w:p>
    <w:p>
      <w:pPr>
        <w:spacing w:after="0"/>
      </w:pPr>
      <w:r>
        <w:rPr>
          <w:rFonts w:ascii="Arial" w:hAnsi="Arial"/>
          <w:b/>
          <w:sz w:val="22"/>
        </w:rPr>
        <w:t xml:space="preserve">Daisy  </w:t>
      </w:r>
      <w:r>
        <w:rPr>
          <w:rFonts w:ascii="Arial" w:hAnsi="Arial"/>
          <w:color w:val="5D7284"/>
          <w:sz w:val="22"/>
        </w:rPr>
        <w:t>34:37</w:t>
      </w:r>
    </w:p>
    <w:p>
      <w:pPr>
        <w:spacing w:after="0"/>
      </w:pPr>
      <w:r>
        <w:rPr>
          <w:rFonts w:ascii="Arial" w:hAnsi="Arial"/>
          <w:sz w:val="22"/>
        </w:rPr>
        <w:t xml:space="preserve">No, I don't think so. I've looked up, just kind of like General Electric Lady exhibits, and they all seem to be things like someone puts a massive amount of electricity through their body, like they put a light bulb in their mouth, right? Setting a massive electric light through themselves, </w:t>
      </w:r>
    </w:p>
    <w:p>
      <w:pPr>
        <w:spacing w:after="0"/>
      </w:pPr>
    </w:p>
    <w:p>
      <w:pPr>
        <w:spacing w:after="0"/>
      </w:pPr>
      <w:r>
        <w:rPr>
          <w:rFonts w:ascii="Arial" w:hAnsi="Arial"/>
          <w:b/>
          <w:sz w:val="22"/>
        </w:rPr>
        <w:t xml:space="preserve">Lucy  </w:t>
      </w:r>
      <w:r>
        <w:rPr>
          <w:rFonts w:ascii="Arial" w:hAnsi="Arial"/>
          <w:color w:val="5D7284"/>
          <w:sz w:val="22"/>
        </w:rPr>
        <w:t>34:53</w:t>
      </w:r>
    </w:p>
    <w:p>
      <w:pPr>
        <w:spacing w:after="0"/>
      </w:pPr>
      <w:r>
        <w:rPr>
          <w:rFonts w:ascii="Arial" w:hAnsi="Arial"/>
          <w:sz w:val="22"/>
        </w:rPr>
        <w:t>a bit like static  it with a with a balloon when you rub it,</w:t>
      </w:r>
    </w:p>
    <w:p>
      <w:pPr>
        <w:spacing w:after="0"/>
      </w:pPr>
    </w:p>
    <w:p>
      <w:pPr>
        <w:spacing w:after="0"/>
      </w:pPr>
      <w:r>
        <w:rPr>
          <w:rFonts w:ascii="Arial" w:hAnsi="Arial"/>
          <w:b/>
          <w:sz w:val="22"/>
        </w:rPr>
        <w:t xml:space="preserve">Daisy  </w:t>
      </w:r>
      <w:r>
        <w:rPr>
          <w:rFonts w:ascii="Arial" w:hAnsi="Arial"/>
          <w:color w:val="5D7284"/>
          <w:sz w:val="22"/>
        </w:rPr>
        <w:t>34:58</w:t>
      </w:r>
    </w:p>
    <w:p>
      <w:pPr>
        <w:spacing w:after="0"/>
      </w:pPr>
      <w:r>
        <w:rPr>
          <w:rFonts w:ascii="Arial" w:hAnsi="Arial"/>
          <w:sz w:val="22"/>
        </w:rPr>
        <w:t xml:space="preserve">kind of except you might die. </w:t>
      </w:r>
    </w:p>
    <w:p>
      <w:pPr>
        <w:spacing w:after="0"/>
      </w:pPr>
    </w:p>
    <w:p>
      <w:pPr>
        <w:spacing w:after="0"/>
      </w:pPr>
      <w:r>
        <w:rPr>
          <w:rFonts w:ascii="Arial" w:hAnsi="Arial"/>
          <w:b/>
          <w:sz w:val="22"/>
        </w:rPr>
        <w:t xml:space="preserve">Daisy  </w:t>
      </w:r>
      <w:r>
        <w:rPr>
          <w:rFonts w:ascii="Arial" w:hAnsi="Arial"/>
          <w:color w:val="5D7284"/>
          <w:sz w:val="22"/>
        </w:rPr>
        <w:t>34:59</w:t>
      </w:r>
    </w:p>
    <w:p>
      <w:pPr>
        <w:spacing w:after="0"/>
      </w:pPr>
      <w:r>
        <w:rPr>
          <w:rFonts w:ascii="Arial" w:hAnsi="Arial"/>
          <w:sz w:val="22"/>
        </w:rPr>
        <w:t>Yeah.Yeah, that was what I was thinking. Yeah, if the electricity doesn't get you, then the exploding light bulb in your mouth,</w:t>
      </w:r>
    </w:p>
    <w:p>
      <w:pPr>
        <w:spacing w:after="0"/>
      </w:pPr>
    </w:p>
    <w:p>
      <w:pPr>
        <w:spacing w:after="0"/>
      </w:pPr>
      <w:r>
        <w:rPr>
          <w:rFonts w:ascii="Arial" w:hAnsi="Arial"/>
          <w:b/>
          <w:sz w:val="22"/>
        </w:rPr>
        <w:t xml:space="preserve">Lucy  </w:t>
      </w:r>
      <w:r>
        <w:rPr>
          <w:rFonts w:ascii="Arial" w:hAnsi="Arial"/>
          <w:color w:val="5D7284"/>
          <w:sz w:val="22"/>
        </w:rPr>
        <w:t>35:08</w:t>
      </w:r>
    </w:p>
    <w:p>
      <w:pPr>
        <w:spacing w:after="0"/>
      </w:pPr>
      <w:r>
        <w:rPr>
          <w:rFonts w:ascii="Arial" w:hAnsi="Arial"/>
          <w:sz w:val="22"/>
        </w:rPr>
        <w:t>yeah, yeah. It's a good name isn't it?  Electric Lady, yeah, yeah.</w:t>
      </w:r>
    </w:p>
    <w:p>
      <w:pPr>
        <w:spacing w:after="0"/>
      </w:pPr>
    </w:p>
    <w:p>
      <w:pPr>
        <w:spacing w:after="0"/>
      </w:pPr>
      <w:r>
        <w:rPr>
          <w:rFonts w:ascii="Arial" w:hAnsi="Arial"/>
          <w:b/>
          <w:sz w:val="22"/>
        </w:rPr>
        <w:t xml:space="preserve">Daisy  </w:t>
      </w:r>
      <w:r>
        <w:rPr>
          <w:rFonts w:ascii="Arial" w:hAnsi="Arial"/>
          <w:color w:val="5D7284"/>
          <w:sz w:val="22"/>
        </w:rPr>
        <w:t>35:15</w:t>
      </w:r>
    </w:p>
    <w:p>
      <w:pPr>
        <w:spacing w:after="0"/>
      </w:pPr>
      <w:r>
        <w:rPr>
          <w:rFonts w:ascii="Arial" w:hAnsi="Arial"/>
          <w:sz w:val="22"/>
        </w:rPr>
        <w:t>So I don't know for sure that that's what it was, but they wouldn't give me any further information, so I have to assume, yeah, that it was something like that. Yeah. So Tom Norman took on Joseph and found an old shop that used to be a greengrocer's, and exhibited him in the back of that people were like, enticed in from the street with the comment from Norman that he was not here to frighten you, but to enlighten you.</w:t>
      </w:r>
    </w:p>
    <w:p>
      <w:pPr>
        <w:spacing w:after="0"/>
      </w:pPr>
    </w:p>
    <w:p>
      <w:pPr>
        <w:spacing w:after="0"/>
      </w:pPr>
      <w:r>
        <w:rPr>
          <w:rFonts w:ascii="Arial" w:hAnsi="Arial"/>
          <w:b/>
          <w:sz w:val="22"/>
        </w:rPr>
        <w:t xml:space="preserve">Alice  </w:t>
      </w:r>
      <w:r>
        <w:rPr>
          <w:rFonts w:ascii="Arial" w:hAnsi="Arial"/>
          <w:color w:val="5D7284"/>
          <w:sz w:val="22"/>
        </w:rPr>
        <w:t>35:48</w:t>
      </w:r>
    </w:p>
    <w:p>
      <w:pPr>
        <w:spacing w:after="0"/>
      </w:pPr>
      <w:r>
        <w:rPr>
          <w:rFonts w:ascii="Arial" w:hAnsi="Arial"/>
          <w:sz w:val="22"/>
        </w:rPr>
        <w:t>Interesting, which is nice, yeah, interesting, Branding</w:t>
      </w:r>
    </w:p>
    <w:p>
      <w:pPr>
        <w:spacing w:after="0"/>
      </w:pPr>
    </w:p>
    <w:p>
      <w:pPr>
        <w:spacing w:after="0"/>
      </w:pPr>
      <w:r>
        <w:rPr>
          <w:rFonts w:ascii="Arial" w:hAnsi="Arial"/>
          <w:b/>
          <w:sz w:val="22"/>
        </w:rPr>
        <w:t xml:space="preserve">Alice  </w:t>
      </w:r>
      <w:r>
        <w:rPr>
          <w:rFonts w:ascii="Arial" w:hAnsi="Arial"/>
          <w:color w:val="5D7284"/>
          <w:sz w:val="22"/>
        </w:rPr>
        <w:t>35:53</w:t>
      </w:r>
    </w:p>
    <w:p>
      <w:pPr>
        <w:spacing w:after="0"/>
      </w:pPr>
      <w:r>
        <w:rPr>
          <w:rFonts w:ascii="Arial" w:hAnsi="Arial"/>
          <w:sz w:val="22"/>
        </w:rPr>
        <w:t xml:space="preserve"> yeah.The main money in this venture was made from selling the autobiographical pamphlet that I was reading from originally. So that was the thing that had his childhood and, yeah, history. And it just so happened that the shop was across the road from the London Hospital, so it got a lot of visits from curious medical students and young doctors, of course. And this was how Joseph came to be introduced to Frederick treve.</w:t>
      </w:r>
    </w:p>
    <w:p>
      <w:pPr>
        <w:spacing w:after="0"/>
      </w:pPr>
    </w:p>
    <w:p>
      <w:pPr>
        <w:spacing w:after="0"/>
      </w:pPr>
      <w:r>
        <w:rPr>
          <w:rFonts w:ascii="Arial" w:hAnsi="Arial"/>
          <w:b/>
          <w:sz w:val="22"/>
        </w:rPr>
        <w:t xml:space="preserve">Alice  </w:t>
      </w:r>
      <w:r>
        <w:rPr>
          <w:rFonts w:ascii="Arial" w:hAnsi="Arial"/>
          <w:color w:val="5D7284"/>
          <w:sz w:val="22"/>
        </w:rPr>
        <w:t>36:27</w:t>
      </w:r>
    </w:p>
    <w:p>
      <w:pPr>
        <w:spacing w:after="0"/>
      </w:pPr>
      <w:r>
        <w:rPr>
          <w:rFonts w:ascii="Arial" w:hAnsi="Arial"/>
          <w:sz w:val="22"/>
        </w:rPr>
        <w:t xml:space="preserve">I feel like, I feel like thunderclap moment </w:t>
      </w:r>
    </w:p>
    <w:p>
      <w:pPr>
        <w:spacing w:after="0"/>
      </w:pPr>
    </w:p>
    <w:p>
      <w:pPr>
        <w:spacing w:after="0"/>
      </w:pPr>
      <w:r>
        <w:rPr>
          <w:rFonts w:ascii="Arial" w:hAnsi="Arial"/>
          <w:b/>
          <w:sz w:val="22"/>
        </w:rPr>
        <w:t xml:space="preserve">Lucy  </w:t>
      </w:r>
      <w:r>
        <w:rPr>
          <w:rFonts w:ascii="Arial" w:hAnsi="Arial"/>
          <w:color w:val="5D7284"/>
          <w:sz w:val="22"/>
        </w:rPr>
        <w:t>36:31</w:t>
      </w:r>
    </w:p>
    <w:p>
      <w:pPr>
        <w:spacing w:after="0"/>
      </w:pPr>
      <w:r>
        <w:rPr>
          <w:rFonts w:ascii="Arial" w:hAnsi="Arial"/>
          <w:sz w:val="22"/>
        </w:rPr>
        <w:t>Frederick treve is played by, oh, my god. Anthony Hopkins,</w:t>
      </w:r>
    </w:p>
    <w:p>
      <w:pPr>
        <w:spacing w:after="0"/>
      </w:pPr>
    </w:p>
    <w:p>
      <w:pPr>
        <w:spacing w:after="0"/>
      </w:pPr>
      <w:r>
        <w:rPr>
          <w:rFonts w:ascii="Arial" w:hAnsi="Arial"/>
          <w:b/>
          <w:sz w:val="22"/>
        </w:rPr>
        <w:t xml:space="preserve">Alice  </w:t>
      </w:r>
      <w:r>
        <w:rPr>
          <w:rFonts w:ascii="Arial" w:hAnsi="Arial"/>
          <w:color w:val="5D7284"/>
          <w:sz w:val="22"/>
        </w:rPr>
        <w:t>36:38</w:t>
      </w:r>
    </w:p>
    <w:p>
      <w:pPr>
        <w:spacing w:after="0"/>
      </w:pPr>
      <w:r>
        <w:rPr>
          <w:rFonts w:ascii="Arial" w:hAnsi="Arial"/>
          <w:sz w:val="22"/>
        </w:rPr>
        <w:t xml:space="preserve">Anthony Hopkins, </w:t>
      </w:r>
    </w:p>
    <w:p>
      <w:pPr>
        <w:spacing w:after="0"/>
      </w:pPr>
    </w:p>
    <w:p>
      <w:pPr>
        <w:spacing w:after="0"/>
      </w:pPr>
      <w:r>
        <w:rPr>
          <w:rFonts w:ascii="Arial" w:hAnsi="Arial"/>
          <w:b/>
          <w:sz w:val="22"/>
        </w:rPr>
        <w:t xml:space="preserve">Lucy  </w:t>
      </w:r>
      <w:r>
        <w:rPr>
          <w:rFonts w:ascii="Arial" w:hAnsi="Arial"/>
          <w:color w:val="5D7284"/>
          <w:sz w:val="22"/>
        </w:rPr>
        <w:t>36:39</w:t>
      </w:r>
    </w:p>
    <w:p>
      <w:pPr>
        <w:spacing w:after="0"/>
      </w:pPr>
      <w:r>
        <w:rPr>
          <w:rFonts w:ascii="Arial" w:hAnsi="Arial"/>
          <w:sz w:val="22"/>
        </w:rPr>
        <w:t xml:space="preserve">Anthony Hopkins, </w:t>
      </w:r>
    </w:p>
    <w:p>
      <w:pPr>
        <w:spacing w:after="0"/>
      </w:pPr>
    </w:p>
    <w:p>
      <w:pPr>
        <w:spacing w:after="0"/>
      </w:pPr>
      <w:r>
        <w:rPr>
          <w:rFonts w:ascii="Arial" w:hAnsi="Arial"/>
          <w:b/>
          <w:sz w:val="22"/>
        </w:rPr>
        <w:t xml:space="preserve">Alice  </w:t>
      </w:r>
      <w:r>
        <w:rPr>
          <w:rFonts w:ascii="Arial" w:hAnsi="Arial"/>
          <w:color w:val="5D7284"/>
          <w:sz w:val="22"/>
        </w:rPr>
        <w:t>36:40</w:t>
      </w:r>
    </w:p>
    <w:p>
      <w:pPr>
        <w:spacing w:after="0"/>
      </w:pPr>
      <w:r>
        <w:rPr>
          <w:rFonts w:ascii="Arial" w:hAnsi="Arial"/>
          <w:sz w:val="22"/>
        </w:rPr>
        <w:t>you mean, Hannibal Lecter, yes, yeah, that's the vibe I'm feeling.</w:t>
      </w:r>
    </w:p>
    <w:p>
      <w:pPr>
        <w:spacing w:after="0"/>
      </w:pPr>
    </w:p>
    <w:p>
      <w:pPr>
        <w:spacing w:after="0"/>
      </w:pPr>
      <w:r>
        <w:rPr>
          <w:rFonts w:ascii="Arial" w:hAnsi="Arial"/>
          <w:b/>
          <w:sz w:val="22"/>
        </w:rPr>
        <w:t xml:space="preserve">Daisy  </w:t>
      </w:r>
      <w:r>
        <w:rPr>
          <w:rFonts w:ascii="Arial" w:hAnsi="Arial"/>
          <w:color w:val="5D7284"/>
          <w:sz w:val="22"/>
        </w:rPr>
        <w:t>36:44</w:t>
      </w:r>
    </w:p>
    <w:p>
      <w:pPr>
        <w:spacing w:after="0"/>
      </w:pPr>
      <w:r>
        <w:rPr>
          <w:rFonts w:ascii="Arial" w:hAnsi="Arial"/>
          <w:sz w:val="22"/>
        </w:rPr>
        <w:t>This might be a good time to mention that I have not seen the film, have you not? No, if I, if I thought about it, I probably could have watched it in preparation for this, but it just sounded like a general all around bad time. So I didn't really fancy it.</w:t>
      </w:r>
    </w:p>
    <w:p>
      <w:pPr>
        <w:spacing w:after="0"/>
      </w:pPr>
    </w:p>
    <w:p>
      <w:pPr>
        <w:spacing w:after="0"/>
      </w:pPr>
      <w:r>
        <w:rPr>
          <w:rFonts w:ascii="Arial" w:hAnsi="Arial"/>
          <w:b/>
          <w:sz w:val="22"/>
        </w:rPr>
        <w:t xml:space="preserve">Lucy  </w:t>
      </w:r>
      <w:r>
        <w:rPr>
          <w:rFonts w:ascii="Arial" w:hAnsi="Arial"/>
          <w:color w:val="5D7284"/>
          <w:sz w:val="22"/>
        </w:rPr>
        <w:t>37:01</w:t>
      </w:r>
    </w:p>
    <w:p>
      <w:pPr>
        <w:spacing w:after="0"/>
      </w:pPr>
      <w:r>
        <w:rPr>
          <w:rFonts w:ascii="Arial" w:hAnsi="Arial"/>
          <w:sz w:val="22"/>
        </w:rPr>
        <w:t>. I did get very cross, and was shouting a few times like, don't pick on him. Stop picking on him. Stop staring at him. And then I cried. Of course I did, you know, cry everything. But, yeah, it's a very roller coaster of a watch.</w:t>
      </w:r>
    </w:p>
    <w:p>
      <w:pPr>
        <w:spacing w:after="0"/>
      </w:pPr>
    </w:p>
    <w:p>
      <w:pPr>
        <w:spacing w:after="0"/>
      </w:pPr>
      <w:r>
        <w:rPr>
          <w:rFonts w:ascii="Arial" w:hAnsi="Arial"/>
          <w:b/>
          <w:sz w:val="22"/>
        </w:rPr>
        <w:t xml:space="preserve">Alice  </w:t>
      </w:r>
      <w:r>
        <w:rPr>
          <w:rFonts w:ascii="Arial" w:hAnsi="Arial"/>
          <w:color w:val="5D7284"/>
          <w:sz w:val="22"/>
        </w:rPr>
        <w:t>37:18</w:t>
      </w:r>
    </w:p>
    <w:p>
      <w:pPr>
        <w:spacing w:after="0"/>
      </w:pPr>
      <w:r>
        <w:rPr>
          <w:rFonts w:ascii="Arial" w:hAnsi="Arial"/>
          <w:sz w:val="22"/>
        </w:rPr>
        <w:t xml:space="preserve">I don't know necessarily whether I'd say that you're missing out massively Daisy. It's quite depressing. If you, if you go to your grave having not seen it, don't think it's going to be the one thing you're really regretting. </w:t>
      </w:r>
    </w:p>
    <w:p>
      <w:pPr>
        <w:spacing w:after="0"/>
      </w:pPr>
    </w:p>
    <w:p>
      <w:pPr>
        <w:spacing w:after="0"/>
      </w:pPr>
      <w:r>
        <w:rPr>
          <w:rFonts w:ascii="Arial" w:hAnsi="Arial"/>
          <w:b/>
          <w:sz w:val="22"/>
        </w:rPr>
        <w:t xml:space="preserve">Daisy  </w:t>
      </w:r>
      <w:r>
        <w:rPr>
          <w:rFonts w:ascii="Arial" w:hAnsi="Arial"/>
          <w:color w:val="5D7284"/>
          <w:sz w:val="22"/>
        </w:rPr>
        <w:t>37:32</w:t>
      </w:r>
    </w:p>
    <w:p>
      <w:pPr>
        <w:spacing w:after="0"/>
      </w:pPr>
      <w:r>
        <w:rPr>
          <w:rFonts w:ascii="Arial" w:hAnsi="Arial"/>
          <w:sz w:val="22"/>
        </w:rPr>
        <w:t>No, no.Well, that's that's good to know. I've had just a list of things not to regret on my deathbed</w:t>
      </w:r>
    </w:p>
    <w:p>
      <w:pPr>
        <w:spacing w:after="0"/>
      </w:pPr>
    </w:p>
    <w:p>
      <w:pPr>
        <w:spacing w:after="0"/>
      </w:pPr>
      <w:r>
        <w:rPr>
          <w:rFonts w:ascii="Arial" w:hAnsi="Arial"/>
          <w:b/>
          <w:sz w:val="22"/>
        </w:rPr>
        <w:t xml:space="preserve">Lucy  </w:t>
      </w:r>
      <w:r>
        <w:rPr>
          <w:rFonts w:ascii="Arial" w:hAnsi="Arial"/>
          <w:color w:val="5D7284"/>
          <w:sz w:val="22"/>
        </w:rPr>
        <w:t>37:42</w:t>
      </w:r>
    </w:p>
    <w:p>
      <w:pPr>
        <w:spacing w:after="0"/>
      </w:pPr>
      <w:r>
        <w:rPr>
          <w:rFonts w:ascii="Arial" w:hAnsi="Arial"/>
          <w:sz w:val="22"/>
        </w:rPr>
        <w:t xml:space="preserve">because John Hurt. John Hurt played John Merrick in the film, and , at the time, everybody was like, oh, you know, the prosthetics are brilliant and stuff. Did you win an Oscar for it? Somebody did, I don't know whether it was Anthony Hopkins or </w:t>
      </w:r>
    </w:p>
    <w:p>
      <w:pPr>
        <w:spacing w:after="0"/>
      </w:pPr>
    </w:p>
    <w:p>
      <w:pPr>
        <w:spacing w:after="0"/>
      </w:pPr>
      <w:r>
        <w:rPr>
          <w:rFonts w:ascii="Arial" w:hAnsi="Arial"/>
          <w:b/>
          <w:sz w:val="22"/>
        </w:rPr>
        <w:t xml:space="preserve">Daisy  </w:t>
      </w:r>
      <w:r>
        <w:rPr>
          <w:rFonts w:ascii="Arial" w:hAnsi="Arial"/>
          <w:color w:val="5D7284"/>
          <w:sz w:val="22"/>
        </w:rPr>
        <w:t>38:01</w:t>
      </w:r>
    </w:p>
    <w:p>
      <w:pPr>
        <w:spacing w:after="0"/>
      </w:pPr>
      <w:r>
        <w:rPr>
          <w:rFonts w:ascii="Arial" w:hAnsi="Arial"/>
          <w:sz w:val="22"/>
        </w:rPr>
        <w:t>from researching. That was quite a lot of Oscars,</w:t>
      </w:r>
    </w:p>
    <w:p>
      <w:pPr>
        <w:spacing w:after="0"/>
      </w:pPr>
    </w:p>
    <w:p>
      <w:pPr>
        <w:spacing w:after="0"/>
      </w:pPr>
      <w:r>
        <w:rPr>
          <w:rFonts w:ascii="Arial" w:hAnsi="Arial"/>
          <w:b/>
          <w:sz w:val="22"/>
        </w:rPr>
        <w:t xml:space="preserve">Lucy  </w:t>
      </w:r>
      <w:r>
        <w:rPr>
          <w:rFonts w:ascii="Arial" w:hAnsi="Arial"/>
          <w:color w:val="5D7284"/>
          <w:sz w:val="22"/>
        </w:rPr>
        <w:t>38:04</w:t>
      </w:r>
    </w:p>
    <w:p>
      <w:pPr>
        <w:spacing w:after="0"/>
      </w:pPr>
      <w:r>
        <w:rPr>
          <w:rFonts w:ascii="Arial" w:hAnsi="Arial"/>
          <w:sz w:val="22"/>
        </w:rPr>
        <w:t>I think, yeah, but because, I think it was 1980 the film,</w:t>
      </w:r>
    </w:p>
    <w:p>
      <w:pPr>
        <w:spacing w:after="0"/>
      </w:pPr>
    </w:p>
    <w:p>
      <w:pPr>
        <w:spacing w:after="0"/>
      </w:pPr>
      <w:r>
        <w:rPr>
          <w:rFonts w:ascii="Arial" w:hAnsi="Arial"/>
          <w:b/>
          <w:sz w:val="22"/>
        </w:rPr>
        <w:t xml:space="preserve">Alice  </w:t>
      </w:r>
      <w:r>
        <w:rPr>
          <w:rFonts w:ascii="Arial" w:hAnsi="Arial"/>
          <w:color w:val="5D7284"/>
          <w:sz w:val="22"/>
        </w:rPr>
        <w:t>38:08</w:t>
      </w:r>
    </w:p>
    <w:p>
      <w:pPr>
        <w:spacing w:after="0"/>
      </w:pPr>
      <w:r>
        <w:rPr>
          <w:rFonts w:ascii="Arial" w:hAnsi="Arial"/>
          <w:sz w:val="22"/>
        </w:rPr>
        <w:t>yeah, because we talked about this, didn't we, when we did naidex because I was like, I honestly would have thought, I thought that movie was 1941</w:t>
      </w:r>
    </w:p>
    <w:p>
      <w:pPr>
        <w:spacing w:after="0"/>
      </w:pPr>
    </w:p>
    <w:p>
      <w:pPr>
        <w:spacing w:after="0"/>
      </w:pPr>
      <w:r>
        <w:rPr>
          <w:rFonts w:ascii="Arial" w:hAnsi="Arial"/>
          <w:b/>
          <w:sz w:val="22"/>
        </w:rPr>
        <w:t xml:space="preserve">Lucy  </w:t>
      </w:r>
      <w:r>
        <w:rPr>
          <w:rFonts w:ascii="Arial" w:hAnsi="Arial"/>
          <w:color w:val="5D7284"/>
          <w:sz w:val="22"/>
        </w:rPr>
        <w:t>38:18</w:t>
      </w:r>
    </w:p>
    <w:p>
      <w:pPr>
        <w:spacing w:after="0"/>
      </w:pPr>
      <w:r>
        <w:rPr>
          <w:rFonts w:ascii="Arial" w:hAnsi="Arial"/>
          <w:sz w:val="22"/>
        </w:rPr>
        <w:t>well, you know, why don't you? Because it's all black and white.</w:t>
      </w:r>
    </w:p>
    <w:p>
      <w:pPr>
        <w:spacing w:after="0"/>
      </w:pPr>
    </w:p>
    <w:p>
      <w:pPr>
        <w:spacing w:after="0"/>
      </w:pPr>
      <w:r>
        <w:rPr>
          <w:rFonts w:ascii="Arial" w:hAnsi="Arial"/>
          <w:b/>
          <w:sz w:val="22"/>
        </w:rPr>
        <w:t xml:space="preserve">Alice  </w:t>
      </w:r>
      <w:r>
        <w:rPr>
          <w:rFonts w:ascii="Arial" w:hAnsi="Arial"/>
          <w:color w:val="5D7284"/>
          <w:sz w:val="22"/>
        </w:rPr>
        <w:t>38:20</w:t>
      </w:r>
    </w:p>
    <w:p>
      <w:pPr>
        <w:spacing w:after="0"/>
      </w:pPr>
      <w:r>
        <w:rPr>
          <w:rFonts w:ascii="Arial" w:hAnsi="Arial"/>
          <w:sz w:val="22"/>
        </w:rPr>
        <w:t>It's black and white, but it also has a really shitty attitude towards disabled people, vibe about it, and so you just think, you know, that was the before times.</w:t>
      </w:r>
    </w:p>
    <w:p>
      <w:pPr>
        <w:spacing w:after="0"/>
      </w:pPr>
    </w:p>
    <w:p>
      <w:pPr>
        <w:spacing w:after="0"/>
      </w:pPr>
      <w:r>
        <w:rPr>
          <w:rFonts w:ascii="Arial" w:hAnsi="Arial"/>
          <w:b/>
          <w:sz w:val="22"/>
        </w:rPr>
        <w:t xml:space="preserve">Lucy  </w:t>
      </w:r>
      <w:r>
        <w:rPr>
          <w:rFonts w:ascii="Arial" w:hAnsi="Arial"/>
          <w:color w:val="5D7284"/>
          <w:sz w:val="22"/>
        </w:rPr>
        <w:t>38:30</w:t>
      </w:r>
    </w:p>
    <w:p>
      <w:pPr>
        <w:spacing w:after="0"/>
      </w:pPr>
      <w:r>
        <w:rPr>
          <w:rFonts w:ascii="Arial" w:hAnsi="Arial"/>
          <w:sz w:val="22"/>
        </w:rPr>
        <w:t xml:space="preserve">Are they going from the source material, </w:t>
      </w:r>
    </w:p>
    <w:p>
      <w:pPr>
        <w:spacing w:after="0"/>
      </w:pPr>
    </w:p>
    <w:p>
      <w:pPr>
        <w:spacing w:after="0"/>
      </w:pPr>
      <w:r>
        <w:rPr>
          <w:rFonts w:ascii="Arial" w:hAnsi="Arial"/>
          <w:b/>
          <w:sz w:val="22"/>
        </w:rPr>
        <w:t xml:space="preserve">Lucy  </w:t>
      </w:r>
      <w:r>
        <w:rPr>
          <w:rFonts w:ascii="Arial" w:hAnsi="Arial"/>
          <w:color w:val="5D7284"/>
          <w:sz w:val="22"/>
        </w:rPr>
        <w:t>38:33</w:t>
      </w:r>
    </w:p>
    <w:p>
      <w:pPr>
        <w:spacing w:after="0"/>
      </w:pPr>
      <w:r>
        <w:rPr>
          <w:rFonts w:ascii="Arial" w:hAnsi="Arial"/>
          <w:sz w:val="22"/>
        </w:rPr>
        <w:t>or are they going from that's just actually how people feel about disabled people. 1980 or controversially, modern day,</w:t>
      </w:r>
    </w:p>
    <w:p>
      <w:pPr>
        <w:spacing w:after="0"/>
      </w:pPr>
    </w:p>
    <w:p>
      <w:pPr>
        <w:spacing w:after="0"/>
      </w:pPr>
      <w:r>
        <w:rPr>
          <w:rFonts w:ascii="Arial" w:hAnsi="Arial"/>
          <w:b/>
          <w:sz w:val="22"/>
        </w:rPr>
        <w:t xml:space="preserve">Alice  </w:t>
      </w:r>
      <w:r>
        <w:rPr>
          <w:rFonts w:ascii="Arial" w:hAnsi="Arial"/>
          <w:color w:val="5D7284"/>
          <w:sz w:val="22"/>
        </w:rPr>
        <w:t>38:44</w:t>
      </w:r>
    </w:p>
    <w:p>
      <w:pPr>
        <w:spacing w:after="0"/>
      </w:pPr>
      <w:r>
        <w:rPr>
          <w:rFonts w:ascii="Arial" w:hAnsi="Arial"/>
          <w:sz w:val="22"/>
        </w:rPr>
        <w:t>controversially slash the premise of this entire podcast.</w:t>
      </w:r>
    </w:p>
    <w:p>
      <w:pPr>
        <w:spacing w:after="0"/>
      </w:pPr>
    </w:p>
    <w:p>
      <w:pPr>
        <w:spacing w:after="0"/>
      </w:pPr>
      <w:r>
        <w:rPr>
          <w:rFonts w:ascii="Arial" w:hAnsi="Arial"/>
          <w:b/>
          <w:sz w:val="22"/>
        </w:rPr>
        <w:t xml:space="preserve">Daisy  </w:t>
      </w:r>
      <w:r>
        <w:rPr>
          <w:rFonts w:ascii="Arial" w:hAnsi="Arial"/>
          <w:color w:val="5D7284"/>
          <w:sz w:val="22"/>
        </w:rPr>
        <w:t>38:49</w:t>
      </w:r>
    </w:p>
    <w:p>
      <w:pPr>
        <w:spacing w:after="0"/>
      </w:pPr>
      <w:r>
        <w:rPr>
          <w:rFonts w:ascii="Arial" w:hAnsi="Arial"/>
          <w:sz w:val="22"/>
        </w:rPr>
        <w:t>So yes, treve was kind of invited over by one of the, like, student doctors, yeah, who's just like, oh, you wouldn't believe this guy who's over there. Yeah, go and have a look. Yeah, basically, and Treves said he was the most disgusting specimen of humanity that I had ever seen. At no time had I met with such a degraded, perverted version of a human being as this lone figure displayed in my notes I've written that's just rude.</w:t>
      </w:r>
    </w:p>
    <w:p>
      <w:pPr>
        <w:spacing w:after="0"/>
      </w:pPr>
    </w:p>
    <w:p>
      <w:pPr>
        <w:spacing w:after="0"/>
      </w:pPr>
      <w:r>
        <w:rPr>
          <w:rFonts w:ascii="Arial" w:hAnsi="Arial"/>
          <w:b/>
          <w:sz w:val="22"/>
        </w:rPr>
        <w:t xml:space="preserve">Daisy  </w:t>
      </w:r>
      <w:r>
        <w:rPr>
          <w:rFonts w:ascii="Arial" w:hAnsi="Arial"/>
          <w:color w:val="5D7284"/>
          <w:sz w:val="22"/>
        </w:rPr>
        <w:t>39:20</w:t>
      </w:r>
    </w:p>
    <w:p>
      <w:pPr>
        <w:spacing w:after="0"/>
      </w:pPr>
      <w:r>
        <w:rPr>
          <w:rFonts w:ascii="Arial" w:hAnsi="Arial"/>
          <w:sz w:val="22"/>
        </w:rPr>
        <w:t xml:space="preserve">Cheers, mate. </w:t>
      </w:r>
    </w:p>
    <w:p>
      <w:pPr>
        <w:spacing w:after="0"/>
      </w:pPr>
    </w:p>
    <w:p>
      <w:pPr>
        <w:spacing w:after="0"/>
      </w:pPr>
      <w:r>
        <w:rPr>
          <w:rFonts w:ascii="Arial" w:hAnsi="Arial"/>
          <w:b/>
          <w:sz w:val="22"/>
        </w:rPr>
        <w:t xml:space="preserve">Daisy  </w:t>
      </w:r>
      <w:r>
        <w:rPr>
          <w:rFonts w:ascii="Arial" w:hAnsi="Arial"/>
          <w:color w:val="5D7284"/>
          <w:sz w:val="22"/>
        </w:rPr>
        <w:t>39:22</w:t>
      </w:r>
    </w:p>
    <w:p>
      <w:pPr>
        <w:spacing w:after="0"/>
      </w:pPr>
      <w:r>
        <w:rPr>
          <w:rFonts w:ascii="Arial" w:hAnsi="Arial"/>
          <w:sz w:val="22"/>
        </w:rPr>
        <w:t>Very, very rude.</w:t>
      </w:r>
    </w:p>
    <w:p>
      <w:pPr>
        <w:spacing w:after="0"/>
      </w:pPr>
    </w:p>
    <w:p>
      <w:pPr>
        <w:spacing w:after="0"/>
      </w:pPr>
      <w:r>
        <w:rPr>
          <w:rFonts w:ascii="Arial" w:hAnsi="Arial"/>
          <w:b/>
          <w:sz w:val="22"/>
        </w:rPr>
        <w:t xml:space="preserve">Alice  </w:t>
      </w:r>
      <w:r>
        <w:rPr>
          <w:rFonts w:ascii="Arial" w:hAnsi="Arial"/>
          <w:color w:val="5D7284"/>
          <w:sz w:val="22"/>
        </w:rPr>
        <w:t>39:24</w:t>
      </w:r>
    </w:p>
    <w:p>
      <w:pPr>
        <w:spacing w:after="0"/>
      </w:pPr>
      <w:r>
        <w:rPr>
          <w:rFonts w:ascii="Arial" w:hAnsi="Arial"/>
          <w:sz w:val="22"/>
        </w:rPr>
        <w:t>Just like, like I could understand if you know, we spent the last 25 minutes talking about Fred and Rose West, like Joseph Merrick seems all right, working kind of hard, facing some challenges, kind of your average dude</w:t>
      </w:r>
    </w:p>
    <w:p>
      <w:pPr>
        <w:spacing w:after="0"/>
      </w:pPr>
    </w:p>
    <w:p>
      <w:pPr>
        <w:spacing w:after="0"/>
      </w:pPr>
      <w:r>
        <w:rPr>
          <w:rFonts w:ascii="Arial" w:hAnsi="Arial"/>
          <w:b/>
          <w:sz w:val="22"/>
        </w:rPr>
        <w:t xml:space="preserve">Lucy  </w:t>
      </w:r>
      <w:r>
        <w:rPr>
          <w:rFonts w:ascii="Arial" w:hAnsi="Arial"/>
          <w:color w:val="5D7284"/>
          <w:sz w:val="22"/>
        </w:rPr>
        <w:t>39:43</w:t>
      </w:r>
    </w:p>
    <w:p>
      <w:pPr>
        <w:spacing w:after="0"/>
      </w:pPr>
      <w:r>
        <w:rPr>
          <w:rFonts w:ascii="Arial" w:hAnsi="Arial"/>
          <w:sz w:val="22"/>
        </w:rPr>
        <w:t>trying to make the best of a bad situation</w:t>
      </w:r>
    </w:p>
    <w:p>
      <w:pPr>
        <w:spacing w:after="0"/>
      </w:pPr>
    </w:p>
    <w:p>
      <w:pPr>
        <w:spacing w:after="0"/>
      </w:pPr>
      <w:r>
        <w:rPr>
          <w:rFonts w:ascii="Arial" w:hAnsi="Arial"/>
          <w:b/>
          <w:sz w:val="22"/>
        </w:rPr>
        <w:t xml:space="preserve">Alice  </w:t>
      </w:r>
      <w:r>
        <w:rPr>
          <w:rFonts w:ascii="Arial" w:hAnsi="Arial"/>
          <w:color w:val="5D7284"/>
          <w:sz w:val="22"/>
        </w:rPr>
        <w:t>39:49</w:t>
      </w:r>
    </w:p>
    <w:p>
      <w:pPr>
        <w:spacing w:after="0"/>
      </w:pPr>
      <w:r>
        <w:rPr>
          <w:rFonts w:ascii="Arial" w:hAnsi="Arial"/>
          <w:sz w:val="22"/>
        </w:rPr>
        <w:t>Alright? Fred? Oh, it's another Fred. That's the problem isn't. No offense to any Fred's listening.</w:t>
      </w:r>
    </w:p>
    <w:p>
      <w:pPr>
        <w:spacing w:after="0"/>
      </w:pPr>
    </w:p>
    <w:p>
      <w:pPr>
        <w:spacing w:after="0"/>
      </w:pPr>
      <w:r>
        <w:rPr>
          <w:rFonts w:ascii="Arial" w:hAnsi="Arial"/>
          <w:b/>
          <w:sz w:val="22"/>
        </w:rPr>
        <w:t xml:space="preserve">Daisy  </w:t>
      </w:r>
      <w:r>
        <w:rPr>
          <w:rFonts w:ascii="Arial" w:hAnsi="Arial"/>
          <w:color w:val="5D7284"/>
          <w:sz w:val="22"/>
        </w:rPr>
        <w:t>39:56</w:t>
      </w:r>
    </w:p>
    <w:p>
      <w:pPr>
        <w:spacing w:after="0"/>
      </w:pPr>
      <w:r>
        <w:rPr>
          <w:rFonts w:ascii="Arial" w:hAnsi="Arial"/>
          <w:sz w:val="22"/>
        </w:rPr>
        <w:t>My mum's partner's called Fred. He's lovely.</w:t>
      </w:r>
    </w:p>
    <w:p>
      <w:pPr>
        <w:spacing w:after="0"/>
      </w:pPr>
    </w:p>
    <w:p>
      <w:pPr>
        <w:spacing w:after="0"/>
      </w:pPr>
      <w:r>
        <w:rPr>
          <w:rFonts w:ascii="Arial" w:hAnsi="Arial"/>
          <w:b/>
          <w:sz w:val="22"/>
        </w:rPr>
        <w:t xml:space="preserve">Lucy  </w:t>
      </w:r>
      <w:r>
        <w:rPr>
          <w:rFonts w:ascii="Arial" w:hAnsi="Arial"/>
          <w:color w:val="5D7284"/>
          <w:sz w:val="22"/>
        </w:rPr>
        <w:t>39:58</w:t>
      </w:r>
    </w:p>
    <w:p>
      <w:pPr>
        <w:spacing w:after="0"/>
      </w:pPr>
      <w:r>
        <w:rPr>
          <w:rFonts w:ascii="Arial" w:hAnsi="Arial"/>
          <w:sz w:val="22"/>
        </w:rPr>
        <w:t>A disclaimer, yeah,</w:t>
      </w:r>
    </w:p>
    <w:p>
      <w:pPr>
        <w:spacing w:after="0"/>
      </w:pPr>
    </w:p>
    <w:p>
      <w:pPr>
        <w:spacing w:after="0"/>
      </w:pPr>
      <w:r>
        <w:rPr>
          <w:rFonts w:ascii="Arial" w:hAnsi="Arial"/>
          <w:b/>
          <w:sz w:val="22"/>
        </w:rPr>
        <w:t xml:space="preserve">Daisy  </w:t>
      </w:r>
      <w:r>
        <w:rPr>
          <w:rFonts w:ascii="Arial" w:hAnsi="Arial"/>
          <w:color w:val="5D7284"/>
          <w:sz w:val="22"/>
        </w:rPr>
        <w:t>40:02</w:t>
      </w:r>
    </w:p>
    <w:p>
      <w:pPr>
        <w:spacing w:after="0"/>
      </w:pPr>
      <w:r>
        <w:rPr>
          <w:rFonts w:ascii="Arial" w:hAnsi="Arial"/>
          <w:sz w:val="22"/>
        </w:rPr>
        <w:t xml:space="preserve"> shout out to Fred.</w:t>
      </w:r>
    </w:p>
    <w:p>
      <w:pPr>
        <w:spacing w:after="0"/>
      </w:pPr>
    </w:p>
    <w:p>
      <w:pPr>
        <w:spacing w:after="0"/>
      </w:pPr>
      <w:r>
        <w:rPr>
          <w:rFonts w:ascii="Arial" w:hAnsi="Arial"/>
          <w:b/>
          <w:sz w:val="22"/>
        </w:rPr>
        <w:t xml:space="preserve">Daisy  </w:t>
      </w:r>
      <w:r>
        <w:rPr>
          <w:rFonts w:ascii="Arial" w:hAnsi="Arial"/>
          <w:color w:val="5D7284"/>
          <w:sz w:val="22"/>
        </w:rPr>
        <w:t>40:10</w:t>
      </w:r>
    </w:p>
    <w:p>
      <w:pPr>
        <w:spacing w:after="0"/>
      </w:pPr>
      <w:r>
        <w:rPr>
          <w:rFonts w:ascii="Arial" w:hAnsi="Arial"/>
          <w:sz w:val="22"/>
        </w:rPr>
        <w:t>So Joseph agreed to be examined at the hospital, yeah, and so after they built him some kind of ridiculous disguise so that nobody would recoil in horror in the street. He was driven over in a cab. The disguise involved like a big cloak and a sack</w:t>
      </w:r>
    </w:p>
    <w:p>
      <w:pPr>
        <w:spacing w:after="0"/>
      </w:pPr>
    </w:p>
    <w:p>
      <w:pPr>
        <w:spacing w:after="0"/>
      </w:pPr>
      <w:r>
        <w:rPr>
          <w:rFonts w:ascii="Arial" w:hAnsi="Arial"/>
          <w:b/>
          <w:sz w:val="22"/>
        </w:rPr>
        <w:t xml:space="preserve">Alice  </w:t>
      </w:r>
      <w:r>
        <w:rPr>
          <w:rFonts w:ascii="Arial" w:hAnsi="Arial"/>
          <w:color w:val="5D7284"/>
          <w:sz w:val="22"/>
        </w:rPr>
        <w:t>40:31</w:t>
      </w:r>
    </w:p>
    <w:p>
      <w:pPr>
        <w:spacing w:after="0"/>
      </w:pPr>
      <w:r>
        <w:rPr>
          <w:rFonts w:ascii="Arial" w:hAnsi="Arial"/>
          <w:sz w:val="22"/>
        </w:rPr>
        <w:t xml:space="preserve">I could understand if he'd been like, No, we're charging people a penny to come as you in a back room. Nobody's getting a look for free. But yeah, I think it's probably more the the other one, </w:t>
      </w:r>
    </w:p>
    <w:p>
      <w:pPr>
        <w:spacing w:after="0"/>
      </w:pPr>
    </w:p>
    <w:p>
      <w:pPr>
        <w:spacing w:after="0"/>
      </w:pPr>
      <w:r>
        <w:rPr>
          <w:rFonts w:ascii="Arial" w:hAnsi="Arial"/>
          <w:b/>
          <w:sz w:val="22"/>
        </w:rPr>
        <w:t xml:space="preserve">Daisy  </w:t>
      </w:r>
      <w:r>
        <w:rPr>
          <w:rFonts w:ascii="Arial" w:hAnsi="Arial"/>
          <w:color w:val="5D7284"/>
          <w:sz w:val="22"/>
        </w:rPr>
        <w:t>40:45</w:t>
      </w:r>
    </w:p>
    <w:p>
      <w:pPr>
        <w:spacing w:after="0"/>
      </w:pPr>
      <w:r>
        <w:rPr>
          <w:rFonts w:ascii="Arial" w:hAnsi="Arial"/>
          <w:sz w:val="22"/>
        </w:rPr>
        <w:t xml:space="preserve">yeah, but they also said it was across the road, and then they had to get him, like, I'm sure with the disguise, you could have managed to walk him there, but I'm guessing they must just be being hyperbolic in how far it is. </w:t>
      </w:r>
    </w:p>
    <w:p>
      <w:pPr>
        <w:spacing w:after="0"/>
      </w:pPr>
    </w:p>
    <w:p>
      <w:pPr>
        <w:spacing w:after="0"/>
      </w:pPr>
      <w:r>
        <w:rPr>
          <w:rFonts w:ascii="Arial" w:hAnsi="Arial"/>
          <w:b/>
          <w:sz w:val="22"/>
        </w:rPr>
        <w:t xml:space="preserve">Lucy  </w:t>
      </w:r>
      <w:r>
        <w:rPr>
          <w:rFonts w:ascii="Arial" w:hAnsi="Arial"/>
          <w:color w:val="5D7284"/>
          <w:sz w:val="22"/>
        </w:rPr>
        <w:t>40:56</w:t>
      </w:r>
    </w:p>
    <w:p>
      <w:pPr>
        <w:spacing w:after="0"/>
      </w:pPr>
      <w:r>
        <w:rPr>
          <w:rFonts w:ascii="Arial" w:hAnsi="Arial"/>
          <w:sz w:val="22"/>
        </w:rPr>
        <w:t>Yeah, in the film, he's disguise that he walks around in is like basically a sack. It's like basically a sheet wrapped around him trying to hide his disfigurement.</w:t>
      </w:r>
    </w:p>
    <w:p>
      <w:pPr>
        <w:spacing w:after="0"/>
      </w:pPr>
    </w:p>
    <w:p>
      <w:pPr>
        <w:spacing w:after="0"/>
      </w:pPr>
      <w:r>
        <w:rPr>
          <w:rFonts w:ascii="Arial" w:hAnsi="Arial"/>
          <w:b/>
          <w:sz w:val="22"/>
        </w:rPr>
        <w:t xml:space="preserve">Alice  </w:t>
      </w:r>
      <w:r>
        <w:rPr>
          <w:rFonts w:ascii="Arial" w:hAnsi="Arial"/>
          <w:color w:val="5D7284"/>
          <w:sz w:val="22"/>
        </w:rPr>
        <w:t>41:07</w:t>
      </w:r>
    </w:p>
    <w:p>
      <w:pPr>
        <w:spacing w:after="0"/>
      </w:pPr>
      <w:r>
        <w:rPr>
          <w:rFonts w:ascii="Arial" w:hAnsi="Arial"/>
          <w:sz w:val="22"/>
        </w:rPr>
        <w:t>And so I know one's like, Hey, look at that sack. Man, Like, it's just not the most in. The most incognito is it could be</w:t>
      </w:r>
    </w:p>
    <w:p>
      <w:pPr>
        <w:spacing w:after="0"/>
      </w:pPr>
    </w:p>
    <w:p>
      <w:pPr>
        <w:spacing w:after="0"/>
      </w:pPr>
      <w:r>
        <w:rPr>
          <w:rFonts w:ascii="Arial" w:hAnsi="Arial"/>
          <w:b/>
          <w:sz w:val="22"/>
        </w:rPr>
        <w:t xml:space="preserve">Lucy  </w:t>
      </w:r>
      <w:r>
        <w:rPr>
          <w:rFonts w:ascii="Arial" w:hAnsi="Arial"/>
          <w:color w:val="5D7284"/>
          <w:sz w:val="22"/>
        </w:rPr>
        <w:t>41:19</w:t>
      </w:r>
    </w:p>
    <w:p>
      <w:pPr>
        <w:spacing w:after="0"/>
      </w:pPr>
      <w:r>
        <w:rPr>
          <w:rFonts w:ascii="Arial" w:hAnsi="Arial"/>
          <w:sz w:val="22"/>
        </w:rPr>
        <w:t>wrap him in a bed sheet and just hope for the best,</w:t>
      </w:r>
    </w:p>
    <w:p>
      <w:pPr>
        <w:spacing w:after="0"/>
      </w:pPr>
    </w:p>
    <w:p>
      <w:pPr>
        <w:spacing w:after="0"/>
      </w:pPr>
      <w:r>
        <w:rPr>
          <w:rFonts w:ascii="Arial" w:hAnsi="Arial"/>
          <w:b/>
          <w:sz w:val="22"/>
        </w:rPr>
        <w:t xml:space="preserve">Alice  </w:t>
      </w:r>
      <w:r>
        <w:rPr>
          <w:rFonts w:ascii="Arial" w:hAnsi="Arial"/>
          <w:color w:val="5D7284"/>
          <w:sz w:val="22"/>
        </w:rPr>
        <w:t>41:22</w:t>
      </w:r>
    </w:p>
    <w:p>
      <w:pPr>
        <w:spacing w:after="0"/>
      </w:pPr>
      <w:r>
        <w:rPr>
          <w:rFonts w:ascii="Arial" w:hAnsi="Arial"/>
          <w:sz w:val="22"/>
        </w:rPr>
        <w:t xml:space="preserve"> put a hat on him.</w:t>
      </w:r>
    </w:p>
    <w:p>
      <w:pPr>
        <w:spacing w:after="0"/>
      </w:pPr>
    </w:p>
    <w:p>
      <w:pPr>
        <w:spacing w:after="0"/>
      </w:pPr>
      <w:r>
        <w:rPr>
          <w:rFonts w:ascii="Arial" w:hAnsi="Arial"/>
          <w:b/>
          <w:sz w:val="22"/>
        </w:rPr>
        <w:t xml:space="preserve">Daisy  </w:t>
      </w:r>
      <w:r>
        <w:rPr>
          <w:rFonts w:ascii="Arial" w:hAnsi="Arial"/>
          <w:color w:val="5D7284"/>
          <w:sz w:val="22"/>
        </w:rPr>
        <w:t>41:26</w:t>
      </w:r>
    </w:p>
    <w:p>
      <w:pPr>
        <w:spacing w:after="0"/>
      </w:pPr>
      <w:r>
        <w:rPr>
          <w:rFonts w:ascii="Arial" w:hAnsi="Arial"/>
          <w:sz w:val="22"/>
        </w:rPr>
        <w:t>So yeah, he was examined a few times in the hospital. He was in given photographs of himself that were taken that he used as part of like his biography in some of his exhibitions. But yes, according to quite a lot of the sort of more contemporary media, treve was like the kind Doctor Who saved this poor man from being exploited. But there's plenty of evidence that seems that he felt much more exploited by the hospital than by like his exhibit managers, so he refused to keep being examined in the hospital, saying he was stripped naked and felt like an animal in a cattle market, which does sort of make sense given, you know, like two lines later in the Wikipedia page, it describes his scrotum,</w:t>
      </w:r>
    </w:p>
    <w:p>
      <w:pPr>
        <w:spacing w:after="0"/>
      </w:pPr>
    </w:p>
    <w:p>
      <w:pPr>
        <w:spacing w:after="0"/>
      </w:pPr>
      <w:r>
        <w:rPr>
          <w:rFonts w:ascii="Arial" w:hAnsi="Arial"/>
          <w:b/>
          <w:sz w:val="22"/>
        </w:rPr>
        <w:t xml:space="preserve">Lucy  </w:t>
      </w:r>
      <w:r>
        <w:rPr>
          <w:rFonts w:ascii="Arial" w:hAnsi="Arial"/>
          <w:color w:val="5D7284"/>
          <w:sz w:val="22"/>
        </w:rPr>
        <w:t>42:14</w:t>
      </w:r>
    </w:p>
    <w:p>
      <w:pPr>
        <w:spacing w:after="0"/>
      </w:pPr>
      <w:r>
        <w:rPr>
          <w:rFonts w:ascii="Arial" w:hAnsi="Arial"/>
          <w:sz w:val="22"/>
        </w:rPr>
        <w:t>right, nice</w:t>
      </w:r>
    </w:p>
    <w:p>
      <w:pPr>
        <w:spacing w:after="0"/>
      </w:pPr>
    </w:p>
    <w:p>
      <w:pPr>
        <w:spacing w:after="0"/>
      </w:pPr>
      <w:r>
        <w:rPr>
          <w:rFonts w:ascii="Arial" w:hAnsi="Arial"/>
          <w:b/>
          <w:sz w:val="22"/>
        </w:rPr>
        <w:t xml:space="preserve">Daisy  </w:t>
      </w:r>
      <w:r>
        <w:rPr>
          <w:rFonts w:ascii="Arial" w:hAnsi="Arial"/>
          <w:color w:val="5D7284"/>
          <w:sz w:val="22"/>
        </w:rPr>
        <w:t>42:16</w:t>
      </w:r>
    </w:p>
    <w:p>
      <w:pPr>
        <w:spacing w:after="0"/>
      </w:pPr>
      <w:r>
        <w:rPr>
          <w:rFonts w:ascii="Arial" w:hAnsi="Arial"/>
          <w:sz w:val="22"/>
        </w:rPr>
        <w:t xml:space="preserve">in like, you know, more detail than is really necessary. </w:t>
      </w:r>
    </w:p>
    <w:p>
      <w:pPr>
        <w:spacing w:after="0"/>
      </w:pPr>
    </w:p>
    <w:p>
      <w:pPr>
        <w:spacing w:after="0"/>
      </w:pPr>
      <w:r>
        <w:rPr>
          <w:rFonts w:ascii="Arial" w:hAnsi="Arial"/>
          <w:b/>
          <w:sz w:val="22"/>
        </w:rPr>
        <w:t xml:space="preserve">Lucy  </w:t>
      </w:r>
      <w:r>
        <w:rPr>
          <w:rFonts w:ascii="Arial" w:hAnsi="Arial"/>
          <w:color w:val="5D7284"/>
          <w:sz w:val="22"/>
        </w:rPr>
        <w:t>42:20</w:t>
      </w:r>
    </w:p>
    <w:p>
      <w:pPr>
        <w:spacing w:after="0"/>
      </w:pPr>
      <w:r>
        <w:rPr>
          <w:rFonts w:ascii="Arial" w:hAnsi="Arial"/>
          <w:sz w:val="22"/>
        </w:rPr>
        <w:t>Do you remember when we talked about Samuel Johnson and all of a sudden we ended up talking about his scrotum? Do you remember that? No, because he had scrofula and apparently used to have to inject himself in his scrotum.</w:t>
      </w:r>
    </w:p>
    <w:p>
      <w:pPr>
        <w:spacing w:after="0"/>
      </w:pPr>
    </w:p>
    <w:p>
      <w:pPr>
        <w:spacing w:after="0"/>
      </w:pPr>
      <w:r>
        <w:rPr>
          <w:rFonts w:ascii="Arial" w:hAnsi="Arial"/>
          <w:b/>
          <w:sz w:val="22"/>
        </w:rPr>
        <w:t xml:space="preserve">Lucy  </w:t>
      </w:r>
      <w:r>
        <w:rPr>
          <w:rFonts w:ascii="Arial" w:hAnsi="Arial"/>
          <w:color w:val="5D7284"/>
          <w:sz w:val="22"/>
        </w:rPr>
        <w:t>42:38</w:t>
      </w:r>
    </w:p>
    <w:p>
      <w:pPr>
        <w:spacing w:after="0"/>
      </w:pPr>
      <w:r>
        <w:rPr>
          <w:rFonts w:ascii="Arial" w:hAnsi="Arial"/>
          <w:sz w:val="22"/>
        </w:rPr>
        <w:t xml:space="preserve">  Is that the only choose to do that body part? Why? Yeah, yeah, just do it there. Just do it. Just put it in there.</w:t>
      </w:r>
    </w:p>
    <w:p>
      <w:pPr>
        <w:spacing w:after="0"/>
      </w:pPr>
    </w:p>
    <w:p>
      <w:pPr>
        <w:spacing w:after="0"/>
      </w:pPr>
      <w:r>
        <w:rPr>
          <w:rFonts w:ascii="Arial" w:hAnsi="Arial"/>
          <w:b/>
          <w:sz w:val="22"/>
        </w:rPr>
        <w:t xml:space="preserve">Daisy  </w:t>
      </w:r>
      <w:r>
        <w:rPr>
          <w:rFonts w:ascii="Arial" w:hAnsi="Arial"/>
          <w:color w:val="5D7284"/>
          <w:sz w:val="22"/>
        </w:rPr>
        <w:t>42:44</w:t>
      </w:r>
    </w:p>
    <w:p>
      <w:pPr>
        <w:spacing w:after="0"/>
      </w:pPr>
      <w:r>
        <w:rPr>
          <w:rFonts w:ascii="Arial" w:hAnsi="Arial"/>
          <w:sz w:val="22"/>
        </w:rPr>
        <w:t>This is what treve described, is that, but medically, his penis and scrotum were unremarkable, which, again, rude,</w:t>
      </w:r>
    </w:p>
    <w:p>
      <w:pPr>
        <w:spacing w:after="0"/>
      </w:pPr>
    </w:p>
    <w:p>
      <w:pPr>
        <w:spacing w:after="0"/>
      </w:pPr>
      <w:r>
        <w:rPr>
          <w:rFonts w:ascii="Arial" w:hAnsi="Arial"/>
          <w:b/>
          <w:sz w:val="22"/>
        </w:rPr>
        <w:t xml:space="preserve">Lucy  </w:t>
      </w:r>
      <w:r>
        <w:rPr>
          <w:rFonts w:ascii="Arial" w:hAnsi="Arial"/>
          <w:color w:val="5D7284"/>
          <w:sz w:val="22"/>
        </w:rPr>
        <w:t>42:51</w:t>
      </w:r>
    </w:p>
    <w:p>
      <w:pPr>
        <w:spacing w:after="0"/>
      </w:pPr>
      <w:r>
        <w:rPr>
          <w:rFonts w:ascii="Arial" w:hAnsi="Arial"/>
          <w:sz w:val="22"/>
        </w:rPr>
        <w:t>yeah, very rude, yes, like you do you don't look at Joseph Merrick. Think he must be....</w:t>
      </w:r>
    </w:p>
    <w:p>
      <w:pPr>
        <w:spacing w:after="0"/>
      </w:pPr>
    </w:p>
    <w:p>
      <w:pPr>
        <w:spacing w:after="0"/>
      </w:pPr>
      <w:r>
        <w:rPr>
          <w:rFonts w:ascii="Arial" w:hAnsi="Arial"/>
          <w:b/>
          <w:sz w:val="22"/>
        </w:rPr>
        <w:t xml:space="preserve">Alice  </w:t>
      </w:r>
      <w:r>
        <w:rPr>
          <w:rFonts w:ascii="Arial" w:hAnsi="Arial"/>
          <w:color w:val="5D7284"/>
          <w:sz w:val="22"/>
        </w:rPr>
        <w:t>43:05</w:t>
      </w:r>
    </w:p>
    <w:p>
      <w:pPr>
        <w:spacing w:after="0"/>
      </w:pPr>
      <w:r>
        <w:rPr>
          <w:rFonts w:ascii="Arial" w:hAnsi="Arial"/>
          <w:sz w:val="22"/>
        </w:rPr>
        <w:t>I know you see, I would challenge. I would challenge that. I would say that 97% of men have looked at Joseph Merrick and gone. I wonder what his knob is like.</w:t>
      </w:r>
    </w:p>
    <w:p>
      <w:pPr>
        <w:spacing w:after="0"/>
      </w:pPr>
    </w:p>
    <w:p>
      <w:pPr>
        <w:spacing w:after="0"/>
      </w:pPr>
      <w:r>
        <w:rPr>
          <w:rFonts w:ascii="Arial" w:hAnsi="Arial"/>
          <w:b/>
          <w:sz w:val="22"/>
        </w:rPr>
        <w:t xml:space="preserve">Lucy  </w:t>
      </w:r>
      <w:r>
        <w:rPr>
          <w:rFonts w:ascii="Arial" w:hAnsi="Arial"/>
          <w:color w:val="5D7284"/>
          <w:sz w:val="22"/>
        </w:rPr>
        <w:t>43:15</w:t>
      </w:r>
    </w:p>
    <w:p>
      <w:pPr>
        <w:spacing w:after="0"/>
      </w:pPr>
      <w:r>
        <w:rPr>
          <w:rFonts w:ascii="Arial" w:hAnsi="Arial"/>
          <w:sz w:val="22"/>
        </w:rPr>
        <w:t xml:space="preserve">I bet it's the size of a sausage roll. That's not me thinking that's like men.Obviously, </w:t>
      </w:r>
    </w:p>
    <w:p>
      <w:pPr>
        <w:spacing w:after="0"/>
      </w:pPr>
    </w:p>
    <w:p>
      <w:pPr>
        <w:spacing w:after="0"/>
      </w:pPr>
      <w:r>
        <w:rPr>
          <w:rFonts w:ascii="Arial" w:hAnsi="Arial"/>
          <w:b/>
          <w:sz w:val="22"/>
        </w:rPr>
        <w:t xml:space="preserve">Alice  </w:t>
      </w:r>
      <w:r>
        <w:rPr>
          <w:rFonts w:ascii="Arial" w:hAnsi="Arial"/>
          <w:color w:val="5D7284"/>
          <w:sz w:val="22"/>
        </w:rPr>
        <w:t>43:23</w:t>
      </w:r>
    </w:p>
    <w:p>
      <w:pPr>
        <w:spacing w:after="0"/>
      </w:pPr>
      <w:r>
        <w:rPr>
          <w:rFonts w:ascii="Arial" w:hAnsi="Arial"/>
          <w:sz w:val="22"/>
        </w:rPr>
        <w:t>again, no offense to men.</w:t>
      </w:r>
    </w:p>
    <w:p>
      <w:pPr>
        <w:spacing w:after="0"/>
      </w:pPr>
    </w:p>
    <w:p>
      <w:pPr>
        <w:spacing w:after="0"/>
      </w:pPr>
      <w:r>
        <w:rPr>
          <w:rFonts w:ascii="Arial" w:hAnsi="Arial"/>
          <w:b/>
          <w:sz w:val="22"/>
        </w:rPr>
        <w:t xml:space="preserve">Lucy  </w:t>
      </w:r>
      <w:r>
        <w:rPr>
          <w:rFonts w:ascii="Arial" w:hAnsi="Arial"/>
          <w:color w:val="5D7284"/>
          <w:sz w:val="22"/>
        </w:rPr>
        <w:t>43:25</w:t>
      </w:r>
    </w:p>
    <w:p>
      <w:pPr>
        <w:spacing w:after="0"/>
      </w:pPr>
      <w:r>
        <w:rPr>
          <w:rFonts w:ascii="Arial" w:hAnsi="Arial"/>
          <w:sz w:val="22"/>
        </w:rPr>
        <w:t>Listening. Can we carry carry on before I dig myself a hole that I can't get out of?</w:t>
      </w:r>
    </w:p>
    <w:p>
      <w:pPr>
        <w:spacing w:after="0"/>
      </w:pPr>
    </w:p>
    <w:p>
      <w:pPr>
        <w:spacing w:after="0"/>
      </w:pPr>
      <w:r>
        <w:rPr>
          <w:rFonts w:ascii="Arial" w:hAnsi="Arial"/>
          <w:b/>
          <w:sz w:val="22"/>
        </w:rPr>
        <w:t xml:space="preserve">Daisy  </w:t>
      </w:r>
      <w:r>
        <w:rPr>
          <w:rFonts w:ascii="Arial" w:hAnsi="Arial"/>
          <w:color w:val="5D7284"/>
          <w:sz w:val="22"/>
        </w:rPr>
        <w:t>43:34</w:t>
      </w:r>
    </w:p>
    <w:p>
      <w:pPr>
        <w:spacing w:after="0"/>
      </w:pPr>
      <w:r>
        <w:rPr>
          <w:rFonts w:ascii="Arial" w:hAnsi="Arial"/>
          <w:sz w:val="22"/>
        </w:rPr>
        <w:t>So yeah, the police and the local authority were starting to get like wise to these exhibitions, and they they didn't really approve of them and started showing up to close them down. So they decided to take Joseph to Europe, in the hope that authorities there wouldn't be as bothered and would leave them be. As it turned out, they were just as concerned about it as anyone else.</w:t>
      </w:r>
    </w:p>
    <w:p>
      <w:pPr>
        <w:spacing w:after="0"/>
      </w:pPr>
    </w:p>
    <w:p>
      <w:pPr>
        <w:spacing w:after="0"/>
      </w:pPr>
      <w:r>
        <w:rPr>
          <w:rFonts w:ascii="Arial" w:hAnsi="Arial"/>
          <w:b/>
          <w:sz w:val="22"/>
        </w:rPr>
        <w:t xml:space="preserve">Alice  </w:t>
      </w:r>
      <w:r>
        <w:rPr>
          <w:rFonts w:ascii="Arial" w:hAnsi="Arial"/>
          <w:color w:val="5D7284"/>
          <w:sz w:val="22"/>
        </w:rPr>
        <w:t>44:00</w:t>
      </w:r>
    </w:p>
    <w:p>
      <w:pPr>
        <w:spacing w:after="0"/>
      </w:pPr>
      <w:r>
        <w:rPr>
          <w:rFonts w:ascii="Arial" w:hAnsi="Arial"/>
          <w:sz w:val="22"/>
        </w:rPr>
        <w:t>Good to hear that. You know that generally across England and Europe, we were like, Hey, let's not use people as circus animals.</w:t>
      </w:r>
    </w:p>
    <w:p>
      <w:pPr>
        <w:spacing w:after="0"/>
      </w:pPr>
    </w:p>
    <w:p>
      <w:pPr>
        <w:spacing w:after="0"/>
      </w:pPr>
      <w:r>
        <w:rPr>
          <w:rFonts w:ascii="Arial" w:hAnsi="Arial"/>
          <w:b/>
          <w:sz w:val="22"/>
        </w:rPr>
        <w:t xml:space="preserve">Daisy  </w:t>
      </w:r>
      <w:r>
        <w:rPr>
          <w:rFonts w:ascii="Arial" w:hAnsi="Arial"/>
          <w:color w:val="5D7284"/>
          <w:sz w:val="22"/>
        </w:rPr>
        <w:t>44:10</w:t>
      </w:r>
    </w:p>
    <w:p>
      <w:pPr>
        <w:spacing w:after="0"/>
      </w:pPr>
      <w:r>
        <w:rPr>
          <w:rFonts w:ascii="Arial" w:hAnsi="Arial"/>
          <w:sz w:val="22"/>
        </w:rPr>
        <w:t xml:space="preserve"> The thing is, I don't know whether that's why they would have disapproved, or whether it was more just that there are some money to be made </w:t>
      </w:r>
    </w:p>
    <w:p>
      <w:pPr>
        <w:spacing w:after="0"/>
      </w:pPr>
    </w:p>
    <w:p>
      <w:pPr>
        <w:spacing w:after="0"/>
      </w:pPr>
      <w:r>
        <w:rPr>
          <w:rFonts w:ascii="Arial" w:hAnsi="Arial"/>
          <w:b/>
          <w:sz w:val="22"/>
        </w:rPr>
        <w:t xml:space="preserve">Alice  </w:t>
      </w:r>
      <w:r>
        <w:rPr>
          <w:rFonts w:ascii="Arial" w:hAnsi="Arial"/>
          <w:color w:val="5D7284"/>
          <w:sz w:val="22"/>
        </w:rPr>
        <w:t>44:15</w:t>
      </w:r>
    </w:p>
    <w:p>
      <w:pPr>
        <w:spacing w:after="0"/>
      </w:pPr>
      <w:r>
        <w:rPr>
          <w:rFonts w:ascii="Arial" w:hAnsi="Arial"/>
          <w:sz w:val="22"/>
        </w:rPr>
        <w:t>Yeah, you should be paying a license for this. Yeah. So, yeah, he wound up being abandoned in Brussels by the manager who was supposed to be taking him around there.</w:t>
      </w:r>
    </w:p>
    <w:p>
      <w:pPr>
        <w:spacing w:after="0"/>
      </w:pPr>
    </w:p>
    <w:p>
      <w:pPr>
        <w:spacing w:after="0"/>
      </w:pPr>
      <w:r>
        <w:rPr>
          <w:rFonts w:ascii="Arial" w:hAnsi="Arial"/>
          <w:b/>
          <w:sz w:val="22"/>
        </w:rPr>
        <w:t xml:space="preserve">Lucy  </w:t>
      </w:r>
      <w:r>
        <w:rPr>
          <w:rFonts w:ascii="Arial" w:hAnsi="Arial"/>
          <w:color w:val="5D7284"/>
          <w:sz w:val="22"/>
        </w:rPr>
        <w:t>44:30</w:t>
      </w:r>
    </w:p>
    <w:p>
      <w:pPr>
        <w:spacing w:after="0"/>
      </w:pPr>
      <w:r>
        <w:rPr>
          <w:rFonts w:ascii="Arial" w:hAnsi="Arial"/>
          <w:sz w:val="22"/>
        </w:rPr>
        <w:t xml:space="preserve"> Well,what happened to that? Because did you just think sod it</w:t>
      </w:r>
    </w:p>
    <w:p>
      <w:pPr>
        <w:spacing w:after="0"/>
      </w:pPr>
    </w:p>
    <w:p>
      <w:pPr>
        <w:spacing w:after="0"/>
      </w:pPr>
      <w:r>
        <w:rPr>
          <w:rFonts w:ascii="Arial" w:hAnsi="Arial"/>
          <w:b/>
          <w:sz w:val="22"/>
        </w:rPr>
        <w:t xml:space="preserve">Daisy  </w:t>
      </w:r>
      <w:r>
        <w:rPr>
          <w:rFonts w:ascii="Arial" w:hAnsi="Arial"/>
          <w:color w:val="5D7284"/>
          <w:sz w:val="22"/>
        </w:rPr>
        <w:t>44:34</w:t>
      </w:r>
    </w:p>
    <w:p>
      <w:pPr>
        <w:spacing w:after="0"/>
      </w:pPr>
      <w:r>
        <w:rPr>
          <w:rFonts w:ascii="Arial" w:hAnsi="Arial"/>
          <w:sz w:val="22"/>
        </w:rPr>
        <w:t>must have done. It must have been too, too risky to keep being bothered by police and authorities, yeah, but he took the money as well when he when he left. So Joseph had a very long trip trying to get back to England. He he was sent away from one port because they didn't want him scary.</w:t>
      </w:r>
    </w:p>
    <w:p>
      <w:pPr>
        <w:spacing w:after="0"/>
      </w:pPr>
    </w:p>
    <w:p>
      <w:pPr>
        <w:spacing w:after="0"/>
      </w:pPr>
      <w:r>
        <w:rPr>
          <w:rFonts w:ascii="Arial" w:hAnsi="Arial"/>
          <w:b/>
          <w:sz w:val="22"/>
        </w:rPr>
        <w:t xml:space="preserve">Alice  </w:t>
      </w:r>
      <w:r>
        <w:rPr>
          <w:rFonts w:ascii="Arial" w:hAnsi="Arial"/>
          <w:color w:val="5D7284"/>
          <w:sz w:val="22"/>
        </w:rPr>
        <w:t>44:56</w:t>
      </w:r>
    </w:p>
    <w:p>
      <w:pPr>
        <w:spacing w:after="0"/>
      </w:pPr>
      <w:r>
        <w:rPr>
          <w:rFonts w:ascii="Arial" w:hAnsi="Arial"/>
          <w:sz w:val="22"/>
        </w:rPr>
        <w:t>I was gonna say it's not like you can walk home from there .</w:t>
      </w:r>
    </w:p>
    <w:p>
      <w:pPr>
        <w:spacing w:after="0"/>
      </w:pPr>
    </w:p>
    <w:p>
      <w:pPr>
        <w:spacing w:after="0"/>
      </w:pPr>
      <w:r>
        <w:rPr>
          <w:rFonts w:ascii="Arial" w:hAnsi="Arial"/>
          <w:b/>
          <w:sz w:val="22"/>
        </w:rPr>
        <w:t xml:space="preserve">Lucy  </w:t>
      </w:r>
      <w:r>
        <w:rPr>
          <w:rFonts w:ascii="Arial" w:hAnsi="Arial"/>
          <w:color w:val="5D7284"/>
          <w:sz w:val="22"/>
        </w:rPr>
        <w:t>44:56</w:t>
      </w:r>
    </w:p>
    <w:p>
      <w:pPr>
        <w:spacing w:after="0"/>
      </w:pPr>
      <w:r>
        <w:rPr>
          <w:rFonts w:ascii="Arial" w:hAnsi="Arial"/>
          <w:sz w:val="22"/>
        </w:rPr>
        <w:t xml:space="preserve">Well, you didn't have anywhere to go. </w:t>
      </w:r>
    </w:p>
    <w:p>
      <w:pPr>
        <w:spacing w:after="0"/>
      </w:pPr>
    </w:p>
    <w:p>
      <w:pPr>
        <w:spacing w:after="0"/>
      </w:pPr>
      <w:r>
        <w:rPr>
          <w:rFonts w:ascii="Arial" w:hAnsi="Arial"/>
          <w:b/>
          <w:sz w:val="22"/>
        </w:rPr>
        <w:t xml:space="preserve">Daisy  </w:t>
      </w:r>
      <w:r>
        <w:rPr>
          <w:rFonts w:ascii="Arial" w:hAnsi="Arial"/>
          <w:color w:val="5D7284"/>
          <w:sz w:val="22"/>
        </w:rPr>
        <w:t>44:59</w:t>
      </w:r>
    </w:p>
    <w:p>
      <w:pPr>
        <w:spacing w:after="0"/>
      </w:pPr>
      <w:r>
        <w:rPr>
          <w:rFonts w:ascii="Arial" w:hAnsi="Arial"/>
          <w:sz w:val="22"/>
        </w:rPr>
        <w:t xml:space="preserve">He got famously trained to the coast and tried a few ferries. Yeah, has vibes of like inter railing, but, you know, less fun, </w:t>
      </w:r>
    </w:p>
    <w:p>
      <w:pPr>
        <w:spacing w:after="0"/>
      </w:pPr>
    </w:p>
    <w:p>
      <w:pPr>
        <w:spacing w:after="0"/>
      </w:pPr>
      <w:r>
        <w:rPr>
          <w:rFonts w:ascii="Arial" w:hAnsi="Arial"/>
          <w:b/>
          <w:sz w:val="22"/>
        </w:rPr>
        <w:t xml:space="preserve">Daisy  </w:t>
      </w:r>
      <w:r>
        <w:rPr>
          <w:rFonts w:ascii="Arial" w:hAnsi="Arial"/>
          <w:color w:val="5D7284"/>
          <w:sz w:val="22"/>
        </w:rPr>
        <w:t>45:10</w:t>
      </w:r>
    </w:p>
    <w:p>
      <w:pPr>
        <w:spacing w:after="0"/>
      </w:pPr>
      <w:r>
        <w:rPr>
          <w:rFonts w:ascii="Arial" w:hAnsi="Arial"/>
          <w:sz w:val="22"/>
        </w:rPr>
        <w:t xml:space="preserve">yeah. So he eventually, eventually got back on a ferry that went from Antwerp to Essex, which I'm guessing is not a route that runs currently. It's not one I've heard of </w:t>
      </w:r>
    </w:p>
    <w:p>
      <w:pPr>
        <w:spacing w:after="0"/>
      </w:pPr>
    </w:p>
    <w:p>
      <w:pPr>
        <w:spacing w:after="0"/>
      </w:pPr>
      <w:r>
        <w:rPr>
          <w:rFonts w:ascii="Arial" w:hAnsi="Arial"/>
          <w:b/>
          <w:sz w:val="22"/>
        </w:rPr>
        <w:t xml:space="preserve">Alice  </w:t>
      </w:r>
      <w:r>
        <w:rPr>
          <w:rFonts w:ascii="Arial" w:hAnsi="Arial"/>
          <w:color w:val="5D7284"/>
          <w:sz w:val="22"/>
        </w:rPr>
        <w:t>45:22</w:t>
      </w:r>
    </w:p>
    <w:p>
      <w:pPr>
        <w:spacing w:after="0"/>
      </w:pPr>
      <w:r>
        <w:rPr>
          <w:rFonts w:ascii="Arial" w:hAnsi="Arial"/>
          <w:sz w:val="22"/>
        </w:rPr>
        <w:t>I was gonna say.</w:t>
      </w:r>
    </w:p>
    <w:p>
      <w:pPr>
        <w:spacing w:after="0"/>
      </w:pPr>
    </w:p>
    <w:p>
      <w:pPr>
        <w:spacing w:after="0"/>
      </w:pPr>
      <w:r>
        <w:rPr>
          <w:rFonts w:ascii="Arial" w:hAnsi="Arial"/>
          <w:b/>
          <w:sz w:val="22"/>
        </w:rPr>
        <w:t xml:space="preserve">Daisy  </w:t>
      </w:r>
      <w:r>
        <w:rPr>
          <w:rFonts w:ascii="Arial" w:hAnsi="Arial"/>
          <w:color w:val="5D7284"/>
          <w:sz w:val="22"/>
        </w:rPr>
        <w:t>45:26</w:t>
      </w:r>
    </w:p>
    <w:p>
      <w:pPr>
        <w:spacing w:after="0"/>
      </w:pPr>
      <w:r>
        <w:rPr>
          <w:rFonts w:ascii="Arial" w:hAnsi="Arial"/>
          <w:sz w:val="22"/>
        </w:rPr>
        <w:t>And from there, he got a train to live pool Street Station and wound up back in London,</w:t>
      </w:r>
    </w:p>
    <w:p>
      <w:pPr>
        <w:spacing w:after="0"/>
      </w:pPr>
    </w:p>
    <w:p>
      <w:pPr>
        <w:spacing w:after="0"/>
      </w:pPr>
      <w:r>
        <w:rPr>
          <w:rFonts w:ascii="Arial" w:hAnsi="Arial"/>
          <w:b/>
          <w:sz w:val="22"/>
        </w:rPr>
        <w:t xml:space="preserve">Lucy  </w:t>
      </w:r>
      <w:r>
        <w:rPr>
          <w:rFonts w:ascii="Arial" w:hAnsi="Arial"/>
          <w:color w:val="5D7284"/>
          <w:sz w:val="22"/>
        </w:rPr>
        <w:t>45:30</w:t>
      </w:r>
    </w:p>
    <w:p>
      <w:pPr>
        <w:spacing w:after="0"/>
      </w:pPr>
      <w:r>
        <w:rPr>
          <w:rFonts w:ascii="Arial" w:hAnsi="Arial"/>
          <w:sz w:val="22"/>
        </w:rPr>
        <w:t xml:space="preserve">right? And then what did he do when he was back in London? </w:t>
      </w:r>
    </w:p>
    <w:p>
      <w:pPr>
        <w:spacing w:after="0"/>
      </w:pPr>
    </w:p>
    <w:p>
      <w:pPr>
        <w:spacing w:after="0"/>
      </w:pPr>
      <w:r>
        <w:rPr>
          <w:rFonts w:ascii="Arial" w:hAnsi="Arial"/>
          <w:b/>
          <w:sz w:val="22"/>
        </w:rPr>
        <w:t xml:space="preserve">Alice  </w:t>
      </w:r>
      <w:r>
        <w:rPr>
          <w:rFonts w:ascii="Arial" w:hAnsi="Arial"/>
          <w:color w:val="5D7284"/>
          <w:sz w:val="22"/>
        </w:rPr>
        <w:t>45:36</w:t>
      </w:r>
    </w:p>
    <w:p>
      <w:pPr>
        <w:spacing w:after="0"/>
      </w:pPr>
      <w:r>
        <w:rPr>
          <w:rFonts w:ascii="Arial" w:hAnsi="Arial"/>
          <w:sz w:val="22"/>
        </w:rPr>
        <w:t>I wasjust gonna say that because he didn't, you know, he would had been sent down there with his money,</w:t>
      </w:r>
    </w:p>
    <w:p>
      <w:pPr>
        <w:spacing w:after="0"/>
      </w:pPr>
    </w:p>
    <w:p>
      <w:pPr>
        <w:spacing w:after="0"/>
      </w:pPr>
      <w:r>
        <w:rPr>
          <w:rFonts w:ascii="Arial" w:hAnsi="Arial"/>
          <w:b/>
          <w:sz w:val="22"/>
        </w:rPr>
        <w:t xml:space="preserve">Lucy  </w:t>
      </w:r>
      <w:r>
        <w:rPr>
          <w:rFonts w:ascii="Arial" w:hAnsi="Arial"/>
          <w:color w:val="5D7284"/>
          <w:sz w:val="22"/>
        </w:rPr>
        <w:t>45:40</w:t>
      </w:r>
    </w:p>
    <w:p>
      <w:pPr>
        <w:spacing w:after="0"/>
      </w:pPr>
      <w:r>
        <w:rPr>
          <w:rFonts w:ascii="Arial" w:hAnsi="Arial"/>
          <w:sz w:val="22"/>
        </w:rPr>
        <w:t>Do you know what I'd have done?  I'd have gone back to the green grocery shop and just lived in there.</w:t>
      </w:r>
    </w:p>
    <w:p>
      <w:pPr>
        <w:spacing w:after="0"/>
      </w:pPr>
    </w:p>
    <w:p>
      <w:pPr>
        <w:spacing w:after="0"/>
      </w:pPr>
      <w:r>
        <w:rPr>
          <w:rFonts w:ascii="Arial" w:hAnsi="Arial"/>
          <w:b/>
          <w:sz w:val="22"/>
        </w:rPr>
        <w:t xml:space="preserve">Daisy  </w:t>
      </w:r>
      <w:r>
        <w:rPr>
          <w:rFonts w:ascii="Arial" w:hAnsi="Arial"/>
          <w:color w:val="5D7284"/>
          <w:sz w:val="22"/>
        </w:rPr>
        <w:t>45:44</w:t>
      </w:r>
    </w:p>
    <w:p>
      <w:pPr>
        <w:spacing w:after="0"/>
      </w:pPr>
      <w:r>
        <w:rPr>
          <w:rFonts w:ascii="Arial" w:hAnsi="Arial"/>
          <w:sz w:val="22"/>
        </w:rPr>
        <w:t>So he was asking like a police and passers by for advice, but they couldn't understand him. It hasn't specified, but I'm guessing by this point, you know, the growth in his face had maybe come back somewhat, and so it was much harder again to be understood, but he did have on his person a business card of Frederick treve, the doctor, so he wound up back at the hospital,</w:t>
      </w:r>
    </w:p>
    <w:p>
      <w:pPr>
        <w:spacing w:after="0"/>
      </w:pPr>
    </w:p>
    <w:p>
      <w:pPr>
        <w:spacing w:after="0"/>
      </w:pPr>
      <w:r>
        <w:rPr>
          <w:rFonts w:ascii="Arial" w:hAnsi="Arial"/>
          <w:b/>
          <w:sz w:val="22"/>
        </w:rPr>
        <w:t xml:space="preserve">Lucy  </w:t>
      </w:r>
      <w:r>
        <w:rPr>
          <w:rFonts w:ascii="Arial" w:hAnsi="Arial"/>
          <w:color w:val="5D7284"/>
          <w:sz w:val="22"/>
        </w:rPr>
        <w:t>46:10</w:t>
      </w:r>
    </w:p>
    <w:p>
      <w:pPr>
        <w:spacing w:after="0"/>
      </w:pPr>
      <w:r>
        <w:rPr>
          <w:rFonts w:ascii="Arial" w:hAnsi="Arial"/>
          <w:sz w:val="22"/>
        </w:rPr>
        <w:t>where was Frederick treve all this time? Was he still in the hospital?</w:t>
      </w:r>
    </w:p>
    <w:p>
      <w:pPr>
        <w:spacing w:after="0"/>
      </w:pPr>
    </w:p>
    <w:p>
      <w:pPr>
        <w:spacing w:after="0"/>
      </w:pPr>
      <w:r>
        <w:rPr>
          <w:rFonts w:ascii="Arial" w:hAnsi="Arial"/>
          <w:b/>
          <w:sz w:val="22"/>
        </w:rPr>
        <w:t xml:space="preserve">Daisy  </w:t>
      </w:r>
      <w:r>
        <w:rPr>
          <w:rFonts w:ascii="Arial" w:hAnsi="Arial"/>
          <w:color w:val="5D7284"/>
          <w:sz w:val="22"/>
        </w:rPr>
        <w:t>46:14</w:t>
      </w:r>
    </w:p>
    <w:p>
      <w:pPr>
        <w:spacing w:after="0"/>
      </w:pPr>
      <w:r>
        <w:rPr>
          <w:rFonts w:ascii="Arial" w:hAnsi="Arial"/>
          <w:sz w:val="22"/>
        </w:rPr>
        <w:t>He was just being a doctor,</w:t>
      </w:r>
    </w:p>
    <w:p>
      <w:pPr>
        <w:spacing w:after="0"/>
      </w:pPr>
    </w:p>
    <w:p>
      <w:pPr>
        <w:spacing w:after="0"/>
      </w:pPr>
      <w:r>
        <w:rPr>
          <w:rFonts w:ascii="Arial" w:hAnsi="Arial"/>
          <w:b/>
          <w:sz w:val="22"/>
        </w:rPr>
        <w:t xml:space="preserve">Alice  </w:t>
      </w:r>
      <w:r>
        <w:rPr>
          <w:rFonts w:ascii="Arial" w:hAnsi="Arial"/>
          <w:color w:val="5D7284"/>
          <w:sz w:val="22"/>
        </w:rPr>
        <w:t>46:16</w:t>
      </w:r>
    </w:p>
    <w:p>
      <w:pPr>
        <w:spacing w:after="0"/>
      </w:pPr>
      <w:r>
        <w:rPr>
          <w:rFonts w:ascii="Arial" w:hAnsi="Arial"/>
          <w:sz w:val="22"/>
        </w:rPr>
        <w:t xml:space="preserve"> upsetting his other unwilling patients, probably making comments about their sexual organs.</w:t>
      </w:r>
    </w:p>
    <w:p>
      <w:pPr>
        <w:spacing w:after="0"/>
      </w:pPr>
    </w:p>
    <w:p>
      <w:pPr>
        <w:spacing w:after="0"/>
      </w:pPr>
      <w:r>
        <w:rPr>
          <w:rFonts w:ascii="Arial" w:hAnsi="Arial"/>
          <w:b/>
          <w:sz w:val="22"/>
        </w:rPr>
        <w:t xml:space="preserve">Daisy  </w:t>
      </w:r>
      <w:r>
        <w:rPr>
          <w:rFonts w:ascii="Arial" w:hAnsi="Arial"/>
          <w:color w:val="5D7284"/>
          <w:sz w:val="22"/>
        </w:rPr>
        <w:t>46:25</w:t>
      </w:r>
    </w:p>
    <w:p>
      <w:pPr>
        <w:spacing w:after="0"/>
      </w:pPr>
      <w:r>
        <w:rPr>
          <w:rFonts w:ascii="Arial" w:hAnsi="Arial"/>
          <w:sz w:val="22"/>
        </w:rPr>
        <w:t>But yeah, so, I mean, Joseph was ill when he got back. In fairness, he was treated for like bronchitis and things like that.</w:t>
      </w:r>
    </w:p>
    <w:p>
      <w:pPr>
        <w:spacing w:after="0"/>
      </w:pPr>
    </w:p>
    <w:p>
      <w:pPr>
        <w:spacing w:after="0"/>
      </w:pPr>
      <w:r>
        <w:rPr>
          <w:rFonts w:ascii="Arial" w:hAnsi="Arial"/>
          <w:b/>
          <w:sz w:val="22"/>
        </w:rPr>
        <w:t xml:space="preserve">Alice  </w:t>
      </w:r>
      <w:r>
        <w:rPr>
          <w:rFonts w:ascii="Arial" w:hAnsi="Arial"/>
          <w:color w:val="5D7284"/>
          <w:sz w:val="22"/>
        </w:rPr>
        <w:t>46:31</w:t>
      </w:r>
    </w:p>
    <w:p>
      <w:pPr>
        <w:spacing w:after="0"/>
      </w:pPr>
      <w:r>
        <w:rPr>
          <w:rFonts w:ascii="Arial" w:hAnsi="Arial"/>
          <w:sz w:val="22"/>
        </w:rPr>
        <w:t xml:space="preserve"> I mean, yeah, he's walked back from Belgium, so he's not doing great, </w:t>
      </w:r>
    </w:p>
    <w:p>
      <w:pPr>
        <w:spacing w:after="0"/>
      </w:pPr>
    </w:p>
    <w:p>
      <w:pPr>
        <w:spacing w:after="0"/>
      </w:pPr>
      <w:r>
        <w:rPr>
          <w:rFonts w:ascii="Arial" w:hAnsi="Arial"/>
          <w:b/>
          <w:sz w:val="22"/>
        </w:rPr>
        <w:t xml:space="preserve">Daisy  </w:t>
      </w:r>
      <w:r>
        <w:rPr>
          <w:rFonts w:ascii="Arial" w:hAnsi="Arial"/>
          <w:color w:val="5D7284"/>
          <w:sz w:val="22"/>
        </w:rPr>
        <w:t>46:35</w:t>
      </w:r>
    </w:p>
    <w:p>
      <w:pPr>
        <w:spacing w:after="0"/>
      </w:pPr>
      <w:r>
        <w:rPr>
          <w:rFonts w:ascii="Arial" w:hAnsi="Arial"/>
          <w:sz w:val="22"/>
        </w:rPr>
        <w:t xml:space="preserve">yeah.But then he was put into isolation in the attic of the hospital. </w:t>
      </w:r>
    </w:p>
    <w:p>
      <w:pPr>
        <w:spacing w:after="0"/>
      </w:pPr>
    </w:p>
    <w:p>
      <w:pPr>
        <w:spacing w:after="0"/>
      </w:pPr>
      <w:r>
        <w:rPr>
          <w:rFonts w:ascii="Arial" w:hAnsi="Arial"/>
          <w:b/>
          <w:sz w:val="22"/>
        </w:rPr>
        <w:t xml:space="preserve">Alice  </w:t>
      </w:r>
      <w:r>
        <w:rPr>
          <w:rFonts w:ascii="Arial" w:hAnsi="Arial"/>
          <w:color w:val="5D7284"/>
          <w:sz w:val="22"/>
        </w:rPr>
        <w:t>46:39</w:t>
      </w:r>
    </w:p>
    <w:p>
      <w:pPr>
        <w:spacing w:after="0"/>
      </w:pPr>
      <w:r>
        <w:rPr>
          <w:rFonts w:ascii="Arial" w:hAnsi="Arial"/>
          <w:sz w:val="22"/>
        </w:rPr>
        <w:t xml:space="preserve">here we go, </w:t>
      </w:r>
    </w:p>
    <w:p>
      <w:pPr>
        <w:spacing w:after="0"/>
      </w:pPr>
    </w:p>
    <w:p>
      <w:pPr>
        <w:spacing w:after="0"/>
      </w:pPr>
      <w:r>
        <w:rPr>
          <w:rFonts w:ascii="Arial" w:hAnsi="Arial"/>
          <w:b/>
          <w:sz w:val="22"/>
        </w:rPr>
        <w:t xml:space="preserve">Lucy  </w:t>
      </w:r>
      <w:r>
        <w:rPr>
          <w:rFonts w:ascii="Arial" w:hAnsi="Arial"/>
          <w:color w:val="5D7284"/>
          <w:sz w:val="22"/>
        </w:rPr>
        <w:t>46:43</w:t>
      </w:r>
    </w:p>
    <w:p>
      <w:pPr>
        <w:spacing w:after="0"/>
      </w:pPr>
      <w:r>
        <w:rPr>
          <w:rFonts w:ascii="Arial" w:hAnsi="Arial"/>
          <w:sz w:val="22"/>
        </w:rPr>
        <w:t xml:space="preserve">was he put in isolation because he didn't want, they didn't want to scare folks. </w:t>
      </w:r>
    </w:p>
    <w:p>
      <w:pPr>
        <w:spacing w:after="0"/>
      </w:pPr>
    </w:p>
    <w:p>
      <w:pPr>
        <w:spacing w:after="0"/>
      </w:pPr>
      <w:r>
        <w:rPr>
          <w:rFonts w:ascii="Arial" w:hAnsi="Arial"/>
          <w:b/>
          <w:sz w:val="22"/>
        </w:rPr>
        <w:t xml:space="preserve">Daisy  </w:t>
      </w:r>
      <w:r>
        <w:rPr>
          <w:rFonts w:ascii="Arial" w:hAnsi="Arial"/>
          <w:color w:val="5D7284"/>
          <w:sz w:val="22"/>
        </w:rPr>
        <w:t>46:47</w:t>
      </w:r>
    </w:p>
    <w:p>
      <w:pPr>
        <w:spacing w:after="0"/>
      </w:pPr>
      <w:r>
        <w:rPr>
          <w:rFonts w:ascii="Arial" w:hAnsi="Arial"/>
          <w:sz w:val="22"/>
        </w:rPr>
        <w:t>Hard to say, Yeah, but it seems, it seems likely, because later, later on, he there's, there's mention of him, like going for walks around the hospital. The nurse is quickly ushering him back so that, you know, he doesn't worry anybody,</w:t>
      </w:r>
    </w:p>
    <w:p>
      <w:pPr>
        <w:spacing w:after="0"/>
      </w:pPr>
    </w:p>
    <w:p>
      <w:pPr>
        <w:spacing w:after="0"/>
      </w:pPr>
      <w:r>
        <w:rPr>
          <w:rFonts w:ascii="Arial" w:hAnsi="Arial"/>
          <w:b/>
          <w:sz w:val="22"/>
        </w:rPr>
        <w:t xml:space="preserve">Lucy  </w:t>
      </w:r>
      <w:r>
        <w:rPr>
          <w:rFonts w:ascii="Arial" w:hAnsi="Arial"/>
          <w:color w:val="5D7284"/>
          <w:sz w:val="22"/>
        </w:rPr>
        <w:t>47:01</w:t>
      </w:r>
    </w:p>
    <w:p>
      <w:pPr>
        <w:spacing w:after="0"/>
      </w:pPr>
      <w:r>
        <w:rPr>
          <w:rFonts w:ascii="Arial" w:hAnsi="Arial"/>
          <w:sz w:val="22"/>
        </w:rPr>
        <w:t>for goodness sake.</w:t>
      </w:r>
    </w:p>
    <w:p>
      <w:pPr>
        <w:spacing w:after="0"/>
      </w:pPr>
    </w:p>
    <w:p>
      <w:pPr>
        <w:spacing w:after="0"/>
      </w:pPr>
      <w:r>
        <w:rPr>
          <w:rFonts w:ascii="Arial" w:hAnsi="Arial"/>
          <w:b/>
          <w:sz w:val="22"/>
        </w:rPr>
        <w:t xml:space="preserve">Daisy  </w:t>
      </w:r>
      <w:r>
        <w:rPr>
          <w:rFonts w:ascii="Arial" w:hAnsi="Arial"/>
          <w:color w:val="5D7284"/>
          <w:sz w:val="22"/>
        </w:rPr>
        <w:t>47:04</w:t>
      </w:r>
    </w:p>
    <w:p>
      <w:pPr>
        <w:spacing w:after="0"/>
      </w:pPr>
      <w:r>
        <w:rPr>
          <w:rFonts w:ascii="Arial" w:hAnsi="Arial"/>
          <w:sz w:val="22"/>
        </w:rPr>
        <w:t>But you know, Joseph living in the attic meant that true, was finally able to do the proper examination that he had been prevented from doing by all of that silly nonsense like a lack of consent.</w:t>
      </w:r>
    </w:p>
    <w:p>
      <w:pPr>
        <w:spacing w:after="0"/>
      </w:pPr>
    </w:p>
    <w:p>
      <w:pPr>
        <w:spacing w:after="0"/>
      </w:pPr>
      <w:r>
        <w:rPr>
          <w:rFonts w:ascii="Arial" w:hAnsi="Arial"/>
          <w:b/>
          <w:sz w:val="22"/>
        </w:rPr>
        <w:t xml:space="preserve">Alice  </w:t>
      </w:r>
      <w:r>
        <w:rPr>
          <w:rFonts w:ascii="Arial" w:hAnsi="Arial"/>
          <w:color w:val="5D7284"/>
          <w:sz w:val="22"/>
        </w:rPr>
        <w:t>47:16</w:t>
      </w:r>
    </w:p>
    <w:p>
      <w:pPr>
        <w:spacing w:after="0"/>
      </w:pPr>
      <w:r>
        <w:rPr>
          <w:rFonts w:ascii="Arial" w:hAnsi="Arial"/>
          <w:sz w:val="22"/>
        </w:rPr>
        <w:t>Yes, yes, as him not wanting to, yeah.</w:t>
      </w:r>
    </w:p>
    <w:p>
      <w:pPr>
        <w:spacing w:after="0"/>
      </w:pPr>
    </w:p>
    <w:p>
      <w:pPr>
        <w:spacing w:after="0"/>
      </w:pPr>
      <w:r>
        <w:rPr>
          <w:rFonts w:ascii="Arial" w:hAnsi="Arial"/>
          <w:b/>
          <w:sz w:val="22"/>
        </w:rPr>
        <w:t xml:space="preserve">Daisy  </w:t>
      </w:r>
      <w:r>
        <w:rPr>
          <w:rFonts w:ascii="Arial" w:hAnsi="Arial"/>
          <w:color w:val="5D7284"/>
          <w:sz w:val="22"/>
        </w:rPr>
        <w:t>47:20</w:t>
      </w:r>
    </w:p>
    <w:p>
      <w:pPr>
        <w:spacing w:after="0"/>
      </w:pPr>
      <w:r>
        <w:rPr>
          <w:rFonts w:ascii="Arial" w:hAnsi="Arial"/>
          <w:sz w:val="22"/>
        </w:rPr>
        <w:t>Yeah, but his kind of long term living arrangements were really up for debate, like the hospital bosses didn't think it was best for him to be in hospital forever, because, you know, because, aside from anything else, that's a very expensive thing for a hospital to do, but there was no kind of real alternative. They raised funds from a lot of like members of high society and things so that they could afford to keep him at the hospital. Yeah, and he was moved from the attic to the basement, so still, still very hidden, but at least it was</w:t>
      </w:r>
    </w:p>
    <w:p>
      <w:pPr>
        <w:spacing w:after="0"/>
      </w:pPr>
    </w:p>
    <w:p>
      <w:pPr>
        <w:spacing w:after="0"/>
      </w:pPr>
      <w:r>
        <w:rPr>
          <w:rFonts w:ascii="Arial" w:hAnsi="Arial"/>
          <w:b/>
          <w:sz w:val="22"/>
        </w:rPr>
        <w:t xml:space="preserve">Alice  </w:t>
      </w:r>
      <w:r>
        <w:rPr>
          <w:rFonts w:ascii="Arial" w:hAnsi="Arial"/>
          <w:color w:val="5D7284"/>
          <w:sz w:val="22"/>
        </w:rPr>
        <w:t>48:01</w:t>
      </w:r>
    </w:p>
    <w:p>
      <w:pPr>
        <w:spacing w:after="0"/>
      </w:pPr>
      <w:r>
        <w:rPr>
          <w:rFonts w:ascii="Arial" w:hAnsi="Arial"/>
          <w:sz w:val="22"/>
        </w:rPr>
        <w:t xml:space="preserve">more accessible for wealthy members of the public to come and look at him before they give some money. </w:t>
      </w:r>
    </w:p>
    <w:p>
      <w:pPr>
        <w:spacing w:after="0"/>
      </w:pPr>
    </w:p>
    <w:p>
      <w:pPr>
        <w:spacing w:after="0"/>
      </w:pPr>
      <w:r>
        <w:rPr>
          <w:rFonts w:ascii="Arial" w:hAnsi="Arial"/>
          <w:b/>
          <w:sz w:val="22"/>
        </w:rPr>
        <w:t xml:space="preserve">Daisy  </w:t>
      </w:r>
      <w:r>
        <w:rPr>
          <w:rFonts w:ascii="Arial" w:hAnsi="Arial"/>
          <w:color w:val="5D7284"/>
          <w:sz w:val="22"/>
        </w:rPr>
        <w:t>48:05</w:t>
      </w:r>
    </w:p>
    <w:p>
      <w:pPr>
        <w:spacing w:after="0"/>
      </w:pPr>
      <w:r>
        <w:rPr>
          <w:rFonts w:ascii="Arial" w:hAnsi="Arial"/>
          <w:sz w:val="22"/>
        </w:rPr>
        <w:t xml:space="preserve">It was. it was space that was kind of could be suit made suited more to him. So he had, like, his own furniture and, you know, books and items, yeah, rather, because I'm guessing, if this is the isolation wards upstairs, then normally that would be used for very infectious diseases, and they would kind of need that, the ability to put people up their back ideally, yeah, but yes, doctors still came in to have a look at him a lot. But now a lot of these members of high society wanted to come and look to by this point, treve had realized that he didn't actually have any, you know, learning disability, or, you know, cognitive issue, as he had assumed that he had this entire time, just that it was hard to understand him because, you Know, his facial growth obscured his, you know, mouth and speaking ability. So he'd spent time with him. And many of these visiting rich people would sort of talk to him and chat with him, which is kind of, you know, more interaction than he would normally get. Because, you know, while, while they saw him as kind of a curiosity and an oddity, at least, you know, they were, they were curious in the oddity enough to, you know, stay for half an hour and talk about books </w:t>
      </w:r>
    </w:p>
    <w:p>
      <w:pPr>
        <w:spacing w:after="0"/>
      </w:pPr>
    </w:p>
    <w:p>
      <w:pPr>
        <w:spacing w:after="0"/>
      </w:pPr>
      <w:r>
        <w:rPr>
          <w:rFonts w:ascii="Arial" w:hAnsi="Arial"/>
          <w:b/>
          <w:sz w:val="22"/>
        </w:rPr>
        <w:t xml:space="preserve">Alice  </w:t>
      </w:r>
      <w:r>
        <w:rPr>
          <w:rFonts w:ascii="Arial" w:hAnsi="Arial"/>
          <w:color w:val="5D7284"/>
          <w:sz w:val="22"/>
        </w:rPr>
        <w:t>49:30</w:t>
      </w:r>
    </w:p>
    <w:p>
      <w:pPr>
        <w:spacing w:after="0"/>
      </w:pPr>
      <w:r>
        <w:rPr>
          <w:rFonts w:ascii="Arial" w:hAnsi="Arial"/>
          <w:sz w:val="22"/>
        </w:rPr>
        <w:t>and that might give him a little bit of social stimulation, but also might help challenge their perceptions about people with those kind of disabilities. We've got to try and look for a silver lining.</w:t>
      </w:r>
    </w:p>
    <w:p>
      <w:pPr>
        <w:spacing w:after="0"/>
      </w:pPr>
    </w:p>
    <w:p>
      <w:pPr>
        <w:spacing w:after="0"/>
      </w:pPr>
      <w:r>
        <w:rPr>
          <w:rFonts w:ascii="Arial" w:hAnsi="Arial"/>
          <w:b/>
          <w:sz w:val="22"/>
        </w:rPr>
        <w:t xml:space="preserve">Daisy  </w:t>
      </w:r>
      <w:r>
        <w:rPr>
          <w:rFonts w:ascii="Arial" w:hAnsi="Arial"/>
          <w:color w:val="5D7284"/>
          <w:sz w:val="22"/>
        </w:rPr>
        <w:t>49:43</w:t>
      </w:r>
    </w:p>
    <w:p>
      <w:pPr>
        <w:spacing w:after="0"/>
      </w:pPr>
      <w:r>
        <w:rPr>
          <w:rFonts w:ascii="Arial" w:hAnsi="Arial"/>
          <w:sz w:val="22"/>
        </w:rPr>
        <w:t>Yeah, exactly says this decided because, you know, see, he went from, he went into work house, relatively young, and was there for a long time. He just sort of been segregated his entire life, particularly from women, the again, some. The biographies go really intensely on, and then the doctor invited a woman to talk to him. And isn't it delightful that now there's a woman talking to it's really strange. Like, it's like, yeah, yeah, I get it. He's the, you know, he's a man. And probably, you know, would have liked to have a relationship at some point, like, stop acting like you've done him a great act of charity by bringing a woman nearby.</w:t>
      </w:r>
    </w:p>
    <w:p>
      <w:pPr>
        <w:spacing w:after="0"/>
      </w:pPr>
    </w:p>
    <w:p>
      <w:pPr>
        <w:spacing w:after="0"/>
      </w:pPr>
      <w:r>
        <w:rPr>
          <w:rFonts w:ascii="Arial" w:hAnsi="Arial"/>
          <w:b/>
          <w:sz w:val="22"/>
        </w:rPr>
        <w:t xml:space="preserve">Alice  </w:t>
      </w:r>
      <w:r>
        <w:rPr>
          <w:rFonts w:ascii="Arial" w:hAnsi="Arial"/>
          <w:color w:val="5D7284"/>
          <w:sz w:val="22"/>
        </w:rPr>
        <w:t>50:29</w:t>
      </w:r>
    </w:p>
    <w:p>
      <w:pPr>
        <w:spacing w:after="0"/>
      </w:pPr>
      <w:r>
        <w:rPr>
          <w:rFonts w:ascii="Arial" w:hAnsi="Arial"/>
          <w:sz w:val="22"/>
        </w:rPr>
        <w:t xml:space="preserve">He's not sort of, like some kind of sexually depraved like, you know how it's shocking that they would even be considering to bring a woman? </w:t>
      </w:r>
    </w:p>
    <w:p>
      <w:pPr>
        <w:spacing w:after="0"/>
      </w:pPr>
    </w:p>
    <w:p>
      <w:pPr>
        <w:spacing w:after="0"/>
      </w:pPr>
      <w:r>
        <w:rPr>
          <w:rFonts w:ascii="Arial" w:hAnsi="Arial"/>
          <w:b/>
          <w:sz w:val="22"/>
        </w:rPr>
        <w:t xml:space="preserve">Daisy  </w:t>
      </w:r>
      <w:r>
        <w:rPr>
          <w:rFonts w:ascii="Arial" w:hAnsi="Arial"/>
          <w:color w:val="5D7284"/>
          <w:sz w:val="22"/>
        </w:rPr>
        <w:t>50:39</w:t>
      </w:r>
    </w:p>
    <w:p>
      <w:pPr>
        <w:spacing w:after="0"/>
      </w:pPr>
      <w:r>
        <w:rPr>
          <w:rFonts w:ascii="Arial" w:hAnsi="Arial"/>
          <w:sz w:val="22"/>
        </w:rPr>
        <w:t>Yeah.And similarly, the woman isn't an accessory that's just like, yeah, placed in there to accompany him. Yeah. It's kind of offensive on all levels, really,</w:t>
      </w:r>
    </w:p>
    <w:p>
      <w:pPr>
        <w:spacing w:after="0"/>
      </w:pPr>
    </w:p>
    <w:p>
      <w:pPr>
        <w:spacing w:after="0"/>
      </w:pPr>
      <w:r>
        <w:rPr>
          <w:rFonts w:ascii="Arial" w:hAnsi="Arial"/>
          <w:b/>
          <w:sz w:val="22"/>
        </w:rPr>
        <w:t xml:space="preserve">Alice  </w:t>
      </w:r>
      <w:r>
        <w:rPr>
          <w:rFonts w:ascii="Arial" w:hAnsi="Arial"/>
          <w:color w:val="5D7284"/>
          <w:sz w:val="22"/>
        </w:rPr>
        <w:t>50:51</w:t>
      </w:r>
    </w:p>
    <w:p>
      <w:pPr>
        <w:spacing w:after="0"/>
      </w:pPr>
      <w:r>
        <w:rPr>
          <w:rFonts w:ascii="Arial" w:hAnsi="Arial"/>
          <w:sz w:val="22"/>
        </w:rPr>
        <w:t xml:space="preserve"> yeah, yeah. Everybody except the white, able bodied, like upper class doctor, male doctor, is pissed off about this whole discussion,</w:t>
      </w:r>
    </w:p>
    <w:p>
      <w:pPr>
        <w:spacing w:after="0"/>
      </w:pPr>
    </w:p>
    <w:p>
      <w:pPr>
        <w:spacing w:after="0"/>
      </w:pPr>
      <w:r>
        <w:rPr>
          <w:rFonts w:ascii="Arial" w:hAnsi="Arial"/>
          <w:b/>
          <w:sz w:val="22"/>
        </w:rPr>
        <w:t xml:space="preserve">Alice  </w:t>
      </w:r>
      <w:r>
        <w:rPr>
          <w:rFonts w:ascii="Arial" w:hAnsi="Arial"/>
          <w:color w:val="5D7284"/>
          <w:sz w:val="22"/>
        </w:rPr>
        <w:t>51:03</w:t>
      </w:r>
    </w:p>
    <w:p>
      <w:pPr>
        <w:spacing w:after="0"/>
      </w:pPr>
      <w:r>
        <w:rPr>
          <w:rFonts w:ascii="Arial" w:hAnsi="Arial"/>
          <w:sz w:val="22"/>
        </w:rPr>
        <w:t xml:space="preserve"> but,yeah, at least through these various kind of connections, they were able to, like, arrange a lot of things for him that he probably wouldn't have had access to otherwise. So there was, you know, one particular benefactor who paid for, like, a tutor to come in and teach him, like, how to weave baskets. And he made, like, a lot of paper and cardboard models and things, </w:t>
      </w:r>
    </w:p>
    <w:p>
      <w:pPr>
        <w:spacing w:after="0"/>
      </w:pPr>
    </w:p>
    <w:p>
      <w:pPr>
        <w:spacing w:after="0"/>
      </w:pPr>
      <w:r>
        <w:rPr>
          <w:rFonts w:ascii="Arial" w:hAnsi="Arial"/>
          <w:b/>
          <w:sz w:val="22"/>
        </w:rPr>
        <w:t xml:space="preserve">Lucy  </w:t>
      </w:r>
      <w:r>
        <w:rPr>
          <w:rFonts w:ascii="Arial" w:hAnsi="Arial"/>
          <w:color w:val="5D7284"/>
          <w:sz w:val="22"/>
        </w:rPr>
        <w:t>51:26</w:t>
      </w:r>
    </w:p>
    <w:p>
      <w:pPr>
        <w:spacing w:after="0"/>
      </w:pPr>
      <w:r>
        <w:rPr>
          <w:rFonts w:ascii="Arial" w:hAnsi="Arial"/>
          <w:sz w:val="22"/>
        </w:rPr>
        <w:t>I thought you were gonna say  bird boxes,</w:t>
      </w:r>
    </w:p>
    <w:p>
      <w:pPr>
        <w:spacing w:after="0"/>
      </w:pPr>
    </w:p>
    <w:p>
      <w:pPr>
        <w:spacing w:after="0"/>
      </w:pPr>
      <w:r>
        <w:rPr>
          <w:rFonts w:ascii="Arial" w:hAnsi="Arial"/>
          <w:b/>
          <w:sz w:val="22"/>
        </w:rPr>
        <w:t xml:space="preserve">Alice  </w:t>
      </w:r>
      <w:r>
        <w:rPr>
          <w:rFonts w:ascii="Arial" w:hAnsi="Arial"/>
          <w:color w:val="5D7284"/>
          <w:sz w:val="22"/>
        </w:rPr>
        <w:t>51:32</w:t>
      </w:r>
    </w:p>
    <w:p>
      <w:pPr>
        <w:spacing w:after="0"/>
      </w:pPr>
      <w:r>
        <w:rPr>
          <w:rFonts w:ascii="Arial" w:hAnsi="Arial"/>
          <w:sz w:val="22"/>
        </w:rPr>
        <w:t>it is a little bit like that, but it didn't it. Yeah, like he did. It's like origami. But he made like, like paper animals and stuff, didn't he I think weirdly, I knew that, yeah,</w:t>
      </w:r>
    </w:p>
    <w:p>
      <w:pPr>
        <w:spacing w:after="0"/>
      </w:pPr>
    </w:p>
    <w:p>
      <w:pPr>
        <w:spacing w:after="0"/>
      </w:pPr>
      <w:r>
        <w:rPr>
          <w:rFonts w:ascii="Arial" w:hAnsi="Arial"/>
          <w:b/>
          <w:sz w:val="22"/>
        </w:rPr>
        <w:t xml:space="preserve">Daisy  </w:t>
      </w:r>
      <w:r>
        <w:rPr>
          <w:rFonts w:ascii="Arial" w:hAnsi="Arial"/>
          <w:color w:val="5D7284"/>
          <w:sz w:val="22"/>
        </w:rPr>
        <w:t>51:43</w:t>
      </w:r>
    </w:p>
    <w:p>
      <w:pPr>
        <w:spacing w:after="0"/>
      </w:pPr>
      <w:r>
        <w:rPr>
          <w:rFonts w:ascii="Arial" w:hAnsi="Arial"/>
          <w:sz w:val="22"/>
        </w:rPr>
        <w:t xml:space="preserve">yeah. I saw a couple of pictures with them. They're pretty impressive, particularly considering how, like, difficult it must have been with this sort of dexterity. </w:t>
      </w:r>
    </w:p>
    <w:p>
      <w:pPr>
        <w:spacing w:after="0"/>
      </w:pPr>
    </w:p>
    <w:p>
      <w:pPr>
        <w:spacing w:after="0"/>
      </w:pPr>
      <w:r>
        <w:rPr>
          <w:rFonts w:ascii="Arial" w:hAnsi="Arial"/>
          <w:b/>
          <w:sz w:val="22"/>
        </w:rPr>
        <w:t xml:space="preserve">Lucy  </w:t>
      </w:r>
      <w:r>
        <w:rPr>
          <w:rFonts w:ascii="Arial" w:hAnsi="Arial"/>
          <w:color w:val="5D7284"/>
          <w:sz w:val="22"/>
        </w:rPr>
        <w:t>51:51</w:t>
      </w:r>
    </w:p>
    <w:p>
      <w:pPr>
        <w:spacing w:after="0"/>
      </w:pPr>
      <w:r>
        <w:rPr>
          <w:rFonts w:ascii="Arial" w:hAnsi="Arial"/>
          <w:sz w:val="22"/>
        </w:rPr>
        <w:t>I couldn't do anything like that. My fingers are terrible. I can't even hold a book for more than five minutes.</w:t>
      </w:r>
    </w:p>
    <w:p>
      <w:pPr>
        <w:spacing w:after="0"/>
      </w:pPr>
    </w:p>
    <w:p>
      <w:pPr>
        <w:spacing w:after="0"/>
      </w:pPr>
      <w:r>
        <w:rPr>
          <w:rFonts w:ascii="Arial" w:hAnsi="Arial"/>
          <w:b/>
          <w:sz w:val="22"/>
        </w:rPr>
        <w:t xml:space="preserve">Daisy  </w:t>
      </w:r>
      <w:r>
        <w:rPr>
          <w:rFonts w:ascii="Arial" w:hAnsi="Arial"/>
          <w:color w:val="5D7284"/>
          <w:sz w:val="22"/>
        </w:rPr>
        <w:t>52:02</w:t>
      </w:r>
    </w:p>
    <w:p>
      <w:pPr>
        <w:spacing w:after="0"/>
      </w:pPr>
      <w:r>
        <w:rPr>
          <w:rFonts w:ascii="Arial" w:hAnsi="Arial"/>
          <w:sz w:val="22"/>
        </w:rPr>
        <w:t>yeah. They also arranged for him to go to a theater production, yeah, by using one of the rich people's like, private boxes so that, you know, shielded from the rest of the audience.</w:t>
      </w:r>
    </w:p>
    <w:p>
      <w:pPr>
        <w:spacing w:after="0"/>
      </w:pPr>
    </w:p>
    <w:p>
      <w:pPr>
        <w:spacing w:after="0"/>
      </w:pPr>
      <w:r>
        <w:rPr>
          <w:rFonts w:ascii="Arial" w:hAnsi="Arial"/>
          <w:b/>
          <w:sz w:val="22"/>
        </w:rPr>
        <w:t xml:space="preserve">Alice  </w:t>
      </w:r>
      <w:r>
        <w:rPr>
          <w:rFonts w:ascii="Arial" w:hAnsi="Arial"/>
          <w:color w:val="5D7284"/>
          <w:sz w:val="22"/>
        </w:rPr>
        <w:t>52:14</w:t>
      </w:r>
    </w:p>
    <w:p>
      <w:pPr>
        <w:spacing w:after="0"/>
      </w:pPr>
      <w:r>
        <w:rPr>
          <w:rFonts w:ascii="Arial" w:hAnsi="Arial"/>
          <w:sz w:val="22"/>
        </w:rPr>
        <w:t>But also, you know, like, it's offensive, but then I can sort of see how, like, I'd appreciate that, because it'd be a bit like, I'm not gonna get stared and bothered. I can just enjoy the show. Yeah, exactly, you know, its segregation, segregating yourself, isn't it to be like, I don't want any of these non disabled people,</w:t>
      </w:r>
    </w:p>
    <w:p>
      <w:pPr>
        <w:spacing w:after="0"/>
      </w:pPr>
    </w:p>
    <w:p>
      <w:pPr>
        <w:spacing w:after="0"/>
      </w:pPr>
      <w:r>
        <w:rPr>
          <w:rFonts w:ascii="Arial" w:hAnsi="Arial"/>
          <w:b/>
          <w:sz w:val="22"/>
        </w:rPr>
        <w:t xml:space="preserve">Lucy  </w:t>
      </w:r>
      <w:r>
        <w:rPr>
          <w:rFonts w:ascii="Arial" w:hAnsi="Arial"/>
          <w:color w:val="5D7284"/>
          <w:sz w:val="22"/>
        </w:rPr>
        <w:t>52:39</w:t>
      </w:r>
    </w:p>
    <w:p>
      <w:pPr>
        <w:spacing w:after="0"/>
      </w:pPr>
      <w:r>
        <w:rPr>
          <w:rFonts w:ascii="Arial" w:hAnsi="Arial"/>
          <w:sz w:val="22"/>
        </w:rPr>
        <w:t>you know, even, like as disabled people nowadays. So I just don't. There are times where you think I don't want the I don't want the stares I don't want the aggro of people.</w:t>
      </w:r>
    </w:p>
    <w:p>
      <w:pPr>
        <w:spacing w:after="0"/>
      </w:pPr>
    </w:p>
    <w:p>
      <w:pPr>
        <w:spacing w:after="0"/>
      </w:pPr>
      <w:r>
        <w:rPr>
          <w:rFonts w:ascii="Arial" w:hAnsi="Arial"/>
          <w:b/>
          <w:sz w:val="22"/>
        </w:rPr>
        <w:t xml:space="preserve">Alice  </w:t>
      </w:r>
      <w:r>
        <w:rPr>
          <w:rFonts w:ascii="Arial" w:hAnsi="Arial"/>
          <w:color w:val="5D7284"/>
          <w:sz w:val="22"/>
        </w:rPr>
        <w:t>52:50</w:t>
      </w:r>
    </w:p>
    <w:p>
      <w:pPr>
        <w:spacing w:after="0"/>
      </w:pPr>
      <w:r>
        <w:rPr>
          <w:rFonts w:ascii="Arial" w:hAnsi="Arial"/>
          <w:sz w:val="22"/>
        </w:rPr>
        <w:t>I would really like to be able to sit down and have a cup of coffee somewhere and not have at least one person asked me if they can talk to my dog.</w:t>
      </w:r>
    </w:p>
    <w:p>
      <w:pPr>
        <w:spacing w:after="0"/>
      </w:pPr>
    </w:p>
    <w:p>
      <w:pPr>
        <w:spacing w:after="0"/>
      </w:pPr>
      <w:r>
        <w:rPr>
          <w:rFonts w:ascii="Arial" w:hAnsi="Arial"/>
          <w:b/>
          <w:sz w:val="22"/>
        </w:rPr>
        <w:t xml:space="preserve">Lucy  </w:t>
      </w:r>
      <w:r>
        <w:rPr>
          <w:rFonts w:ascii="Arial" w:hAnsi="Arial"/>
          <w:color w:val="5D7284"/>
          <w:sz w:val="22"/>
        </w:rPr>
        <w:t>52:57</w:t>
      </w:r>
    </w:p>
    <w:p>
      <w:pPr>
        <w:spacing w:after="0"/>
      </w:pPr>
      <w:r>
        <w:rPr>
          <w:rFonts w:ascii="Arial" w:hAnsi="Arial"/>
          <w:sz w:val="22"/>
        </w:rPr>
        <w:t>Yeah. So I get it. I get it, you know,</w:t>
      </w:r>
    </w:p>
    <w:p>
      <w:pPr>
        <w:spacing w:after="0"/>
      </w:pPr>
    </w:p>
    <w:p>
      <w:pPr>
        <w:spacing w:after="0"/>
      </w:pPr>
      <w:r>
        <w:rPr>
          <w:rFonts w:ascii="Arial" w:hAnsi="Arial"/>
          <w:b/>
          <w:sz w:val="22"/>
        </w:rPr>
        <w:t xml:space="preserve">Daisy  </w:t>
      </w:r>
      <w:r>
        <w:rPr>
          <w:rFonts w:ascii="Arial" w:hAnsi="Arial"/>
          <w:color w:val="5D7284"/>
          <w:sz w:val="22"/>
        </w:rPr>
        <w:t>53:03</w:t>
      </w:r>
    </w:p>
    <w:p>
      <w:pPr>
        <w:spacing w:after="0"/>
      </w:pPr>
      <w:r>
        <w:rPr>
          <w:rFonts w:ascii="Arial" w:hAnsi="Arial"/>
          <w:sz w:val="22"/>
        </w:rPr>
        <w:t>yeah, yeah. They also managed to arrange him a holiday to the countryside, which involved, like, a private train carriage, where they would somehow get him onto the carriage so that nobody saw him, and then had an entire carriage to himself, which sounds glorious.</w:t>
      </w:r>
    </w:p>
    <w:p>
      <w:pPr>
        <w:spacing w:after="0"/>
      </w:pPr>
    </w:p>
    <w:p>
      <w:pPr>
        <w:spacing w:after="0"/>
      </w:pPr>
      <w:r>
        <w:rPr>
          <w:rFonts w:ascii="Arial" w:hAnsi="Arial"/>
          <w:b/>
          <w:sz w:val="22"/>
        </w:rPr>
        <w:t xml:space="preserve">Alice  </w:t>
      </w:r>
      <w:r>
        <w:rPr>
          <w:rFonts w:ascii="Arial" w:hAnsi="Arial"/>
          <w:color w:val="5D7284"/>
          <w:sz w:val="22"/>
        </w:rPr>
        <w:t>53:24</w:t>
      </w:r>
    </w:p>
    <w:p>
      <w:pPr>
        <w:spacing w:after="0"/>
      </w:pPr>
      <w:r>
        <w:rPr>
          <w:rFonts w:ascii="Arial" w:hAnsi="Arial"/>
          <w:sz w:val="22"/>
        </w:rPr>
        <w:t>I was  gonna say it again. It's super it's super ablelist. But then you're also like, you can't see the fucking silver lining sometimes, like, like, there's not a lot going for being blind, but I take a free buspass. Like, I</w:t>
      </w:r>
    </w:p>
    <w:p>
      <w:pPr>
        <w:spacing w:after="0"/>
      </w:pPr>
    </w:p>
    <w:p>
      <w:pPr>
        <w:spacing w:after="0"/>
      </w:pPr>
      <w:r>
        <w:rPr>
          <w:rFonts w:ascii="Arial" w:hAnsi="Arial"/>
          <w:b/>
          <w:sz w:val="22"/>
        </w:rPr>
        <w:t xml:space="preserve">Lucy  </w:t>
      </w:r>
      <w:r>
        <w:rPr>
          <w:rFonts w:ascii="Arial" w:hAnsi="Arial"/>
          <w:color w:val="5D7284"/>
          <w:sz w:val="22"/>
        </w:rPr>
        <w:t>53:41</w:t>
      </w:r>
    </w:p>
    <w:p>
      <w:pPr>
        <w:spacing w:after="0"/>
      </w:pPr>
      <w:r>
        <w:rPr>
          <w:rFonts w:ascii="Arial" w:hAnsi="Arial"/>
          <w:sz w:val="22"/>
        </w:rPr>
        <w:t>I'll take, like, being able to queue jump at attractions because I can't walk. That'll do, yeah, you know, and the parking is not bad either.</w:t>
      </w:r>
    </w:p>
    <w:p>
      <w:pPr>
        <w:spacing w:after="0"/>
      </w:pPr>
    </w:p>
    <w:p>
      <w:pPr>
        <w:spacing w:after="0"/>
      </w:pPr>
      <w:r>
        <w:rPr>
          <w:rFonts w:ascii="Arial" w:hAnsi="Arial"/>
          <w:b/>
          <w:sz w:val="22"/>
        </w:rPr>
        <w:t xml:space="preserve">Alice  </w:t>
      </w:r>
      <w:r>
        <w:rPr>
          <w:rFonts w:ascii="Arial" w:hAnsi="Arial"/>
          <w:color w:val="5D7284"/>
          <w:sz w:val="22"/>
        </w:rPr>
        <w:t>53:54</w:t>
      </w:r>
    </w:p>
    <w:p>
      <w:pPr>
        <w:spacing w:after="0"/>
      </w:pPr>
      <w:r>
        <w:rPr>
          <w:rFonts w:ascii="Arial" w:hAnsi="Arial"/>
          <w:sz w:val="22"/>
        </w:rPr>
        <w:t>Yeah, parking is not too bad. my my husband feels like he's living in a in a full world of choice. At the moment, because we have the blue badge, or we also have parent child, I could go anywhere. And yet, we were at IKEA on a Saturday, we still had to walk a full four minutes to get from our parking spot to IKEA.</w:t>
      </w:r>
    </w:p>
    <w:p>
      <w:pPr>
        <w:spacing w:after="0"/>
      </w:pPr>
    </w:p>
    <w:p>
      <w:pPr>
        <w:spacing w:after="0"/>
      </w:pPr>
      <w:r>
        <w:rPr>
          <w:rFonts w:ascii="Arial" w:hAnsi="Arial"/>
          <w:b/>
          <w:sz w:val="22"/>
        </w:rPr>
        <w:t xml:space="preserve">Alice  </w:t>
      </w:r>
      <w:r>
        <w:rPr>
          <w:rFonts w:ascii="Arial" w:hAnsi="Arial"/>
          <w:color w:val="5D7284"/>
          <w:sz w:val="22"/>
        </w:rPr>
        <w:t>54:18</w:t>
      </w:r>
    </w:p>
    <w:p>
      <w:pPr>
        <w:spacing w:after="0"/>
      </w:pPr>
      <w:r>
        <w:rPr>
          <w:rFonts w:ascii="Arial" w:hAnsi="Arial"/>
          <w:sz w:val="22"/>
        </w:rPr>
        <w:t xml:space="preserve">Bloody 'ell how fr away were ya  </w:t>
      </w:r>
    </w:p>
    <w:p>
      <w:pPr>
        <w:spacing w:after="0"/>
      </w:pPr>
    </w:p>
    <w:p>
      <w:pPr>
        <w:spacing w:after="0"/>
      </w:pPr>
      <w:r>
        <w:rPr>
          <w:rFonts w:ascii="Arial" w:hAnsi="Arial"/>
          <w:b/>
          <w:sz w:val="22"/>
        </w:rPr>
        <w:t xml:space="preserve">Alice  </w:t>
      </w:r>
      <w:r>
        <w:rPr>
          <w:rFonts w:ascii="Arial" w:hAnsi="Arial"/>
          <w:color w:val="5D7284"/>
          <w:sz w:val="22"/>
        </w:rPr>
        <w:t>54:18</w:t>
      </w:r>
    </w:p>
    <w:p>
      <w:pPr>
        <w:spacing w:after="0"/>
      </w:pPr>
      <w:r>
        <w:rPr>
          <w:rFonts w:ascii="Arial" w:hAnsi="Arial"/>
          <w:sz w:val="22"/>
        </w:rPr>
        <w:t xml:space="preserve">You sound So Birmingham, </w:t>
      </w:r>
    </w:p>
    <w:p>
      <w:pPr>
        <w:spacing w:after="0"/>
      </w:pPr>
    </w:p>
    <w:p>
      <w:pPr>
        <w:spacing w:after="0"/>
      </w:pPr>
      <w:r>
        <w:rPr>
          <w:rFonts w:ascii="Arial" w:hAnsi="Arial"/>
          <w:b/>
          <w:sz w:val="22"/>
        </w:rPr>
        <w:t xml:space="preserve">Lucy  </w:t>
      </w:r>
      <w:r>
        <w:rPr>
          <w:rFonts w:ascii="Arial" w:hAnsi="Arial"/>
          <w:color w:val="5D7284"/>
          <w:sz w:val="22"/>
        </w:rPr>
        <w:t>54:18</w:t>
      </w:r>
    </w:p>
    <w:p>
      <w:pPr>
        <w:spacing w:after="0"/>
      </w:pPr>
      <w:r>
        <w:rPr>
          <w:rFonts w:ascii="Arial" w:hAnsi="Arial"/>
          <w:sz w:val="22"/>
        </w:rPr>
        <w:t>Alright there Bab, 'ow are ya ?</w:t>
      </w:r>
    </w:p>
    <w:p>
      <w:pPr>
        <w:spacing w:after="0"/>
      </w:pPr>
    </w:p>
    <w:p>
      <w:pPr>
        <w:spacing w:after="0"/>
      </w:pPr>
      <w:r>
        <w:rPr>
          <w:rFonts w:ascii="Arial" w:hAnsi="Arial"/>
          <w:b/>
          <w:sz w:val="22"/>
        </w:rPr>
        <w:t xml:space="preserve">Alice  </w:t>
      </w:r>
      <w:r>
        <w:rPr>
          <w:rFonts w:ascii="Arial" w:hAnsi="Arial"/>
          <w:color w:val="5D7284"/>
          <w:sz w:val="22"/>
        </w:rPr>
        <w:t>54:18</w:t>
      </w:r>
    </w:p>
    <w:p>
      <w:pPr>
        <w:spacing w:after="0"/>
      </w:pPr>
      <w:r>
        <w:rPr>
          <w:rFonts w:ascii="Arial" w:hAnsi="Arial"/>
          <w:sz w:val="22"/>
        </w:rPr>
        <w:t xml:space="preserve">it's because we made the mistake we go to Ikea on a Saturday </w:t>
      </w:r>
    </w:p>
    <w:p>
      <w:pPr>
        <w:spacing w:after="0"/>
      </w:pPr>
    </w:p>
    <w:p>
      <w:pPr>
        <w:spacing w:after="0"/>
      </w:pPr>
      <w:r>
        <w:rPr>
          <w:rFonts w:ascii="Arial" w:hAnsi="Arial"/>
          <w:b/>
          <w:sz w:val="22"/>
        </w:rPr>
        <w:t xml:space="preserve">Daisy  </w:t>
      </w:r>
      <w:r>
        <w:rPr>
          <w:rFonts w:ascii="Arial" w:hAnsi="Arial"/>
          <w:color w:val="5D7284"/>
          <w:sz w:val="22"/>
        </w:rPr>
        <w:t>54:26</w:t>
      </w:r>
    </w:p>
    <w:p>
      <w:pPr>
        <w:spacing w:after="0"/>
      </w:pPr>
      <w:r>
        <w:rPr>
          <w:rFonts w:ascii="Arial" w:hAnsi="Arial"/>
          <w:sz w:val="22"/>
        </w:rPr>
        <w:t xml:space="preserve"> Yeah, I was gonna say, is this your fault? Go on a Tuesday like the rest of us. You take a special day off of work just to go to Ikea.</w:t>
      </w:r>
    </w:p>
    <w:p>
      <w:pPr>
        <w:spacing w:after="0"/>
      </w:pPr>
    </w:p>
    <w:p>
      <w:pPr>
        <w:spacing w:after="0"/>
      </w:pPr>
      <w:r>
        <w:rPr>
          <w:rFonts w:ascii="Arial" w:hAnsi="Arial"/>
          <w:b/>
          <w:sz w:val="22"/>
        </w:rPr>
        <w:t xml:space="preserve">Alice  </w:t>
      </w:r>
      <w:r>
        <w:rPr>
          <w:rFonts w:ascii="Arial" w:hAnsi="Arial"/>
          <w:color w:val="5D7284"/>
          <w:sz w:val="22"/>
        </w:rPr>
        <w:t>54:40</w:t>
      </w:r>
    </w:p>
    <w:p>
      <w:pPr>
        <w:spacing w:after="0"/>
      </w:pPr>
      <w:r>
        <w:rPr>
          <w:rFonts w:ascii="Arial" w:hAnsi="Arial"/>
          <w:sz w:val="22"/>
        </w:rPr>
        <w:t xml:space="preserve">I hate IKEA. I don't go whenever I can. My husband loves IKEA. I am very much in the anomaly of people where I don't want to walk through a whole shop, of all the things that I see, all the things I want to buy, and then have to go and find the box with numbers that I can't see </w:t>
      </w:r>
    </w:p>
    <w:p>
      <w:pPr>
        <w:spacing w:after="0"/>
      </w:pPr>
    </w:p>
    <w:p>
      <w:pPr>
        <w:spacing w:after="0"/>
      </w:pPr>
      <w:r>
        <w:rPr>
          <w:rFonts w:ascii="Arial" w:hAnsi="Arial"/>
          <w:b/>
          <w:sz w:val="22"/>
        </w:rPr>
        <w:t xml:space="preserve">Lucy  </w:t>
      </w:r>
      <w:r>
        <w:rPr>
          <w:rFonts w:ascii="Arial" w:hAnsi="Arial"/>
          <w:color w:val="5D7284"/>
          <w:sz w:val="22"/>
        </w:rPr>
        <w:t>54:58</w:t>
      </w:r>
    </w:p>
    <w:p>
      <w:pPr>
        <w:spacing w:after="0"/>
      </w:pPr>
      <w:r>
        <w:rPr>
          <w:rFonts w:ascii="Arial" w:hAnsi="Arial"/>
          <w:sz w:val="22"/>
        </w:rPr>
        <w:t xml:space="preserve"> The last time I went to IKEA, I had to walk, like, the wrong way around IKEA, because the lift at the top of the shop where you come in wasn't working. So I had to walk. </w:t>
      </w:r>
    </w:p>
    <w:p>
      <w:pPr>
        <w:spacing w:after="0"/>
      </w:pPr>
    </w:p>
    <w:p>
      <w:pPr>
        <w:spacing w:after="0"/>
      </w:pPr>
      <w:r>
        <w:rPr>
          <w:rFonts w:ascii="Arial" w:hAnsi="Arial"/>
          <w:b/>
          <w:sz w:val="22"/>
        </w:rPr>
        <w:t xml:space="preserve">Alice  </w:t>
      </w:r>
      <w:r>
        <w:rPr>
          <w:rFonts w:ascii="Arial" w:hAnsi="Arial"/>
          <w:color w:val="5D7284"/>
          <w:sz w:val="22"/>
        </w:rPr>
        <w:t>55:20</w:t>
      </w:r>
    </w:p>
    <w:p>
      <w:pPr>
        <w:spacing w:after="0"/>
      </w:pPr>
      <w:r>
        <w:rPr>
          <w:rFonts w:ascii="Arial" w:hAnsi="Arial"/>
          <w:sz w:val="22"/>
        </w:rPr>
        <w:t xml:space="preserve">They don't like it when you do, </w:t>
      </w:r>
    </w:p>
    <w:p>
      <w:pPr>
        <w:spacing w:after="0"/>
      </w:pPr>
    </w:p>
    <w:p>
      <w:pPr>
        <w:spacing w:after="0"/>
      </w:pPr>
      <w:r>
        <w:rPr>
          <w:rFonts w:ascii="Arial" w:hAnsi="Arial"/>
          <w:b/>
          <w:sz w:val="22"/>
        </w:rPr>
        <w:t xml:space="preserve">Lucy  </w:t>
      </w:r>
      <w:r>
        <w:rPr>
          <w:rFonts w:ascii="Arial" w:hAnsi="Arial"/>
          <w:color w:val="5D7284"/>
          <w:sz w:val="22"/>
        </w:rPr>
        <w:t>55:21</w:t>
      </w:r>
    </w:p>
    <w:p>
      <w:pPr>
        <w:spacing w:after="0"/>
      </w:pPr>
      <w:r>
        <w:rPr>
          <w:rFonts w:ascii="Arial" w:hAnsi="Arial"/>
          <w:sz w:val="22"/>
        </w:rPr>
        <w:t xml:space="preserve">yeah, stressful, because everyone is coming at me, and I was like, I want to go home please. Can I go home? Please? </w:t>
      </w:r>
    </w:p>
    <w:p>
      <w:pPr>
        <w:spacing w:after="0"/>
      </w:pPr>
    </w:p>
    <w:p>
      <w:pPr>
        <w:spacing w:after="0"/>
      </w:pPr>
      <w:r>
        <w:rPr>
          <w:rFonts w:ascii="Arial" w:hAnsi="Arial"/>
          <w:b/>
          <w:sz w:val="22"/>
        </w:rPr>
        <w:t xml:space="preserve">Daisy  </w:t>
      </w:r>
      <w:r>
        <w:rPr>
          <w:rFonts w:ascii="Arial" w:hAnsi="Arial"/>
          <w:color w:val="5D7284"/>
          <w:sz w:val="22"/>
        </w:rPr>
        <w:t>55:30</w:t>
      </w:r>
    </w:p>
    <w:p>
      <w:pPr>
        <w:spacing w:after="0"/>
      </w:pPr>
      <w:r>
        <w:rPr>
          <w:rFonts w:ascii="Arial" w:hAnsi="Arial"/>
          <w:sz w:val="22"/>
        </w:rPr>
        <w:t xml:space="preserve">They do have good soft toys in the kids section . </w:t>
      </w:r>
    </w:p>
    <w:p>
      <w:pPr>
        <w:spacing w:after="0"/>
      </w:pPr>
    </w:p>
    <w:p>
      <w:pPr>
        <w:spacing w:after="0"/>
      </w:pPr>
      <w:r>
        <w:rPr>
          <w:rFonts w:ascii="Arial" w:hAnsi="Arial"/>
          <w:b/>
          <w:sz w:val="22"/>
        </w:rPr>
        <w:t xml:space="preserve">Lucy  </w:t>
      </w:r>
      <w:r>
        <w:rPr>
          <w:rFonts w:ascii="Arial" w:hAnsi="Arial"/>
          <w:color w:val="5D7284"/>
          <w:sz w:val="22"/>
        </w:rPr>
        <w:t>55:34</w:t>
      </w:r>
    </w:p>
    <w:p>
      <w:pPr>
        <w:spacing w:after="0"/>
      </w:pPr>
      <w:r>
        <w:rPr>
          <w:rFonts w:ascii="Arial" w:hAnsi="Arial"/>
          <w:sz w:val="22"/>
        </w:rPr>
        <w:t xml:space="preserve">Yes, they do. </w:t>
      </w:r>
    </w:p>
    <w:p>
      <w:pPr>
        <w:spacing w:after="0"/>
      </w:pPr>
    </w:p>
    <w:p>
      <w:pPr>
        <w:spacing w:after="0"/>
      </w:pPr>
      <w:r>
        <w:rPr>
          <w:rFonts w:ascii="Arial" w:hAnsi="Arial"/>
          <w:b/>
          <w:sz w:val="22"/>
        </w:rPr>
        <w:t xml:space="preserve">Lucy  </w:t>
      </w:r>
      <w:r>
        <w:rPr>
          <w:rFonts w:ascii="Arial" w:hAnsi="Arial"/>
          <w:color w:val="5D7284"/>
          <w:sz w:val="22"/>
        </w:rPr>
        <w:t>55:34</w:t>
      </w:r>
    </w:p>
    <w:p>
      <w:pPr>
        <w:spacing w:after="0"/>
      </w:pPr>
      <w:r>
        <w:rPr>
          <w:rFonts w:ascii="Arial" w:hAnsi="Arial"/>
          <w:sz w:val="22"/>
        </w:rPr>
        <w:t>Ive got a Cuddly toy rat</w:t>
      </w:r>
    </w:p>
    <w:p>
      <w:pPr>
        <w:spacing w:after="0"/>
      </w:pPr>
    </w:p>
    <w:p>
      <w:pPr>
        <w:spacing w:after="0"/>
      </w:pPr>
      <w:r>
        <w:rPr>
          <w:rFonts w:ascii="Arial" w:hAnsi="Arial"/>
          <w:b/>
          <w:sz w:val="22"/>
        </w:rPr>
        <w:t xml:space="preserve">Lucy  </w:t>
      </w:r>
      <w:r>
        <w:rPr>
          <w:rFonts w:ascii="Arial" w:hAnsi="Arial"/>
          <w:color w:val="5D7284"/>
          <w:sz w:val="22"/>
        </w:rPr>
        <w:t>55:36</w:t>
      </w:r>
    </w:p>
    <w:p>
      <w:pPr>
        <w:spacing w:after="0"/>
      </w:pPr>
      <w:r>
        <w:rPr>
          <w:rFonts w:ascii="Arial" w:hAnsi="Arial"/>
          <w:sz w:val="22"/>
        </w:rPr>
        <w:t xml:space="preserve"> yeah. Why is it always a rat or a mouse </w:t>
      </w:r>
    </w:p>
    <w:p>
      <w:pPr>
        <w:spacing w:after="0"/>
      </w:pPr>
    </w:p>
    <w:p>
      <w:pPr>
        <w:spacing w:after="0"/>
      </w:pPr>
      <w:r>
        <w:rPr>
          <w:rFonts w:ascii="Arial" w:hAnsi="Arial"/>
          <w:b/>
          <w:sz w:val="22"/>
        </w:rPr>
        <w:t xml:space="preserve">Alice  </w:t>
      </w:r>
      <w:r>
        <w:rPr>
          <w:rFonts w:ascii="Arial" w:hAnsi="Arial"/>
          <w:color w:val="5D7284"/>
          <w:sz w:val="22"/>
        </w:rPr>
        <w:t>55:38</w:t>
      </w:r>
    </w:p>
    <w:p>
      <w:pPr>
        <w:spacing w:after="0"/>
      </w:pPr>
      <w:r>
        <w:rPr>
          <w:rFonts w:ascii="Arial" w:hAnsi="Arial"/>
          <w:sz w:val="22"/>
        </w:rPr>
        <w:t xml:space="preserve"> We we just went. We went through on Saturday, and my little boy, full on, could not decide, and twice, my husband had to go back and return the animal that he had picked to it. We now have norrig The pig Yeah. </w:t>
      </w:r>
    </w:p>
    <w:p>
      <w:pPr>
        <w:spacing w:after="0"/>
      </w:pPr>
    </w:p>
    <w:p>
      <w:pPr>
        <w:spacing w:after="0"/>
      </w:pPr>
      <w:r>
        <w:rPr>
          <w:rFonts w:ascii="Arial" w:hAnsi="Arial"/>
          <w:b/>
          <w:sz w:val="22"/>
        </w:rPr>
        <w:t xml:space="preserve">Alice  </w:t>
      </w:r>
      <w:r>
        <w:rPr>
          <w:rFonts w:ascii="Arial" w:hAnsi="Arial"/>
          <w:color w:val="5D7284"/>
          <w:sz w:val="22"/>
        </w:rPr>
        <w:t>55:57</w:t>
      </w:r>
    </w:p>
    <w:p>
      <w:pPr>
        <w:spacing w:after="0"/>
      </w:pPr>
      <w:r>
        <w:rPr>
          <w:rFonts w:ascii="Arial" w:hAnsi="Arial"/>
          <w:sz w:val="22"/>
        </w:rPr>
        <w:t>Anyway,</w:t>
      </w:r>
    </w:p>
    <w:p>
      <w:pPr>
        <w:spacing w:after="0"/>
      </w:pPr>
    </w:p>
    <w:p>
      <w:pPr>
        <w:spacing w:after="0"/>
      </w:pPr>
      <w:r>
        <w:rPr>
          <w:rFonts w:ascii="Arial" w:hAnsi="Arial"/>
          <w:b/>
          <w:sz w:val="22"/>
        </w:rPr>
        <w:t xml:space="preserve">Lucy  </w:t>
      </w:r>
      <w:r>
        <w:rPr>
          <w:rFonts w:ascii="Arial" w:hAnsi="Arial"/>
          <w:color w:val="5D7284"/>
          <w:sz w:val="22"/>
        </w:rPr>
        <w:t>55:58</w:t>
      </w:r>
    </w:p>
    <w:p>
      <w:pPr>
        <w:spacing w:after="0"/>
      </w:pPr>
      <w:r>
        <w:rPr>
          <w:rFonts w:ascii="Arial" w:hAnsi="Arial"/>
          <w:sz w:val="22"/>
        </w:rPr>
        <w:t xml:space="preserve"> Joseph Merrick,</w:t>
      </w:r>
    </w:p>
    <w:p>
      <w:pPr>
        <w:spacing w:after="0"/>
      </w:pPr>
    </w:p>
    <w:p>
      <w:pPr>
        <w:spacing w:after="0"/>
      </w:pPr>
      <w:r>
        <w:rPr>
          <w:rFonts w:ascii="Arial" w:hAnsi="Arial"/>
          <w:b/>
          <w:sz w:val="22"/>
        </w:rPr>
        <w:t xml:space="preserve">Daisy  </w:t>
      </w:r>
      <w:r>
        <w:rPr>
          <w:rFonts w:ascii="Arial" w:hAnsi="Arial"/>
          <w:color w:val="5D7284"/>
          <w:sz w:val="22"/>
        </w:rPr>
        <w:t>56:01</w:t>
      </w:r>
    </w:p>
    <w:p>
      <w:pPr>
        <w:spacing w:after="0"/>
      </w:pPr>
      <w:r>
        <w:rPr>
          <w:rFonts w:ascii="Arial" w:hAnsi="Arial"/>
          <w:sz w:val="22"/>
        </w:rPr>
        <w:t>he do you DJ? Uncle is a big snake. I see you could put your hand in his mouth and go. Pretty cool.</w:t>
      </w:r>
    </w:p>
    <w:p>
      <w:pPr>
        <w:spacing w:after="0"/>
      </w:pPr>
    </w:p>
    <w:p>
      <w:pPr>
        <w:spacing w:after="0"/>
      </w:pPr>
      <w:r>
        <w:rPr>
          <w:rFonts w:ascii="Arial" w:hAnsi="Arial"/>
          <w:b/>
          <w:sz w:val="22"/>
        </w:rPr>
        <w:t xml:space="preserve">Lucy  </w:t>
      </w:r>
      <w:r>
        <w:rPr>
          <w:rFonts w:ascii="Arial" w:hAnsi="Arial"/>
          <w:color w:val="5D7284"/>
          <w:sz w:val="22"/>
        </w:rPr>
        <w:t>56:15</w:t>
      </w:r>
    </w:p>
    <w:p>
      <w:pPr>
        <w:spacing w:after="0"/>
      </w:pPr>
      <w:r>
        <w:rPr>
          <w:rFonts w:ascii="Arial" w:hAnsi="Arial"/>
          <w:sz w:val="22"/>
        </w:rPr>
        <w:t>Anyway. Joseph Merrick, yeah.</w:t>
      </w:r>
    </w:p>
    <w:p>
      <w:pPr>
        <w:spacing w:after="0"/>
      </w:pPr>
    </w:p>
    <w:p>
      <w:pPr>
        <w:spacing w:after="0"/>
      </w:pPr>
      <w:r>
        <w:rPr>
          <w:rFonts w:ascii="Arial" w:hAnsi="Arial"/>
          <w:b/>
          <w:sz w:val="22"/>
        </w:rPr>
        <w:t xml:space="preserve">Daisy  </w:t>
      </w:r>
      <w:r>
        <w:rPr>
          <w:rFonts w:ascii="Arial" w:hAnsi="Arial"/>
          <w:color w:val="5D7284"/>
          <w:sz w:val="22"/>
        </w:rPr>
        <w:t>56:18</w:t>
      </w:r>
    </w:p>
    <w:p>
      <w:pPr>
        <w:spacing w:after="0"/>
      </w:pPr>
      <w:r>
        <w:rPr>
          <w:rFonts w:ascii="Arial" w:hAnsi="Arial"/>
          <w:sz w:val="22"/>
        </w:rPr>
        <w:t xml:space="preserve">I mean, this is kind of mismatched. Now, mismatched now, but one of the people who often, well, not often, came to meet him and sent a Christmas card every year was, at that time, the Princess of Wales, </w:t>
      </w:r>
    </w:p>
    <w:p>
      <w:pPr>
        <w:spacing w:after="0"/>
      </w:pPr>
    </w:p>
    <w:p>
      <w:pPr>
        <w:spacing w:after="0"/>
      </w:pPr>
      <w:r>
        <w:rPr>
          <w:rFonts w:ascii="Arial" w:hAnsi="Arial"/>
          <w:b/>
          <w:sz w:val="22"/>
        </w:rPr>
        <w:t xml:space="preserve">Daisy  </w:t>
      </w:r>
      <w:r>
        <w:rPr>
          <w:rFonts w:ascii="Arial" w:hAnsi="Arial"/>
          <w:color w:val="5D7284"/>
          <w:sz w:val="22"/>
        </w:rPr>
        <w:t>56:33</w:t>
      </w:r>
    </w:p>
    <w:p>
      <w:pPr>
        <w:spacing w:after="0"/>
      </w:pPr>
      <w:r>
        <w:rPr>
          <w:rFonts w:ascii="Arial" w:hAnsi="Arial"/>
          <w:sz w:val="22"/>
        </w:rPr>
        <w:t xml:space="preserve">yes. now </w:t>
      </w:r>
    </w:p>
    <w:p>
      <w:pPr>
        <w:spacing w:after="0"/>
      </w:pPr>
    </w:p>
    <w:p>
      <w:pPr>
        <w:spacing w:after="0"/>
      </w:pPr>
      <w:r>
        <w:rPr>
          <w:rFonts w:ascii="Arial" w:hAnsi="Arial"/>
          <w:b/>
          <w:sz w:val="22"/>
        </w:rPr>
        <w:t xml:space="preserve">Daisy  </w:t>
      </w:r>
      <w:r>
        <w:rPr>
          <w:rFonts w:ascii="Arial" w:hAnsi="Arial"/>
          <w:color w:val="5D7284"/>
          <w:sz w:val="22"/>
        </w:rPr>
        <w:t>56:34</w:t>
      </w:r>
    </w:p>
    <w:p>
      <w:pPr>
        <w:spacing w:after="0"/>
      </w:pPr>
      <w:r>
        <w:rPr>
          <w:rFonts w:ascii="Arial" w:hAnsi="Arial"/>
          <w:sz w:val="22"/>
        </w:rPr>
        <w:t xml:space="preserve">Who later became the queen. </w:t>
      </w:r>
    </w:p>
    <w:p>
      <w:pPr>
        <w:spacing w:after="0"/>
      </w:pPr>
    </w:p>
    <w:p>
      <w:pPr>
        <w:spacing w:after="0"/>
      </w:pPr>
      <w:r>
        <w:rPr>
          <w:rFonts w:ascii="Arial" w:hAnsi="Arial"/>
          <w:b/>
          <w:sz w:val="22"/>
        </w:rPr>
        <w:t xml:space="preserve">Lucy  </w:t>
      </w:r>
      <w:r>
        <w:rPr>
          <w:rFonts w:ascii="Arial" w:hAnsi="Arial"/>
          <w:color w:val="5D7284"/>
          <w:sz w:val="22"/>
        </w:rPr>
        <w:t>56:36</w:t>
      </w:r>
    </w:p>
    <w:p>
      <w:pPr>
        <w:spacing w:after="0"/>
      </w:pPr>
      <w:r>
        <w:rPr>
          <w:rFonts w:ascii="Arial" w:hAnsi="Arial"/>
          <w:sz w:val="22"/>
        </w:rPr>
        <w:t>Yeah, really, that wasn't in the film, but yeah, it was a royal that came to see him and took him to the theater, and what kind of stuff. So I don't know whether it was her that took him to the theater in real life, but in the film, it was very neatly packaged, as</w:t>
      </w:r>
    </w:p>
    <w:p>
      <w:pPr>
        <w:spacing w:after="0"/>
      </w:pPr>
    </w:p>
    <w:p>
      <w:pPr>
        <w:spacing w:after="0"/>
      </w:pPr>
      <w:r>
        <w:rPr>
          <w:rFonts w:ascii="Arial" w:hAnsi="Arial"/>
          <w:b/>
          <w:sz w:val="22"/>
        </w:rPr>
        <w:t xml:space="preserve">Alice  </w:t>
      </w:r>
      <w:r>
        <w:rPr>
          <w:rFonts w:ascii="Arial" w:hAnsi="Arial"/>
          <w:color w:val="5D7284"/>
          <w:sz w:val="22"/>
        </w:rPr>
        <w:t>56:54</w:t>
      </w:r>
    </w:p>
    <w:p>
      <w:pPr>
        <w:spacing w:after="0"/>
      </w:pPr>
      <w:r>
        <w:rPr>
          <w:rFonts w:ascii="Arial" w:hAnsi="Arial"/>
          <w:sz w:val="22"/>
        </w:rPr>
        <w:t>Is she one of the ones that married a cousin, and that's how she managed to be both Princess of Wales and Queen.</w:t>
      </w:r>
    </w:p>
    <w:p>
      <w:pPr>
        <w:spacing w:after="0"/>
      </w:pPr>
    </w:p>
    <w:p>
      <w:pPr>
        <w:spacing w:after="0"/>
      </w:pPr>
      <w:r>
        <w:rPr>
          <w:rFonts w:ascii="Arial" w:hAnsi="Arial"/>
          <w:b/>
          <w:sz w:val="22"/>
        </w:rPr>
        <w:t xml:space="preserve">Daisy  </w:t>
      </w:r>
      <w:r>
        <w:rPr>
          <w:rFonts w:ascii="Arial" w:hAnsi="Arial"/>
          <w:color w:val="5D7284"/>
          <w:sz w:val="22"/>
        </w:rPr>
        <w:t>57:01</w:t>
      </w:r>
    </w:p>
    <w:p>
      <w:pPr>
        <w:spacing w:after="0"/>
      </w:pPr>
      <w:r>
        <w:rPr>
          <w:rFonts w:ascii="Arial" w:hAnsi="Arial"/>
          <w:sz w:val="22"/>
        </w:rPr>
        <w:t>So it was later on that she became Prince and Princess of Wales are typically the direct aire</w:t>
      </w:r>
    </w:p>
    <w:p>
      <w:pPr>
        <w:spacing w:after="0"/>
      </w:pPr>
    </w:p>
    <w:p>
      <w:pPr>
        <w:spacing w:after="0"/>
      </w:pPr>
      <w:r>
        <w:rPr>
          <w:rFonts w:ascii="Arial" w:hAnsi="Arial"/>
          <w:b/>
          <w:sz w:val="22"/>
        </w:rPr>
        <w:t xml:space="preserve">Alice  </w:t>
      </w:r>
      <w:r>
        <w:rPr>
          <w:rFonts w:ascii="Arial" w:hAnsi="Arial"/>
          <w:color w:val="5D7284"/>
          <w:sz w:val="22"/>
        </w:rPr>
        <w:t>57:09</w:t>
      </w:r>
    </w:p>
    <w:p>
      <w:pPr>
        <w:spacing w:after="0"/>
      </w:pPr>
      <w:r>
        <w:rPr>
          <w:rFonts w:ascii="Arial" w:hAnsi="Arial"/>
          <w:sz w:val="22"/>
        </w:rPr>
        <w:t>I don't care enough to remember that sort of thing.was   was it seventh, the one that abdicated, or eigth,</w:t>
      </w:r>
    </w:p>
    <w:p>
      <w:pPr>
        <w:spacing w:after="0"/>
      </w:pPr>
    </w:p>
    <w:p>
      <w:pPr>
        <w:spacing w:after="0"/>
      </w:pPr>
      <w:r>
        <w:rPr>
          <w:rFonts w:ascii="Arial" w:hAnsi="Arial"/>
          <w:b/>
          <w:sz w:val="22"/>
        </w:rPr>
        <w:t xml:space="preserve">Lucy  </w:t>
      </w:r>
      <w:r>
        <w:rPr>
          <w:rFonts w:ascii="Arial" w:hAnsi="Arial"/>
          <w:color w:val="5D7284"/>
          <w:sz w:val="22"/>
        </w:rPr>
        <w:t>57:26</w:t>
      </w:r>
    </w:p>
    <w:p>
      <w:pPr>
        <w:spacing w:after="0"/>
      </w:pPr>
      <w:r>
        <w:rPr>
          <w:rFonts w:ascii="Arial" w:hAnsi="Arial"/>
          <w:sz w:val="22"/>
        </w:rPr>
        <w:t xml:space="preserve">Edward the seventh didn't advocate. I don't think </w:t>
      </w:r>
    </w:p>
    <w:p>
      <w:pPr>
        <w:spacing w:after="0"/>
      </w:pPr>
    </w:p>
    <w:p>
      <w:pPr>
        <w:spacing w:after="0"/>
      </w:pPr>
      <w:r>
        <w:rPr>
          <w:rFonts w:ascii="Arial" w:hAnsi="Arial"/>
          <w:b/>
          <w:sz w:val="22"/>
        </w:rPr>
        <w:t xml:space="preserve">Alice  </w:t>
      </w:r>
      <w:r>
        <w:rPr>
          <w:rFonts w:ascii="Arial" w:hAnsi="Arial"/>
          <w:color w:val="5D7284"/>
          <w:sz w:val="22"/>
        </w:rPr>
        <w:t>57:29</w:t>
      </w:r>
    </w:p>
    <w:p>
      <w:pPr>
        <w:spacing w:after="0"/>
      </w:pPr>
      <w:r>
        <w:rPr>
          <w:rFonts w:ascii="Arial" w:hAnsi="Arial"/>
          <w:sz w:val="22"/>
        </w:rPr>
        <w:t>Was it Edward the eighth? That was the one with Wallace Simpson?</w:t>
      </w:r>
    </w:p>
    <w:p>
      <w:pPr>
        <w:spacing w:after="0"/>
      </w:pPr>
    </w:p>
    <w:p>
      <w:pPr>
        <w:spacing w:after="0"/>
      </w:pPr>
      <w:r>
        <w:rPr>
          <w:rFonts w:ascii="Arial" w:hAnsi="Arial"/>
          <w:b/>
          <w:sz w:val="22"/>
        </w:rPr>
        <w:t xml:space="preserve">Alice  </w:t>
      </w:r>
      <w:r>
        <w:rPr>
          <w:rFonts w:ascii="Arial" w:hAnsi="Arial"/>
          <w:color w:val="5D7284"/>
          <w:sz w:val="22"/>
        </w:rPr>
        <w:t>57:35</w:t>
      </w:r>
    </w:p>
    <w:p>
      <w:pPr>
        <w:spacing w:after="0"/>
      </w:pPr>
      <w:r>
        <w:rPr>
          <w:rFonts w:ascii="Arial" w:hAnsi="Arial"/>
          <w:sz w:val="22"/>
        </w:rPr>
        <w:t xml:space="preserve">Yeah, yeah. Okay. </w:t>
      </w:r>
    </w:p>
    <w:p>
      <w:pPr>
        <w:spacing w:after="0"/>
      </w:pPr>
    </w:p>
    <w:p>
      <w:pPr>
        <w:spacing w:after="0"/>
      </w:pPr>
      <w:r>
        <w:rPr>
          <w:rFonts w:ascii="Arial" w:hAnsi="Arial"/>
          <w:b/>
          <w:sz w:val="22"/>
        </w:rPr>
        <w:t xml:space="preserve">Alice  </w:t>
      </w:r>
      <w:r>
        <w:rPr>
          <w:rFonts w:ascii="Arial" w:hAnsi="Arial"/>
          <w:color w:val="5D7284"/>
          <w:sz w:val="22"/>
        </w:rPr>
        <w:t>57:36</w:t>
      </w:r>
    </w:p>
    <w:p>
      <w:pPr>
        <w:spacing w:after="0"/>
      </w:pPr>
      <w:r>
        <w:rPr>
          <w:rFonts w:ascii="Arial" w:hAnsi="Arial"/>
          <w:sz w:val="22"/>
        </w:rPr>
        <w:t>I think</w:t>
      </w:r>
    </w:p>
    <w:p>
      <w:pPr>
        <w:spacing w:after="0"/>
      </w:pPr>
    </w:p>
    <w:p>
      <w:pPr>
        <w:spacing w:after="0"/>
      </w:pPr>
      <w:r>
        <w:rPr>
          <w:rFonts w:ascii="Arial" w:hAnsi="Arial"/>
          <w:b/>
          <w:sz w:val="22"/>
        </w:rPr>
        <w:t xml:space="preserve">Daisy  </w:t>
      </w:r>
      <w:r>
        <w:rPr>
          <w:rFonts w:ascii="Arial" w:hAnsi="Arial"/>
          <w:color w:val="5D7284"/>
          <w:sz w:val="22"/>
        </w:rPr>
        <w:t>57:37</w:t>
      </w:r>
    </w:p>
    <w:p>
      <w:pPr>
        <w:spacing w:after="0"/>
      </w:pPr>
      <w:r>
        <w:rPr>
          <w:rFonts w:ascii="Arial" w:hAnsi="Arial"/>
          <w:sz w:val="22"/>
        </w:rPr>
        <w:t>it was Edward the wife of Edward the seventh, Alexandra of Denmark.</w:t>
      </w:r>
    </w:p>
    <w:p>
      <w:pPr>
        <w:spacing w:after="0"/>
      </w:pPr>
    </w:p>
    <w:p>
      <w:pPr>
        <w:spacing w:after="0"/>
      </w:pPr>
      <w:r>
        <w:rPr>
          <w:rFonts w:ascii="Arial" w:hAnsi="Arial"/>
          <w:b/>
          <w:sz w:val="22"/>
        </w:rPr>
        <w:t xml:space="preserve">Lucy  </w:t>
      </w:r>
      <w:r>
        <w:rPr>
          <w:rFonts w:ascii="Arial" w:hAnsi="Arial"/>
          <w:color w:val="5D7284"/>
          <w:sz w:val="22"/>
        </w:rPr>
        <w:t>57:43</w:t>
      </w:r>
    </w:p>
    <w:p>
      <w:pPr>
        <w:spacing w:after="0"/>
      </w:pPr>
      <w:r>
        <w:rPr>
          <w:rFonts w:ascii="Arial" w:hAnsi="Arial"/>
          <w:sz w:val="22"/>
        </w:rPr>
        <w:t xml:space="preserve">So it was Edward the eighth that abdicated. </w:t>
      </w:r>
    </w:p>
    <w:p>
      <w:pPr>
        <w:spacing w:after="0"/>
      </w:pPr>
    </w:p>
    <w:p>
      <w:pPr>
        <w:spacing w:after="0"/>
      </w:pPr>
      <w:r>
        <w:rPr>
          <w:rFonts w:ascii="Arial" w:hAnsi="Arial"/>
          <w:b/>
          <w:sz w:val="22"/>
        </w:rPr>
        <w:t xml:space="preserve">Daisy  </w:t>
      </w:r>
      <w:r>
        <w:rPr>
          <w:rFonts w:ascii="Arial" w:hAnsi="Arial"/>
          <w:color w:val="5D7284"/>
          <w:sz w:val="22"/>
        </w:rPr>
        <w:t>57:48</w:t>
      </w:r>
    </w:p>
    <w:p>
      <w:pPr>
        <w:spacing w:after="0"/>
      </w:pPr>
      <w:r>
        <w:rPr>
          <w:rFonts w:ascii="Arial" w:hAnsi="Arial"/>
          <w:sz w:val="22"/>
        </w:rPr>
        <w:t xml:space="preserve">Right? Where was I? </w:t>
      </w:r>
    </w:p>
    <w:p>
      <w:pPr>
        <w:spacing w:after="0"/>
      </w:pPr>
    </w:p>
    <w:p>
      <w:pPr>
        <w:spacing w:after="0"/>
      </w:pPr>
      <w:r>
        <w:rPr>
          <w:rFonts w:ascii="Arial" w:hAnsi="Arial"/>
          <w:b/>
          <w:sz w:val="22"/>
        </w:rPr>
        <w:t xml:space="preserve">Lucy  </w:t>
      </w:r>
      <w:r>
        <w:rPr>
          <w:rFonts w:ascii="Arial" w:hAnsi="Arial"/>
          <w:color w:val="5D7284"/>
          <w:sz w:val="22"/>
        </w:rPr>
        <w:t>57:50</w:t>
      </w:r>
    </w:p>
    <w:p>
      <w:pPr>
        <w:spacing w:after="0"/>
      </w:pPr>
      <w:r>
        <w:rPr>
          <w:rFonts w:ascii="Arial" w:hAnsi="Arial"/>
          <w:sz w:val="22"/>
        </w:rPr>
        <w:t>So she she came to visit</w:t>
      </w:r>
    </w:p>
    <w:p>
      <w:pPr>
        <w:spacing w:after="0"/>
      </w:pPr>
    </w:p>
    <w:p>
      <w:pPr>
        <w:spacing w:after="0"/>
      </w:pPr>
      <w:r>
        <w:rPr>
          <w:rFonts w:ascii="Arial" w:hAnsi="Arial"/>
          <w:b/>
          <w:sz w:val="22"/>
        </w:rPr>
        <w:t xml:space="preserve">Alice  </w:t>
      </w:r>
      <w:r>
        <w:rPr>
          <w:rFonts w:ascii="Arial" w:hAnsi="Arial"/>
          <w:color w:val="5D7284"/>
          <w:sz w:val="22"/>
        </w:rPr>
        <w:t>57:52</w:t>
      </w:r>
    </w:p>
    <w:p>
      <w:pPr>
        <w:spacing w:after="0"/>
      </w:pPr>
      <w:r>
        <w:rPr>
          <w:rFonts w:ascii="Arial" w:hAnsi="Arial"/>
          <w:sz w:val="22"/>
        </w:rPr>
        <w:t>friends for the princess, yeah. So that, yeah,</w:t>
      </w:r>
    </w:p>
    <w:p>
      <w:pPr>
        <w:spacing w:after="0"/>
      </w:pPr>
    </w:p>
    <w:p>
      <w:pPr>
        <w:spacing w:after="0"/>
      </w:pPr>
      <w:r>
        <w:rPr>
          <w:rFonts w:ascii="Arial" w:hAnsi="Arial"/>
          <w:b/>
          <w:sz w:val="22"/>
        </w:rPr>
        <w:t xml:space="preserve">Daisy  </w:t>
      </w:r>
      <w:r>
        <w:rPr>
          <w:rFonts w:ascii="Arial" w:hAnsi="Arial"/>
          <w:color w:val="5D7284"/>
          <w:sz w:val="22"/>
        </w:rPr>
        <w:t>57:54</w:t>
      </w:r>
    </w:p>
    <w:p>
      <w:pPr>
        <w:spacing w:after="0"/>
      </w:pPr>
      <w:r>
        <w:rPr>
          <w:rFonts w:ascii="Arial" w:hAnsi="Arial"/>
          <w:sz w:val="22"/>
        </w:rPr>
        <w:t>they'd come to, like, open a new wing of the hospital. And while they were there, she was like, I would like to meet your your oddity, basically, let's have a look., she went down, and apparently they had a nice chat. She gave him a signed photograph, and also sent Christmas cards every year.</w:t>
      </w:r>
    </w:p>
    <w:p>
      <w:pPr>
        <w:spacing w:after="0"/>
      </w:pPr>
    </w:p>
    <w:p>
      <w:pPr>
        <w:spacing w:after="0"/>
      </w:pPr>
      <w:r>
        <w:rPr>
          <w:rFonts w:ascii="Arial" w:hAnsi="Arial"/>
          <w:b/>
          <w:sz w:val="22"/>
        </w:rPr>
        <w:t xml:space="preserve">Alice  </w:t>
      </w:r>
      <w:r>
        <w:rPr>
          <w:rFonts w:ascii="Arial" w:hAnsi="Arial"/>
          <w:color w:val="5D7284"/>
          <w:sz w:val="22"/>
        </w:rPr>
        <w:t>58:13</w:t>
      </w:r>
    </w:p>
    <w:p>
      <w:pPr>
        <w:spacing w:after="0"/>
      </w:pPr>
      <w:r>
        <w:rPr>
          <w:rFonts w:ascii="Arial" w:hAnsi="Arial"/>
          <w:sz w:val="22"/>
        </w:rPr>
        <w:t>Nice. Yeah, you know, I think he probably would have preferred like his own home and like support staff, but sure, a nice chat and a Christmas cards. Also very kind of her.</w:t>
      </w:r>
    </w:p>
    <w:p>
      <w:pPr>
        <w:spacing w:after="0"/>
      </w:pPr>
    </w:p>
    <w:p>
      <w:pPr>
        <w:spacing w:after="0"/>
      </w:pPr>
      <w:r>
        <w:rPr>
          <w:rFonts w:ascii="Arial" w:hAnsi="Arial"/>
          <w:b/>
          <w:sz w:val="22"/>
        </w:rPr>
        <w:t xml:space="preserve">Daisy  </w:t>
      </w:r>
      <w:r>
        <w:rPr>
          <w:rFonts w:ascii="Arial" w:hAnsi="Arial"/>
          <w:color w:val="5D7284"/>
          <w:sz w:val="22"/>
        </w:rPr>
        <w:t>58:30</w:t>
      </w:r>
    </w:p>
    <w:p>
      <w:pPr>
        <w:spacing w:after="0"/>
      </w:pPr>
      <w:r>
        <w:rPr>
          <w:rFonts w:ascii="Arial" w:hAnsi="Arial"/>
          <w:sz w:val="22"/>
        </w:rPr>
        <w:t>Yeah, definitely, there was, there's lots of kind of a sense that, like after that, he really wanted to be independent. He always did, and I'll go into it a little bit in a second that kind of, you know, paternalistic caring for attitude and all of that. But yes, in these, these years in hospital, he became less, kind of, well, you know, his growths were kind of massively increasing in size, and there was sort of nothing really that anyone could do about that, as far as they could tell. You know, by this point, doing kind of an operation to cut bits off was incredibly risky, and realistically, it was just going to grow back again. And so he was needing much more nursing care, needing much more help to kind of do everything. So he was only 27 when, when he died, was found, was found dead in his bed the 11th of April. So it was determined to be an accidental death, because he was lying on his back, okay, and so it was thought that, you know, he maybe died in his sleep, as it were, pre. Previously, he'd always slept sat upright with his head and kind of supported on his knees,</w:t>
      </w:r>
    </w:p>
    <w:p>
      <w:pPr>
        <w:spacing w:after="0"/>
      </w:pPr>
    </w:p>
    <w:p>
      <w:pPr>
        <w:spacing w:after="0"/>
      </w:pPr>
      <w:r>
        <w:rPr>
          <w:rFonts w:ascii="Arial" w:hAnsi="Arial"/>
          <w:b/>
          <w:sz w:val="22"/>
        </w:rPr>
        <w:t xml:space="preserve">Lucy  </w:t>
      </w:r>
      <w:r>
        <w:rPr>
          <w:rFonts w:ascii="Arial" w:hAnsi="Arial"/>
          <w:color w:val="5D7284"/>
          <w:sz w:val="22"/>
        </w:rPr>
        <w:t>1:00:04</w:t>
      </w:r>
    </w:p>
    <w:p>
      <w:pPr>
        <w:spacing w:after="0"/>
      </w:pPr>
      <w:r>
        <w:rPr>
          <w:rFonts w:ascii="Arial" w:hAnsi="Arial"/>
          <w:sz w:val="22"/>
        </w:rPr>
        <w:t xml:space="preserve">on his knees, jeez, </w:t>
      </w:r>
    </w:p>
    <w:p>
      <w:pPr>
        <w:spacing w:after="0"/>
      </w:pPr>
    </w:p>
    <w:p>
      <w:pPr>
        <w:spacing w:after="0"/>
      </w:pPr>
      <w:r>
        <w:rPr>
          <w:rFonts w:ascii="Arial" w:hAnsi="Arial"/>
          <w:b/>
          <w:sz w:val="22"/>
        </w:rPr>
        <w:t xml:space="preserve">Lucy  </w:t>
      </w:r>
      <w:r>
        <w:rPr>
          <w:rFonts w:ascii="Arial" w:hAnsi="Arial"/>
          <w:color w:val="5D7284"/>
          <w:sz w:val="22"/>
        </w:rPr>
        <w:t>1:00:07</w:t>
      </w:r>
    </w:p>
    <w:p>
      <w:pPr>
        <w:spacing w:after="0"/>
      </w:pPr>
      <w:r>
        <w:rPr>
          <w:rFonts w:ascii="Arial" w:hAnsi="Arial"/>
          <w:sz w:val="22"/>
        </w:rPr>
        <w:t>yeah, yeah,it's kind of like a sort of almost, I guess, curled up feet</w:t>
      </w:r>
    </w:p>
    <w:p>
      <w:pPr>
        <w:spacing w:after="0"/>
      </w:pPr>
    </w:p>
    <w:p>
      <w:pPr>
        <w:spacing w:after="0"/>
      </w:pPr>
      <w:r>
        <w:rPr>
          <w:rFonts w:ascii="Arial" w:hAnsi="Arial"/>
          <w:b/>
          <w:sz w:val="22"/>
        </w:rPr>
        <w:t xml:space="preserve">Lucy  </w:t>
      </w:r>
      <w:r>
        <w:rPr>
          <w:rFonts w:ascii="Arial" w:hAnsi="Arial"/>
          <w:color w:val="5D7284"/>
          <w:sz w:val="22"/>
        </w:rPr>
        <w:t>1:00:12</w:t>
      </w:r>
    </w:p>
    <w:p>
      <w:pPr>
        <w:spacing w:after="0"/>
      </w:pPr>
      <w:r>
        <w:rPr>
          <w:rFonts w:ascii="Arial" w:hAnsi="Arial"/>
          <w:sz w:val="22"/>
        </w:rPr>
        <w:t xml:space="preserve">like a fetal position </w:t>
      </w:r>
    </w:p>
    <w:p>
      <w:pPr>
        <w:spacing w:after="0"/>
      </w:pPr>
    </w:p>
    <w:p>
      <w:pPr>
        <w:spacing w:after="0"/>
      </w:pPr>
      <w:r>
        <w:rPr>
          <w:rFonts w:ascii="Arial" w:hAnsi="Arial"/>
          <w:b/>
          <w:sz w:val="22"/>
        </w:rPr>
        <w:t xml:space="preserve">Alice  </w:t>
      </w:r>
      <w:r>
        <w:rPr>
          <w:rFonts w:ascii="Arial" w:hAnsi="Arial"/>
          <w:color w:val="5D7284"/>
          <w:sz w:val="22"/>
        </w:rPr>
        <w:t>1:00:13</w:t>
      </w:r>
    </w:p>
    <w:p>
      <w:pPr>
        <w:spacing w:after="0"/>
      </w:pPr>
      <w:r>
        <w:rPr>
          <w:rFonts w:ascii="Arial" w:hAnsi="Arial"/>
          <w:sz w:val="22"/>
        </w:rPr>
        <w:t>yeah, in an upright position.</w:t>
      </w:r>
    </w:p>
    <w:p>
      <w:pPr>
        <w:spacing w:after="0"/>
      </w:pPr>
    </w:p>
    <w:p>
      <w:pPr>
        <w:spacing w:after="0"/>
      </w:pPr>
      <w:r>
        <w:rPr>
          <w:rFonts w:ascii="Arial" w:hAnsi="Arial"/>
          <w:b/>
          <w:sz w:val="22"/>
        </w:rPr>
        <w:t xml:space="preserve">Lucy  </w:t>
      </w:r>
      <w:r>
        <w:rPr>
          <w:rFonts w:ascii="Arial" w:hAnsi="Arial"/>
          <w:color w:val="5D7284"/>
          <w:sz w:val="22"/>
        </w:rPr>
        <w:t>1:00:17</w:t>
      </w:r>
    </w:p>
    <w:p>
      <w:pPr>
        <w:spacing w:after="0"/>
      </w:pPr>
      <w:r>
        <w:rPr>
          <w:rFonts w:ascii="Arial" w:hAnsi="Arial"/>
          <w:sz w:val="22"/>
        </w:rPr>
        <w:t xml:space="preserve">Oh, not comfortable </w:t>
      </w:r>
    </w:p>
    <w:p>
      <w:pPr>
        <w:spacing w:after="0"/>
      </w:pPr>
    </w:p>
    <w:p>
      <w:pPr>
        <w:spacing w:after="0"/>
      </w:pPr>
      <w:r>
        <w:rPr>
          <w:rFonts w:ascii="Arial" w:hAnsi="Arial"/>
          <w:b/>
          <w:sz w:val="22"/>
        </w:rPr>
        <w:t xml:space="preserve">Daisy  </w:t>
      </w:r>
      <w:r>
        <w:rPr>
          <w:rFonts w:ascii="Arial" w:hAnsi="Arial"/>
          <w:color w:val="5D7284"/>
          <w:sz w:val="22"/>
        </w:rPr>
        <w:t>1:00:18</w:t>
      </w:r>
    </w:p>
    <w:p>
      <w:pPr>
        <w:spacing w:after="0"/>
      </w:pPr>
      <w:r>
        <w:rPr>
          <w:rFonts w:ascii="Arial" w:hAnsi="Arial"/>
          <w:sz w:val="22"/>
        </w:rPr>
        <w:t xml:space="preserve">yeah. Basically. And as it turned out, the death was probably caused by a dislocated neck. Originally, they thought it was like asphyxiation, just from, yeah, like on his back. But many people have you know, some people have speculated in Tom Norman in particular, the his sort of main manager who took him on the exhibits to the greengrocers, speculated that it was quite possibly a deliberate act on his part, because he knew what the consequences would be of lying on his back. </w:t>
      </w:r>
    </w:p>
    <w:p>
      <w:pPr>
        <w:spacing w:after="0"/>
      </w:pPr>
    </w:p>
    <w:p>
      <w:pPr>
        <w:spacing w:after="0"/>
      </w:pPr>
      <w:r>
        <w:rPr>
          <w:rFonts w:ascii="Arial" w:hAnsi="Arial"/>
          <w:b/>
          <w:sz w:val="22"/>
        </w:rPr>
        <w:t xml:space="preserve">Lucy  </w:t>
      </w:r>
      <w:r>
        <w:rPr>
          <w:rFonts w:ascii="Arial" w:hAnsi="Arial"/>
          <w:color w:val="5D7284"/>
          <w:sz w:val="22"/>
        </w:rPr>
        <w:t>1:00:54</w:t>
      </w:r>
    </w:p>
    <w:p>
      <w:pPr>
        <w:spacing w:after="0"/>
      </w:pPr>
      <w:r>
        <w:rPr>
          <w:rFonts w:ascii="Arial" w:hAnsi="Arial"/>
          <w:sz w:val="22"/>
        </w:rPr>
        <w:t xml:space="preserve">That's what makes that in the film. So basically, he becomes friends with the princess. The Princess then takes him to the theater, because he said, I've always wanted to go to the theatre, and then he comes back and decides he doesn't want to live anymore. And then the film just ends like that. So it definitely plays to that trope of he decided, like, this was his choice. But like you say, whether it was or not, whether it was accidental, will always remain to be seen when it really </w:t>
      </w:r>
    </w:p>
    <w:p>
      <w:pPr>
        <w:spacing w:after="0"/>
      </w:pPr>
    </w:p>
    <w:p>
      <w:pPr>
        <w:spacing w:after="0"/>
      </w:pPr>
      <w:r>
        <w:rPr>
          <w:rFonts w:ascii="Arial" w:hAnsi="Arial"/>
          <w:b/>
          <w:sz w:val="22"/>
        </w:rPr>
        <w:t xml:space="preserve">Daisy  </w:t>
      </w:r>
      <w:r>
        <w:rPr>
          <w:rFonts w:ascii="Arial" w:hAnsi="Arial"/>
          <w:color w:val="5D7284"/>
          <w:sz w:val="22"/>
        </w:rPr>
        <w:t>1:01:23</w:t>
      </w:r>
    </w:p>
    <w:p>
      <w:pPr>
        <w:spacing w:after="0"/>
      </w:pPr>
      <w:r>
        <w:rPr>
          <w:rFonts w:ascii="Arial" w:hAnsi="Arial"/>
          <w:sz w:val="22"/>
        </w:rPr>
        <w:t xml:space="preserve">Yeah So in in tree for the doctor's book, he suggested that he had decided to sleep on his back to experience what it was like for like normal people to sleep on their back, which is a very strange assumption, particularly because this, this was like, mid afternoon, so it's not like typical sleeping time, like, you know, people can have naps if they want. Like, </w:t>
      </w:r>
    </w:p>
    <w:p>
      <w:pPr>
        <w:spacing w:after="0"/>
      </w:pPr>
    </w:p>
    <w:p>
      <w:pPr>
        <w:spacing w:after="0"/>
      </w:pPr>
      <w:r>
        <w:rPr>
          <w:rFonts w:ascii="Arial" w:hAnsi="Arial"/>
          <w:b/>
          <w:sz w:val="22"/>
        </w:rPr>
        <w:t xml:space="preserve">Daisy  </w:t>
      </w:r>
      <w:r>
        <w:rPr>
          <w:rFonts w:ascii="Arial" w:hAnsi="Arial"/>
          <w:color w:val="5D7284"/>
          <w:sz w:val="22"/>
        </w:rPr>
        <w:t>1:01:57</w:t>
      </w:r>
    </w:p>
    <w:p>
      <w:pPr>
        <w:spacing w:after="0"/>
      </w:pPr>
      <w:r>
        <w:rPr>
          <w:rFonts w:ascii="Arial" w:hAnsi="Arial"/>
          <w:sz w:val="22"/>
        </w:rPr>
        <w:t xml:space="preserve">yeah, but you wouldn't necessarily  Have a nap, a big do you know what I'm gonna lie my back and see what it feels like? </w:t>
      </w:r>
    </w:p>
    <w:p>
      <w:pPr>
        <w:spacing w:after="0"/>
      </w:pPr>
    </w:p>
    <w:p>
      <w:pPr>
        <w:spacing w:after="0"/>
      </w:pPr>
      <w:r>
        <w:rPr>
          <w:rFonts w:ascii="Arial" w:hAnsi="Arial"/>
          <w:b/>
          <w:sz w:val="22"/>
        </w:rPr>
        <w:t xml:space="preserve">Alice  </w:t>
      </w:r>
      <w:r>
        <w:rPr>
          <w:rFonts w:ascii="Arial" w:hAnsi="Arial"/>
          <w:color w:val="5D7284"/>
          <w:sz w:val="22"/>
        </w:rPr>
        <w:t>1:02:06</w:t>
      </w:r>
    </w:p>
    <w:p>
      <w:pPr>
        <w:spacing w:after="0"/>
      </w:pPr>
      <w:r>
        <w:rPr>
          <w:rFonts w:ascii="Arial" w:hAnsi="Arial"/>
          <w:sz w:val="22"/>
        </w:rPr>
        <w:t>Yeah.I mean, mostly, if someone's going for a nap, it's cause they need a nap. It's not like that. Now is the ideal time to experiment with my sleeping style. I</w:t>
      </w:r>
    </w:p>
    <w:p>
      <w:pPr>
        <w:spacing w:after="0"/>
      </w:pPr>
    </w:p>
    <w:p>
      <w:pPr>
        <w:spacing w:after="0"/>
      </w:pPr>
      <w:r>
        <w:rPr>
          <w:rFonts w:ascii="Arial" w:hAnsi="Arial"/>
          <w:b/>
          <w:sz w:val="22"/>
        </w:rPr>
        <w:t xml:space="preserve">Daisy  </w:t>
      </w:r>
      <w:r>
        <w:rPr>
          <w:rFonts w:ascii="Arial" w:hAnsi="Arial"/>
          <w:color w:val="5D7284"/>
          <w:sz w:val="22"/>
        </w:rPr>
        <w:t>1:02:16</w:t>
      </w:r>
    </w:p>
    <w:p>
      <w:pPr>
        <w:spacing w:after="0"/>
      </w:pPr>
      <w:r>
        <w:rPr>
          <w:rFonts w:ascii="Arial" w:hAnsi="Arial"/>
          <w:sz w:val="22"/>
        </w:rPr>
        <w:t>If you've been in a basement for that long. There's not much to do. It's like, well, I made that little model of Westminster Abbey, and I've weaved a basket. I guess I'll lie down now on my back and see what that's like.</w:t>
      </w:r>
    </w:p>
    <w:p>
      <w:pPr>
        <w:spacing w:after="0"/>
      </w:pPr>
    </w:p>
    <w:p>
      <w:pPr>
        <w:spacing w:after="0"/>
      </w:pPr>
      <w:r>
        <w:rPr>
          <w:rFonts w:ascii="Arial" w:hAnsi="Arial"/>
          <w:b/>
          <w:sz w:val="22"/>
        </w:rPr>
        <w:t xml:space="preserve">Alice  </w:t>
      </w:r>
      <w:r>
        <w:rPr>
          <w:rFonts w:ascii="Arial" w:hAnsi="Arial"/>
          <w:color w:val="5D7284"/>
          <w:sz w:val="22"/>
        </w:rPr>
        <w:t>1:02:29</w:t>
      </w:r>
    </w:p>
    <w:p>
      <w:pPr>
        <w:spacing w:after="0"/>
      </w:pPr>
      <w:r>
        <w:rPr>
          <w:rFonts w:ascii="Arial" w:hAnsi="Arial"/>
          <w:sz w:val="22"/>
        </w:rPr>
        <w:t>I suppose.</w:t>
      </w:r>
    </w:p>
    <w:p>
      <w:pPr>
        <w:spacing w:after="0"/>
      </w:pPr>
    </w:p>
    <w:p>
      <w:pPr>
        <w:spacing w:after="0"/>
      </w:pPr>
      <w:r>
        <w:rPr>
          <w:rFonts w:ascii="Arial" w:hAnsi="Arial"/>
          <w:b/>
          <w:sz w:val="22"/>
        </w:rPr>
        <w:t xml:space="preserve">Lucy  </w:t>
      </w:r>
      <w:r>
        <w:rPr>
          <w:rFonts w:ascii="Arial" w:hAnsi="Arial"/>
          <w:color w:val="5D7284"/>
          <w:sz w:val="22"/>
        </w:rPr>
        <w:t>1:02:30</w:t>
      </w:r>
    </w:p>
    <w:p>
      <w:pPr>
        <w:spacing w:after="0"/>
      </w:pPr>
      <w:r>
        <w:rPr>
          <w:rFonts w:ascii="Arial" w:hAnsi="Arial"/>
          <w:sz w:val="22"/>
        </w:rPr>
        <w:t>I don't know why I'm laughing  but did. he  see, what if I lay on my back?</w:t>
      </w:r>
    </w:p>
    <w:p>
      <w:pPr>
        <w:spacing w:after="0"/>
      </w:pPr>
    </w:p>
    <w:p>
      <w:pPr>
        <w:spacing w:after="0"/>
      </w:pPr>
      <w:r>
        <w:rPr>
          <w:rFonts w:ascii="Arial" w:hAnsi="Arial"/>
          <w:b/>
          <w:sz w:val="22"/>
        </w:rPr>
        <w:t xml:space="preserve">Alice  </w:t>
      </w:r>
      <w:r>
        <w:rPr>
          <w:rFonts w:ascii="Arial" w:hAnsi="Arial"/>
          <w:color w:val="5D7284"/>
          <w:sz w:val="22"/>
        </w:rPr>
        <w:t>1:02:38</w:t>
      </w:r>
    </w:p>
    <w:p>
      <w:pPr>
        <w:spacing w:after="0"/>
      </w:pPr>
      <w:r>
        <w:rPr>
          <w:rFonts w:ascii="Arial" w:hAnsi="Arial"/>
          <w:sz w:val="22"/>
        </w:rPr>
        <w:t>I suppose if he did know that the risks of that then, you know? I mean, he's not gonna go, oh, like, you know, sure, I've heard that heroin is supposed to be a great time, but I'm not, you know what I'm gonna do. It's a Tuesday. I've got nothing on. Like, you know, it's, it's a decision that you make.</w:t>
      </w:r>
    </w:p>
    <w:p>
      <w:pPr>
        <w:spacing w:after="0"/>
      </w:pPr>
    </w:p>
    <w:p>
      <w:pPr>
        <w:spacing w:after="0"/>
      </w:pPr>
      <w:r>
        <w:rPr>
          <w:rFonts w:ascii="Arial" w:hAnsi="Arial"/>
          <w:b/>
          <w:sz w:val="22"/>
        </w:rPr>
        <w:t xml:space="preserve">Lucy  </w:t>
      </w:r>
      <w:r>
        <w:rPr>
          <w:rFonts w:ascii="Arial" w:hAnsi="Arial"/>
          <w:color w:val="5D7284"/>
          <w:sz w:val="22"/>
        </w:rPr>
        <w:t>1:03:07</w:t>
      </w:r>
    </w:p>
    <w:p>
      <w:pPr>
        <w:spacing w:after="0"/>
      </w:pPr>
      <w:r>
        <w:rPr>
          <w:rFonts w:ascii="Arial" w:hAnsi="Arial"/>
          <w:sz w:val="22"/>
        </w:rPr>
        <w:t>Yeah, there is part of me that does think to myself, it may have been, like, accidental, because if he's, like, sleeping in that fatal, up right, weird position, and then his body just goes ...,</w:t>
      </w:r>
    </w:p>
    <w:p>
      <w:pPr>
        <w:spacing w:after="0"/>
      </w:pPr>
    </w:p>
    <w:p>
      <w:pPr>
        <w:spacing w:after="0"/>
      </w:pPr>
      <w:r>
        <w:rPr>
          <w:rFonts w:ascii="Arial" w:hAnsi="Arial"/>
          <w:b/>
          <w:sz w:val="22"/>
        </w:rPr>
        <w:t xml:space="preserve">Alice  </w:t>
      </w:r>
      <w:r>
        <w:rPr>
          <w:rFonts w:ascii="Arial" w:hAnsi="Arial"/>
          <w:color w:val="5D7284"/>
          <w:sz w:val="22"/>
        </w:rPr>
        <w:t>1:03:20</w:t>
      </w:r>
    </w:p>
    <w:p>
      <w:pPr>
        <w:spacing w:after="0"/>
      </w:pPr>
      <w:r>
        <w:rPr>
          <w:rFonts w:ascii="Arial" w:hAnsi="Arial"/>
          <w:sz w:val="22"/>
        </w:rPr>
        <w:t>it doesn't sound like, from how Daisy described it, that you could sort of, you know, accidentally slide out of that position and end up on your back in bed. You could fall out of bed, but,</w:t>
      </w:r>
    </w:p>
    <w:p>
      <w:pPr>
        <w:spacing w:after="0"/>
      </w:pPr>
    </w:p>
    <w:p>
      <w:pPr>
        <w:spacing w:after="0"/>
      </w:pPr>
      <w:r>
        <w:rPr>
          <w:rFonts w:ascii="Arial" w:hAnsi="Arial"/>
          <w:b/>
          <w:sz w:val="22"/>
        </w:rPr>
        <w:t xml:space="preserve">Lucy  </w:t>
      </w:r>
      <w:r>
        <w:rPr>
          <w:rFonts w:ascii="Arial" w:hAnsi="Arial"/>
          <w:color w:val="5D7284"/>
          <w:sz w:val="22"/>
        </w:rPr>
        <w:t>1:03:34</w:t>
      </w:r>
    </w:p>
    <w:p>
      <w:pPr>
        <w:spacing w:after="0"/>
      </w:pPr>
      <w:r>
        <w:rPr>
          <w:rFonts w:ascii="Arial" w:hAnsi="Arial"/>
          <w:sz w:val="22"/>
        </w:rPr>
        <w:t>but could your hair backwards of its own accord if you've got your head on your knees?</w:t>
      </w:r>
    </w:p>
    <w:p>
      <w:pPr>
        <w:spacing w:after="0"/>
      </w:pPr>
    </w:p>
    <w:p>
      <w:pPr>
        <w:spacing w:after="0"/>
      </w:pPr>
      <w:r>
        <w:rPr>
          <w:rFonts w:ascii="Arial" w:hAnsi="Arial"/>
          <w:b/>
          <w:sz w:val="22"/>
        </w:rPr>
        <w:t xml:space="preserve">Alice  </w:t>
      </w:r>
      <w:r>
        <w:rPr>
          <w:rFonts w:ascii="Arial" w:hAnsi="Arial"/>
          <w:color w:val="5D7284"/>
          <w:sz w:val="22"/>
        </w:rPr>
        <w:t>1:03:40</w:t>
      </w:r>
    </w:p>
    <w:p>
      <w:pPr>
        <w:spacing w:after="0"/>
      </w:pPr>
      <w:r>
        <w:rPr>
          <w:rFonts w:ascii="Arial" w:hAnsi="Arial"/>
          <w:sz w:val="22"/>
        </w:rPr>
        <w:t xml:space="preserve">I thought if your head is resting on your knees, you're more likely for your forward legs to Yeah, to straighten and you to go forward, </w:t>
      </w:r>
    </w:p>
    <w:p>
      <w:pPr>
        <w:spacing w:after="0"/>
      </w:pPr>
    </w:p>
    <w:p>
      <w:pPr>
        <w:spacing w:after="0"/>
      </w:pPr>
      <w:r>
        <w:rPr>
          <w:rFonts w:ascii="Arial" w:hAnsi="Arial"/>
          <w:b/>
          <w:sz w:val="22"/>
        </w:rPr>
        <w:t xml:space="preserve">Alice  </w:t>
      </w:r>
      <w:r>
        <w:rPr>
          <w:rFonts w:ascii="Arial" w:hAnsi="Arial"/>
          <w:color w:val="5D7284"/>
          <w:sz w:val="22"/>
        </w:rPr>
        <w:t>1:03:48</w:t>
      </w:r>
    </w:p>
    <w:p>
      <w:pPr>
        <w:spacing w:after="0"/>
      </w:pPr>
      <w:r>
        <w:rPr>
          <w:rFonts w:ascii="Arial" w:hAnsi="Arial"/>
          <w:sz w:val="22"/>
        </w:rPr>
        <w:t>yeah. I kind of assumed that this was, like, up against a wall. But, like, you know that there was nothing that specifically said that.</w:t>
      </w:r>
    </w:p>
    <w:p>
      <w:pPr>
        <w:spacing w:after="0"/>
      </w:pPr>
    </w:p>
    <w:p>
      <w:pPr>
        <w:spacing w:after="0"/>
      </w:pPr>
      <w:r>
        <w:rPr>
          <w:rFonts w:ascii="Arial" w:hAnsi="Arial"/>
          <w:b/>
          <w:sz w:val="22"/>
        </w:rPr>
        <w:t xml:space="preserve">Lucy  </w:t>
      </w:r>
      <w:r>
        <w:rPr>
          <w:rFonts w:ascii="Arial" w:hAnsi="Arial"/>
          <w:color w:val="5D7284"/>
          <w:sz w:val="22"/>
        </w:rPr>
        <w:t>1:03:54</w:t>
      </w:r>
    </w:p>
    <w:p>
      <w:pPr>
        <w:spacing w:after="0"/>
      </w:pPr>
      <w:r>
        <w:rPr>
          <w:rFonts w:ascii="Arial" w:hAnsi="Arial"/>
          <w:sz w:val="22"/>
        </w:rPr>
        <w:t>But did they actually, did they ever get to the bottom of what his sort of like scheme condition was, or not really</w:t>
      </w:r>
    </w:p>
    <w:p>
      <w:pPr>
        <w:spacing w:after="0"/>
      </w:pPr>
    </w:p>
    <w:p>
      <w:pPr>
        <w:spacing w:after="0"/>
      </w:pPr>
      <w:r>
        <w:rPr>
          <w:rFonts w:ascii="Arial" w:hAnsi="Arial"/>
          <w:b/>
          <w:sz w:val="22"/>
        </w:rPr>
        <w:t xml:space="preserve">Daisy  </w:t>
      </w:r>
      <w:r>
        <w:rPr>
          <w:rFonts w:ascii="Arial" w:hAnsi="Arial"/>
          <w:color w:val="5D7284"/>
          <w:sz w:val="22"/>
        </w:rPr>
        <w:t>1:04:02</w:t>
      </w:r>
    </w:p>
    <w:p>
      <w:pPr>
        <w:spacing w:after="0"/>
      </w:pPr>
      <w:r>
        <w:rPr>
          <w:rFonts w:ascii="Arial" w:hAnsi="Arial"/>
          <w:sz w:val="22"/>
        </w:rPr>
        <w:t>No, not, not quite. So I've got a bit on that in a second. So treve mourned his his good friend by immediately making plaster casts of his body, taking skin samples, dissecting him and mounting his skeleton.</w:t>
      </w:r>
    </w:p>
    <w:p>
      <w:pPr>
        <w:spacing w:after="0"/>
      </w:pPr>
    </w:p>
    <w:p>
      <w:pPr>
        <w:spacing w:after="0"/>
      </w:pPr>
      <w:r>
        <w:rPr>
          <w:rFonts w:ascii="Arial" w:hAnsi="Arial"/>
          <w:b/>
          <w:sz w:val="22"/>
        </w:rPr>
        <w:t xml:space="preserve">Lucy  </w:t>
      </w:r>
      <w:r>
        <w:rPr>
          <w:rFonts w:ascii="Arial" w:hAnsi="Arial"/>
          <w:color w:val="5D7284"/>
          <w:sz w:val="22"/>
        </w:rPr>
        <w:t>1:04:20</w:t>
      </w:r>
    </w:p>
    <w:p>
      <w:pPr>
        <w:spacing w:after="0"/>
      </w:pPr>
      <w:r>
        <w:rPr>
          <w:rFonts w:ascii="Arial" w:hAnsi="Arial"/>
          <w:sz w:val="22"/>
        </w:rPr>
        <w:t xml:space="preserve">Yeah, nice one fella, </w:t>
      </w:r>
    </w:p>
    <w:p>
      <w:pPr>
        <w:spacing w:after="0"/>
      </w:pPr>
    </w:p>
    <w:p>
      <w:pPr>
        <w:spacing w:after="0"/>
      </w:pPr>
      <w:r>
        <w:rPr>
          <w:rFonts w:ascii="Arial" w:hAnsi="Arial"/>
          <w:b/>
          <w:sz w:val="22"/>
        </w:rPr>
        <w:t xml:space="preserve">Alice  </w:t>
      </w:r>
      <w:r>
        <w:rPr>
          <w:rFonts w:ascii="Arial" w:hAnsi="Arial"/>
          <w:color w:val="5D7284"/>
          <w:sz w:val="22"/>
        </w:rPr>
        <w:t>1:04:25</w:t>
      </w:r>
    </w:p>
    <w:p>
      <w:pPr>
        <w:spacing w:after="0"/>
      </w:pPr>
      <w:r>
        <w:rPr>
          <w:rFonts w:ascii="Arial" w:hAnsi="Arial"/>
          <w:sz w:val="22"/>
        </w:rPr>
        <w:t>I mean, Adam, when I'm dead, please don't do that to me like it doesn't.</w:t>
      </w:r>
    </w:p>
    <w:p>
      <w:pPr>
        <w:spacing w:after="0"/>
      </w:pPr>
    </w:p>
    <w:p>
      <w:pPr>
        <w:spacing w:after="0"/>
      </w:pPr>
      <w:r>
        <w:rPr>
          <w:rFonts w:ascii="Arial" w:hAnsi="Arial"/>
          <w:b/>
          <w:sz w:val="22"/>
        </w:rPr>
        <w:t xml:space="preserve">Lucy  </w:t>
      </w:r>
      <w:r>
        <w:rPr>
          <w:rFonts w:ascii="Arial" w:hAnsi="Arial"/>
          <w:color w:val="5D7284"/>
          <w:sz w:val="22"/>
        </w:rPr>
        <w:t>1:04:34</w:t>
      </w:r>
    </w:p>
    <w:p>
      <w:pPr>
        <w:spacing w:after="0"/>
      </w:pPr>
      <w:r>
        <w:rPr>
          <w:rFonts w:ascii="Arial" w:hAnsi="Arial"/>
          <w:sz w:val="22"/>
        </w:rPr>
        <w:t>Can we just make a pack if, like any of us,sort of,</w:t>
      </w:r>
    </w:p>
    <w:p>
      <w:pPr>
        <w:spacing w:after="0"/>
      </w:pPr>
    </w:p>
    <w:p>
      <w:pPr>
        <w:spacing w:after="0"/>
      </w:pPr>
      <w:r>
        <w:rPr>
          <w:rFonts w:ascii="Arial" w:hAnsi="Arial"/>
          <w:b/>
          <w:sz w:val="22"/>
        </w:rPr>
        <w:t xml:space="preserve">Alice  </w:t>
      </w:r>
      <w:r>
        <w:rPr>
          <w:rFonts w:ascii="Arial" w:hAnsi="Arial"/>
          <w:color w:val="5D7284"/>
          <w:sz w:val="22"/>
        </w:rPr>
        <w:t>1:04:38</w:t>
      </w:r>
    </w:p>
    <w:p>
      <w:pPr>
        <w:spacing w:after="0"/>
      </w:pPr>
      <w:r>
        <w:rPr>
          <w:rFonts w:ascii="Arial" w:hAnsi="Arial"/>
          <w:sz w:val="22"/>
        </w:rPr>
        <w:t xml:space="preserve"> I mean, I'm all for donating my body to science, but I don't think that works, fair enough. But well, and also, I'm consenting to something like that. I don't know whether Merrick was, you know what? May I'm having a really rough time at the minute, so I've actually made the difficult decision to end my life. But you know, when I'm done, make sure you get some more. Holds of my face,</w:t>
      </w:r>
    </w:p>
    <w:p>
      <w:pPr>
        <w:spacing w:after="0"/>
      </w:pPr>
    </w:p>
    <w:p>
      <w:pPr>
        <w:spacing w:after="0"/>
      </w:pPr>
      <w:r>
        <w:rPr>
          <w:rFonts w:ascii="Arial" w:hAnsi="Arial"/>
          <w:b/>
          <w:sz w:val="22"/>
        </w:rPr>
        <w:t xml:space="preserve">Lucy  </w:t>
      </w:r>
      <w:r>
        <w:rPr>
          <w:rFonts w:ascii="Arial" w:hAnsi="Arial"/>
          <w:color w:val="5D7284"/>
          <w:sz w:val="22"/>
        </w:rPr>
        <w:t>1:05:00</w:t>
      </w:r>
    </w:p>
    <w:p>
      <w:pPr>
        <w:spacing w:after="0"/>
      </w:pPr>
      <w:r>
        <w:rPr>
          <w:rFonts w:ascii="Arial" w:hAnsi="Arial"/>
          <w:sz w:val="22"/>
        </w:rPr>
        <w:t>like a death mask situation. Was it Daisy?</w:t>
      </w:r>
    </w:p>
    <w:p>
      <w:pPr>
        <w:spacing w:after="0"/>
      </w:pPr>
    </w:p>
    <w:p>
      <w:pPr>
        <w:spacing w:after="0"/>
      </w:pPr>
      <w:r>
        <w:rPr>
          <w:rFonts w:ascii="Arial" w:hAnsi="Arial"/>
          <w:b/>
          <w:sz w:val="22"/>
        </w:rPr>
        <w:t xml:space="preserve">Alice  </w:t>
      </w:r>
      <w:r>
        <w:rPr>
          <w:rFonts w:ascii="Arial" w:hAnsi="Arial"/>
          <w:color w:val="5D7284"/>
          <w:sz w:val="22"/>
        </w:rPr>
        <w:t>1:05:04</w:t>
      </w:r>
    </w:p>
    <w:p>
      <w:pPr>
        <w:spacing w:after="0"/>
      </w:pPr>
      <w:r>
        <w:rPr>
          <w:rFonts w:ascii="Arial" w:hAnsi="Arial"/>
          <w:sz w:val="22"/>
        </w:rPr>
        <w:t>I don't think. No. Death masks are a mark of, like, mourning and respect and remembrance,</w:t>
      </w:r>
    </w:p>
    <w:p>
      <w:pPr>
        <w:spacing w:after="0"/>
      </w:pPr>
    </w:p>
    <w:p>
      <w:pPr>
        <w:spacing w:after="0"/>
      </w:pPr>
      <w:r>
        <w:rPr>
          <w:rFonts w:ascii="Arial" w:hAnsi="Arial"/>
          <w:b/>
          <w:sz w:val="22"/>
        </w:rPr>
        <w:t xml:space="preserve">Daisy  </w:t>
      </w:r>
      <w:r>
        <w:rPr>
          <w:rFonts w:ascii="Arial" w:hAnsi="Arial"/>
          <w:color w:val="5D7284"/>
          <w:sz w:val="22"/>
        </w:rPr>
        <w:t>1:05:09</w:t>
      </w:r>
    </w:p>
    <w:p>
      <w:pPr>
        <w:spacing w:after="0"/>
      </w:pPr>
      <w:r>
        <w:rPr>
          <w:rFonts w:ascii="Arial" w:hAnsi="Arial"/>
          <w:sz w:val="22"/>
        </w:rPr>
        <w:t xml:space="preserve"> yeah. Sort of like something that you can keep to be like, Oh yes, I remember this person, this, this was, yeah, medical curiosity. </w:t>
      </w:r>
    </w:p>
    <w:p>
      <w:pPr>
        <w:spacing w:after="0"/>
      </w:pPr>
    </w:p>
    <w:p>
      <w:pPr>
        <w:spacing w:after="0"/>
      </w:pPr>
      <w:r>
        <w:rPr>
          <w:rFonts w:ascii="Arial" w:hAnsi="Arial"/>
          <w:b/>
          <w:sz w:val="22"/>
        </w:rPr>
        <w:t xml:space="preserve">Alice  </w:t>
      </w:r>
      <w:r>
        <w:rPr>
          <w:rFonts w:ascii="Arial" w:hAnsi="Arial"/>
          <w:color w:val="5D7284"/>
          <w:sz w:val="22"/>
        </w:rPr>
        <w:t>1:05:17</w:t>
      </w:r>
    </w:p>
    <w:p>
      <w:pPr>
        <w:spacing w:after="0"/>
      </w:pPr>
      <w:r>
        <w:rPr>
          <w:rFonts w:ascii="Arial" w:hAnsi="Arial"/>
          <w:sz w:val="22"/>
        </w:rPr>
        <w:t xml:space="preserve">Look at his face, even though he's gone. Look at his face </w:t>
      </w:r>
    </w:p>
    <w:p>
      <w:pPr>
        <w:spacing w:after="0"/>
      </w:pPr>
    </w:p>
    <w:p>
      <w:pPr>
        <w:spacing w:after="0"/>
      </w:pPr>
      <w:r>
        <w:rPr>
          <w:rFonts w:ascii="Arial" w:hAnsi="Arial"/>
          <w:b/>
          <w:sz w:val="22"/>
        </w:rPr>
        <w:t xml:space="preserve">Lucy  </w:t>
      </w:r>
      <w:r>
        <w:rPr>
          <w:rFonts w:ascii="Arial" w:hAnsi="Arial"/>
          <w:color w:val="5D7284"/>
          <w:sz w:val="22"/>
        </w:rPr>
        <w:t>1:05:20</w:t>
      </w:r>
    </w:p>
    <w:p>
      <w:pPr>
        <w:spacing w:after="0"/>
      </w:pPr>
      <w:r>
        <w:rPr>
          <w:rFonts w:ascii="Arial" w:hAnsi="Arial"/>
          <w:sz w:val="22"/>
        </w:rPr>
        <w:t>When I was doing the research for the film, I did come across the fact that I don't know whether it was real or not, but Michael Jackson tried to buy the elephant man's skeleton for like, a million pounds.</w:t>
      </w:r>
    </w:p>
    <w:p>
      <w:pPr>
        <w:spacing w:after="0"/>
      </w:pPr>
    </w:p>
    <w:p>
      <w:pPr>
        <w:spacing w:after="0"/>
      </w:pPr>
      <w:r>
        <w:rPr>
          <w:rFonts w:ascii="Arial" w:hAnsi="Arial"/>
          <w:b/>
          <w:sz w:val="22"/>
        </w:rPr>
        <w:t xml:space="preserve">Alice  </w:t>
      </w:r>
      <w:r>
        <w:rPr>
          <w:rFonts w:ascii="Arial" w:hAnsi="Arial"/>
          <w:color w:val="5D7284"/>
          <w:sz w:val="22"/>
        </w:rPr>
        <w:t>1:05:36</w:t>
      </w:r>
    </w:p>
    <w:p>
      <w:pPr>
        <w:spacing w:after="0"/>
      </w:pPr>
      <w:r>
        <w:rPr>
          <w:rFonts w:ascii="Arial" w:hAnsi="Arial"/>
          <w:sz w:val="22"/>
        </w:rPr>
        <w:t>Isn't it in the is it? What's the hospital, the Horniman, or something that's a museum that's got all of the quote, unquote, medical curiosities in it. I forget what it's called. I apologize if it's not the Horniman.</w:t>
      </w:r>
    </w:p>
    <w:p>
      <w:pPr>
        <w:spacing w:after="0"/>
      </w:pPr>
    </w:p>
    <w:p>
      <w:pPr>
        <w:spacing w:after="0"/>
      </w:pPr>
      <w:r>
        <w:rPr>
          <w:rFonts w:ascii="Arial" w:hAnsi="Arial"/>
          <w:b/>
          <w:sz w:val="22"/>
        </w:rPr>
        <w:t xml:space="preserve">Daisy  </w:t>
      </w:r>
      <w:r>
        <w:rPr>
          <w:rFonts w:ascii="Arial" w:hAnsi="Arial"/>
          <w:color w:val="5D7284"/>
          <w:sz w:val="22"/>
        </w:rPr>
        <w:t>1:05:50</w:t>
      </w:r>
    </w:p>
    <w:p>
      <w:pPr>
        <w:spacing w:after="0"/>
      </w:pPr>
      <w:r>
        <w:rPr>
          <w:rFonts w:ascii="Arial" w:hAnsi="Arial"/>
          <w:sz w:val="22"/>
        </w:rPr>
        <w:t>It's definitely something on where was it? It's at Queen Mary University.</w:t>
      </w:r>
    </w:p>
    <w:p>
      <w:pPr>
        <w:spacing w:after="0"/>
      </w:pPr>
    </w:p>
    <w:p>
      <w:pPr>
        <w:spacing w:after="0"/>
      </w:pPr>
      <w:r>
        <w:rPr>
          <w:rFonts w:ascii="Arial" w:hAnsi="Arial"/>
          <w:b/>
          <w:sz w:val="22"/>
        </w:rPr>
        <w:t xml:space="preserve">Alice  </w:t>
      </w:r>
      <w:r>
        <w:rPr>
          <w:rFonts w:ascii="Arial" w:hAnsi="Arial"/>
          <w:color w:val="5D7284"/>
          <w:sz w:val="22"/>
        </w:rPr>
        <w:t>1:05:57</w:t>
      </w:r>
    </w:p>
    <w:p>
      <w:pPr>
        <w:spacing w:after="0"/>
      </w:pPr>
      <w:r>
        <w:rPr>
          <w:rFonts w:ascii="Arial" w:hAnsi="Arial"/>
          <w:sz w:val="22"/>
        </w:rPr>
        <w:t>Does he? Does he have skeletal differences like because, you know, the growth of stuff on his face. It wasn't bones growth. Was it? It was musket muscular,</w:t>
      </w:r>
    </w:p>
    <w:p>
      <w:pPr>
        <w:spacing w:after="0"/>
      </w:pPr>
    </w:p>
    <w:p>
      <w:pPr>
        <w:spacing w:after="0"/>
      </w:pPr>
      <w:r>
        <w:rPr>
          <w:rFonts w:ascii="Arial" w:hAnsi="Arial"/>
          <w:b/>
          <w:sz w:val="22"/>
        </w:rPr>
        <w:t xml:space="preserve">Daisy  </w:t>
      </w:r>
      <w:r>
        <w:rPr>
          <w:rFonts w:ascii="Arial" w:hAnsi="Arial"/>
          <w:color w:val="5D7284"/>
          <w:sz w:val="22"/>
        </w:rPr>
        <w:t>1:06:08</w:t>
      </w:r>
    </w:p>
    <w:p>
      <w:pPr>
        <w:spacing w:after="0"/>
      </w:pPr>
      <w:r>
        <w:rPr>
          <w:rFonts w:ascii="Arial" w:hAnsi="Arial"/>
          <w:sz w:val="22"/>
        </w:rPr>
        <w:t>so that there are significant skeletal differences, right? Differences? There is a photo of it taken like in the 80s, where there is, there is clearly, like, some significant, like, bone difference, but not like the full amount of what what you see. I mean, none of this kind of preservation stuff was a surprise to Joe, so he knew this was going to happen. So there are medical students who said that he used to talk freely of how he would look in a huge bottle of alcohol. But, yeah, what? What it what it actually was, is still unknown. And, like, realistically, it'll probably remain unknown at this point. Yeah, they, they've, they've still got access to, like, you know, the skeleton and thinks, and they've done various tests, it seems unlikely at this point that they're going to get any more information than what they already have.</w:t>
      </w:r>
    </w:p>
    <w:p>
      <w:pPr>
        <w:spacing w:after="0"/>
      </w:pPr>
    </w:p>
    <w:p>
      <w:pPr>
        <w:spacing w:after="0"/>
      </w:pPr>
      <w:r>
        <w:rPr>
          <w:rFonts w:ascii="Arial" w:hAnsi="Arial"/>
          <w:b/>
          <w:sz w:val="22"/>
        </w:rPr>
        <w:t xml:space="preserve">Lucy  </w:t>
      </w:r>
      <w:r>
        <w:rPr>
          <w:rFonts w:ascii="Arial" w:hAnsi="Arial"/>
          <w:color w:val="5D7284"/>
          <w:sz w:val="22"/>
        </w:rPr>
        <w:t>1:07:07</w:t>
      </w:r>
    </w:p>
    <w:p>
      <w:pPr>
        <w:spacing w:after="0"/>
      </w:pPr>
      <w:r>
        <w:rPr>
          <w:rFonts w:ascii="Arial" w:hAnsi="Arial"/>
          <w:sz w:val="22"/>
        </w:rPr>
        <w:t>And do we know of anybody with a similar type of condition anywhere?</w:t>
      </w:r>
    </w:p>
    <w:p>
      <w:pPr>
        <w:spacing w:after="0"/>
      </w:pPr>
    </w:p>
    <w:p>
      <w:pPr>
        <w:spacing w:after="0"/>
      </w:pPr>
      <w:r>
        <w:rPr>
          <w:rFonts w:ascii="Arial" w:hAnsi="Arial"/>
          <w:b/>
          <w:sz w:val="22"/>
        </w:rPr>
        <w:t xml:space="preserve">Daisy  </w:t>
      </w:r>
      <w:r>
        <w:rPr>
          <w:rFonts w:ascii="Arial" w:hAnsi="Arial"/>
          <w:color w:val="5D7284"/>
          <w:sz w:val="22"/>
        </w:rPr>
        <w:t>1:07:12</w:t>
      </w:r>
    </w:p>
    <w:p>
      <w:pPr>
        <w:spacing w:after="0"/>
      </w:pPr>
      <w:r>
        <w:rPr>
          <w:rFonts w:ascii="Arial" w:hAnsi="Arial"/>
          <w:sz w:val="22"/>
        </w:rPr>
        <w:t>So yeah. So for a long time, I think the common conception was that it was a form of, like, neurofibromatosis, so that kind of almost like a benign tumor growth, yeah? Kind of pops up everywhere. But I still thought that was what it was. Until recently, I didn't realize there was a..</w:t>
      </w:r>
    </w:p>
    <w:p>
      <w:pPr>
        <w:spacing w:after="0"/>
      </w:pPr>
    </w:p>
    <w:p>
      <w:pPr>
        <w:spacing w:after="0"/>
      </w:pPr>
      <w:r>
        <w:rPr>
          <w:rFonts w:ascii="Arial" w:hAnsi="Arial"/>
          <w:b/>
          <w:sz w:val="22"/>
        </w:rPr>
        <w:t xml:space="preserve">Alice  </w:t>
      </w:r>
      <w:r>
        <w:rPr>
          <w:rFonts w:ascii="Arial" w:hAnsi="Arial"/>
          <w:color w:val="5D7284"/>
          <w:sz w:val="22"/>
        </w:rPr>
        <w:t>1:07:35</w:t>
      </w:r>
    </w:p>
    <w:p>
      <w:pPr>
        <w:spacing w:after="0"/>
      </w:pPr>
      <w:r>
        <w:rPr>
          <w:rFonts w:ascii="Arial" w:hAnsi="Arial"/>
          <w:sz w:val="22"/>
        </w:rPr>
        <w:t>I thought that until we hit record,</w:t>
      </w:r>
    </w:p>
    <w:p>
      <w:pPr>
        <w:spacing w:after="0"/>
      </w:pPr>
    </w:p>
    <w:p>
      <w:pPr>
        <w:spacing w:after="0"/>
      </w:pPr>
      <w:r>
        <w:rPr>
          <w:rFonts w:ascii="Arial" w:hAnsi="Arial"/>
          <w:b/>
          <w:sz w:val="22"/>
        </w:rPr>
        <w:t xml:space="preserve">Daisy  </w:t>
      </w:r>
      <w:r>
        <w:rPr>
          <w:rFonts w:ascii="Arial" w:hAnsi="Arial"/>
          <w:color w:val="5D7284"/>
          <w:sz w:val="22"/>
        </w:rPr>
        <w:t>1:07:38</w:t>
      </w:r>
    </w:p>
    <w:p>
      <w:pPr>
        <w:spacing w:after="0"/>
      </w:pPr>
      <w:r>
        <w:rPr>
          <w:rFonts w:ascii="Arial" w:hAnsi="Arial"/>
          <w:sz w:val="22"/>
        </w:rPr>
        <w:t xml:space="preserve">yeah, like, yeah, I didn't realize that there was a, you know, that we didn't actually know about to get until then. But supposedly, according to, like, you know, medics and scientists, things, aside from it looking sort of similar, there aren't. There basically no other similarities, like, none of the things that you would expect to come across in neurofibromatosis really happens in this </w:t>
      </w:r>
    </w:p>
    <w:p>
      <w:pPr>
        <w:spacing w:after="0"/>
      </w:pPr>
    </w:p>
    <w:p>
      <w:pPr>
        <w:spacing w:after="0"/>
      </w:pPr>
      <w:r>
        <w:rPr>
          <w:rFonts w:ascii="Arial" w:hAnsi="Arial"/>
          <w:b/>
          <w:sz w:val="22"/>
        </w:rPr>
        <w:t xml:space="preserve">Daisy  </w:t>
      </w:r>
      <w:r>
        <w:rPr>
          <w:rFonts w:ascii="Arial" w:hAnsi="Arial"/>
          <w:color w:val="5D7284"/>
          <w:sz w:val="22"/>
        </w:rPr>
        <w:t>1:08:01</w:t>
      </w:r>
    </w:p>
    <w:p>
      <w:pPr>
        <w:spacing w:after="0"/>
      </w:pPr>
      <w:r>
        <w:rPr>
          <w:rFonts w:ascii="Arial" w:hAnsi="Arial"/>
          <w:sz w:val="22"/>
        </w:rPr>
        <w:t>So interesting is there?</w:t>
      </w:r>
    </w:p>
    <w:p>
      <w:pPr>
        <w:spacing w:after="0"/>
      </w:pPr>
    </w:p>
    <w:p>
      <w:pPr>
        <w:spacing w:after="0"/>
      </w:pPr>
      <w:r>
        <w:rPr>
          <w:rFonts w:ascii="Arial" w:hAnsi="Arial"/>
          <w:b/>
          <w:sz w:val="22"/>
        </w:rPr>
        <w:t xml:space="preserve">Daisy  </w:t>
      </w:r>
      <w:r>
        <w:rPr>
          <w:rFonts w:ascii="Arial" w:hAnsi="Arial"/>
          <w:color w:val="5D7284"/>
          <w:sz w:val="22"/>
        </w:rPr>
        <w:t>1:08:05</w:t>
      </w:r>
    </w:p>
    <w:p>
      <w:pPr>
        <w:spacing w:after="0"/>
      </w:pPr>
      <w:r>
        <w:rPr>
          <w:rFonts w:ascii="Arial" w:hAnsi="Arial"/>
          <w:sz w:val="22"/>
        </w:rPr>
        <w:t>So, yeah, so the current best suggestion is something called Proteus Syndrome,  which is very rare and causes kind of tissue overgrowth, just sort of like all kinds of tissue overgrowth all over the place. Yeah. So it's, it's strange, because if you, if you look this up, the pictures that you will see of like real people, which makes me uncomfortable looking at these people who are, you know, sadly, no longer with us, particularly if you go on the Wikipedia page, the the only picture is a picture of a child who has since died, which wasn't, you know, I disapprove on moral grounds of, you know, having someone's full face and all of that, but, um, but yeah, if you look at those sort of photos, it doesn't, Actually, it doesn't look all that similar, but supposedly the symptom kind of, yeah, the underlying like, how they work, makes more sense, right? There are also some people who think that it could well be a bit of both. So it could be sort of like a, like a, like, a relatively mild form of neurofibromatosis that kind of like made the the skin look unusual in an existing case of Proteus Syndrome? Yeah, if that makes sense.</w:t>
      </w:r>
    </w:p>
    <w:p>
      <w:pPr>
        <w:spacing w:after="0"/>
      </w:pPr>
    </w:p>
    <w:p>
      <w:pPr>
        <w:spacing w:after="0"/>
      </w:pPr>
      <w:r>
        <w:rPr>
          <w:rFonts w:ascii="Arial" w:hAnsi="Arial"/>
          <w:b/>
          <w:sz w:val="22"/>
        </w:rPr>
        <w:t xml:space="preserve">Lucy  </w:t>
      </w:r>
      <w:r>
        <w:rPr>
          <w:rFonts w:ascii="Arial" w:hAnsi="Arial"/>
          <w:color w:val="5D7284"/>
          <w:sz w:val="22"/>
        </w:rPr>
        <w:t>1:09:27</w:t>
      </w:r>
    </w:p>
    <w:p>
      <w:pPr>
        <w:spacing w:after="0"/>
      </w:pPr>
      <w:r>
        <w:rPr>
          <w:rFonts w:ascii="Arial" w:hAnsi="Arial"/>
          <w:sz w:val="22"/>
        </w:rPr>
        <w:t>So it's a bit like a conditions on top of conditions on top of conditions.</w:t>
      </w:r>
    </w:p>
    <w:p>
      <w:pPr>
        <w:spacing w:after="0"/>
      </w:pPr>
    </w:p>
    <w:p>
      <w:pPr>
        <w:spacing w:after="0"/>
      </w:pPr>
      <w:r>
        <w:rPr>
          <w:rFonts w:ascii="Arial" w:hAnsi="Arial"/>
          <w:b/>
          <w:sz w:val="22"/>
        </w:rPr>
        <w:t xml:space="preserve">Daisy  </w:t>
      </w:r>
      <w:r>
        <w:rPr>
          <w:rFonts w:ascii="Arial" w:hAnsi="Arial"/>
          <w:color w:val="5D7284"/>
          <w:sz w:val="22"/>
        </w:rPr>
        <w:t>1:09:31</w:t>
      </w:r>
    </w:p>
    <w:p>
      <w:pPr>
        <w:spacing w:after="0"/>
      </w:pPr>
      <w:r>
        <w:rPr>
          <w:rFonts w:ascii="Arial" w:hAnsi="Arial"/>
          <w:sz w:val="22"/>
        </w:rPr>
        <w:t>Yeah, that's, that's, that's the suggestion. Although, as I said, it seems likely that we'll never really know at this point, you know, unless there's kind of like a new new disease is found, yeah, yeah, either a new disease is discovered, or, like, a new way of testing for a specific disease is discovered, which they can then go back to,  the skeleton or some of the samples,</w:t>
      </w:r>
    </w:p>
    <w:p>
      <w:pPr>
        <w:spacing w:after="0"/>
      </w:pPr>
    </w:p>
    <w:p>
      <w:pPr>
        <w:spacing w:after="0"/>
      </w:pPr>
      <w:r>
        <w:rPr>
          <w:rFonts w:ascii="Arial" w:hAnsi="Arial"/>
          <w:b/>
          <w:sz w:val="22"/>
        </w:rPr>
        <w:t xml:space="preserve">Alice  </w:t>
      </w:r>
      <w:r>
        <w:rPr>
          <w:rFonts w:ascii="Arial" w:hAnsi="Arial"/>
          <w:color w:val="5D7284"/>
          <w:sz w:val="22"/>
        </w:rPr>
        <w:t>1:09:59</w:t>
      </w:r>
    </w:p>
    <w:p>
      <w:pPr>
        <w:spacing w:after="0"/>
      </w:pPr>
      <w:r>
        <w:rPr>
          <w:rFonts w:ascii="Arial" w:hAnsi="Arial"/>
          <w:sz w:val="22"/>
        </w:rPr>
        <w:t>yeah, or. Time Travel, yeah, still got a lot of money on so</w:t>
      </w:r>
    </w:p>
    <w:p>
      <w:pPr>
        <w:spacing w:after="0"/>
      </w:pPr>
    </w:p>
    <w:p>
      <w:pPr>
        <w:spacing w:after="0"/>
      </w:pPr>
      <w:r>
        <w:rPr>
          <w:rFonts w:ascii="Arial" w:hAnsi="Arial"/>
          <w:b/>
          <w:sz w:val="22"/>
        </w:rPr>
        <w:t xml:space="preserve">Daisy  </w:t>
      </w:r>
      <w:r>
        <w:rPr>
          <w:rFonts w:ascii="Arial" w:hAnsi="Arial"/>
          <w:color w:val="5D7284"/>
          <w:sz w:val="22"/>
        </w:rPr>
        <w:t>1:10:03</w:t>
      </w:r>
    </w:p>
    <w:p>
      <w:pPr>
        <w:spacing w:after="0"/>
      </w:pPr>
      <w:r>
        <w:rPr>
          <w:rFonts w:ascii="Arial" w:hAnsi="Arial"/>
          <w:sz w:val="22"/>
        </w:rPr>
        <w:t>that, yeah, the skeleton still exists, but most of the other samples were, most of those were destroyed during bombing in the Second World War. It was, I think. So, yeah, so the skeleton still still exists at the the St Mary's medical department of that that university. It's not on public display, but it's in like, a private viewing room that, you know, students can go and look at.</w:t>
      </w:r>
    </w:p>
    <w:p>
      <w:pPr>
        <w:spacing w:after="0"/>
      </w:pPr>
    </w:p>
    <w:p>
      <w:pPr>
        <w:spacing w:after="0"/>
      </w:pPr>
      <w:r>
        <w:rPr>
          <w:rFonts w:ascii="Arial" w:hAnsi="Arial"/>
          <w:b/>
          <w:sz w:val="22"/>
        </w:rPr>
        <w:t xml:space="preserve">Alice  </w:t>
      </w:r>
      <w:r>
        <w:rPr>
          <w:rFonts w:ascii="Arial" w:hAnsi="Arial"/>
          <w:color w:val="5D7284"/>
          <w:sz w:val="22"/>
        </w:rPr>
        <w:t>1:10:37</w:t>
      </w:r>
    </w:p>
    <w:p>
      <w:pPr>
        <w:spacing w:after="0"/>
      </w:pPr>
      <w:r>
        <w:rPr>
          <w:rFonts w:ascii="Arial" w:hAnsi="Arial"/>
          <w:sz w:val="22"/>
        </w:rPr>
        <w:t>when we recorded a different the different man thing we said. We said we should start a campaign to just give him a burial, yeah, how? How much use is it for students to see his skeleton? Still, other than just morbid</w:t>
      </w:r>
    </w:p>
    <w:p>
      <w:pPr>
        <w:spacing w:after="0"/>
      </w:pPr>
    </w:p>
    <w:p>
      <w:pPr>
        <w:spacing w:after="0"/>
      </w:pPr>
      <w:r>
        <w:rPr>
          <w:rFonts w:ascii="Arial" w:hAnsi="Arial"/>
          <w:b/>
          <w:sz w:val="22"/>
        </w:rPr>
        <w:t xml:space="preserve">Lucy  </w:t>
      </w:r>
      <w:r>
        <w:rPr>
          <w:rFonts w:ascii="Arial" w:hAnsi="Arial"/>
          <w:color w:val="5D7284"/>
          <w:sz w:val="22"/>
        </w:rPr>
        <w:t>1:10:56</w:t>
      </w:r>
    </w:p>
    <w:p>
      <w:pPr>
        <w:spacing w:after="0"/>
      </w:pPr>
      <w:r>
        <w:rPr>
          <w:rFonts w:ascii="Arial" w:hAnsi="Arial"/>
          <w:sz w:val="22"/>
        </w:rPr>
        <w:t>curiosity, photos and things taken, you know? Yeah.</w:t>
      </w:r>
    </w:p>
    <w:p>
      <w:pPr>
        <w:spacing w:after="0"/>
      </w:pPr>
    </w:p>
    <w:p>
      <w:pPr>
        <w:spacing w:after="0"/>
      </w:pPr>
      <w:r>
        <w:rPr>
          <w:rFonts w:ascii="Arial" w:hAnsi="Arial"/>
          <w:b/>
          <w:sz w:val="22"/>
        </w:rPr>
        <w:t xml:space="preserve">Daisy  </w:t>
      </w:r>
      <w:r>
        <w:rPr>
          <w:rFonts w:ascii="Arial" w:hAnsi="Arial"/>
          <w:color w:val="5D7284"/>
          <w:sz w:val="22"/>
        </w:rPr>
        <w:t>1:11:00</w:t>
      </w:r>
    </w:p>
    <w:p>
      <w:pPr>
        <w:spacing w:after="0"/>
      </w:pPr>
      <w:r>
        <w:rPr>
          <w:rFonts w:ascii="Arial" w:hAnsi="Arial"/>
          <w:sz w:val="22"/>
        </w:rPr>
        <w:t>I mean, that's that's been quite a common trait, particularly as it's, it was said that he was like a fairly religious man, and so his, it sounds really unpleasant. His soft tissue was buried in a  in a Christian graveyard. But I think there are plenty of people who think that, you know the skeleton, should go in the same place, yeah,</w:t>
      </w:r>
    </w:p>
    <w:p>
      <w:pPr>
        <w:spacing w:after="0"/>
      </w:pPr>
    </w:p>
    <w:p>
      <w:pPr>
        <w:spacing w:after="0"/>
      </w:pPr>
      <w:r>
        <w:rPr>
          <w:rFonts w:ascii="Arial" w:hAnsi="Arial"/>
          <w:b/>
          <w:sz w:val="22"/>
        </w:rPr>
        <w:t xml:space="preserve">Alice  </w:t>
      </w:r>
      <w:r>
        <w:rPr>
          <w:rFonts w:ascii="Arial" w:hAnsi="Arial"/>
          <w:color w:val="5D7284"/>
          <w:sz w:val="22"/>
        </w:rPr>
        <w:t>1:11:33</w:t>
      </w:r>
    </w:p>
    <w:p>
      <w:pPr>
        <w:spacing w:after="0"/>
      </w:pPr>
      <w:r>
        <w:rPr>
          <w:rFonts w:ascii="Arial" w:hAnsi="Arial"/>
          <w:sz w:val="22"/>
        </w:rPr>
        <w:t>it's just, it's, you know, he's been I mean, what do you say? 1918, 62 he was born. He died at 27 so he's been dead 150 years. Just let it. Just let him rest now, like do we need to still need to be gulping at the same time?</w:t>
      </w:r>
    </w:p>
    <w:p>
      <w:pPr>
        <w:spacing w:after="0"/>
      </w:pPr>
    </w:p>
    <w:p>
      <w:pPr>
        <w:spacing w:after="0"/>
      </w:pPr>
      <w:r>
        <w:rPr>
          <w:rFonts w:ascii="Arial" w:hAnsi="Arial"/>
          <w:b/>
          <w:sz w:val="22"/>
        </w:rPr>
        <w:t xml:space="preserve">Lucy  </w:t>
      </w:r>
      <w:r>
        <w:rPr>
          <w:rFonts w:ascii="Arial" w:hAnsi="Arial"/>
          <w:color w:val="5D7284"/>
          <w:sz w:val="22"/>
        </w:rPr>
        <w:t>1:11:51</w:t>
      </w:r>
    </w:p>
    <w:p>
      <w:pPr>
        <w:spacing w:after="0"/>
      </w:pPr>
      <w:r>
        <w:rPr>
          <w:rFonts w:ascii="Arial" w:hAnsi="Arial"/>
          <w:sz w:val="22"/>
        </w:rPr>
        <w:t>It's the same length of time that Jane Austen's been dead at the point of recording 150 years is the like 150 anniversary of Jane Austen's death this year.</w:t>
      </w:r>
    </w:p>
    <w:p>
      <w:pPr>
        <w:spacing w:after="0"/>
      </w:pPr>
    </w:p>
    <w:p>
      <w:pPr>
        <w:spacing w:after="0"/>
      </w:pPr>
      <w:r>
        <w:rPr>
          <w:rFonts w:ascii="Arial" w:hAnsi="Arial"/>
          <w:b/>
          <w:sz w:val="22"/>
        </w:rPr>
        <w:t xml:space="preserve">Alice  </w:t>
      </w:r>
      <w:r>
        <w:rPr>
          <w:rFonts w:ascii="Arial" w:hAnsi="Arial"/>
          <w:color w:val="5D7284"/>
          <w:sz w:val="22"/>
        </w:rPr>
        <w:t>1:12:05</w:t>
      </w:r>
    </w:p>
    <w:p>
      <w:pPr>
        <w:spacing w:after="0"/>
      </w:pPr>
      <w:r>
        <w:rPr>
          <w:rFonts w:ascii="Arial" w:hAnsi="Arial"/>
          <w:sz w:val="22"/>
        </w:rPr>
        <w:t xml:space="preserve">So very random fact </w:t>
      </w:r>
    </w:p>
    <w:p>
      <w:pPr>
        <w:spacing w:after="0"/>
      </w:pPr>
    </w:p>
    <w:p>
      <w:pPr>
        <w:spacing w:after="0"/>
      </w:pPr>
      <w:r>
        <w:rPr>
          <w:rFonts w:ascii="Arial" w:hAnsi="Arial"/>
          <w:b/>
          <w:sz w:val="22"/>
        </w:rPr>
        <w:t xml:space="preserve">Lucy  </w:t>
      </w:r>
      <w:r>
        <w:rPr>
          <w:rFonts w:ascii="Arial" w:hAnsi="Arial"/>
          <w:color w:val="5D7284"/>
          <w:sz w:val="22"/>
        </w:rPr>
        <w:t>1:12:08</w:t>
      </w:r>
    </w:p>
    <w:p>
      <w:pPr>
        <w:spacing w:after="0"/>
      </w:pPr>
      <w:r>
        <w:rPr>
          <w:rFonts w:ascii="Arial" w:hAnsi="Arial"/>
          <w:sz w:val="22"/>
        </w:rPr>
        <w:t xml:space="preserve"> I don't know whythat's popped into my head, but you think, but you think of how well respected and well thought of people like Jane Austen are, and then you think of how</w:t>
      </w:r>
    </w:p>
    <w:p>
      <w:pPr>
        <w:spacing w:after="0"/>
      </w:pPr>
    </w:p>
    <w:p>
      <w:pPr>
        <w:spacing w:after="0"/>
      </w:pPr>
      <w:r>
        <w:rPr>
          <w:rFonts w:ascii="Arial" w:hAnsi="Arial"/>
          <w:b/>
          <w:sz w:val="22"/>
        </w:rPr>
        <w:t xml:space="preserve">Alice  </w:t>
      </w:r>
      <w:r>
        <w:rPr>
          <w:rFonts w:ascii="Arial" w:hAnsi="Arial"/>
          <w:color w:val="5D7284"/>
          <w:sz w:val="22"/>
        </w:rPr>
        <w:t>1:12:19</w:t>
      </w:r>
    </w:p>
    <w:p>
      <w:pPr>
        <w:spacing w:after="0"/>
      </w:pPr>
      <w:r>
        <w:rPr>
          <w:rFonts w:ascii="Arial" w:hAnsi="Arial"/>
          <w:sz w:val="22"/>
        </w:rPr>
        <w:t>that was going to be sort of my my question, Daisy is, obviously, we've got that pamphlet, but do we, is there anything else, like, do we have any more of kind of Joseph's own words and and his own kind of thoughts on, on his life? And what was,</w:t>
      </w:r>
    </w:p>
    <w:p>
      <w:pPr>
        <w:spacing w:after="0"/>
      </w:pPr>
    </w:p>
    <w:p>
      <w:pPr>
        <w:spacing w:after="0"/>
      </w:pPr>
      <w:r>
        <w:rPr>
          <w:rFonts w:ascii="Arial" w:hAnsi="Arial"/>
          <w:b/>
          <w:sz w:val="22"/>
        </w:rPr>
        <w:t xml:space="preserve">Daisy  </w:t>
      </w:r>
      <w:r>
        <w:rPr>
          <w:rFonts w:ascii="Arial" w:hAnsi="Arial"/>
          <w:color w:val="5D7284"/>
          <w:sz w:val="22"/>
        </w:rPr>
        <w:t>1:12:35</w:t>
      </w:r>
    </w:p>
    <w:p>
      <w:pPr>
        <w:spacing w:after="0"/>
      </w:pPr>
      <w:r>
        <w:rPr>
          <w:rFonts w:ascii="Arial" w:hAnsi="Arial"/>
          <w:sz w:val="22"/>
        </w:rPr>
        <w:t xml:space="preserve"> yeah, not many.So most of the contemporary sort of films, plays, things describing his life come from two different biographies, one by Frederick Treves, the doctor, and one by Tom Norman, the </w:t>
      </w:r>
    </w:p>
    <w:p>
      <w:pPr>
        <w:spacing w:after="0"/>
      </w:pPr>
    </w:p>
    <w:p>
      <w:pPr>
        <w:spacing w:after="0"/>
      </w:pPr>
      <w:r>
        <w:rPr>
          <w:rFonts w:ascii="Arial" w:hAnsi="Arial"/>
          <w:b/>
          <w:sz w:val="22"/>
        </w:rPr>
        <w:t xml:space="preserve">Alice  </w:t>
      </w:r>
      <w:r>
        <w:rPr>
          <w:rFonts w:ascii="Arial" w:hAnsi="Arial"/>
          <w:color w:val="5D7284"/>
          <w:sz w:val="22"/>
        </w:rPr>
        <w:t>1:12:54</w:t>
      </w:r>
    </w:p>
    <w:p>
      <w:pPr>
        <w:spacing w:after="0"/>
      </w:pPr>
      <w:r>
        <w:rPr>
          <w:rFonts w:ascii="Arial" w:hAnsi="Arial"/>
          <w:sz w:val="22"/>
        </w:rPr>
        <w:t>both men who profited from him and His different</w:t>
      </w:r>
    </w:p>
    <w:p>
      <w:pPr>
        <w:spacing w:after="0"/>
      </w:pPr>
    </w:p>
    <w:p>
      <w:pPr>
        <w:spacing w:after="0"/>
      </w:pPr>
      <w:r>
        <w:rPr>
          <w:rFonts w:ascii="Arial" w:hAnsi="Arial"/>
          <w:b/>
          <w:sz w:val="22"/>
        </w:rPr>
        <w:t xml:space="preserve">Daisy  </w:t>
      </w:r>
      <w:r>
        <w:rPr>
          <w:rFonts w:ascii="Arial" w:hAnsi="Arial"/>
          <w:color w:val="5D7284"/>
          <w:sz w:val="22"/>
        </w:rPr>
        <w:t>1:12:58</w:t>
      </w:r>
    </w:p>
    <w:p>
      <w:pPr>
        <w:spacing w:after="0"/>
      </w:pPr>
      <w:r>
        <w:rPr>
          <w:rFonts w:ascii="Arial" w:hAnsi="Arial"/>
          <w:sz w:val="22"/>
        </w:rPr>
        <w:t>profited with them and came off badly in each other'sbooks. Yes,</w:t>
      </w:r>
    </w:p>
    <w:p>
      <w:pPr>
        <w:spacing w:after="0"/>
      </w:pPr>
    </w:p>
    <w:p>
      <w:pPr>
        <w:spacing w:after="0"/>
      </w:pPr>
      <w:r>
        <w:rPr>
          <w:rFonts w:ascii="Arial" w:hAnsi="Arial"/>
          <w:b/>
          <w:sz w:val="22"/>
        </w:rPr>
        <w:t xml:space="preserve">Lucy  </w:t>
      </w:r>
      <w:r>
        <w:rPr>
          <w:rFonts w:ascii="Arial" w:hAnsi="Arial"/>
          <w:color w:val="5D7284"/>
          <w:sz w:val="22"/>
        </w:rPr>
        <w:t>1:13:04</w:t>
      </w:r>
    </w:p>
    <w:p>
      <w:pPr>
        <w:spacing w:after="0"/>
      </w:pPr>
      <w:r>
        <w:rPr>
          <w:rFonts w:ascii="Arial" w:hAnsi="Arial"/>
          <w:sz w:val="22"/>
        </w:rPr>
        <w:t xml:space="preserve"> yeah, yeah. Like, well, it wasn't my fault. He's the bad guy. Kind of, yeah, yeah,</w:t>
      </w:r>
    </w:p>
    <w:p>
      <w:pPr>
        <w:spacing w:after="0"/>
      </w:pPr>
    </w:p>
    <w:p>
      <w:pPr>
        <w:spacing w:after="0"/>
      </w:pPr>
      <w:r>
        <w:rPr>
          <w:rFonts w:ascii="Arial" w:hAnsi="Arial"/>
          <w:b/>
          <w:sz w:val="22"/>
        </w:rPr>
        <w:t xml:space="preserve">Alice  </w:t>
      </w:r>
      <w:r>
        <w:rPr>
          <w:rFonts w:ascii="Arial" w:hAnsi="Arial"/>
          <w:color w:val="5D7284"/>
          <w:sz w:val="22"/>
        </w:rPr>
        <w:t>1:13:10</w:t>
      </w:r>
    </w:p>
    <w:p>
      <w:pPr>
        <w:spacing w:after="0"/>
      </w:pPr>
      <w:r>
        <w:rPr>
          <w:rFonts w:ascii="Arial" w:hAnsi="Arial"/>
          <w:sz w:val="22"/>
        </w:rPr>
        <w:t>yeah, you were. They probably accused each other of exploiting him for different reasons,</w:t>
      </w:r>
    </w:p>
    <w:p>
      <w:pPr>
        <w:spacing w:after="0"/>
      </w:pPr>
    </w:p>
    <w:p>
      <w:pPr>
        <w:spacing w:after="0"/>
      </w:pPr>
      <w:r>
        <w:rPr>
          <w:rFonts w:ascii="Arial" w:hAnsi="Arial"/>
          <w:b/>
          <w:sz w:val="22"/>
        </w:rPr>
        <w:t xml:space="preserve">Daisy  </w:t>
      </w:r>
      <w:r>
        <w:rPr>
          <w:rFonts w:ascii="Arial" w:hAnsi="Arial"/>
          <w:color w:val="5D7284"/>
          <w:sz w:val="22"/>
        </w:rPr>
        <w:t>1:13:15</w:t>
      </w:r>
    </w:p>
    <w:p>
      <w:pPr>
        <w:spacing w:after="0"/>
      </w:pPr>
      <w:r>
        <w:rPr>
          <w:rFonts w:ascii="Arial" w:hAnsi="Arial"/>
          <w:sz w:val="22"/>
        </w:rPr>
        <w:t>essentially, yeah, the it seems that, you know, in some things, the exhibition managers were evil and exploitative, and treve was the kind and lovely man person who brought him on. But in some people think that, you know, he was just as exploitative.</w:t>
      </w:r>
    </w:p>
    <w:p>
      <w:pPr>
        <w:spacing w:after="0"/>
      </w:pPr>
    </w:p>
    <w:p>
      <w:pPr>
        <w:spacing w:after="0"/>
      </w:pPr>
      <w:r>
        <w:rPr>
          <w:rFonts w:ascii="Arial" w:hAnsi="Arial"/>
          <w:b/>
          <w:sz w:val="22"/>
        </w:rPr>
        <w:t xml:space="preserve">Lucy  </w:t>
      </w:r>
      <w:r>
        <w:rPr>
          <w:rFonts w:ascii="Arial" w:hAnsi="Arial"/>
          <w:color w:val="5D7284"/>
          <w:sz w:val="22"/>
        </w:rPr>
        <w:t>1:13:36</w:t>
      </w:r>
    </w:p>
    <w:p>
      <w:pPr>
        <w:spacing w:after="0"/>
      </w:pPr>
      <w:r>
        <w:rPr>
          <w:rFonts w:ascii="Arial" w:hAnsi="Arial"/>
          <w:sz w:val="22"/>
        </w:rPr>
        <w:t>It makes you wonder, doesn't it, if treve was only kind and nice to him when he could see the value of his difference, and by value of his different, I mean monetary value, not</w:t>
      </w:r>
    </w:p>
    <w:p>
      <w:pPr>
        <w:spacing w:after="0"/>
      </w:pPr>
    </w:p>
    <w:p>
      <w:pPr>
        <w:spacing w:after="0"/>
      </w:pPr>
      <w:r>
        <w:rPr>
          <w:rFonts w:ascii="Arial" w:hAnsi="Arial"/>
          <w:b/>
          <w:sz w:val="22"/>
        </w:rPr>
        <w:t xml:space="preserve">Alice  </w:t>
      </w:r>
      <w:r>
        <w:rPr>
          <w:rFonts w:ascii="Arial" w:hAnsi="Arial"/>
          <w:color w:val="5D7284"/>
          <w:sz w:val="22"/>
        </w:rPr>
        <w:t>1:13:49</w:t>
      </w:r>
    </w:p>
    <w:p>
      <w:pPr>
        <w:spacing w:after="0"/>
      </w:pPr>
      <w:r>
        <w:rPr>
          <w:rFonts w:ascii="Arial" w:hAnsi="Arial"/>
          <w:sz w:val="22"/>
        </w:rPr>
        <w:t>Yeah, or value to kind of medical society, yeah. I think, I think that that's probably accurate for both men. I think neither of those men, particularly had Joseph's best interests at heart, or, certainly, you know, cared about him as an individual, rather than like a commodity.</w:t>
      </w:r>
    </w:p>
    <w:p>
      <w:pPr>
        <w:spacing w:after="0"/>
      </w:pPr>
    </w:p>
    <w:p>
      <w:pPr>
        <w:spacing w:after="0"/>
      </w:pPr>
      <w:r>
        <w:rPr>
          <w:rFonts w:ascii="Arial" w:hAnsi="Arial"/>
          <w:b/>
          <w:sz w:val="22"/>
        </w:rPr>
        <w:t xml:space="preserve">Lucy  </w:t>
      </w:r>
      <w:r>
        <w:rPr>
          <w:rFonts w:ascii="Arial" w:hAnsi="Arial"/>
          <w:color w:val="5D7284"/>
          <w:sz w:val="22"/>
        </w:rPr>
        <w:t>1:14:13</w:t>
      </w:r>
    </w:p>
    <w:p>
      <w:pPr>
        <w:spacing w:after="0"/>
      </w:pPr>
      <w:r>
        <w:rPr>
          <w:rFonts w:ascii="Arial" w:hAnsi="Arial"/>
          <w:sz w:val="22"/>
        </w:rPr>
        <w:t xml:space="preserve">It's a very sad story. I think, I think just, you know, the film in itself, for as what you know as a piece of art, is very sad. But then when you dig deeper into Joseph Merrick and his actual story, you realize just how awful it is really. </w:t>
      </w:r>
    </w:p>
    <w:p>
      <w:pPr>
        <w:spacing w:after="0"/>
      </w:pPr>
    </w:p>
    <w:p>
      <w:pPr>
        <w:spacing w:after="0"/>
      </w:pPr>
      <w:r>
        <w:rPr>
          <w:rFonts w:ascii="Arial" w:hAnsi="Arial"/>
          <w:b/>
          <w:sz w:val="22"/>
        </w:rPr>
        <w:t xml:space="preserve">Alice  </w:t>
      </w:r>
      <w:r>
        <w:rPr>
          <w:rFonts w:ascii="Arial" w:hAnsi="Arial"/>
          <w:color w:val="5D7284"/>
          <w:sz w:val="22"/>
        </w:rPr>
        <w:t>1:14:35</w:t>
      </w:r>
    </w:p>
    <w:p>
      <w:pPr>
        <w:spacing w:after="0"/>
      </w:pPr>
      <w:r>
        <w:rPr>
          <w:rFonts w:ascii="Arial" w:hAnsi="Arial"/>
          <w:sz w:val="22"/>
        </w:rPr>
        <w:t xml:space="preserve">That was, that was my thing with a different man, was that Joseph Merrick was exploited his whole life, people were just like, hey, look at him. Look at him over there. Look at him and and that, that was the vibe I got from a different man, like there was this, this, look at him, look at him. When Sebastian Stan was, you know, did have facial differences. And then as soon as they went away, it was like. He was sad because people weren't looking at him anymore. And it's as if it paints this idea that disabled people want want to be freak shows. We want people to look at us and and look at our bodies and be exploited for our differences, not just just seen as like everybody else. </w:t>
      </w:r>
    </w:p>
    <w:p>
      <w:pPr>
        <w:spacing w:after="0"/>
      </w:pPr>
    </w:p>
    <w:p>
      <w:pPr>
        <w:spacing w:after="0"/>
      </w:pPr>
      <w:r>
        <w:rPr>
          <w:rFonts w:ascii="Arial" w:hAnsi="Arial"/>
          <w:b/>
          <w:sz w:val="22"/>
        </w:rPr>
        <w:t xml:space="preserve">Daisy  </w:t>
      </w:r>
      <w:r>
        <w:rPr>
          <w:rFonts w:ascii="Arial" w:hAnsi="Arial"/>
          <w:color w:val="5D7284"/>
          <w:sz w:val="22"/>
        </w:rPr>
        <w:t>1:15:22</w:t>
      </w:r>
    </w:p>
    <w:p>
      <w:pPr>
        <w:spacing w:after="0"/>
      </w:pPr>
      <w:r>
        <w:rPr>
          <w:rFonts w:ascii="Arial" w:hAnsi="Arial"/>
          <w:sz w:val="22"/>
        </w:rPr>
        <w:t xml:space="preserve">it's interesting. When you read some of its, you know, the sections of biographies where they're talking about, you know, kind of the attitudes that people had towards him, and there it's, you know, loads of just kind of like, single line accounts from things like, you know, hospital porters and you know someone who worked in the fields at the place where he went on his countryside holiday, who all just say, I was perfectly nice man. And it's, you know, it's for the most part, you know, individuals don't mind too much. It's, you know, people will just kind of accept something that's a bit different for the most part, </w:t>
      </w:r>
    </w:p>
    <w:p>
      <w:pPr>
        <w:spacing w:after="0"/>
      </w:pPr>
    </w:p>
    <w:p>
      <w:pPr>
        <w:spacing w:after="0"/>
      </w:pPr>
      <w:r>
        <w:rPr>
          <w:rFonts w:ascii="Arial" w:hAnsi="Arial"/>
          <w:b/>
          <w:sz w:val="22"/>
        </w:rPr>
        <w:t xml:space="preserve">Daisy  </w:t>
      </w:r>
      <w:r>
        <w:rPr>
          <w:rFonts w:ascii="Arial" w:hAnsi="Arial"/>
          <w:color w:val="5D7284"/>
          <w:sz w:val="22"/>
        </w:rPr>
        <w:t>1:16:09</w:t>
      </w:r>
    </w:p>
    <w:p>
      <w:pPr>
        <w:spacing w:after="0"/>
      </w:pPr>
      <w:r>
        <w:rPr>
          <w:rFonts w:ascii="Arial" w:hAnsi="Arial"/>
          <w:sz w:val="22"/>
        </w:rPr>
        <w:t xml:space="preserve">society is kind of the machine. </w:t>
      </w:r>
    </w:p>
    <w:p>
      <w:pPr>
        <w:spacing w:after="0"/>
      </w:pPr>
    </w:p>
    <w:p>
      <w:pPr>
        <w:spacing w:after="0"/>
      </w:pPr>
      <w:r>
        <w:rPr>
          <w:rFonts w:ascii="Arial" w:hAnsi="Arial"/>
          <w:b/>
          <w:sz w:val="22"/>
        </w:rPr>
        <w:t xml:space="preserve">Lucy  </w:t>
      </w:r>
      <w:r>
        <w:rPr>
          <w:rFonts w:ascii="Arial" w:hAnsi="Arial"/>
          <w:color w:val="5D7284"/>
          <w:sz w:val="22"/>
        </w:rPr>
        <w:t>1:16:11</w:t>
      </w:r>
    </w:p>
    <w:p>
      <w:pPr>
        <w:spacing w:after="0"/>
      </w:pPr>
      <w:r>
        <w:rPr>
          <w:rFonts w:ascii="Arial" w:hAnsi="Arial"/>
          <w:sz w:val="22"/>
        </w:rPr>
        <w:t>that goes urgh you're different. I mean, I, I would hope that I am remembered not just as Lucy, the one in the wheelchair or Lucy with the disability, but as Lucy as you know, she was fun to be around, and she was kind, and that kind like I'd rather be known for my personality rather than my difference, but I know that my difference is intrinsically tied to how people remember me. Do you know what I mean? It's does make you think, doesn't it?</w:t>
      </w:r>
    </w:p>
    <w:p>
      <w:pPr>
        <w:spacing w:after="0"/>
      </w:pPr>
    </w:p>
    <w:p>
      <w:pPr>
        <w:spacing w:after="0"/>
      </w:pPr>
      <w:r>
        <w:rPr>
          <w:rFonts w:ascii="Arial" w:hAnsi="Arial"/>
          <w:b/>
          <w:sz w:val="22"/>
        </w:rPr>
        <w:t xml:space="preserve">Daisy  </w:t>
      </w:r>
      <w:r>
        <w:rPr>
          <w:rFonts w:ascii="Arial" w:hAnsi="Arial"/>
          <w:color w:val="5D7284"/>
          <w:sz w:val="22"/>
        </w:rPr>
        <w:t>1:16:49</w:t>
      </w:r>
    </w:p>
    <w:p>
      <w:pPr>
        <w:spacing w:after="0"/>
      </w:pPr>
      <w:r>
        <w:rPr>
          <w:rFonts w:ascii="Arial" w:hAnsi="Arial"/>
          <w:sz w:val="22"/>
        </w:rPr>
        <w:t>Yeah, I kind of thought this for a long time. I thought like the most, that the thing that people remembered about me was weird trousers and my crutches. And then I was talking to one of my friends, who I've known for at this point, probably six or seven years, yeah. And she said, Oh, how long have you had those crutches? Oh, these ones, or, I know it's just crutches in particular. It's like, since I was 17, really, she'd seem genuinely surprised that I've been using them for that we've I mean, in fairness, most of the time when we see each other, we're sitting down, yeah, but that was wild to me, that this was someone that I've known for this long, who apparently is just apparently has just never noticed, yeah, I think she thought I used a walking stick.</w:t>
      </w:r>
    </w:p>
    <w:p>
      <w:pPr>
        <w:spacing w:after="0"/>
      </w:pPr>
    </w:p>
    <w:p>
      <w:pPr>
        <w:spacing w:after="0"/>
      </w:pPr>
      <w:r>
        <w:rPr>
          <w:rFonts w:ascii="Arial" w:hAnsi="Arial"/>
          <w:b/>
          <w:sz w:val="22"/>
        </w:rPr>
        <w:t xml:space="preserve">Alice  </w:t>
      </w:r>
      <w:r>
        <w:rPr>
          <w:rFonts w:ascii="Arial" w:hAnsi="Arial"/>
          <w:color w:val="5D7284"/>
          <w:sz w:val="22"/>
        </w:rPr>
        <w:t>1:17:47</w:t>
      </w:r>
    </w:p>
    <w:p>
      <w:pPr>
        <w:spacing w:after="0"/>
      </w:pPr>
      <w:r>
        <w:rPr>
          <w:rFonts w:ascii="Arial" w:hAnsi="Arial"/>
          <w:sz w:val="22"/>
        </w:rPr>
        <w:t>I could understand if that conversation was with me, yeah? Because noticing thing again, it's not really in my skill set. But,</w:t>
      </w:r>
    </w:p>
    <w:p>
      <w:pPr>
        <w:spacing w:after="0"/>
      </w:pPr>
    </w:p>
    <w:p>
      <w:pPr>
        <w:spacing w:after="0"/>
      </w:pPr>
      <w:r>
        <w:rPr>
          <w:rFonts w:ascii="Arial" w:hAnsi="Arial"/>
          <w:b/>
          <w:sz w:val="22"/>
        </w:rPr>
        <w:t xml:space="preserve">Lucy  </w:t>
      </w:r>
      <w:r>
        <w:rPr>
          <w:rFonts w:ascii="Arial" w:hAnsi="Arial"/>
          <w:color w:val="5D7284"/>
          <w:sz w:val="22"/>
        </w:rPr>
        <w:t>1:17:56</w:t>
      </w:r>
    </w:p>
    <w:p>
      <w:pPr>
        <w:spacing w:after="0"/>
      </w:pPr>
      <w:r>
        <w:rPr>
          <w:rFonts w:ascii="Arial" w:hAnsi="Arial"/>
          <w:sz w:val="22"/>
        </w:rPr>
        <w:t>well, I think, I think it is good sometimes to like, hear what other people think of you, because I think sometimes, most of the most of the time, I will think to myself the most like sticky out thing. And by sticky out thing, I mean memorable thing about me is the fact I'm in a wheelchair. But if you asked other people, I don't know how like common that would be. Like, it's the thing that is part of it, but I don't know how common that would be the most like, first thing you talk about, it's just, it sometimes boggles my mind a little bit,you know</w:t>
      </w:r>
    </w:p>
    <w:p>
      <w:pPr>
        <w:spacing w:after="0"/>
      </w:pPr>
    </w:p>
    <w:p>
      <w:pPr>
        <w:spacing w:after="0"/>
      </w:pPr>
      <w:r>
        <w:rPr>
          <w:rFonts w:ascii="Arial" w:hAnsi="Arial"/>
          <w:b/>
          <w:sz w:val="22"/>
        </w:rPr>
        <w:t xml:space="preserve">Alice  </w:t>
      </w:r>
      <w:r>
        <w:rPr>
          <w:rFonts w:ascii="Arial" w:hAnsi="Arial"/>
          <w:color w:val="5D7284"/>
          <w:sz w:val="22"/>
        </w:rPr>
        <w:t>1:18:37</w:t>
      </w:r>
    </w:p>
    <w:p>
      <w:pPr>
        <w:spacing w:after="0"/>
      </w:pPr>
      <w:r>
        <w:rPr>
          <w:rFonts w:ascii="Arial" w:hAnsi="Arial"/>
          <w:sz w:val="22"/>
        </w:rPr>
        <w:t xml:space="preserve">, I think, I think that society, like, it's funny, you know, you the things you see a lot of in the news is that there's a lot of people complaining about other groups within kind of societies and communities. But I think as a as a race, humanity generally, quite likes to label people, particularly if it means that they can you're different, and so you're the problem to do with me, you know, we like a label, and I'm, I'm all, I'm all here for, you know, self identify, identification and diversity and things like that. But you can also see the kind of the challenges of people, sort of being wanting to be defined by, you know, different elements of what is actually a very, very complex thing, which is personal identity. But I think I do, like you know, that that actually most average folk weren't afraid of Joseph Merrick, you know, the idea that people were, he was being disguised to get to the hospital so that he didn't strike fear into people, actually, like, I imagine, you know, when he was Hawking, he. He probably wasn't like, you know, terrifying people. But if you know somebody arrives on your doorstep, you they don't look the way you expect people to look, and you then are struggling to communicate with them. That's gonna, you know, that's gonna sort of turn you away. But like you do, </w:t>
      </w:r>
    </w:p>
    <w:p>
      <w:pPr>
        <w:spacing w:after="0"/>
      </w:pPr>
    </w:p>
    <w:p>
      <w:pPr>
        <w:spacing w:after="0"/>
      </w:pPr>
      <w:r>
        <w:rPr>
          <w:rFonts w:ascii="Arial" w:hAnsi="Arial"/>
          <w:b/>
          <w:sz w:val="22"/>
        </w:rPr>
        <w:t xml:space="preserve">Alice  </w:t>
      </w:r>
      <w:r>
        <w:rPr>
          <w:rFonts w:ascii="Arial" w:hAnsi="Arial"/>
          <w:color w:val="5D7284"/>
          <w:sz w:val="22"/>
        </w:rPr>
        <w:t>1:20:19</w:t>
      </w:r>
    </w:p>
    <w:p>
      <w:pPr>
        <w:spacing w:after="0"/>
      </w:pPr>
      <w:r>
        <w:rPr>
          <w:rFonts w:ascii="Arial" w:hAnsi="Arial"/>
          <w:sz w:val="22"/>
        </w:rPr>
        <w:t>if somebody tries to sell me something at my door. I hide in my house and don't open the door. Is that not the sole reason that ring door</w:t>
      </w:r>
    </w:p>
    <w:p>
      <w:pPr>
        <w:spacing w:after="0"/>
      </w:pPr>
    </w:p>
    <w:p>
      <w:pPr>
        <w:spacing w:after="0"/>
      </w:pPr>
      <w:r>
        <w:rPr>
          <w:rFonts w:ascii="Arial" w:hAnsi="Arial"/>
          <w:b/>
          <w:sz w:val="22"/>
        </w:rPr>
        <w:t xml:space="preserve">Lucy  </w:t>
      </w:r>
      <w:r>
        <w:rPr>
          <w:rFonts w:ascii="Arial" w:hAnsi="Arial"/>
          <w:color w:val="5D7284"/>
          <w:sz w:val="22"/>
        </w:rPr>
        <w:t>1:20:27</w:t>
      </w:r>
    </w:p>
    <w:p>
      <w:pPr>
        <w:spacing w:after="0"/>
      </w:pPr>
      <w:r>
        <w:rPr>
          <w:rFonts w:ascii="Arial" w:hAnsi="Arial"/>
          <w:sz w:val="22"/>
        </w:rPr>
        <w:t xml:space="preserve">We've got a ring bell I never answer it. The ring door has been installed for me so that I can answer the door when I'm home on my own. I never answer it because there's no one here. </w:t>
      </w:r>
    </w:p>
    <w:p>
      <w:pPr>
        <w:spacing w:after="0"/>
      </w:pPr>
    </w:p>
    <w:p>
      <w:pPr>
        <w:spacing w:after="0"/>
      </w:pPr>
      <w:r>
        <w:rPr>
          <w:rFonts w:ascii="Arial" w:hAnsi="Arial"/>
          <w:b/>
          <w:sz w:val="22"/>
        </w:rPr>
        <w:t xml:space="preserve">Lucy  </w:t>
      </w:r>
      <w:r>
        <w:rPr>
          <w:rFonts w:ascii="Arial" w:hAnsi="Arial"/>
          <w:color w:val="5D7284"/>
          <w:sz w:val="22"/>
        </w:rPr>
        <w:t>1:20:43</w:t>
      </w:r>
    </w:p>
    <w:p>
      <w:pPr>
        <w:spacing w:after="0"/>
      </w:pPr>
      <w:r>
        <w:rPr>
          <w:rFonts w:ascii="Arial" w:hAnsi="Arial"/>
          <w:sz w:val="22"/>
        </w:rPr>
        <w:t xml:space="preserve">But, yeah, it's fascinating. Thank you, Daisy for that. That's a real I think that's going to be a really fascinating episode once it's all put together. Yes, it's rounded off our exploration into an elephant a man and physical differences very nicely, I think, </w:t>
      </w:r>
    </w:p>
    <w:p>
      <w:pPr>
        <w:spacing w:after="0"/>
      </w:pPr>
    </w:p>
    <w:p>
      <w:pPr>
        <w:spacing w:after="0"/>
      </w:pPr>
      <w:r>
        <w:rPr>
          <w:rFonts w:ascii="Arial" w:hAnsi="Arial"/>
          <w:b/>
          <w:sz w:val="22"/>
        </w:rPr>
        <w:t xml:space="preserve">Alice  </w:t>
      </w:r>
      <w:r>
        <w:rPr>
          <w:rFonts w:ascii="Arial" w:hAnsi="Arial"/>
          <w:color w:val="5D7284"/>
          <w:sz w:val="22"/>
        </w:rPr>
        <w:t>1:21:02</w:t>
      </w:r>
    </w:p>
    <w:p>
      <w:pPr>
        <w:spacing w:after="0"/>
      </w:pPr>
      <w:r>
        <w:rPr>
          <w:rFonts w:ascii="Arial" w:hAnsi="Arial"/>
          <w:sz w:val="22"/>
        </w:rPr>
        <w:t>yeah, thank you, Daisy Daisy, we are obviously now going to be dropping a different episode for you every week for the next few weeks. So stick around. Keep listening. If you enjoyed this episode, share it with your friends. You can like and subscribe on social media and on podcast players, and Lucy is going to tell you about where you can donate to us.</w:t>
      </w:r>
    </w:p>
    <w:p>
      <w:pPr>
        <w:spacing w:after="0"/>
      </w:pPr>
    </w:p>
    <w:p>
      <w:pPr>
        <w:spacing w:after="0"/>
      </w:pPr>
      <w:r>
        <w:rPr>
          <w:rFonts w:ascii="Arial" w:hAnsi="Arial"/>
          <w:b/>
          <w:sz w:val="22"/>
        </w:rPr>
        <w:t xml:space="preserve">Lucy  </w:t>
      </w:r>
      <w:r>
        <w:rPr>
          <w:rFonts w:ascii="Arial" w:hAnsi="Arial"/>
          <w:color w:val="5D7284"/>
          <w:sz w:val="22"/>
        </w:rPr>
        <w:t>1:21:29</w:t>
      </w:r>
    </w:p>
    <w:p>
      <w:pPr>
        <w:spacing w:after="0"/>
      </w:pPr>
      <w:r>
        <w:rPr>
          <w:rFonts w:ascii="Arial" w:hAnsi="Arial"/>
          <w:sz w:val="22"/>
        </w:rPr>
        <w:t>Yes, we have a brand new Go Fund Me available. This will help with the running costs of labor podcast. We are a completely independent podcast, so if you have a bit spare change, you can head over to a Go Fund Me page on our website, which is lABLEd podcast.co.uk, and there also you'll be able to subscribe to our bonus content newsletter, where you'll be able to hear our episode that was recorded live at nadette's earlier this year about the elephant Man and a different man. So that'll be very interesting I do, if I do say so myself,</w:t>
      </w:r>
    </w:p>
    <w:p>
      <w:pPr>
        <w:spacing w:after="0"/>
      </w:pPr>
    </w:p>
    <w:p>
      <w:pPr>
        <w:spacing w:after="0"/>
      </w:pPr>
      <w:r>
        <w:rPr>
          <w:rFonts w:ascii="Arial" w:hAnsi="Arial"/>
          <w:b/>
          <w:sz w:val="22"/>
        </w:rPr>
        <w:t xml:space="preserve">Alice  </w:t>
      </w:r>
      <w:r>
        <w:rPr>
          <w:rFonts w:ascii="Arial" w:hAnsi="Arial"/>
          <w:color w:val="5D7284"/>
          <w:sz w:val="22"/>
        </w:rPr>
        <w:t>1:22:07</w:t>
      </w:r>
    </w:p>
    <w:p>
      <w:pPr>
        <w:spacing w:after="0"/>
      </w:pPr>
      <w:r>
        <w:rPr>
          <w:rFonts w:ascii="Arial" w:hAnsi="Arial"/>
          <w:sz w:val="22"/>
        </w:rPr>
        <w:t>and there's a bonus episode coming with every single episode of the main feed for the rest of the season. So you are fully missing out on stuff if you don't go and sign up. So I think that's it from us, and we will see you guys next time bye bye.</w:t>
      </w:r>
    </w:p>
    <w:p>
      <w:pPr>
        <w:spacing w:after="0"/>
      </w:pPr>
    </w:p>
    <w:p>
      <w:pPr>
        <w:spacing w:after="0"/>
      </w:pPr>
      <w:r>
        <w:rPr>
          <w:rFonts w:ascii="Arial" w:hAnsi="Arial"/>
          <w:b/>
          <w:sz w:val="22"/>
        </w:rPr>
        <w:t xml:space="preserve">Speaker 1  </w:t>
      </w:r>
      <w:r>
        <w:rPr>
          <w:rFonts w:ascii="Arial" w:hAnsi="Arial"/>
          <w:color w:val="5D7284"/>
          <w:sz w:val="22"/>
        </w:rPr>
        <w:t>1:22:24</w:t>
      </w:r>
    </w:p>
    <w:p>
      <w:pPr>
        <w:spacing w:after="0"/>
      </w:pPr>
      <w:r>
        <w:rPr>
          <w:rFonts w:ascii="Arial" w:hAnsi="Arial"/>
          <w:sz w:val="22"/>
        </w:rPr>
        <w:t>Shh Don't wake Dora, thanks for listening to the lABLEd podcast. If you like the show, you can rate review and subscribe, and you can follow us on social media at lABLEd pod.</w:t>
      </w:r>
    </w:p>
    <w:p>
      <w:pPr>
        <w:spacing w:after="0"/>
      </w:pPr>
    </w:p>
    <w:p>
      <w:pPr>
        <w:spacing w:after="0"/>
      </w:pPr>
      <w:r>
        <w:rPr>
          <w:rFonts w:ascii="Arial" w:hAnsi="Arial"/>
          <w:b/>
          <w:sz w:val="22"/>
        </w:rPr>
        <w:t xml:space="preserve">outro   </w:t>
      </w:r>
      <w:r>
        <w:rPr>
          <w:rFonts w:ascii="Arial" w:hAnsi="Arial"/>
          <w:color w:val="5D7284"/>
          <w:sz w:val="22"/>
        </w:rPr>
        <w:t>1:22:38</w:t>
      </w:r>
    </w:p>
    <w:p>
      <w:pPr>
        <w:spacing w:after="0"/>
      </w:pPr>
      <w:r>
        <w:rPr>
          <w:rFonts w:ascii="Arial" w:hAnsi="Arial"/>
          <w:sz w:val="22"/>
        </w:rPr>
        <w:t>This episode was edited by Adam Hull. Our music was by Masie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