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S2 Anita Howard (Bonus)</w:t>
      </w:r>
    </w:p>
    <w:p>
      <w:r>
        <w:rPr>
          <w:rFonts w:ascii="Arial" w:hAnsi="Arial"/>
          <w:color w:val="4F6880"/>
          <w:sz w:val="22"/>
        </w:rPr>
        <w:t>Thu, Sep 11, 2025 10:59AM • 43:16</w:t>
      </w:r>
    </w:p>
    <w:p>
      <w:pPr>
        <w:spacing w:before="440" w:after="0"/>
      </w:pPr>
      <w:r>
        <w:rPr>
          <w:rFonts w:ascii="Arial" w:hAnsi="Arial"/>
          <w:b/>
          <w:color w:val="4F6880"/>
          <w:sz w:val="22"/>
        </w:rPr>
        <w:t>SUMMARY KEYWORDS</w:t>
      </w:r>
    </w:p>
    <w:p>
      <w:r>
        <w:rPr>
          <w:rFonts w:ascii="Arial" w:hAnsi="Arial"/>
          <w:color w:val="4F6880"/>
          <w:sz w:val="22"/>
        </w:rPr>
        <w:t>Accessible art, visual description, audio description, Lowry painting, disability, visual impairment, inclusive communication, tactile replicas, University of Stirling, heritage, digital accessibility, lived experience, museum accessibility, pre-visit information, human-to-human interaction.</w:t>
      </w:r>
    </w:p>
    <w:p>
      <w:pPr>
        <w:spacing w:before="440" w:after="0"/>
      </w:pPr>
      <w:r>
        <w:rPr>
          <w:rFonts w:ascii="Arial" w:hAnsi="Arial"/>
          <w:b/>
          <w:color w:val="4F6880"/>
          <w:sz w:val="22"/>
        </w:rPr>
        <w:t>SPEAKERS</w:t>
      </w:r>
    </w:p>
    <w:p>
      <w:r>
        <w:rPr>
          <w:rFonts w:ascii="Arial" w:hAnsi="Arial"/>
          <w:color w:val="4F6880"/>
          <w:sz w:val="22"/>
        </w:rPr>
        <w:t>Speaker 1, Alice,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label podcast, a show about disability, illness and difference. I'm Lucy and I'm</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Alice identity, and this is who</w:t>
      </w:r>
    </w:p>
    <w:p>
      <w:pPr>
        <w:spacing w:after="0"/>
      </w:pPr>
    </w:p>
    <w:p>
      <w:pPr>
        <w:spacing w:after="0"/>
      </w:pPr>
      <w:r>
        <w:rPr>
          <w:rFonts w:ascii="Arial" w:hAnsi="Arial"/>
          <w:b/>
          <w:sz w:val="22"/>
        </w:rPr>
        <w:t xml:space="preserve">Lucy  </w:t>
      </w:r>
      <w:r>
        <w:rPr>
          <w:rFonts w:ascii="Arial" w:hAnsi="Arial"/>
          <w:color w:val="5D7284"/>
          <w:sz w:val="22"/>
        </w:rPr>
        <w:t>00:11</w:t>
      </w:r>
    </w:p>
    <w:p>
      <w:pPr>
        <w:spacing w:after="0"/>
      </w:pPr>
      <w:r>
        <w:rPr>
          <w:rFonts w:ascii="Arial" w:hAnsi="Arial"/>
          <w:sz w:val="22"/>
        </w:rPr>
        <w:t>I mentally I just label me.</w:t>
      </w:r>
    </w:p>
    <w:p>
      <w:pPr>
        <w:spacing w:after="0"/>
      </w:pPr>
    </w:p>
    <w:p>
      <w:pPr>
        <w:spacing w:after="0"/>
      </w:pPr>
      <w:r>
        <w:rPr>
          <w:rFonts w:ascii="Arial" w:hAnsi="Arial"/>
          <w:color w:val="5D7284"/>
          <w:sz w:val="22"/>
        </w:rPr>
        <w:t>00:20</w:t>
      </w:r>
    </w:p>
    <w:p>
      <w:pPr>
        <w:spacing w:after="0"/>
      </w:pPr>
      <w:r>
        <w:rPr>
          <w:rFonts w:ascii="Arial" w:hAnsi="Arial"/>
          <w:sz w:val="22"/>
        </w:rPr>
        <w:t>Just label me. I just labeled</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me. Don't forget in this episode, I might swear Lucy might cry, and you can check out details of the trigger warnings on our website. Hello everyone. And welcome to this week's bonus episode for the labeled podcast. A little bit more labeled. I am Alice and I am here with Lucy. Hello, hello. And today's episode is a an accompanying episode to go along with Lucy's fantastic episode of fabled where she told me all about the Lowry painting the cripples, which is our first time doing a piece of visual art. So to go alongside that. We've been having a lot of conversations and and thinking about accessible art and how art was accessible. You know, can't can be made accessible to people with different disabilities. Obviously. Lucy, when you were planning the Lowry episode, you and I had quite a few conversations about how to kind of support me with the visual side of of the painting.</w:t>
      </w:r>
    </w:p>
    <w:p>
      <w:pPr>
        <w:spacing w:after="0"/>
      </w:pPr>
    </w:p>
    <w:p>
      <w:pPr>
        <w:spacing w:after="0"/>
      </w:pPr>
      <w:r>
        <w:rPr>
          <w:rFonts w:ascii="Arial" w:hAnsi="Arial"/>
          <w:b/>
          <w:sz w:val="22"/>
        </w:rPr>
        <w:t xml:space="preserve">Lucy  </w:t>
      </w:r>
      <w:r>
        <w:rPr>
          <w:rFonts w:ascii="Arial" w:hAnsi="Arial"/>
          <w:color w:val="5D7284"/>
          <w:sz w:val="22"/>
        </w:rPr>
        <w:t>01:44</w:t>
      </w:r>
    </w:p>
    <w:p>
      <w:pPr>
        <w:spacing w:after="0"/>
      </w:pPr>
      <w:r>
        <w:rPr>
          <w:rFonts w:ascii="Arial" w:hAnsi="Arial"/>
          <w:sz w:val="22"/>
        </w:rPr>
        <w:t>Yeah. Well, I've been wanting to do the episode about Larry for a long time, and one thing that sort of put me off a little bit was because I didn't really like, I didn't really know the best way to to do, to do a podcast about painting. When you can't see a painting is very difficult, and obviously, you know, you can do, you can do audio description. You can do, what's the what's the word audio description?</w:t>
      </w:r>
    </w:p>
    <w:p>
      <w:pPr>
        <w:spacing w:after="0"/>
      </w:pPr>
    </w:p>
    <w:p>
      <w:pPr>
        <w:spacing w:after="0"/>
      </w:pPr>
      <w:r>
        <w:rPr>
          <w:rFonts w:ascii="Arial" w:hAnsi="Arial"/>
          <w:b/>
          <w:sz w:val="22"/>
        </w:rPr>
        <w:t xml:space="preserve">Alice  </w:t>
      </w:r>
      <w:r>
        <w:rPr>
          <w:rFonts w:ascii="Arial" w:hAnsi="Arial"/>
          <w:color w:val="5D7284"/>
          <w:sz w:val="22"/>
        </w:rPr>
        <w:t>02:16</w:t>
      </w:r>
    </w:p>
    <w:p>
      <w:pPr>
        <w:spacing w:after="0"/>
      </w:pPr>
      <w:r>
        <w:rPr>
          <w:rFonts w:ascii="Arial" w:hAnsi="Arial"/>
          <w:sz w:val="22"/>
        </w:rPr>
        <w:t>I mean, I suppose it would be a visual a visual description, you know. And any images that we put out will put out with alt text and stuff. But yes, you know, even alt text, in particular, I find, you know, as someone who can see some things, there is certainly, you know, something that is a little bit lost with with that. And so it's, it's it's just the level of detail can be kind of hard to capture. And so we talked a lot, especially because, you know, it's, it's a funny sort of, almost like, not, not quite catch 22 but you know, it, this is a podcasting is also an audio format. So we we are talking about, you know, something visual to somebody who doesn't have vision, to people who can't see what we're talking about.</w:t>
      </w:r>
    </w:p>
    <w:p>
      <w:pPr>
        <w:spacing w:after="0"/>
      </w:pPr>
    </w:p>
    <w:p>
      <w:pPr>
        <w:spacing w:after="0"/>
      </w:pPr>
      <w:r>
        <w:rPr>
          <w:rFonts w:ascii="Arial" w:hAnsi="Arial"/>
          <w:b/>
          <w:sz w:val="22"/>
        </w:rPr>
        <w:t xml:space="preserve">Lucy  </w:t>
      </w:r>
      <w:r>
        <w:rPr>
          <w:rFonts w:ascii="Arial" w:hAnsi="Arial"/>
          <w:color w:val="5D7284"/>
          <w:sz w:val="22"/>
        </w:rPr>
        <w:t>03:08</w:t>
      </w:r>
    </w:p>
    <w:p>
      <w:pPr>
        <w:spacing w:after="0"/>
      </w:pPr>
      <w:r>
        <w:rPr>
          <w:rFonts w:ascii="Arial" w:hAnsi="Arial"/>
          <w:sz w:val="22"/>
        </w:rPr>
        <w:t>So as you can tell, that's why I was put off for a while. Yeah. So what I did do was I basically, sort of visually described the painting in my own terms to an AI, and then the AI helped me, and then I run it through several order AI, so about three or four different sort of AI bots, if you like, to get the perfect description of the painting that I'm talking about. So it might not be perfect, but I've done my best with it. And then it got me sort of thinking, well, if I wanted to go and visit an art gallery with Alice, who is my friend of mine, obviously, and we do spend time with one another outside of the podcasting world. What would I, you know, how I if we were going to go to an art gallery, Alice, for instance, I would want to make sure that you could sort of experience it the best way possible. So that posed another question, and I was like, maybe we could get an expert on so I sort of posed lots of questions to people online. Said, Would anybody like to come and talk to us about accessibility and art? And our guest today, Anita Howard, contacted me and said I'd be interested. So we've got her on the podcast to talk about that very issue. Anita, hello, hello, hello. Would you like to introduce yourself to our listeners, please, and tell us a bit about yourself?</w:t>
      </w:r>
    </w:p>
    <w:p>
      <w:pPr>
        <w:spacing w:after="0"/>
      </w:pPr>
    </w:p>
    <w:p>
      <w:pPr>
        <w:spacing w:after="0"/>
      </w:pPr>
      <w:r>
        <w:rPr>
          <w:rFonts w:ascii="Arial" w:hAnsi="Arial"/>
          <w:b/>
          <w:sz w:val="22"/>
        </w:rPr>
        <w:t xml:space="preserve">Speaker 1  </w:t>
      </w:r>
      <w:r>
        <w:rPr>
          <w:rFonts w:ascii="Arial" w:hAnsi="Arial"/>
          <w:color w:val="5D7284"/>
          <w:sz w:val="22"/>
        </w:rPr>
        <w:t>04:31</w:t>
      </w:r>
    </w:p>
    <w:p>
      <w:pPr>
        <w:spacing w:after="0"/>
      </w:pPr>
      <w:r>
        <w:rPr>
          <w:rFonts w:ascii="Arial" w:hAnsi="Arial"/>
          <w:sz w:val="22"/>
        </w:rPr>
        <w:t>Yes, thank you so much for having me. It's exciting to meet you both. Yeah, great to meet you, yay. So yep, my name is Anita Howard, and and I am currently a master student with the University of Stirling in Scotland. Previous where, where I come from. I was based in New York, and yep, decided to go for this master's. At the University of Stirling with a focus on heritage. And heritage is quite a broad subject that includes arts, culture, yeah, and history, which I understand you're both interested in history.</w:t>
      </w:r>
    </w:p>
    <w:p>
      <w:pPr>
        <w:spacing w:after="0"/>
      </w:pPr>
    </w:p>
    <w:p>
      <w:pPr>
        <w:spacing w:after="0"/>
      </w:pPr>
      <w:r>
        <w:rPr>
          <w:rFonts w:ascii="Arial" w:hAnsi="Arial"/>
          <w:b/>
          <w:sz w:val="22"/>
        </w:rPr>
        <w:t xml:space="preserve">Lucy  </w:t>
      </w:r>
      <w:r>
        <w:rPr>
          <w:rFonts w:ascii="Arial" w:hAnsi="Arial"/>
          <w:color w:val="5D7284"/>
          <w:sz w:val="22"/>
        </w:rPr>
        <w:t>05:15</w:t>
      </w:r>
    </w:p>
    <w:p>
      <w:pPr>
        <w:spacing w:after="0"/>
      </w:pPr>
      <w:r>
        <w:rPr>
          <w:rFonts w:ascii="Arial" w:hAnsi="Arial"/>
          <w:sz w:val="22"/>
        </w:rPr>
        <w:t>We're basically nerds.</w:t>
      </w:r>
    </w:p>
    <w:p>
      <w:pPr>
        <w:spacing w:after="0"/>
      </w:pPr>
    </w:p>
    <w:p>
      <w:pPr>
        <w:spacing w:after="0"/>
      </w:pPr>
      <w:r>
        <w:rPr>
          <w:rFonts w:ascii="Arial" w:hAnsi="Arial"/>
          <w:b/>
          <w:sz w:val="22"/>
        </w:rPr>
        <w:t xml:space="preserve">Speaker 1  </w:t>
      </w:r>
      <w:r>
        <w:rPr>
          <w:rFonts w:ascii="Arial" w:hAnsi="Arial"/>
          <w:color w:val="5D7284"/>
          <w:sz w:val="22"/>
        </w:rPr>
        <w:t>05:20</w:t>
      </w:r>
    </w:p>
    <w:p>
      <w:pPr>
        <w:spacing w:after="0"/>
      </w:pPr>
      <w:r>
        <w:rPr>
          <w:rFonts w:ascii="Arial" w:hAnsi="Arial"/>
          <w:sz w:val="22"/>
        </w:rPr>
        <w:t>I share, I share your enthusiasm absolutely for sure, and Scotland is an amazing place in which to study history and heritage. I share that there's stories around every corner. It's pretty amazing place to be.</w:t>
      </w:r>
    </w:p>
    <w:p>
      <w:pPr>
        <w:spacing w:after="0"/>
      </w:pPr>
    </w:p>
    <w:p>
      <w:pPr>
        <w:spacing w:after="0"/>
      </w:pPr>
      <w:r>
        <w:rPr>
          <w:rFonts w:ascii="Arial" w:hAnsi="Arial"/>
          <w:b/>
          <w:sz w:val="22"/>
        </w:rPr>
        <w:t xml:space="preserve">Alice  </w:t>
      </w:r>
      <w:r>
        <w:rPr>
          <w:rFonts w:ascii="Arial" w:hAnsi="Arial"/>
          <w:color w:val="5D7284"/>
          <w:sz w:val="22"/>
        </w:rPr>
        <w:t>05:37</w:t>
      </w:r>
    </w:p>
    <w:p>
      <w:pPr>
        <w:spacing w:after="0"/>
      </w:pPr>
      <w:r>
        <w:rPr>
          <w:rFonts w:ascii="Arial" w:hAnsi="Arial"/>
          <w:sz w:val="22"/>
        </w:rPr>
        <w:t>Yeah, I bet. Thank you so much for joining us. Anita, obviously, you're, you're studying your your master's degree, but you also kind of wanted specifically to come and talk to us today about a project that you worked on that looked at accessibility and inclusion for for the art and museum world.</w:t>
      </w:r>
    </w:p>
    <w:p>
      <w:pPr>
        <w:spacing w:after="0"/>
      </w:pPr>
    </w:p>
    <w:p>
      <w:pPr>
        <w:spacing w:after="0"/>
      </w:pPr>
      <w:r>
        <w:rPr>
          <w:rFonts w:ascii="Arial" w:hAnsi="Arial"/>
          <w:b/>
          <w:sz w:val="22"/>
        </w:rPr>
        <w:t xml:space="preserve">Speaker 1  </w:t>
      </w:r>
      <w:r>
        <w:rPr>
          <w:rFonts w:ascii="Arial" w:hAnsi="Arial"/>
          <w:color w:val="5D7284"/>
          <w:sz w:val="22"/>
        </w:rPr>
        <w:t>05:57</w:t>
      </w:r>
    </w:p>
    <w:p>
      <w:pPr>
        <w:spacing w:after="0"/>
      </w:pPr>
      <w:r>
        <w:rPr>
          <w:rFonts w:ascii="Arial" w:hAnsi="Arial"/>
          <w:sz w:val="22"/>
        </w:rPr>
        <w:t>Yes, yes. I was very fortunate, I was able to be invited for an internship within my program to work with the University of Stirling's art collection, which I was absolutely thrilled about. Being an enthusiast about art as well as access and inclusion. So that was the opportunity in which to merge all of those worlds.</w:t>
      </w:r>
    </w:p>
    <w:p>
      <w:pPr>
        <w:spacing w:after="0"/>
      </w:pPr>
    </w:p>
    <w:p>
      <w:pPr>
        <w:spacing w:after="0"/>
      </w:pPr>
      <w:r>
        <w:rPr>
          <w:rFonts w:ascii="Arial" w:hAnsi="Arial"/>
          <w:b/>
          <w:sz w:val="22"/>
        </w:rPr>
        <w:t xml:space="preserve">Lucy  </w:t>
      </w:r>
      <w:r>
        <w:rPr>
          <w:rFonts w:ascii="Arial" w:hAnsi="Arial"/>
          <w:color w:val="5D7284"/>
          <w:sz w:val="22"/>
        </w:rPr>
        <w:t>06:22</w:t>
      </w:r>
    </w:p>
    <w:p>
      <w:pPr>
        <w:spacing w:after="0"/>
      </w:pPr>
      <w:r>
        <w:rPr>
          <w:rFonts w:ascii="Arial" w:hAnsi="Arial"/>
          <w:sz w:val="22"/>
        </w:rPr>
        <w:t>Yeah, that's really great. Really great stuff. I'm really excited to hear about, sort of like the work that you've done, and sort of like what you've managed to create out of it. Could you tell us a little bit about the program itself?</w:t>
      </w:r>
    </w:p>
    <w:p>
      <w:pPr>
        <w:spacing w:after="0"/>
      </w:pPr>
    </w:p>
    <w:p>
      <w:pPr>
        <w:spacing w:after="0"/>
      </w:pPr>
      <w:r>
        <w:rPr>
          <w:rFonts w:ascii="Arial" w:hAnsi="Arial"/>
          <w:b/>
          <w:sz w:val="22"/>
        </w:rPr>
        <w:t xml:space="preserve">Speaker 1  </w:t>
      </w:r>
      <w:r>
        <w:rPr>
          <w:rFonts w:ascii="Arial" w:hAnsi="Arial"/>
          <w:color w:val="5D7284"/>
          <w:sz w:val="22"/>
        </w:rPr>
        <w:t>06:38</w:t>
      </w:r>
    </w:p>
    <w:p>
      <w:pPr>
        <w:spacing w:after="0"/>
      </w:pPr>
      <w:r>
        <w:rPr>
          <w:rFonts w:ascii="Arial" w:hAnsi="Arial"/>
          <w:sz w:val="22"/>
        </w:rPr>
        <w:t>Yes, yes. So the it's a very interesting situation in terms of the art collection at the University of sterling. Our main focus was within one building that's on campus, and that building is called Path foot because it houses the majority of the university's art exhibition. So the first principal of the university was influenced by his mother's love of art. So that first principal decided to allocate budget towards collecting art, so that art would be a part of the everyday life of the, you know, academic experience on campus. So we were very fortunate with his vision to begin with. And so that that happened, that path, foot building and the art collection actually began back in 1967 here in in Scotland. So we were taking a look at specific to enhancing accessibility for the exhibits that are housed in the path foot building. And some of the objectives were to really take a look at improving pre visit accessibility information that's available to the public. So that's an important component of planning the visit, you know, prior to actually making the trip, and then I did work on developing audio description. And we can talk about there's interesting differences between audio guides which are commonly offered at different galleries. There's there's a distinction between audio guides which provide context and then an audio description, which is much more detailed, so it hopefully provides more of an equitable experience, you know, yeah, yeah.</w:t>
      </w:r>
    </w:p>
    <w:p>
      <w:pPr>
        <w:spacing w:after="0"/>
      </w:pPr>
    </w:p>
    <w:p>
      <w:pPr>
        <w:spacing w:after="0"/>
      </w:pPr>
      <w:r>
        <w:rPr>
          <w:rFonts w:ascii="Arial" w:hAnsi="Arial"/>
          <w:b/>
          <w:sz w:val="22"/>
        </w:rPr>
        <w:t xml:space="preserve">Alice  </w:t>
      </w:r>
      <w:r>
        <w:rPr>
          <w:rFonts w:ascii="Arial" w:hAnsi="Arial"/>
          <w:color w:val="5D7284"/>
          <w:sz w:val="22"/>
        </w:rPr>
        <w:t>08:31</w:t>
      </w:r>
    </w:p>
    <w:p>
      <w:pPr>
        <w:spacing w:after="0"/>
      </w:pPr>
      <w:r>
        <w:rPr>
          <w:rFonts w:ascii="Arial" w:hAnsi="Arial"/>
          <w:sz w:val="22"/>
        </w:rPr>
        <w:t>That's as a visually impaired person who has been to, you know, museums and galleries and stuff. I have made use of audio guides certainly. And I think that that distinction with the context is, you know, that really resonates for me, because I've certainly felt like, okay, that's really interesting. You know, I've learned something. You've told me it, you know, there might be some light description where they perhaps said it's, for example, I can, I can remember when I visited the Bay of tapestry, it was, you know, explaining this, you know, in the top left hand corner of this panel, this gentleman with the sword is representing such and such and such. But it doesn't it, although it gives you a little bit of an understanding of kind of what, what is in front of you visually,</w:t>
      </w:r>
    </w:p>
    <w:p>
      <w:pPr>
        <w:spacing w:after="0"/>
      </w:pPr>
    </w:p>
    <w:p>
      <w:pPr>
        <w:spacing w:after="0"/>
      </w:pPr>
      <w:r>
        <w:rPr>
          <w:rFonts w:ascii="Arial" w:hAnsi="Arial"/>
          <w:b/>
          <w:sz w:val="22"/>
        </w:rPr>
        <w:t xml:space="preserve">Lucy  </w:t>
      </w:r>
      <w:r>
        <w:rPr>
          <w:rFonts w:ascii="Arial" w:hAnsi="Arial"/>
          <w:color w:val="5D7284"/>
          <w:sz w:val="22"/>
        </w:rPr>
        <w:t>09:16</w:t>
      </w:r>
    </w:p>
    <w:p>
      <w:pPr>
        <w:spacing w:after="0"/>
      </w:pPr>
      <w:r>
        <w:rPr>
          <w:rFonts w:ascii="Arial" w:hAnsi="Arial"/>
          <w:sz w:val="22"/>
        </w:rPr>
        <w:t>yeah, a bit, a bit more like the history.</w:t>
      </w:r>
    </w:p>
    <w:p>
      <w:pPr>
        <w:spacing w:after="0"/>
      </w:pPr>
    </w:p>
    <w:p>
      <w:pPr>
        <w:spacing w:after="0"/>
      </w:pPr>
      <w:r>
        <w:rPr>
          <w:rFonts w:ascii="Arial" w:hAnsi="Arial"/>
          <w:b/>
          <w:sz w:val="22"/>
        </w:rPr>
        <w:t xml:space="preserve">Alice  </w:t>
      </w:r>
      <w:r>
        <w:rPr>
          <w:rFonts w:ascii="Arial" w:hAnsi="Arial"/>
          <w:color w:val="5D7284"/>
          <w:sz w:val="22"/>
        </w:rPr>
        <w:t>09:19</w:t>
      </w:r>
    </w:p>
    <w:p>
      <w:pPr>
        <w:spacing w:after="0"/>
      </w:pPr>
      <w:r>
        <w:rPr>
          <w:rFonts w:ascii="Arial" w:hAnsi="Arial"/>
          <w:sz w:val="22"/>
        </w:rPr>
        <w:t>It's not what. It's not the purpose of the audio guide. The purpose of the audio guide is to give you that context and that understanding so that you know and and works under the assumption that you've got vision to kind of grasp it, rather than to kind of apply it to to what you're looking at. Whereas you know an audio description, I think, is is is something entirely, you know, would, would be achieving something different. So, can you talk to us a little bit, Anita, about, kind of how, how that, how you develop that audio description, and sort of how, how it is, you know, how it can be utilized. Oh.</w:t>
      </w:r>
    </w:p>
    <w:p>
      <w:pPr>
        <w:spacing w:after="0"/>
      </w:pPr>
    </w:p>
    <w:p>
      <w:pPr>
        <w:spacing w:after="0"/>
      </w:pPr>
      <w:r>
        <w:rPr>
          <w:rFonts w:ascii="Arial" w:hAnsi="Arial"/>
          <w:b/>
          <w:sz w:val="22"/>
        </w:rPr>
        <w:t xml:space="preserve">Speaker 1  </w:t>
      </w:r>
      <w:r>
        <w:rPr>
          <w:rFonts w:ascii="Arial" w:hAnsi="Arial"/>
          <w:color w:val="5D7284"/>
          <w:sz w:val="22"/>
        </w:rPr>
        <w:t>10:00</w:t>
      </w:r>
    </w:p>
    <w:p>
      <w:pPr>
        <w:spacing w:after="0"/>
      </w:pPr>
      <w:r>
        <w:rPr>
          <w:rFonts w:ascii="Arial" w:hAnsi="Arial"/>
          <w:sz w:val="22"/>
        </w:rPr>
        <w:t>Absolutely yep and spot on. Just like you explain Alice, the audio tours are, their baseline is that they're referring to something that you see. So they are. They're offering like insights context and the style. Perhaps they might reference the style of artwork, but it's assuming that you're looking at that particular artwork, and for the audio description, that's much more the detailed verbal depiction, and it's able to hopefully create a picture in your mind's eye, so that if you are experiencing and living with sight loss, you can enjoy the experience comparably without vision. So it's much more detail. I think it's a beautiful I get excited to avoid it, because I feel like it's an art in itself. Able to do the audio description, because you are talking about, there's, there's a bit of a formula to work against. I had a framework to describe. Okay, where is the art piece located? What? What are its measurements? You know, to provide the size where, you know, where can you find it? But then it gets much more into here's an overarching description of what is in the foreground, what's in the background, textures, colors, beautiful descriptions, which I absolutely loved, and got very excited about writing, because I love writing. So it's a nice, yeah, it's, it's a nice way to approach it.</w:t>
      </w:r>
    </w:p>
    <w:p>
      <w:pPr>
        <w:spacing w:after="0"/>
      </w:pPr>
    </w:p>
    <w:p>
      <w:pPr>
        <w:spacing w:after="0"/>
      </w:pPr>
      <w:r>
        <w:rPr>
          <w:rFonts w:ascii="Arial" w:hAnsi="Arial"/>
          <w:b/>
          <w:sz w:val="22"/>
        </w:rPr>
        <w:t xml:space="preserve">Lucy  </w:t>
      </w:r>
      <w:r>
        <w:rPr>
          <w:rFonts w:ascii="Arial" w:hAnsi="Arial"/>
          <w:color w:val="5D7284"/>
          <w:sz w:val="22"/>
        </w:rPr>
        <w:t>11:32</w:t>
      </w:r>
    </w:p>
    <w:p>
      <w:pPr>
        <w:spacing w:after="0"/>
      </w:pPr>
      <w:r>
        <w:rPr>
          <w:rFonts w:ascii="Arial" w:hAnsi="Arial"/>
          <w:sz w:val="22"/>
        </w:rPr>
        <w:t>Anyway, I could have done with you and I was writing my visual description of the Lowry. I might send it to you and go, can you just see if that's right?</w:t>
      </w:r>
    </w:p>
    <w:p>
      <w:pPr>
        <w:spacing w:after="0"/>
      </w:pPr>
    </w:p>
    <w:p>
      <w:pPr>
        <w:spacing w:after="0"/>
      </w:pPr>
      <w:r>
        <w:rPr>
          <w:rFonts w:ascii="Arial" w:hAnsi="Arial"/>
          <w:b/>
          <w:sz w:val="22"/>
        </w:rPr>
        <w:t xml:space="preserve">Alice  </w:t>
      </w:r>
      <w:r>
        <w:rPr>
          <w:rFonts w:ascii="Arial" w:hAnsi="Arial"/>
          <w:color w:val="5D7284"/>
          <w:sz w:val="22"/>
        </w:rPr>
        <w:t>11:42</w:t>
      </w:r>
    </w:p>
    <w:p>
      <w:pPr>
        <w:spacing w:after="0"/>
      </w:pPr>
      <w:r>
        <w:rPr>
          <w:rFonts w:ascii="Arial" w:hAnsi="Arial"/>
          <w:sz w:val="22"/>
        </w:rPr>
        <w:t>It's one of those things that I've, you know, the majority of my exposure to audio description is for like film and TV. I have seen, you know, I have attended plays and things where it's been used. It is, there is a there is a skill to it. There is a balance to particularly when it is something, you know, like a live action, where it's moving. There is a balance between describing what is happening without losing the the the additional visual impact of what you're seeing. You know, fight scenes in particular are really, can be really kind of challenging, because actually, do you want to give a blow by blow account of what's going on, or do you want to be kind of sharing the impact more of what's going on. And actually, personally, I don't need to know he hits him in the chin, then he hits him in the shoulder, then he elbows him in the ear. Like what you need to understand more for the narrative kind of progression is because he's a person with vision will see that fight, but they will also be able to apply it to the wider context of the story. So if they see somebody really getting their ass handed to them, and that's their hero for them, they know, oh, you know, this is, this is a problem. I'm feeling tense. I'm worried for our, you know, protagonist and things like that, whereas, if all you're doing is explaining the blow by blow, you know, eventually I will come to learn, oh, actually, he's not getting any hits in himself. Or that sounds like that was a particularly brutal punch, or something like that. But it's, yeah, it is that it's not just the facts. I think what you were saying there Anita about, you know, it's not just giving the context of, this is the the location and this size, and, you know, this is a painting of a woman in a black dress, but actually, it's, it's the detail tells you more about the impact of what you're seeing. It gives you a better understanding of the thing in front of you than just telling you that this is what's in front of you.</w:t>
      </w:r>
    </w:p>
    <w:p>
      <w:pPr>
        <w:spacing w:after="0"/>
      </w:pPr>
    </w:p>
    <w:p>
      <w:pPr>
        <w:spacing w:after="0"/>
      </w:pPr>
      <w:r>
        <w:rPr>
          <w:rFonts w:ascii="Arial" w:hAnsi="Arial"/>
          <w:b/>
          <w:sz w:val="22"/>
        </w:rPr>
        <w:t xml:space="preserve">Speaker 1  </w:t>
      </w:r>
      <w:r>
        <w:rPr>
          <w:rFonts w:ascii="Arial" w:hAnsi="Arial"/>
          <w:color w:val="5D7284"/>
          <w:sz w:val="22"/>
        </w:rPr>
        <w:t>14:02</w:t>
      </w:r>
    </w:p>
    <w:p>
      <w:pPr>
        <w:spacing w:after="0"/>
      </w:pPr>
      <w:r>
        <w:rPr>
          <w:rFonts w:ascii="Arial" w:hAnsi="Arial"/>
          <w:sz w:val="22"/>
        </w:rPr>
        <w:t>Yes, yes. And it does include a little bit of interpretation as well, because you can convey some emotions which are subjected you know,</w:t>
      </w:r>
    </w:p>
    <w:p>
      <w:pPr>
        <w:spacing w:after="0"/>
      </w:pPr>
    </w:p>
    <w:p>
      <w:pPr>
        <w:spacing w:after="0"/>
      </w:pPr>
      <w:r>
        <w:rPr>
          <w:rFonts w:ascii="Arial" w:hAnsi="Arial"/>
          <w:b/>
          <w:sz w:val="22"/>
        </w:rPr>
        <w:t xml:space="preserve">Lucy  </w:t>
      </w:r>
      <w:r>
        <w:rPr>
          <w:rFonts w:ascii="Arial" w:hAnsi="Arial"/>
          <w:color w:val="5D7284"/>
          <w:sz w:val="22"/>
        </w:rPr>
        <w:t>14:12</w:t>
      </w:r>
    </w:p>
    <w:p>
      <w:pPr>
        <w:spacing w:after="0"/>
      </w:pPr>
      <w:r>
        <w:rPr>
          <w:rFonts w:ascii="Arial" w:hAnsi="Arial"/>
          <w:sz w:val="22"/>
        </w:rPr>
        <w:t>everybody look at a painting and it's different, yeah, what what I would get from a painting is different, and either to what you would get from, yeah, therefore it's different to what Alice would, you know, when it's been described to her, would get from it, you know, it's, it's a very art is very subjective. I think that's where the big issue is, isn't it, really, and it's what you get out of it. And I think that's what made me nervous about doing the Larry episode. Was like, I didn't want to get it wrong, and then Alice get, like, the wrong picture in her end. But then I realized, like, it doesn't matter what I say, you know, Alice is getting a picture in her mind. Whatever she pictures in her mind, isn't he? How I describe it?</w:t>
      </w:r>
    </w:p>
    <w:p>
      <w:pPr>
        <w:spacing w:after="0"/>
      </w:pPr>
    </w:p>
    <w:p>
      <w:pPr>
        <w:spacing w:after="0"/>
      </w:pPr>
      <w:r>
        <w:rPr>
          <w:rFonts w:ascii="Arial" w:hAnsi="Arial"/>
          <w:b/>
          <w:sz w:val="22"/>
        </w:rPr>
        <w:t xml:space="preserve">Alice  </w:t>
      </w:r>
      <w:r>
        <w:rPr>
          <w:rFonts w:ascii="Arial" w:hAnsi="Arial"/>
          <w:color w:val="5D7284"/>
          <w:sz w:val="22"/>
        </w:rPr>
        <w:t>14:54</w:t>
      </w:r>
    </w:p>
    <w:p>
      <w:pPr>
        <w:spacing w:after="0"/>
      </w:pPr>
      <w:r>
        <w:rPr>
          <w:rFonts w:ascii="Arial" w:hAnsi="Arial"/>
          <w:sz w:val="22"/>
        </w:rPr>
        <w:t>I think one of the things that's also, you know, in terms of that accessibility, kind of on the ground. And in the galleries and in museums, it is. It's not just about the piece of art itself. There is, you know, that context for kind of, where you find it is also partly kind of influences what, you know, what? When we went to the Vatican, you know, I've been in the Sistine Chapel, and the fact that you are not supposed to speak in there. That is, is it's supposed to be a quiet place of quiet, you know, that I, for me, that meant that I lost some of the kind of, you know, because there wasn't an opportunity to have it. It sort of described to me. But then I also did gain some of the experience, because I do have some vision. So I was able to see, see what I was seeing in the quiet. And I mean, I when we went to I was much younger. It must be 1015, years now, my vision is deteriorate. So I had more vision then that I do now. And I saw the Mona Lisa, and I remember, actually, I was really disappointed. Yeah, by it, it's so small, it's small. But also it must have been the middle of August when we went, because it was a school holiday and it was full of tourists. You couldn't get anywhere near it. They've got, it's got slightly darkened glass over it. So, yeah, you know, it's all to protect it and stuff. But actually, I was really like, oh, you know, consistent, yeah, exactly, exactly that, that tone of voice, because I think everybody I've ever heard talk about it, it's probably been some art historian who has had the pleasure and the privilege of being able to see that painting on their own, not surrounded by 45 people trying to take photos of it surreptitiously.</w:t>
      </w:r>
    </w:p>
    <w:p>
      <w:pPr>
        <w:spacing w:after="0"/>
      </w:pPr>
    </w:p>
    <w:p>
      <w:pPr>
        <w:spacing w:after="0"/>
      </w:pPr>
      <w:r>
        <w:rPr>
          <w:rFonts w:ascii="Arial" w:hAnsi="Arial"/>
          <w:b/>
          <w:sz w:val="22"/>
        </w:rPr>
        <w:t xml:space="preserve">Lucy  </w:t>
      </w:r>
      <w:r>
        <w:rPr>
          <w:rFonts w:ascii="Arial" w:hAnsi="Arial"/>
          <w:color w:val="5D7284"/>
          <w:sz w:val="22"/>
        </w:rPr>
        <w:t>16:51</w:t>
      </w:r>
    </w:p>
    <w:p>
      <w:pPr>
        <w:spacing w:after="0"/>
      </w:pPr>
      <w:r>
        <w:rPr>
          <w:rFonts w:ascii="Arial" w:hAnsi="Arial"/>
          <w:sz w:val="22"/>
        </w:rPr>
        <w:t>Anita, I don't know about you, but I've seen the Mona Lisa, Chris, who is a friend of mine, he we go to art galleries a lot. We like to go to art galleries. And he we found it in the louver. It's very difficult to find as well, because obviously it's a very expensive painting. They don't put it right by the front door, just in case somebody runs off with it. What kind of understandable? But also, when you can't really speak French and you can't understand the written word either. You're like, I don't wait. Am I going left? I go right. Also, you know, my sense direction is terrible. Anyway, we found it, and there was like, all the people, all of the people. And I was like, I can't see it. Can't see it. And the security guard who was stood next to the Mona Lisa, lifted the velvet rope that was in front of her, looked at me, pointed at me, and sort of did the come here, like Come hither gesture. And I was like, Where are we going? Where are we going? And he sort of like, let me under the rope. And it's the most awkward thing. I mean, it's lovely. Thank you so much for this opportunity, but it is also the most awkward thing, because you could feel 1000s and 1000s of people's eyes burning in the back of my head going, Why is she allowed the privilege? But, yeah, you do get that sense. Alice of it is tiny. I mean, my mum had given up. She went not to sit down on a chair outside, because she was like, I've done so much walking. I'm not bothered. That's my mum for you. But yeah, there is that level of, oh, it's tiny, yeah.</w:t>
      </w:r>
    </w:p>
    <w:p>
      <w:pPr>
        <w:spacing w:after="0"/>
      </w:pPr>
    </w:p>
    <w:p>
      <w:pPr>
        <w:spacing w:after="0"/>
      </w:pPr>
      <w:r>
        <w:rPr>
          <w:rFonts w:ascii="Arial" w:hAnsi="Arial"/>
          <w:b/>
          <w:sz w:val="22"/>
        </w:rPr>
        <w:t xml:space="preserve">Alice  </w:t>
      </w:r>
      <w:r>
        <w:rPr>
          <w:rFonts w:ascii="Arial" w:hAnsi="Arial"/>
          <w:color w:val="5D7284"/>
          <w:sz w:val="22"/>
        </w:rPr>
        <w:t>18:27</w:t>
      </w:r>
    </w:p>
    <w:p>
      <w:pPr>
        <w:spacing w:after="0"/>
      </w:pPr>
      <w:r>
        <w:rPr>
          <w:rFonts w:ascii="Arial" w:hAnsi="Arial"/>
          <w:sz w:val="22"/>
        </w:rPr>
        <w:t>So I guess I it's just the point I guess I'm making is that it, it's the challenge of audio description, is overcoming the sight loss, element of it, without also kind of impacting on the other environmental and kind of circumstantial. And, you know, I, my experience of the Mona Lisa may have been very different had there not been loads of tourists around. I might have felt more impacted by it, but I didn't because of that, you know, the wider circumstances about it that had nothing to do with my visual impairment. Yeah, and so it's, how do you also walk that line in terms of audio description, of not influencing a person, allowing them to have the experience that is theirs and genuine. It's Can, can you tell us, you know, what's your thoughts about that Anita did? Was that a challenge you felt you experienced?</w:t>
      </w:r>
    </w:p>
    <w:p>
      <w:pPr>
        <w:spacing w:after="0"/>
      </w:pPr>
    </w:p>
    <w:p>
      <w:pPr>
        <w:spacing w:after="0"/>
      </w:pPr>
      <w:r>
        <w:rPr>
          <w:rFonts w:ascii="Arial" w:hAnsi="Arial"/>
          <w:b/>
          <w:sz w:val="22"/>
        </w:rPr>
        <w:t xml:space="preserve">Speaker 1  </w:t>
      </w:r>
      <w:r>
        <w:rPr>
          <w:rFonts w:ascii="Arial" w:hAnsi="Arial"/>
          <w:color w:val="5D7284"/>
          <w:sz w:val="22"/>
        </w:rPr>
        <w:t>19:29</w:t>
      </w:r>
    </w:p>
    <w:p>
      <w:pPr>
        <w:spacing w:after="0"/>
      </w:pPr>
      <w:r>
        <w:rPr>
          <w:rFonts w:ascii="Arial" w:hAnsi="Arial"/>
          <w:sz w:val="22"/>
        </w:rPr>
        <w:t>Sure, and you know what's really interesting? Because art is subjective. It's all right to know that some people may find it absolutely brilliant, and some people may not enjoy it at all, because it's like, yeah, right, it's in that's okay. That's okay. Because writing, artwork, poetry, all of it, is subjective, and so I you have to make a little bit of peace with that. I to be honest and to be human. And I'm always nervous when I share the writing, because it could be brilliant or it could be rubbish. It could absolutely, you know, so there's always that there. But yes, yes. So for example, if I was writing this description of a painting that features a full length depiction of a woman standing and wearing a scarlet red Shaw that was actually the focal point. So I might say that it drapes dramatically over her shoulders, and it creates that focal point now, now I put in dramatically, as you know, to emphasize the emotion that the artist may have been meeting to convey, but that artist died a long time ago, and of course, I've not had a conversation.</w:t>
      </w:r>
    </w:p>
    <w:p>
      <w:pPr>
        <w:spacing w:after="0"/>
      </w:pPr>
    </w:p>
    <w:p>
      <w:pPr>
        <w:spacing w:after="0"/>
      </w:pPr>
      <w:r>
        <w:rPr>
          <w:rFonts w:ascii="Arial" w:hAnsi="Arial"/>
          <w:b/>
          <w:sz w:val="22"/>
        </w:rPr>
        <w:t xml:space="preserve">Lucy  </w:t>
      </w:r>
      <w:r>
        <w:rPr>
          <w:rFonts w:ascii="Arial" w:hAnsi="Arial"/>
          <w:color w:val="5D7284"/>
          <w:sz w:val="22"/>
        </w:rPr>
        <w:t>20:51</w:t>
      </w:r>
    </w:p>
    <w:p>
      <w:pPr>
        <w:spacing w:after="0"/>
      </w:pPr>
      <w:r>
        <w:rPr>
          <w:rFonts w:ascii="Arial" w:hAnsi="Arial"/>
          <w:sz w:val="22"/>
        </w:rPr>
        <w:t>Yeah, exactly.</w:t>
      </w:r>
    </w:p>
    <w:p>
      <w:pPr>
        <w:spacing w:after="0"/>
      </w:pPr>
    </w:p>
    <w:p>
      <w:pPr>
        <w:spacing w:after="0"/>
      </w:pPr>
      <w:r>
        <w:rPr>
          <w:rFonts w:ascii="Arial" w:hAnsi="Arial"/>
          <w:b/>
          <w:sz w:val="22"/>
        </w:rPr>
        <w:t xml:space="preserve">Alice  </w:t>
      </w:r>
      <w:r>
        <w:rPr>
          <w:rFonts w:ascii="Arial" w:hAnsi="Arial"/>
          <w:color w:val="5D7284"/>
          <w:sz w:val="22"/>
        </w:rPr>
        <w:t>20:52</w:t>
      </w:r>
    </w:p>
    <w:p>
      <w:pPr>
        <w:spacing w:after="0"/>
      </w:pPr>
      <w:r>
        <w:rPr>
          <w:rFonts w:ascii="Arial" w:hAnsi="Arial"/>
          <w:sz w:val="22"/>
        </w:rPr>
        <w:t>You can't. They don't tend to write notes on the back of the canvas, being like, I was really angry when I painted this.</w:t>
      </w:r>
    </w:p>
    <w:p>
      <w:pPr>
        <w:spacing w:after="0"/>
      </w:pPr>
    </w:p>
    <w:p>
      <w:pPr>
        <w:spacing w:after="0"/>
      </w:pPr>
      <w:r>
        <w:rPr>
          <w:rFonts w:ascii="Arial" w:hAnsi="Arial"/>
          <w:b/>
          <w:sz w:val="22"/>
        </w:rPr>
        <w:t xml:space="preserve">Lucy  </w:t>
      </w:r>
      <w:r>
        <w:rPr>
          <w:rFonts w:ascii="Arial" w:hAnsi="Arial"/>
          <w:color w:val="5D7284"/>
          <w:sz w:val="22"/>
        </w:rPr>
        <w:t>20:59</w:t>
      </w:r>
    </w:p>
    <w:p>
      <w:pPr>
        <w:spacing w:after="0"/>
      </w:pPr>
      <w:r>
        <w:rPr>
          <w:rFonts w:ascii="Arial" w:hAnsi="Arial"/>
          <w:sz w:val="22"/>
        </w:rPr>
        <w:t>This isn't a red scarf, it's Rouge. Thank you very yeah, I've just find it fascinating. So, so the project you did Anita to sort of like, improve accessibility. Did you work with other disabled people around this? Like, What? What? How did you, how did you sort of get off the ground? Can you tell us a bit about</w:t>
      </w:r>
    </w:p>
    <w:p>
      <w:pPr>
        <w:spacing w:after="0"/>
      </w:pPr>
    </w:p>
    <w:p>
      <w:pPr>
        <w:spacing w:after="0"/>
      </w:pPr>
      <w:r>
        <w:rPr>
          <w:rFonts w:ascii="Arial" w:hAnsi="Arial"/>
          <w:b/>
          <w:sz w:val="22"/>
        </w:rPr>
        <w:t xml:space="preserve">Speaker 1  </w:t>
      </w:r>
      <w:r>
        <w:rPr>
          <w:rFonts w:ascii="Arial" w:hAnsi="Arial"/>
          <w:color w:val="5D7284"/>
          <w:sz w:val="22"/>
        </w:rPr>
        <w:t>21:24</w:t>
      </w:r>
    </w:p>
    <w:p>
      <w:pPr>
        <w:spacing w:after="0"/>
      </w:pPr>
      <w:r>
        <w:rPr>
          <w:rFonts w:ascii="Arial" w:hAnsi="Arial"/>
          <w:sz w:val="22"/>
        </w:rPr>
        <w:t>that? Oh, yes, absolutely. So one of my favorite elements of the internship project was actually co designing, and I was had the amazing fortune to meet with and have a consultation with Samantha Ralph, who is she offers lived expertise, which is, is absolutely important. Her business name is blind since birth UK. And why that's so important is absolutely necessary to ground accessibility enhancements, improvements in lived experience. There's, there's no I find that to be not optional. That's absolutely essential. It's not a nice to have very strongly about, because I will share there's. There's so many opportunities to maybe have good intentions. But if it's not informed with lived experience, it can go really wrong, and you can just go really bad. So one experience that I like to share, just as an example of this, is I have a particular interest also in natural heritage and natural lived spaces, historic gardens, design landscapes. And one example of an enhancement which was well intentioned but went really wrong that I like to share is someone within a garden setting decided it was fabulous to provide Braille signage, and it is. That's fantastic, but it was, unfortunately, not informed with people with sight loss in and having their lived experience, you know, play into that, because what the creators did with those Braille signs, they created them out of metal. So you're, you're in an outdoor this, you know, in an outdoor environment with the sun beating down on a Braille sign for eight hours. That is a fail. That not successful in any way shape. It may it might have had a good intention, but it didn't in the execution. It was a fail,</w:t>
      </w:r>
    </w:p>
    <w:p>
      <w:pPr>
        <w:spacing w:after="0"/>
      </w:pPr>
    </w:p>
    <w:p>
      <w:pPr>
        <w:spacing w:after="0"/>
      </w:pPr>
      <w:r>
        <w:rPr>
          <w:rFonts w:ascii="Arial" w:hAnsi="Arial"/>
          <w:b/>
          <w:sz w:val="22"/>
        </w:rPr>
        <w:t xml:space="preserve">Lucy  </w:t>
      </w:r>
      <w:r>
        <w:rPr>
          <w:rFonts w:ascii="Arial" w:hAnsi="Arial"/>
          <w:color w:val="5D7284"/>
          <w:sz w:val="22"/>
        </w:rPr>
        <w:t>23:34</w:t>
      </w:r>
    </w:p>
    <w:p>
      <w:pPr>
        <w:spacing w:after="0"/>
      </w:pPr>
      <w:r>
        <w:rPr>
          <w:rFonts w:ascii="Arial" w:hAnsi="Arial"/>
          <w:sz w:val="22"/>
        </w:rPr>
        <w:t>I think as well. I think sometimes accessibility isn't always pretty, and I think that is a juxtaposition. Designers don't like it. They don't like it. Oh, let's make this Brio signage pretty by making it</w:t>
      </w:r>
    </w:p>
    <w:p>
      <w:pPr>
        <w:spacing w:after="0"/>
      </w:pPr>
    </w:p>
    <w:p>
      <w:pPr>
        <w:spacing w:after="0"/>
      </w:pPr>
      <w:r>
        <w:rPr>
          <w:rFonts w:ascii="Arial" w:hAnsi="Arial"/>
          <w:b/>
          <w:sz w:val="22"/>
        </w:rPr>
        <w:t xml:space="preserve">Alice  </w:t>
      </w:r>
      <w:r>
        <w:rPr>
          <w:rFonts w:ascii="Arial" w:hAnsi="Arial"/>
          <w:color w:val="5D7284"/>
          <w:sz w:val="22"/>
        </w:rPr>
        <w:t>23:48</w:t>
      </w:r>
    </w:p>
    <w:p>
      <w:pPr>
        <w:spacing w:after="0"/>
      </w:pPr>
      <w:r>
        <w:rPr>
          <w:rFonts w:ascii="Arial" w:hAnsi="Arial"/>
          <w:sz w:val="22"/>
        </w:rPr>
        <w:t>out. Yeah, my steel, my mom, my mum, worked in a museum for most of her adult life. And I will I can remember she worked in a children's museum, and I can remember her saying in a in a really deprived part of London where there was a really high immigrant population, and they did a new exhibition, and all the signage was all like, tiny, curly font. And she was like, this is a children's museum, so we need stuff that children can read. This is a museum that is frequented by people for whom English is a second language, who might have poor literacy. It's just that. It isn't just about you know, in the nicest way possible. This isn't about you and your your exhibition. This is about the people who want to participate in it. Because what is the point of art? What is the point of museum artifacts and sharing that heritage, and what's the point of it existing at all? If people can't participate in it and consume it, it's</w:t>
      </w:r>
    </w:p>
    <w:p>
      <w:pPr>
        <w:spacing w:after="0"/>
      </w:pPr>
    </w:p>
    <w:p>
      <w:pPr>
        <w:spacing w:after="0"/>
      </w:pPr>
      <w:r>
        <w:rPr>
          <w:rFonts w:ascii="Arial" w:hAnsi="Arial"/>
          <w:b/>
          <w:sz w:val="22"/>
        </w:rPr>
        <w:t xml:space="preserve">Lucy  </w:t>
      </w:r>
      <w:r>
        <w:rPr>
          <w:rFonts w:ascii="Arial" w:hAnsi="Arial"/>
          <w:color w:val="5D7284"/>
          <w:sz w:val="22"/>
        </w:rPr>
        <w:t>24:51</w:t>
      </w:r>
    </w:p>
    <w:p>
      <w:pPr>
        <w:spacing w:after="0"/>
      </w:pPr>
      <w:r>
        <w:rPr>
          <w:rFonts w:ascii="Arial" w:hAnsi="Arial"/>
          <w:sz w:val="22"/>
        </w:rPr>
        <w:t>almost like I'm afraid you're gonna have to use Comic Sans. Yeah. Do you know what I mean? Yeah. But I know, I know Comic Sans gets a bit of a be. Thing, you know, with like, graphic designers and stuff. But there is, like, people who are dyslexic and can't, you know, can't process letters very well. They find it very easy to use. People with, like, who have migraines, they find it very easy to use. And whilst it might not be the most beautiful looking font, it's often the best one to use.</w:t>
      </w:r>
    </w:p>
    <w:p>
      <w:pPr>
        <w:spacing w:after="0"/>
      </w:pPr>
    </w:p>
    <w:p>
      <w:pPr>
        <w:spacing w:after="0"/>
      </w:pPr>
      <w:r>
        <w:rPr>
          <w:rFonts w:ascii="Arial" w:hAnsi="Arial"/>
          <w:b/>
          <w:sz w:val="22"/>
        </w:rPr>
        <w:t xml:space="preserve">Alice  </w:t>
      </w:r>
      <w:r>
        <w:rPr>
          <w:rFonts w:ascii="Arial" w:hAnsi="Arial"/>
          <w:color w:val="5D7284"/>
          <w:sz w:val="22"/>
        </w:rPr>
        <w:t>25:22</w:t>
      </w:r>
    </w:p>
    <w:p>
      <w:pPr>
        <w:spacing w:after="0"/>
      </w:pPr>
      <w:r>
        <w:rPr>
          <w:rFonts w:ascii="Arial" w:hAnsi="Arial"/>
          <w:sz w:val="22"/>
        </w:rPr>
        <w:t>Yeah, it's not about it's not about how it looks. No, it's about its function, actually,</w:t>
      </w:r>
    </w:p>
    <w:p>
      <w:pPr>
        <w:spacing w:after="0"/>
      </w:pPr>
    </w:p>
    <w:p>
      <w:pPr>
        <w:spacing w:after="0"/>
      </w:pPr>
      <w:r>
        <w:rPr>
          <w:rFonts w:ascii="Arial" w:hAnsi="Arial"/>
          <w:b/>
          <w:sz w:val="22"/>
        </w:rPr>
        <w:t xml:space="preserve">Speaker 1  </w:t>
      </w:r>
      <w:r>
        <w:rPr>
          <w:rFonts w:ascii="Arial" w:hAnsi="Arial"/>
          <w:color w:val="5D7284"/>
          <w:sz w:val="22"/>
        </w:rPr>
        <w:t>25:27</w:t>
      </w:r>
    </w:p>
    <w:p>
      <w:pPr>
        <w:spacing w:after="0"/>
      </w:pPr>
      <w:r>
        <w:rPr>
          <w:rFonts w:ascii="Arial" w:hAnsi="Arial"/>
          <w:sz w:val="22"/>
        </w:rPr>
        <w:t>yeah, yeah, that's important, yeah.</w:t>
      </w:r>
    </w:p>
    <w:p>
      <w:pPr>
        <w:spacing w:after="0"/>
      </w:pPr>
    </w:p>
    <w:p>
      <w:pPr>
        <w:spacing w:after="0"/>
      </w:pPr>
      <w:r>
        <w:rPr>
          <w:rFonts w:ascii="Arial" w:hAnsi="Arial"/>
          <w:b/>
          <w:sz w:val="22"/>
        </w:rPr>
        <w:t xml:space="preserve">Lucy  </w:t>
      </w:r>
      <w:r>
        <w:rPr>
          <w:rFonts w:ascii="Arial" w:hAnsi="Arial"/>
          <w:color w:val="5D7284"/>
          <w:sz w:val="22"/>
        </w:rPr>
        <w:t>25:33</w:t>
      </w:r>
    </w:p>
    <w:p>
      <w:pPr>
        <w:spacing w:after="0"/>
      </w:pPr>
      <w:r>
        <w:rPr>
          <w:rFonts w:ascii="Arial" w:hAnsi="Arial"/>
          <w:sz w:val="22"/>
        </w:rPr>
        <w:t>So what other sort of areas did sort of working with disabled people help you improve accessibility.</w:t>
      </w:r>
    </w:p>
    <w:p>
      <w:pPr>
        <w:spacing w:after="0"/>
      </w:pPr>
    </w:p>
    <w:p>
      <w:pPr>
        <w:spacing w:after="0"/>
      </w:pPr>
      <w:r>
        <w:rPr>
          <w:rFonts w:ascii="Arial" w:hAnsi="Arial"/>
          <w:b/>
          <w:sz w:val="22"/>
        </w:rPr>
        <w:t xml:space="preserve">Speaker 1  </w:t>
      </w:r>
      <w:r>
        <w:rPr>
          <w:rFonts w:ascii="Arial" w:hAnsi="Arial"/>
          <w:color w:val="5D7284"/>
          <w:sz w:val="22"/>
        </w:rPr>
        <w:t>25:42</w:t>
      </w:r>
    </w:p>
    <w:p>
      <w:pPr>
        <w:spacing w:after="0"/>
      </w:pPr>
      <w:r>
        <w:rPr>
          <w:rFonts w:ascii="Arial" w:hAnsi="Arial"/>
          <w:sz w:val="22"/>
        </w:rPr>
        <w:t>It was, it was fantastic. So, for example, I was very excited to provide, I was interested in providing a tactile replica of a painting, or, you know, different pieces of artwork, because we were specifically looking at permanent collection, because the exhibitions are rotating and change frequently. So we started with, which makes sense, the permanent collection to provide those. And I was, I was the first thing I could access was tacked like a puffy paint, yeah, and I, and so I asked Sam. I was Sam, I'd love to get your, you know, what are your ideas? What is your input? And Sam is a mum, and she loves crafts, and she's constantly creating amazing little artworks at home. And she gave me all these recommendations that I never would have personally, that's not my lived experience. I not i would never have thought of, for example, there are 3d pens. I didn't know about 3d pens, because then you'll, you'll have that tactile experience with material on on top of the paper canvas. There's also, she said, if you're skilled, you can do hot glue, hot glue, if you've got a steady hand, you know, she talked about having, there's hot glue that has glitter in it, so after it dries, that provides a little bit more of a texture. She, she even, I'm gonna try this, I've gotten the glue, like school glue, but then, um, sprinkle some sand, yeah? Happy, like, you know, PVA glue, yeah, PVA glue with some sand, and then when that dries, so as long as you're building up the layers and have that, I'm quite excited with that. And think it's, it's an amazing offer, and you have the, the audio description in, in, you know, partnership with a tactile exhibit, yeah, because you should, I personally, I think you should,</w:t>
      </w:r>
    </w:p>
    <w:p>
      <w:pPr>
        <w:spacing w:after="0"/>
      </w:pPr>
    </w:p>
    <w:p>
      <w:pPr>
        <w:spacing w:after="0"/>
      </w:pPr>
      <w:r>
        <w:rPr>
          <w:rFonts w:ascii="Arial" w:hAnsi="Arial"/>
          <w:b/>
          <w:sz w:val="22"/>
        </w:rPr>
        <w:t xml:space="preserve">Alice  </w:t>
      </w:r>
      <w:r>
        <w:rPr>
          <w:rFonts w:ascii="Arial" w:hAnsi="Arial"/>
          <w:color w:val="5D7284"/>
          <w:sz w:val="22"/>
        </w:rPr>
        <w:t>27:40</w:t>
      </w:r>
    </w:p>
    <w:p>
      <w:pPr>
        <w:spacing w:after="0"/>
      </w:pPr>
      <w:r>
        <w:rPr>
          <w:rFonts w:ascii="Arial" w:hAnsi="Arial"/>
          <w:sz w:val="22"/>
        </w:rPr>
        <w:t>yeah, yeah. No, that that would be, that would be amazing, like thinking about statues and stuff in particular, to be able to, to think, to to have something that replicates, you know, the smoothness or or roughness of a stone, something like that would be really, because that is that, again, that's one of the things you lose, you know, from thinking about again, reflecting back on, you know, periods when I've had more, more sight than I have now, like marble, I've always thought marble is incredible, because marble is so smooth, but it's so, you know, the colors and sort of the patterns and stuff in it, but it, it's such a smooth rock. But then there are other things that have a similar sort of appearance, but have a texture to them. And I and just being able to to put your hands on it to really understand that.</w:t>
      </w:r>
    </w:p>
    <w:p>
      <w:pPr>
        <w:spacing w:after="0"/>
      </w:pPr>
    </w:p>
    <w:p>
      <w:pPr>
        <w:spacing w:after="0"/>
      </w:pPr>
      <w:r>
        <w:rPr>
          <w:rFonts w:ascii="Arial" w:hAnsi="Arial"/>
          <w:b/>
          <w:sz w:val="22"/>
        </w:rPr>
        <w:t xml:space="preserve">Lucy  </w:t>
      </w:r>
      <w:r>
        <w:rPr>
          <w:rFonts w:ascii="Arial" w:hAnsi="Arial"/>
          <w:color w:val="5D7284"/>
          <w:sz w:val="22"/>
        </w:rPr>
        <w:t>28:35</w:t>
      </w:r>
    </w:p>
    <w:p>
      <w:pPr>
        <w:spacing w:after="0"/>
      </w:pPr>
      <w:r>
        <w:rPr>
          <w:rFonts w:ascii="Arial" w:hAnsi="Arial"/>
          <w:sz w:val="22"/>
        </w:rPr>
        <w:t>And also it's I started thinking about it. If you think about like, if you think about going to a play. For instance, I know Alice recently, you went for you on your first touch tour. Yeah, of a theater. And they are touch tours are brilliant and you know, and obviously, if you are allowed to be, you know, to be able to go and touch and feel costumes and props, then you get that sort of depth and understanding that you wouldn't ordinarily get, however you can't implement that sort of come and have a like feel of this in a museum. Because if, if, if, if you do it for one person, you have to do it for everybody. Could you imagine the amount of sticky fingers all over the Mona Lisa or all over. Like, what are some models that everybody keeps arguing over at the British Museum? Like, you just, it would never, it would never happen. Like, it would never happen. Would it you get, sort of like, sent out and never to</w:t>
      </w:r>
    </w:p>
    <w:p>
      <w:pPr>
        <w:spacing w:after="0"/>
      </w:pPr>
    </w:p>
    <w:p>
      <w:pPr>
        <w:spacing w:after="0"/>
      </w:pPr>
      <w:r>
        <w:rPr>
          <w:rFonts w:ascii="Arial" w:hAnsi="Arial"/>
          <w:b/>
          <w:sz w:val="22"/>
        </w:rPr>
        <w:t xml:space="preserve">Alice  </w:t>
      </w:r>
      <w:r>
        <w:rPr>
          <w:rFonts w:ascii="Arial" w:hAnsi="Arial"/>
          <w:color w:val="5D7284"/>
          <w:sz w:val="22"/>
        </w:rPr>
        <w:t>29:33</w:t>
      </w:r>
    </w:p>
    <w:p>
      <w:pPr>
        <w:spacing w:after="0"/>
      </w:pPr>
      <w:r>
        <w:rPr>
          <w:rFonts w:ascii="Arial" w:hAnsi="Arial"/>
          <w:sz w:val="22"/>
        </w:rPr>
        <w:t>return. You've, you've got to, you know, you've got to balance the damage to the artifact Exactly.</w:t>
      </w:r>
    </w:p>
    <w:p>
      <w:pPr>
        <w:spacing w:after="0"/>
      </w:pPr>
    </w:p>
    <w:p>
      <w:pPr>
        <w:spacing w:after="0"/>
      </w:pPr>
      <w:r>
        <w:rPr>
          <w:rFonts w:ascii="Arial" w:hAnsi="Arial"/>
          <w:b/>
          <w:sz w:val="22"/>
        </w:rPr>
        <w:t xml:space="preserve">Lucy  </w:t>
      </w:r>
      <w:r>
        <w:rPr>
          <w:rFonts w:ascii="Arial" w:hAnsi="Arial"/>
          <w:color w:val="5D7284"/>
          <w:sz w:val="22"/>
        </w:rPr>
        <w:t>29:38</w:t>
      </w:r>
    </w:p>
    <w:p>
      <w:pPr>
        <w:spacing w:after="0"/>
      </w:pPr>
      <w:r>
        <w:rPr>
          <w:rFonts w:ascii="Arial" w:hAnsi="Arial"/>
          <w:sz w:val="22"/>
        </w:rPr>
        <w:t>Yeah, it's like, you don't want to be man handling something from 1405, oh, sorry, I've roped shit like you know kind of it's finding other ways to be able to let people who have other additional needs, like visual impairment and things like that, to. Access that without damaging the original thing in the first place. So it's a it's when you think about it, is this a bit of a minefield, really?</w:t>
      </w:r>
    </w:p>
    <w:p>
      <w:pPr>
        <w:spacing w:after="0"/>
      </w:pPr>
    </w:p>
    <w:p>
      <w:pPr>
        <w:spacing w:after="0"/>
      </w:pPr>
      <w:r>
        <w:rPr>
          <w:rFonts w:ascii="Arial" w:hAnsi="Arial"/>
          <w:b/>
          <w:sz w:val="22"/>
        </w:rPr>
        <w:t xml:space="preserve">Speaker 1  </w:t>
      </w:r>
      <w:r>
        <w:rPr>
          <w:rFonts w:ascii="Arial" w:hAnsi="Arial"/>
          <w:color w:val="5D7284"/>
          <w:sz w:val="22"/>
        </w:rPr>
        <w:t>30:08</w:t>
      </w:r>
    </w:p>
    <w:p>
      <w:pPr>
        <w:spacing w:after="0"/>
      </w:pPr>
      <w:r>
        <w:rPr>
          <w:rFonts w:ascii="Arial" w:hAnsi="Arial"/>
          <w:sz w:val="22"/>
        </w:rPr>
        <w:t>No, it's interesting. I one of the wins I hope that we will have. They are going to the art collection. Is going to develop a touch tour, but they will do like to your point. Liz, they're going to be selecting specific works. Especially sculpture has a lovely kind of opportunity, because it's the it's not only the shape, it's also those textures. It's also, for example, I loved you said marble. One of my favorite sculptures on campus is marble, and it's the coolness to the time, yeah, oh, I love that. It's such a beautiful sensation, the smoothness, the temperature, the know you have, we have bronze sculptures that have really interesting textures. And those are fascinating because they have different patinas and they they change with nature and lovely things. So it is definitely to your point. It's selecting specific artworks that are amenable to inviting touch. And that, to me, was one of the the wins. We did a collab. I did a collaboration with the audio description. It was my sort of first draft, and then I had the partnership with the curator, and we would go through it in detail. And then I was so happy, like my heart was very happy, because she some of the sculptures that we were doing, audio description. She said, Let's include that everyone is very much invited to touch and enjoy the the textures and the material of this sculpture. And I was, I was doing little happy dances. I was very excited, lovely.</w:t>
      </w:r>
    </w:p>
    <w:p>
      <w:pPr>
        <w:spacing w:after="0"/>
      </w:pPr>
    </w:p>
    <w:p>
      <w:pPr>
        <w:spacing w:after="0"/>
      </w:pPr>
      <w:r>
        <w:rPr>
          <w:rFonts w:ascii="Arial" w:hAnsi="Arial"/>
          <w:b/>
          <w:sz w:val="22"/>
        </w:rPr>
        <w:t xml:space="preserve">Lucy  </w:t>
      </w:r>
      <w:r>
        <w:rPr>
          <w:rFonts w:ascii="Arial" w:hAnsi="Arial"/>
          <w:color w:val="5D7284"/>
          <w:sz w:val="22"/>
        </w:rPr>
        <w:t>31:47</w:t>
      </w:r>
    </w:p>
    <w:p>
      <w:pPr>
        <w:spacing w:after="0"/>
      </w:pPr>
      <w:r>
        <w:rPr>
          <w:rFonts w:ascii="Arial" w:hAnsi="Arial"/>
          <w:sz w:val="22"/>
        </w:rPr>
        <w:t>No, that really is. It's nice to know that this, this sort of work, and this sort of thought is being put into things now, because for so long, I mean, it must be for say, you know, for so long, people with visual impairments may have felt excluded from spaces to do with art and, you know, creativity and expression, things like that. And it's nice to know that, you know, in this day and age, works being done to foster inclusivity, I think it's a great thing to do. And I just, you know, it's something that I think, you know, the universities is sort of shining a light on what is possible, and hopefully other museums and art galleries will take on board what's happened, and they'll become like a an example, almost what can be done.</w:t>
      </w:r>
    </w:p>
    <w:p>
      <w:pPr>
        <w:spacing w:after="0"/>
      </w:pPr>
    </w:p>
    <w:p>
      <w:pPr>
        <w:spacing w:after="0"/>
      </w:pPr>
      <w:r>
        <w:rPr>
          <w:rFonts w:ascii="Arial" w:hAnsi="Arial"/>
          <w:b/>
          <w:sz w:val="22"/>
        </w:rPr>
        <w:t xml:space="preserve">Speaker 1  </w:t>
      </w:r>
      <w:r>
        <w:rPr>
          <w:rFonts w:ascii="Arial" w:hAnsi="Arial"/>
          <w:color w:val="5D7284"/>
          <w:sz w:val="22"/>
        </w:rPr>
        <w:t>32:37</w:t>
      </w:r>
    </w:p>
    <w:p>
      <w:pPr>
        <w:spacing w:after="0"/>
      </w:pPr>
      <w:r>
        <w:rPr>
          <w:rFonts w:ascii="Arial" w:hAnsi="Arial"/>
          <w:sz w:val="22"/>
        </w:rPr>
        <w:t>Yeah, that would be fantastic, honestly. So my belief is, if there's no access, there's no possibility for equity. We you know, inclusive communication is absolutely essential, and again, required like this is not optional. So my background I had mentioned prior to coming to school, to university for my master's is I spent several years in digital accessibility. So my, my core sort of skill set is around digital accessibility, with designing websites that are accessible to a variety of users. And so this is, this sort of is the confluence of my passion for art and history, and hopefully bringing that skill set with it, so that I kind of transitioned from digital world into more of the physical space. And I wanted to do that because it's much more human to human. And as our you know, as times are changing. I personally feel drawn to having more human to human.</w:t>
      </w:r>
    </w:p>
    <w:p>
      <w:pPr>
        <w:spacing w:after="0"/>
      </w:pPr>
    </w:p>
    <w:p>
      <w:pPr>
        <w:spacing w:after="0"/>
      </w:pPr>
      <w:r>
        <w:rPr>
          <w:rFonts w:ascii="Arial" w:hAnsi="Arial"/>
          <w:b/>
          <w:sz w:val="22"/>
        </w:rPr>
        <w:t xml:space="preserve">Lucy  </w:t>
      </w:r>
      <w:r>
        <w:rPr>
          <w:rFonts w:ascii="Arial" w:hAnsi="Arial"/>
          <w:color w:val="5D7284"/>
          <w:sz w:val="22"/>
        </w:rPr>
        <w:t>33:46</w:t>
      </w:r>
    </w:p>
    <w:p>
      <w:pPr>
        <w:spacing w:after="0"/>
      </w:pPr>
      <w:r>
        <w:rPr>
          <w:rFonts w:ascii="Arial" w:hAnsi="Arial"/>
          <w:sz w:val="22"/>
        </w:rPr>
        <w:t>Yeah, absolutely, you know, interaction, yeah, AI and things have have their place, and technology has their place, yeah, nothing is there. Nothing like, you know, I love going to so like one of my place, favorite places to visit, for example, is the Tower of London. Even though the Tower of London is not except hard, like 90, like 4% of the Tower of London is not accessible to me because I'm in a wheelchair. So what I do is I go and find a Beefeater and just sit and talk to him for however long I'm there and and I think they appreciate me being inquisitive and asking questions. And I think</w:t>
      </w:r>
    </w:p>
    <w:p>
      <w:pPr>
        <w:spacing w:after="0"/>
      </w:pPr>
    </w:p>
    <w:p>
      <w:pPr>
        <w:spacing w:after="0"/>
      </w:pPr>
      <w:r>
        <w:rPr>
          <w:rFonts w:ascii="Arial" w:hAnsi="Arial"/>
          <w:b/>
          <w:sz w:val="22"/>
        </w:rPr>
        <w:t xml:space="preserve">Alice  </w:t>
      </w:r>
      <w:r>
        <w:rPr>
          <w:rFonts w:ascii="Arial" w:hAnsi="Arial"/>
          <w:color w:val="5D7284"/>
          <w:sz w:val="22"/>
        </w:rPr>
        <w:t>34:30</w:t>
      </w:r>
    </w:p>
    <w:p>
      <w:pPr>
        <w:spacing w:after="0"/>
      </w:pPr>
      <w:r>
        <w:rPr>
          <w:rFonts w:ascii="Arial" w:hAnsi="Arial"/>
          <w:sz w:val="22"/>
        </w:rPr>
        <w:t>it's the, you know, it's the being in the space and getting I, you know, recently visited a medieval castle, and getting like, I got down into the jail and getting kind of was horrendous. It was awful, like, the medieval people did not, not understand that stairs are supposed to be even like, I've never, I've never fallen up and down the stairs so many times in one day. And, you know. Getting into the jail was, like, it was, it was difficult. Once I was down there, I was like, Well, this is just dark and cold and damp.</w:t>
      </w:r>
    </w:p>
    <w:p>
      <w:pPr>
        <w:spacing w:after="0"/>
      </w:pPr>
    </w:p>
    <w:p>
      <w:pPr>
        <w:spacing w:after="0"/>
      </w:pPr>
      <w:r>
        <w:rPr>
          <w:rFonts w:ascii="Arial" w:hAnsi="Arial"/>
          <w:b/>
          <w:sz w:val="22"/>
        </w:rPr>
        <w:t xml:space="preserve">Lucy  </w:t>
      </w:r>
      <w:r>
        <w:rPr>
          <w:rFonts w:ascii="Arial" w:hAnsi="Arial"/>
          <w:color w:val="5D7284"/>
          <w:sz w:val="22"/>
        </w:rPr>
        <w:t>35:06</w:t>
      </w:r>
    </w:p>
    <w:p>
      <w:pPr>
        <w:spacing w:after="0"/>
      </w:pPr>
      <w:r>
        <w:rPr>
          <w:rFonts w:ascii="Arial" w:hAnsi="Arial"/>
          <w:sz w:val="22"/>
        </w:rPr>
        <w:t>This is horrible. Get me out. But</w:t>
      </w:r>
    </w:p>
    <w:p>
      <w:pPr>
        <w:spacing w:after="0"/>
      </w:pPr>
    </w:p>
    <w:p>
      <w:pPr>
        <w:spacing w:after="0"/>
      </w:pPr>
      <w:r>
        <w:rPr>
          <w:rFonts w:ascii="Arial" w:hAnsi="Arial"/>
          <w:b/>
          <w:sz w:val="22"/>
        </w:rPr>
        <w:t xml:space="preserve">Alice  </w:t>
      </w:r>
      <w:r>
        <w:rPr>
          <w:rFonts w:ascii="Arial" w:hAnsi="Arial"/>
          <w:color w:val="5D7284"/>
          <w:sz w:val="22"/>
        </w:rPr>
        <w:t>35:10</w:t>
      </w:r>
    </w:p>
    <w:p>
      <w:pPr>
        <w:spacing w:after="0"/>
      </w:pPr>
      <w:r>
        <w:rPr>
          <w:rFonts w:ascii="Arial" w:hAnsi="Arial"/>
          <w:sz w:val="22"/>
        </w:rPr>
        <w:t>part of being in the space, yeah, like, you know I was in the space, to not look at it and go, Oh, this is where they used to keep people. I was in that space, and it made me go, God, can you imagine there were people who were held in it for years, and to be in there and to see, you know, my we, my husband, used his phone to, like, put the torch on and put the camera on and show me the hole in the wall that was their toilet. And I was just like, for years, this is which, and just to, you know, being in the space, like somebody could have described that to me, I could have watched it on TV and had it described, or whatever. But there is nothing better than being in the space and being in front of the artifact or and she said, you know, a need to potentially be able to touch it and yes, that is going to really help you understand what that space or that piece of art means emotionally and contextually.</w:t>
      </w:r>
    </w:p>
    <w:p>
      <w:pPr>
        <w:spacing w:after="0"/>
      </w:pPr>
    </w:p>
    <w:p>
      <w:pPr>
        <w:spacing w:after="0"/>
      </w:pPr>
      <w:r>
        <w:rPr>
          <w:rFonts w:ascii="Arial" w:hAnsi="Arial"/>
          <w:b/>
          <w:sz w:val="22"/>
        </w:rPr>
        <w:t xml:space="preserve">Lucy  </w:t>
      </w:r>
      <w:r>
        <w:rPr>
          <w:rFonts w:ascii="Arial" w:hAnsi="Arial"/>
          <w:color w:val="5D7284"/>
          <w:sz w:val="22"/>
        </w:rPr>
        <w:t>36:14</w:t>
      </w:r>
    </w:p>
    <w:p>
      <w:pPr>
        <w:spacing w:after="0"/>
      </w:pPr>
      <w:r>
        <w:rPr>
          <w:rFonts w:ascii="Arial" w:hAnsi="Arial"/>
          <w:sz w:val="22"/>
        </w:rPr>
        <w:t>Yeah. And often, when you go and speak to like tour guides or whatever, yeah, and talk to them about your interest and show that you're interested in things they will often pass or, like, give you the opportunity to touch things that other people wouldn't necessarily get, because they've not asked, Do you know what I mean? It's just that level of going, do you mind if I ever look at that like, properly? And they're like, oh, and because they, they think because, like the tour guides know that you can't access the rest of the building or certain parts of the building, they're more likely to go, Yeah, is</w:t>
      </w:r>
    </w:p>
    <w:p>
      <w:pPr>
        <w:spacing w:after="0"/>
      </w:pPr>
    </w:p>
    <w:p>
      <w:pPr>
        <w:spacing w:after="0"/>
      </w:pPr>
      <w:r>
        <w:rPr>
          <w:rFonts w:ascii="Arial" w:hAnsi="Arial"/>
          <w:b/>
          <w:sz w:val="22"/>
        </w:rPr>
        <w:t xml:space="preserve">Alice  </w:t>
      </w:r>
      <w:r>
        <w:rPr>
          <w:rFonts w:ascii="Arial" w:hAnsi="Arial"/>
          <w:color w:val="5D7284"/>
          <w:sz w:val="22"/>
        </w:rPr>
        <w:t>36:48</w:t>
      </w:r>
    </w:p>
    <w:p>
      <w:pPr>
        <w:spacing w:after="0"/>
      </w:pPr>
      <w:r>
        <w:rPr>
          <w:rFonts w:ascii="Arial" w:hAnsi="Arial"/>
          <w:sz w:val="22"/>
        </w:rPr>
        <w:t>this your way of saying that you've been allowed to wear a beef eat his hat on more than one occasion.</w:t>
      </w:r>
    </w:p>
    <w:p>
      <w:pPr>
        <w:spacing w:after="0"/>
      </w:pPr>
    </w:p>
    <w:p>
      <w:pPr>
        <w:spacing w:after="0"/>
      </w:pPr>
      <w:r>
        <w:rPr>
          <w:rFonts w:ascii="Arial" w:hAnsi="Arial"/>
          <w:b/>
          <w:sz w:val="22"/>
        </w:rPr>
        <w:t xml:space="preserve">Lucy  </w:t>
      </w:r>
      <w:r>
        <w:rPr>
          <w:rFonts w:ascii="Arial" w:hAnsi="Arial"/>
          <w:color w:val="5D7284"/>
          <w:sz w:val="22"/>
        </w:rPr>
        <w:t>36:54</w:t>
      </w:r>
    </w:p>
    <w:p>
      <w:pPr>
        <w:spacing w:after="0"/>
      </w:pPr>
      <w:r>
        <w:rPr>
          <w:rFonts w:ascii="Arial" w:hAnsi="Arial"/>
          <w:sz w:val="22"/>
        </w:rPr>
        <w:t>I did try, but he was having none of it. But my first experience of going to the tower under I was, must have been about 10 years old. This is a funny story. And there was the ravens, obviously. And there was a, he was a news at New Zealand, or Australian. This, he was Australian, this Beefeater, and he was talking to me and my dad, because my sister had gone up the tower with my mom, and this bee Peter was talking. He said, Oh, I like, look after the Ravens. We were talking about the ravens and everything. And then he said, that Raven over there, you have to be careful around him. And I said, why? And he said, Of course, he swears like he'll swear like at people. And he said, I don't know why, but he swears in an Australian accent. Don't tell anybody. It's me that's been teaching, but I didn't like you what? I wouldn't have had that experience if I hadn't have sat and, you know, spent time talking because, because these people are experts, they don't just let any Tom Dick or Harry go. This is the Tower of London. I mean, I again, I've tried, they don't like it, so it is nice to sort of sit. And also, I think people who are sitting art, you know, the people that sit in art galleries, they often sit there quietly. Nobody asks them any questions. And so when I go over and I'm like, tell me about this painting, they're like, What me, me, I will then spend 45 minutes talking to me about an Andy Warhol or something. It's, you</w:t>
      </w:r>
    </w:p>
    <w:p>
      <w:pPr>
        <w:spacing w:after="0"/>
      </w:pPr>
    </w:p>
    <w:p>
      <w:pPr>
        <w:spacing w:after="0"/>
      </w:pPr>
      <w:r>
        <w:rPr>
          <w:rFonts w:ascii="Arial" w:hAnsi="Arial"/>
          <w:b/>
          <w:sz w:val="22"/>
        </w:rPr>
        <w:t xml:space="preserve">Alice  </w:t>
      </w:r>
      <w:r>
        <w:rPr>
          <w:rFonts w:ascii="Arial" w:hAnsi="Arial"/>
          <w:color w:val="5D7284"/>
          <w:sz w:val="22"/>
        </w:rPr>
        <w:t>38:31</w:t>
      </w:r>
    </w:p>
    <w:p>
      <w:pPr>
        <w:spacing w:after="0"/>
      </w:pPr>
      <w:r>
        <w:rPr>
          <w:rFonts w:ascii="Arial" w:hAnsi="Arial"/>
          <w:sz w:val="22"/>
        </w:rPr>
        <w:t>know, use those people. It is one of those things you can tell from hearing you talk about it Anita, that, yeah, people, people don't commit to spending a great deal of time in museums and art galleries and places, you know, historical places, because, like, they don't do it unless they love it. Like, you know, if you're if your real interest is race cars, you are not going to spend your day sitting at the Tate like, no, no, if you can avoid it. Well, I think most of the people that really want to be there. And so it is</w:t>
      </w:r>
    </w:p>
    <w:p>
      <w:pPr>
        <w:spacing w:after="0"/>
      </w:pPr>
    </w:p>
    <w:p>
      <w:pPr>
        <w:spacing w:after="0"/>
      </w:pPr>
      <w:r>
        <w:rPr>
          <w:rFonts w:ascii="Arial" w:hAnsi="Arial"/>
          <w:b/>
          <w:sz w:val="22"/>
        </w:rPr>
        <w:t xml:space="preserve">Lucy  </w:t>
      </w:r>
      <w:r>
        <w:rPr>
          <w:rFonts w:ascii="Arial" w:hAnsi="Arial"/>
          <w:color w:val="5D7284"/>
          <w:sz w:val="22"/>
        </w:rPr>
        <w:t>39:03</w:t>
      </w:r>
    </w:p>
    <w:p>
      <w:pPr>
        <w:spacing w:after="0"/>
      </w:pPr>
      <w:r>
        <w:rPr>
          <w:rFonts w:ascii="Arial" w:hAnsi="Arial"/>
          <w:sz w:val="22"/>
        </w:rPr>
        <w:t>mine, sitting in the quiet looking at the paintings. You know what I mean? It's yeah. I just think, yeah. My advice to anybody is, if you go to an art gallery and you use the to go and see the tour guides</w:t>
      </w:r>
    </w:p>
    <w:p>
      <w:pPr>
        <w:spacing w:after="0"/>
      </w:pPr>
    </w:p>
    <w:p>
      <w:pPr>
        <w:spacing w:after="0"/>
      </w:pPr>
      <w:r>
        <w:rPr>
          <w:rFonts w:ascii="Arial" w:hAnsi="Arial"/>
          <w:b/>
          <w:sz w:val="22"/>
        </w:rPr>
        <w:t xml:space="preserve">Alice  </w:t>
      </w:r>
      <w:r>
        <w:rPr>
          <w:rFonts w:ascii="Arial" w:hAnsi="Arial"/>
          <w:color w:val="5D7284"/>
          <w:sz w:val="22"/>
        </w:rPr>
        <w:t>39:14</w:t>
      </w:r>
    </w:p>
    <w:p>
      <w:pPr>
        <w:spacing w:after="0"/>
      </w:pPr>
      <w:r>
        <w:rPr>
          <w:rFonts w:ascii="Arial" w:hAnsi="Arial"/>
          <w:sz w:val="22"/>
        </w:rPr>
        <w:t>well, and I guess the thing that I'm getting from this conversation with Anita is that, you know, talk to the people there, because there may be steps that being taken to make things accessible. I think, you know, one of the things that you said right up the top of the recording Anita, Was that your first step was to try and make that pre visit information more accessible, because that that is definitely a challenge for you know, if you don't even think I'm going to be able to get into this building, then you're not going to, you know, I guess it's just, the thing I'd say to anybody listening is, you know, don't, don't be afraid to try and access art and history and museums, because I think, you know, there are people out there trying to make make it better for us, and make it.</w:t>
      </w:r>
    </w:p>
    <w:p>
      <w:pPr>
        <w:spacing w:after="0"/>
      </w:pPr>
    </w:p>
    <w:p>
      <w:pPr>
        <w:spacing w:after="0"/>
      </w:pPr>
      <w:r>
        <w:rPr>
          <w:rFonts w:ascii="Arial" w:hAnsi="Arial"/>
          <w:b/>
          <w:sz w:val="22"/>
        </w:rPr>
        <w:t xml:space="preserve">Lucy  </w:t>
      </w:r>
      <w:r>
        <w:rPr>
          <w:rFonts w:ascii="Arial" w:hAnsi="Arial"/>
          <w:color w:val="5D7284"/>
          <w:sz w:val="22"/>
        </w:rPr>
        <w:t>40:00</w:t>
      </w:r>
    </w:p>
    <w:p>
      <w:pPr>
        <w:spacing w:after="0"/>
      </w:pPr>
      <w:r>
        <w:rPr>
          <w:rFonts w:ascii="Arial" w:hAnsi="Arial"/>
          <w:sz w:val="22"/>
        </w:rPr>
        <w:t>More accessible. You know, it might not be perfect, but they're like Anita has just proven. There are people out there who are passionate about this and will do are trying to make it as accessible as possible. And there is that cycle of inaccessibility, isn't that? You know, disabled people don't go so people think, oh, then they we don't get many disabled people here. Well, why is that? You know? So if you don't, if you don't try and go, nothing will ever change. But if you start turning up with your disabled friends while they're</w:t>
      </w:r>
    </w:p>
    <w:p>
      <w:pPr>
        <w:spacing w:after="0"/>
      </w:pPr>
    </w:p>
    <w:p>
      <w:pPr>
        <w:spacing w:after="0"/>
      </w:pPr>
      <w:r>
        <w:rPr>
          <w:rFonts w:ascii="Arial" w:hAnsi="Arial"/>
          <w:b/>
          <w:sz w:val="22"/>
        </w:rPr>
        <w:t xml:space="preserve">Alice  </w:t>
      </w:r>
      <w:r>
        <w:rPr>
          <w:rFonts w:ascii="Arial" w:hAnsi="Arial"/>
          <w:color w:val="5D7284"/>
          <w:sz w:val="22"/>
        </w:rPr>
        <w:t>40:33</w:t>
      </w:r>
    </w:p>
    <w:p>
      <w:pPr>
        <w:spacing w:after="0"/>
      </w:pPr>
      <w:r>
        <w:rPr>
          <w:rFonts w:ascii="Arial" w:hAnsi="Arial"/>
          <w:sz w:val="22"/>
        </w:rPr>
        <w:t>busy trying to work, eventually they'll be like, right? How can we make the Tower of London more accessible, because this bloody woman in her wheelchair won't leave me alone.</w:t>
      </w:r>
    </w:p>
    <w:p>
      <w:pPr>
        <w:spacing w:after="0"/>
      </w:pPr>
    </w:p>
    <w:p>
      <w:pPr>
        <w:spacing w:after="0"/>
      </w:pPr>
      <w:r>
        <w:rPr>
          <w:rFonts w:ascii="Arial" w:hAnsi="Arial"/>
          <w:b/>
          <w:sz w:val="22"/>
        </w:rPr>
        <w:t xml:space="preserve">Speaker 1  </w:t>
      </w:r>
      <w:r>
        <w:rPr>
          <w:rFonts w:ascii="Arial" w:hAnsi="Arial"/>
          <w:color w:val="5D7284"/>
          <w:sz w:val="22"/>
        </w:rPr>
        <w:t>40:44</w:t>
      </w:r>
    </w:p>
    <w:p>
      <w:pPr>
        <w:spacing w:after="0"/>
      </w:pPr>
      <w:r>
        <w:rPr>
          <w:rFonts w:ascii="Arial" w:hAnsi="Arial"/>
          <w:sz w:val="22"/>
        </w:rPr>
        <w:t>You might, you might actually get sworn out by an Australian accent.</w:t>
      </w:r>
    </w:p>
    <w:p>
      <w:pPr>
        <w:spacing w:after="0"/>
      </w:pPr>
    </w:p>
    <w:p>
      <w:pPr>
        <w:spacing w:after="0"/>
      </w:pPr>
      <w:r>
        <w:rPr>
          <w:rFonts w:ascii="Arial" w:hAnsi="Arial"/>
          <w:b/>
          <w:sz w:val="22"/>
        </w:rPr>
        <w:t xml:space="preserve">Lucy  </w:t>
      </w:r>
      <w:r>
        <w:rPr>
          <w:rFonts w:ascii="Arial" w:hAnsi="Arial"/>
          <w:color w:val="5D7284"/>
          <w:sz w:val="22"/>
        </w:rPr>
        <w:t>40:50</w:t>
      </w:r>
    </w:p>
    <w:p>
      <w:pPr>
        <w:spacing w:after="0"/>
      </w:pPr>
      <w:r>
        <w:rPr>
          <w:rFonts w:ascii="Arial" w:hAnsi="Arial"/>
          <w:sz w:val="22"/>
        </w:rPr>
        <w:t>I don't believe is alone, yeah, but it's, it's true, like it is that thing of, if you you want to, you know you have, sometimes you have to go, No, I want to go here when I it might make me feel a bit uncomfortable, but if they know that disabled people want to go and see art, for instance, because they asked, you know, there are still a lot of people out there that think that disabled people just like to sit at home all day and watch the telly, like things like that. And that's not the case, is it? We all know that, right?</w:t>
      </w:r>
    </w:p>
    <w:p>
      <w:pPr>
        <w:spacing w:after="0"/>
      </w:pPr>
    </w:p>
    <w:p>
      <w:pPr>
        <w:spacing w:after="0"/>
      </w:pPr>
      <w:r>
        <w:rPr>
          <w:rFonts w:ascii="Arial" w:hAnsi="Arial"/>
          <w:b/>
          <w:sz w:val="22"/>
        </w:rPr>
        <w:t xml:space="preserve">Alice  </w:t>
      </w:r>
      <w:r>
        <w:rPr>
          <w:rFonts w:ascii="Arial" w:hAnsi="Arial"/>
          <w:color w:val="5D7284"/>
          <w:sz w:val="22"/>
        </w:rPr>
        <w:t>41:19</w:t>
      </w:r>
    </w:p>
    <w:p>
      <w:pPr>
        <w:spacing w:after="0"/>
      </w:pPr>
      <w:r>
        <w:rPr>
          <w:rFonts w:ascii="Arial" w:hAnsi="Arial"/>
          <w:sz w:val="22"/>
        </w:rPr>
        <w:t>Um, I guess if all else fails, you can go up to the pass foot building at Sterling because to make it more accessible</w:t>
      </w:r>
    </w:p>
    <w:p>
      <w:pPr>
        <w:spacing w:after="0"/>
      </w:pPr>
    </w:p>
    <w:p>
      <w:pPr>
        <w:spacing w:after="0"/>
      </w:pPr>
      <w:r>
        <w:rPr>
          <w:rFonts w:ascii="Arial" w:hAnsi="Arial"/>
          <w:b/>
          <w:sz w:val="22"/>
        </w:rPr>
        <w:t xml:space="preserve">Lucy  </w:t>
      </w:r>
      <w:r>
        <w:rPr>
          <w:rFonts w:ascii="Arial" w:hAnsi="Arial"/>
          <w:color w:val="5D7284"/>
          <w:sz w:val="22"/>
        </w:rPr>
        <w:t>41:28</w:t>
      </w:r>
    </w:p>
    <w:p>
      <w:pPr>
        <w:spacing w:after="0"/>
      </w:pPr>
      <w:r>
        <w:rPr>
          <w:rFonts w:ascii="Arial" w:hAnsi="Arial"/>
          <w:sz w:val="22"/>
        </w:rPr>
        <w:t>for Yeah, yeah, no, that's great. Anita, thank you so much for your time today. It's been a really, really interesting chat. I hope you've enjoyed yourself.</w:t>
      </w:r>
    </w:p>
    <w:p>
      <w:pPr>
        <w:spacing w:after="0"/>
      </w:pPr>
    </w:p>
    <w:p>
      <w:pPr>
        <w:spacing w:after="0"/>
      </w:pPr>
      <w:r>
        <w:rPr>
          <w:rFonts w:ascii="Arial" w:hAnsi="Arial"/>
          <w:color w:val="5D7284"/>
          <w:sz w:val="22"/>
        </w:rPr>
        <w:t>41:37</w:t>
      </w:r>
    </w:p>
    <w:p>
      <w:pPr>
        <w:spacing w:after="0"/>
      </w:pPr>
      <w:r>
        <w:rPr>
          <w:rFonts w:ascii="Arial" w:hAnsi="Arial"/>
          <w:sz w:val="22"/>
        </w:rPr>
        <w:t>Yes, thank you for having me.</w:t>
      </w:r>
    </w:p>
    <w:p>
      <w:pPr>
        <w:spacing w:after="0"/>
      </w:pPr>
    </w:p>
    <w:p>
      <w:pPr>
        <w:spacing w:after="0"/>
      </w:pPr>
      <w:r>
        <w:rPr>
          <w:rFonts w:ascii="Arial" w:hAnsi="Arial"/>
          <w:b/>
          <w:sz w:val="22"/>
        </w:rPr>
        <w:t xml:space="preserve">Alice  </w:t>
      </w:r>
      <w:r>
        <w:rPr>
          <w:rFonts w:ascii="Arial" w:hAnsi="Arial"/>
          <w:color w:val="5D7284"/>
          <w:sz w:val="22"/>
        </w:rPr>
        <w:t>41:39</w:t>
      </w:r>
    </w:p>
    <w:p>
      <w:pPr>
        <w:spacing w:after="0"/>
      </w:pPr>
      <w:r>
        <w:rPr>
          <w:rFonts w:ascii="Arial" w:hAnsi="Arial"/>
          <w:sz w:val="22"/>
        </w:rPr>
        <w:t>Thank you so much for joining us. Anita, do you want to tell our listeners where they can find you or find out more about your project online?</w:t>
      </w:r>
    </w:p>
    <w:p>
      <w:pPr>
        <w:spacing w:after="0"/>
      </w:pPr>
    </w:p>
    <w:p>
      <w:pPr>
        <w:spacing w:after="0"/>
      </w:pPr>
      <w:r>
        <w:rPr>
          <w:rFonts w:ascii="Arial" w:hAnsi="Arial"/>
          <w:b/>
          <w:sz w:val="22"/>
        </w:rPr>
        <w:t xml:space="preserve">Speaker 1  </w:t>
      </w:r>
      <w:r>
        <w:rPr>
          <w:rFonts w:ascii="Arial" w:hAnsi="Arial"/>
          <w:color w:val="5D7284"/>
          <w:sz w:val="22"/>
        </w:rPr>
        <w:t>41:49</w:t>
      </w:r>
    </w:p>
    <w:p>
      <w:pPr>
        <w:spacing w:after="0"/>
      </w:pPr>
      <w:r>
        <w:rPr>
          <w:rFonts w:ascii="Arial" w:hAnsi="Arial"/>
          <w:sz w:val="22"/>
        </w:rPr>
        <w:t>I'm sure the best place to find me would be on LinkedIn, and I'll be happy to provide that as well. Anita Howard and I do share information and like case study about this particular project. So happy to be found there.</w:t>
      </w:r>
    </w:p>
    <w:p>
      <w:pPr>
        <w:spacing w:after="0"/>
      </w:pPr>
    </w:p>
    <w:p>
      <w:pPr>
        <w:spacing w:after="0"/>
      </w:pPr>
      <w:r>
        <w:rPr>
          <w:rFonts w:ascii="Arial" w:hAnsi="Arial"/>
          <w:b/>
          <w:sz w:val="22"/>
        </w:rPr>
        <w:t xml:space="preserve">Alice  </w:t>
      </w:r>
      <w:r>
        <w:rPr>
          <w:rFonts w:ascii="Arial" w:hAnsi="Arial"/>
          <w:color w:val="5D7284"/>
          <w:sz w:val="22"/>
        </w:rPr>
        <w:t>42:07</w:t>
      </w:r>
    </w:p>
    <w:p>
      <w:pPr>
        <w:spacing w:after="0"/>
      </w:pPr>
      <w:r>
        <w:rPr>
          <w:rFonts w:ascii="Arial" w:hAnsi="Arial"/>
          <w:sz w:val="22"/>
        </w:rPr>
        <w:t>Brilliant. Thank you so much, Anita. We'll make sure we include all the links in the newsletter, which, if you're listening to this, you've probably seen them all because you are listening to it. That is how you found this episode. I think that's all from us for this episode. I think please keep listening to the rest of our season. We've got some more great stuff coming along and some more fantastic bonus episode. Please share the show with your friends, and of course, you can donate on our Go Fund. Me.</w:t>
      </w:r>
    </w:p>
    <w:p>
      <w:pPr>
        <w:spacing w:after="0"/>
      </w:pPr>
    </w:p>
    <w:p>
      <w:pPr>
        <w:spacing w:after="0"/>
      </w:pPr>
      <w:r>
        <w:rPr>
          <w:rFonts w:ascii="Arial" w:hAnsi="Arial"/>
          <w:b/>
          <w:sz w:val="22"/>
        </w:rPr>
        <w:t xml:space="preserve">Lucy  </w:t>
      </w:r>
      <w:r>
        <w:rPr>
          <w:rFonts w:ascii="Arial" w:hAnsi="Arial"/>
          <w:color w:val="5D7284"/>
          <w:sz w:val="22"/>
        </w:rPr>
        <w:t>42:42</w:t>
      </w:r>
    </w:p>
    <w:p>
      <w:pPr>
        <w:spacing w:after="0"/>
      </w:pPr>
      <w:r>
        <w:rPr>
          <w:rFonts w:ascii="Arial" w:hAnsi="Arial"/>
          <w:sz w:val="22"/>
        </w:rPr>
        <w:t>Alice, you've covered, everything. Well done. We will see you next time. Bye, bye, bye, bye.</w:t>
      </w:r>
    </w:p>
    <w:p>
      <w:pPr>
        <w:spacing w:after="0"/>
      </w:pPr>
    </w:p>
    <w:p>
      <w:pPr>
        <w:spacing w:after="0"/>
      </w:pPr>
      <w:r>
        <w:rPr>
          <w:rFonts w:ascii="Arial" w:hAnsi="Arial"/>
          <w:b/>
          <w:sz w:val="22"/>
        </w:rPr>
        <w:t xml:space="preserve">Alice  </w:t>
      </w:r>
      <w:r>
        <w:rPr>
          <w:rFonts w:ascii="Arial" w:hAnsi="Arial"/>
          <w:color w:val="5D7284"/>
          <w:sz w:val="22"/>
        </w:rPr>
        <w:t>42:50</w:t>
      </w:r>
    </w:p>
    <w:p>
      <w:pPr>
        <w:spacing w:after="0"/>
      </w:pPr>
      <w:r>
        <w:rPr>
          <w:rFonts w:ascii="Arial" w:hAnsi="Arial"/>
          <w:sz w:val="22"/>
        </w:rPr>
        <w:t>Don't wait. Dora, thanks for listening to the labeled podcast. If you like the show, you can rate, review and subscribe, and you can follow us on social media at labeled pod.</w:t>
      </w:r>
    </w:p>
    <w:p>
      <w:pPr>
        <w:spacing w:after="0"/>
      </w:pPr>
    </w:p>
    <w:p>
      <w:pPr>
        <w:spacing w:after="0"/>
      </w:pPr>
      <w:r>
        <w:rPr>
          <w:rFonts w:ascii="Arial" w:hAnsi="Arial"/>
          <w:b/>
          <w:sz w:val="22"/>
        </w:rPr>
        <w:t xml:space="preserve">Lucy  </w:t>
      </w:r>
      <w:r>
        <w:rPr>
          <w:rFonts w:ascii="Arial" w:hAnsi="Arial"/>
          <w:color w:val="5D7284"/>
          <w:sz w:val="22"/>
        </w:rPr>
        <w:t>43:01</w:t>
      </w:r>
    </w:p>
    <w:p>
      <w:pPr>
        <w:spacing w:after="0"/>
      </w:pPr>
      <w:r>
        <w:rPr>
          <w:rFonts w:ascii="Arial" w:hAnsi="Arial"/>
          <w:sz w:val="22"/>
        </w:rPr>
        <w:t>This episode was edited by Adam for our music was by Maisie cronden, and we'd like to thank the rest of the team involved you.</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