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Naidex First Edit (1)</w:t>
      </w:r>
    </w:p>
    <w:p>
      <w:r>
        <w:rPr>
          <w:rFonts w:ascii="Arial" w:hAnsi="Arial"/>
          <w:color w:val="4F6880"/>
          <w:sz w:val="22"/>
        </w:rPr>
        <w:t>Mon, Oct 27, 2025 9:40PM • 38:06</w:t>
      </w:r>
    </w:p>
    <w:p>
      <w:pPr>
        <w:spacing w:before="440" w:after="0"/>
      </w:pPr>
      <w:r>
        <w:rPr>
          <w:rFonts w:ascii="Arial" w:hAnsi="Arial"/>
          <w:b/>
          <w:color w:val="4F6880"/>
          <w:sz w:val="22"/>
        </w:rPr>
        <w:t>SUMMARY KEYWORDS</w:t>
      </w:r>
    </w:p>
    <w:p>
      <w:r>
        <w:rPr>
          <w:rFonts w:ascii="Arial" w:hAnsi="Arial"/>
          <w:color w:val="4F6880"/>
          <w:sz w:val="22"/>
        </w:rPr>
        <w:t>Disability representation, Elephant Man, A Different Man, Joseph Merrick, facial differences, prosthetics, medical model, social experiences, disability stereotypes, accessibility, Sebastian Stan, Adam Pearson, film analysis, disability history, mainstream media.</w:t>
      </w:r>
    </w:p>
    <w:p>
      <w:pPr>
        <w:spacing w:before="440" w:after="0"/>
      </w:pPr>
      <w:r>
        <w:rPr>
          <w:rFonts w:ascii="Arial" w:hAnsi="Arial"/>
          <w:b/>
          <w:color w:val="4F6880"/>
          <w:sz w:val="22"/>
        </w:rPr>
        <w:t>SPEAKERS</w:t>
      </w:r>
    </w:p>
    <w:p>
      <w:r>
        <w:rPr>
          <w:rFonts w:ascii="Arial" w:hAnsi="Arial"/>
          <w:color w:val="4F6880"/>
          <w:sz w:val="22"/>
        </w:rPr>
        <w:t>Lucy, Speaker 1, Alice, Theme Tune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the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00:18</w:t>
      </w:r>
    </w:p>
    <w:p>
      <w:pPr>
        <w:spacing w:after="0"/>
      </w:pPr>
      <w:r>
        <w:rPr>
          <w:rFonts w:ascii="Arial" w:hAnsi="Arial"/>
          <w:sz w:val="22"/>
        </w:rPr>
        <w:t>Though I might not fit in socially, I'm so much more than what you see. We all live our lives differently, kalidescope identity, and this is who I'm meant to be.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Of the lABLEd podcast, I'm Alice, and this is my co host, Lucy.</w:t>
      </w:r>
    </w:p>
    <w:p>
      <w:pPr>
        <w:spacing w:after="0"/>
      </w:pPr>
    </w:p>
    <w:p>
      <w:pPr>
        <w:spacing w:after="0"/>
      </w:pPr>
      <w:r>
        <w:rPr>
          <w:rFonts w:ascii="Arial" w:hAnsi="Arial"/>
          <w:b/>
          <w:sz w:val="22"/>
        </w:rPr>
        <w:t xml:space="preserve">Lucy  </w:t>
      </w:r>
      <w:r>
        <w:rPr>
          <w:rFonts w:ascii="Arial" w:hAnsi="Arial"/>
          <w:color w:val="5D7284"/>
          <w:sz w:val="22"/>
        </w:rPr>
        <w:t>00:48</w:t>
      </w:r>
    </w:p>
    <w:p>
      <w:pPr>
        <w:spacing w:after="0"/>
      </w:pPr>
      <w:r>
        <w:rPr>
          <w:rFonts w:ascii="Arial" w:hAnsi="Arial"/>
          <w:sz w:val="22"/>
        </w:rPr>
        <w:t>Hi everybody. It's great to be here with you this afternoon. Thank you for joining us in for this session about A Different Elephant Man. So...</w:t>
      </w:r>
    </w:p>
    <w:p>
      <w:pPr>
        <w:spacing w:after="0"/>
      </w:pPr>
    </w:p>
    <w:p>
      <w:pPr>
        <w:spacing w:after="0"/>
      </w:pPr>
      <w:r>
        <w:rPr>
          <w:rFonts w:ascii="Arial" w:hAnsi="Arial"/>
          <w:b/>
          <w:sz w:val="22"/>
        </w:rPr>
        <w:t xml:space="preserve">Alice  </w:t>
      </w:r>
      <w:r>
        <w:rPr>
          <w:rFonts w:ascii="Arial" w:hAnsi="Arial"/>
          <w:color w:val="5D7284"/>
          <w:sz w:val="22"/>
        </w:rPr>
        <w:t>00:58</w:t>
      </w:r>
    </w:p>
    <w:p>
      <w:pPr>
        <w:spacing w:after="0"/>
      </w:pPr>
      <w:r>
        <w:rPr>
          <w:rFonts w:ascii="Arial" w:hAnsi="Arial"/>
          <w:sz w:val="22"/>
        </w:rPr>
        <w:t>Yeah, today we're doing an episode from our fabled mini series, which is a series all about disabled characters in film, literature and art. And today, Lucy and I are going to be telling you about the Elephant Man from 1980 and a different man, which is a film from 2024 we're short on time, considering how much Lucy and I usually talk. So let's get stuck straight in</w:t>
      </w:r>
    </w:p>
    <w:p>
      <w:pPr>
        <w:spacing w:after="0"/>
      </w:pPr>
    </w:p>
    <w:p>
      <w:pPr>
        <w:spacing w:after="0"/>
      </w:pPr>
      <w:r>
        <w:rPr>
          <w:rFonts w:ascii="Arial" w:hAnsi="Arial"/>
          <w:b/>
          <w:sz w:val="22"/>
        </w:rPr>
        <w:t xml:space="preserve">Lucy  </w:t>
      </w:r>
      <w:r>
        <w:rPr>
          <w:rFonts w:ascii="Arial" w:hAnsi="Arial"/>
          <w:color w:val="5D7284"/>
          <w:sz w:val="22"/>
        </w:rPr>
        <w:t>01:30</w:t>
      </w:r>
    </w:p>
    <w:p>
      <w:pPr>
        <w:spacing w:after="0"/>
      </w:pPr>
      <w:r>
        <w:rPr>
          <w:rFonts w:ascii="Arial" w:hAnsi="Arial"/>
          <w:sz w:val="22"/>
        </w:rPr>
        <w:t>Okey dokey. So Adam, next slide, please. I'm reading the film description from IMDb, and as ever these descriptions of disabilities are reflective of the period. So we're talking about 1980s if there is anything offensive, I apologise, but we're just going by the source material. So the story of The Elephant Man is based on a real life figure of Joseph Merrick, a severely deformed man in Victorian England. He had a condition called Proteus syndrome, a condition that caused extreme physic- causes extreme physical deformities. And in the film, he's labelled as terrible Elephant Man. This film is obviously based in 1980 which uses a sound track and black and white film to portray like evil and something to be scared of, which was something they used to use in historical times when they made film. When I say historical, I'm talking about 1980</w:t>
      </w:r>
    </w:p>
    <w:p>
      <w:pPr>
        <w:spacing w:after="0"/>
      </w:pPr>
    </w:p>
    <w:p>
      <w:pPr>
        <w:spacing w:after="0"/>
      </w:pPr>
      <w:r>
        <w:rPr>
          <w:rFonts w:ascii="Arial" w:hAnsi="Arial"/>
          <w:b/>
          <w:sz w:val="22"/>
        </w:rPr>
        <w:t xml:space="preserve">Alice  </w:t>
      </w:r>
      <w:r>
        <w:rPr>
          <w:rFonts w:ascii="Arial" w:hAnsi="Arial"/>
          <w:color w:val="5D7284"/>
          <w:sz w:val="22"/>
        </w:rPr>
        <w:t>02:34</w:t>
      </w:r>
    </w:p>
    <w:p>
      <w:pPr>
        <w:spacing w:after="0"/>
      </w:pPr>
      <w:r>
        <w:rPr>
          <w:rFonts w:ascii="Arial" w:hAnsi="Arial"/>
          <w:sz w:val="22"/>
        </w:rPr>
        <w:t>Yeah, doesn't feel that historical. I suppose it is 45 years ago, we'll just skim over that</w:t>
      </w:r>
    </w:p>
    <w:p>
      <w:pPr>
        <w:spacing w:after="0"/>
      </w:pPr>
    </w:p>
    <w:p>
      <w:pPr>
        <w:spacing w:after="0"/>
      </w:pPr>
      <w:r>
        <w:rPr>
          <w:rFonts w:ascii="Arial" w:hAnsi="Arial"/>
          <w:b/>
          <w:sz w:val="22"/>
        </w:rPr>
        <w:t xml:space="preserve">Lucy  </w:t>
      </w:r>
      <w:r>
        <w:rPr>
          <w:rFonts w:ascii="Arial" w:hAnsi="Arial"/>
          <w:color w:val="5D7284"/>
          <w:sz w:val="22"/>
        </w:rPr>
        <w:t>02:42</w:t>
      </w:r>
    </w:p>
    <w:p>
      <w:pPr>
        <w:spacing w:after="0"/>
      </w:pPr>
      <w:r>
        <w:rPr>
          <w:rFonts w:ascii="Arial" w:hAnsi="Arial"/>
          <w:sz w:val="22"/>
        </w:rPr>
        <w:t xml:space="preserve">Yeah, very quickly. So next slide please, Adam, thank you. In the film, he in the film, he's renamed John for some reason, and he is initially exhibited in a slide show, err.. slide show sideshow attraction as a freak, and he's mistreated by his handler, who's called Bites. So, Dr, Frederick Treves </w:t>
      </w:r>
    </w:p>
    <w:p>
      <w:pPr>
        <w:spacing w:after="0"/>
      </w:pPr>
    </w:p>
    <w:p>
      <w:pPr>
        <w:spacing w:after="0"/>
      </w:pPr>
      <w:r>
        <w:rPr>
          <w:rFonts w:ascii="Arial" w:hAnsi="Arial"/>
          <w:b/>
          <w:sz w:val="22"/>
        </w:rPr>
        <w:t xml:space="preserve">Alice  </w:t>
      </w:r>
      <w:r>
        <w:rPr>
          <w:rFonts w:ascii="Arial" w:hAnsi="Arial"/>
          <w:color w:val="5D7284"/>
          <w:sz w:val="22"/>
        </w:rPr>
        <w:t>03:07</w:t>
      </w:r>
    </w:p>
    <w:p>
      <w:pPr>
        <w:spacing w:after="0"/>
      </w:pPr>
      <w:r>
        <w:rPr>
          <w:rFonts w:ascii="Arial" w:hAnsi="Arial"/>
          <w:sz w:val="22"/>
        </w:rPr>
        <w:t xml:space="preserve">Sorry, Bites? </w:t>
      </w:r>
    </w:p>
    <w:p>
      <w:pPr>
        <w:spacing w:after="0"/>
      </w:pPr>
    </w:p>
    <w:p>
      <w:pPr>
        <w:spacing w:after="0"/>
      </w:pPr>
      <w:r>
        <w:rPr>
          <w:rFonts w:ascii="Arial" w:hAnsi="Arial"/>
          <w:b/>
          <w:sz w:val="22"/>
        </w:rPr>
        <w:t xml:space="preserve">Lucy  </w:t>
      </w:r>
      <w:r>
        <w:rPr>
          <w:rFonts w:ascii="Arial" w:hAnsi="Arial"/>
          <w:color w:val="5D7284"/>
          <w:sz w:val="22"/>
        </w:rPr>
        <w:t>03:08</w:t>
      </w:r>
    </w:p>
    <w:p>
      <w:pPr>
        <w:spacing w:after="0"/>
      </w:pPr>
      <w:r>
        <w:rPr>
          <w:rFonts w:ascii="Arial" w:hAnsi="Arial"/>
          <w:sz w:val="22"/>
        </w:rPr>
        <w:t xml:space="preserve">Yeah, he's called Bites. That's I did think... </w:t>
      </w:r>
    </w:p>
    <w:p>
      <w:pPr>
        <w:spacing w:after="0"/>
      </w:pPr>
    </w:p>
    <w:p>
      <w:pPr>
        <w:spacing w:after="0"/>
      </w:pPr>
      <w:r>
        <w:rPr>
          <w:rFonts w:ascii="Arial" w:hAnsi="Arial"/>
          <w:b/>
          <w:sz w:val="22"/>
        </w:rPr>
        <w:t xml:space="preserve">Alice  </w:t>
      </w:r>
      <w:r>
        <w:rPr>
          <w:rFonts w:ascii="Arial" w:hAnsi="Arial"/>
          <w:color w:val="5D7284"/>
          <w:sz w:val="22"/>
        </w:rPr>
        <w:t>03:10</w:t>
      </w:r>
    </w:p>
    <w:p>
      <w:pPr>
        <w:spacing w:after="0"/>
      </w:pPr>
      <w:r>
        <w:rPr>
          <w:rFonts w:ascii="Arial" w:hAnsi="Arial"/>
          <w:sz w:val="22"/>
        </w:rPr>
        <w:t>As in like, chomp, chomp?</w:t>
      </w:r>
    </w:p>
    <w:p>
      <w:pPr>
        <w:spacing w:after="0"/>
      </w:pPr>
    </w:p>
    <w:p>
      <w:pPr>
        <w:spacing w:after="0"/>
      </w:pPr>
      <w:r>
        <w:rPr>
          <w:rFonts w:ascii="Arial" w:hAnsi="Arial"/>
          <w:b/>
          <w:sz w:val="22"/>
        </w:rPr>
        <w:t xml:space="preserve">Lucy  </w:t>
      </w:r>
      <w:r>
        <w:rPr>
          <w:rFonts w:ascii="Arial" w:hAnsi="Arial"/>
          <w:color w:val="5D7284"/>
          <w:sz w:val="22"/>
        </w:rPr>
        <w:t>03:14</w:t>
      </w:r>
    </w:p>
    <w:p>
      <w:pPr>
        <w:spacing w:after="0"/>
      </w:pPr>
      <w:r>
        <w:rPr>
          <w:rFonts w:ascii="Arial" w:hAnsi="Arial"/>
          <w:sz w:val="22"/>
        </w:rPr>
        <w:t>Yeah. So, Dr, Frederick Treeve is played by Anthony Hopkins. Is portrayed as a wildly, widely compassionate man and a curious surgeon. He discovers Merrick in the freak show and brings him to the London Hospital, where they take him for examination and also to, like, look after him a bit more. Next slide, please. No, actually go back, there, sorry, thank you.</w:t>
      </w:r>
    </w:p>
    <w:p>
      <w:pPr>
        <w:spacing w:after="0"/>
      </w:pPr>
    </w:p>
    <w:p>
      <w:pPr>
        <w:spacing w:after="0"/>
      </w:pPr>
      <w:r>
        <w:rPr>
          <w:rFonts w:ascii="Arial" w:hAnsi="Arial"/>
          <w:b/>
          <w:sz w:val="22"/>
        </w:rPr>
        <w:t xml:space="preserve">Alice  </w:t>
      </w:r>
      <w:r>
        <w:rPr>
          <w:rFonts w:ascii="Arial" w:hAnsi="Arial"/>
          <w:color w:val="5D7284"/>
          <w:sz w:val="22"/>
        </w:rPr>
        <w:t>03:14</w:t>
      </w:r>
    </w:p>
    <w:p>
      <w:pPr>
        <w:spacing w:after="0"/>
      </w:pPr>
      <w:r>
        <w:rPr>
          <w:rFonts w:ascii="Arial" w:hAnsi="Arial"/>
          <w:sz w:val="22"/>
        </w:rPr>
        <w:t xml:space="preserve">I see </w:t>
      </w:r>
    </w:p>
    <w:p>
      <w:pPr>
        <w:spacing w:after="0"/>
      </w:pPr>
    </w:p>
    <w:p>
      <w:pPr>
        <w:spacing w:after="0"/>
      </w:pPr>
      <w:r>
        <w:rPr>
          <w:rFonts w:ascii="Arial" w:hAnsi="Arial"/>
          <w:b/>
          <w:sz w:val="22"/>
        </w:rPr>
        <w:t xml:space="preserve">Lucy  </w:t>
      </w:r>
      <w:r>
        <w:rPr>
          <w:rFonts w:ascii="Arial" w:hAnsi="Arial"/>
          <w:color w:val="5D7284"/>
          <w:sz w:val="22"/>
        </w:rPr>
        <w:t>03:14</w:t>
      </w:r>
    </w:p>
    <w:p>
      <w:pPr>
        <w:spacing w:after="0"/>
      </w:pPr>
      <w:r>
        <w:rPr>
          <w:rFonts w:ascii="Arial" w:hAnsi="Arial"/>
          <w:sz w:val="22"/>
        </w:rPr>
        <w:t>Yeah chomp chomp</w:t>
      </w:r>
    </w:p>
    <w:p>
      <w:pPr>
        <w:spacing w:after="0"/>
      </w:pPr>
    </w:p>
    <w:p>
      <w:pPr>
        <w:spacing w:after="0"/>
      </w:pPr>
      <w:r>
        <w:rPr>
          <w:rFonts w:ascii="Arial" w:hAnsi="Arial"/>
          <w:b/>
          <w:sz w:val="22"/>
        </w:rPr>
        <w:t xml:space="preserve">Lucy  </w:t>
      </w:r>
      <w:r>
        <w:rPr>
          <w:rFonts w:ascii="Arial" w:hAnsi="Arial"/>
          <w:color w:val="5D7284"/>
          <w:sz w:val="22"/>
        </w:rPr>
        <w:t>03:40</w:t>
      </w:r>
    </w:p>
    <w:p>
      <w:pPr>
        <w:spacing w:after="0"/>
      </w:pPr>
      <w:r>
        <w:rPr>
          <w:rFonts w:ascii="Arial" w:hAnsi="Arial"/>
          <w:sz w:val="22"/>
        </w:rPr>
        <w:t>We're very live. Normally, we edit this bit out. The medical model obviously comes into play here, because when he's taken back to the hospital, the doctors look at sort of the elephant man with curiosity. They're look, looking at the lumps and bumps on him and they're not seeing him, as a whole person, they're seen as this thing,</w:t>
      </w:r>
    </w:p>
    <w:p>
      <w:pPr>
        <w:spacing w:after="0"/>
      </w:pPr>
    </w:p>
    <w:p>
      <w:pPr>
        <w:spacing w:after="0"/>
      </w:pPr>
      <w:r>
        <w:rPr>
          <w:rFonts w:ascii="Arial" w:hAnsi="Arial"/>
          <w:b/>
          <w:sz w:val="22"/>
        </w:rPr>
        <w:t xml:space="preserve">Alice  </w:t>
      </w:r>
      <w:r>
        <w:rPr>
          <w:rFonts w:ascii="Arial" w:hAnsi="Arial"/>
          <w:color w:val="5D7284"/>
          <w:sz w:val="22"/>
        </w:rPr>
        <w:t>03:42</w:t>
      </w:r>
    </w:p>
    <w:p>
      <w:pPr>
        <w:spacing w:after="0"/>
      </w:pPr>
      <w:r>
        <w:rPr>
          <w:rFonts w:ascii="Arial" w:hAnsi="Arial"/>
          <w:sz w:val="22"/>
        </w:rPr>
        <w:t>Can you tell we're live?</w:t>
      </w:r>
    </w:p>
    <w:p>
      <w:pPr>
        <w:spacing w:after="0"/>
      </w:pPr>
    </w:p>
    <w:p>
      <w:pPr>
        <w:spacing w:after="0"/>
      </w:pPr>
      <w:r>
        <w:rPr>
          <w:rFonts w:ascii="Arial" w:hAnsi="Arial"/>
          <w:b/>
          <w:sz w:val="22"/>
        </w:rPr>
        <w:t xml:space="preserve">Alice  </w:t>
      </w:r>
      <w:r>
        <w:rPr>
          <w:rFonts w:ascii="Arial" w:hAnsi="Arial"/>
          <w:color w:val="5D7284"/>
          <w:sz w:val="22"/>
        </w:rPr>
        <w:t>03:45</w:t>
      </w:r>
    </w:p>
    <w:p>
      <w:pPr>
        <w:spacing w:after="0"/>
      </w:pPr>
      <w:r>
        <w:rPr>
          <w:rFonts w:ascii="Arial" w:hAnsi="Arial"/>
          <w:sz w:val="22"/>
        </w:rPr>
        <w:t>They're seeing the condition, aren't they? And it's... Yeah</w:t>
      </w:r>
    </w:p>
    <w:p>
      <w:pPr>
        <w:spacing w:after="0"/>
      </w:pPr>
    </w:p>
    <w:p>
      <w:pPr>
        <w:spacing w:after="0"/>
      </w:pPr>
      <w:r>
        <w:rPr>
          <w:rFonts w:ascii="Arial" w:hAnsi="Arial"/>
          <w:b/>
          <w:sz w:val="22"/>
        </w:rPr>
        <w:t xml:space="preserve">Lucy  </w:t>
      </w:r>
      <w:r>
        <w:rPr>
          <w:rFonts w:ascii="Arial" w:hAnsi="Arial"/>
          <w:color w:val="5D7284"/>
          <w:sz w:val="22"/>
        </w:rPr>
        <w:t>03:59</w:t>
      </w:r>
    </w:p>
    <w:p>
      <w:pPr>
        <w:spacing w:after="0"/>
      </w:pPr>
      <w:r>
        <w:rPr>
          <w:rFonts w:ascii="Arial" w:hAnsi="Arial"/>
          <w:sz w:val="22"/>
        </w:rPr>
        <w:t xml:space="preserve">Staring and gawped at and it just doesn't sit very well with me I was like don't do that he's a lovely man, like, whilst I was watching it. So, so yeah, it just made me feel a bit icky, really. And up until this point, you don't really get to see his face in all his glory, </w:t>
      </w:r>
    </w:p>
    <w:p>
      <w:pPr>
        <w:spacing w:after="0"/>
      </w:pPr>
    </w:p>
    <w:p>
      <w:pPr>
        <w:spacing w:after="0"/>
      </w:pPr>
      <w:r>
        <w:rPr>
          <w:rFonts w:ascii="Arial" w:hAnsi="Arial"/>
          <w:b/>
          <w:sz w:val="22"/>
        </w:rPr>
        <w:t xml:space="preserve">Alice  </w:t>
      </w:r>
      <w:r>
        <w:rPr>
          <w:rFonts w:ascii="Arial" w:hAnsi="Arial"/>
          <w:color w:val="5D7284"/>
          <w:sz w:val="22"/>
        </w:rPr>
        <w:t>04:29</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You don't sort of see it. And it's, they're like, they hide it away for the majority of the first half of the film, but when I actually saw what he looks like. So the bottom image there on the power point we've got is obviously his face. Now I wasn't, I don't know what this says about me, but I wasn't overly shocked by his face</w:t>
      </w:r>
    </w:p>
    <w:p>
      <w:pPr>
        <w:spacing w:after="0"/>
      </w:pPr>
    </w:p>
    <w:p>
      <w:pPr>
        <w:spacing w:after="0"/>
      </w:pPr>
      <w:r>
        <w:rPr>
          <w:rFonts w:ascii="Arial" w:hAnsi="Arial"/>
          <w:b/>
          <w:sz w:val="22"/>
        </w:rPr>
        <w:t xml:space="preserve">Alice  </w:t>
      </w:r>
      <w:r>
        <w:rPr>
          <w:rFonts w:ascii="Arial" w:hAnsi="Arial"/>
          <w:color w:val="5D7284"/>
          <w:sz w:val="22"/>
        </w:rPr>
        <w:t>04:49</w:t>
      </w:r>
    </w:p>
    <w:p>
      <w:pPr>
        <w:spacing w:after="0"/>
      </w:pPr>
      <w:r>
        <w:rPr>
          <w:rFonts w:ascii="Arial" w:hAnsi="Arial"/>
          <w:sz w:val="22"/>
        </w:rPr>
        <w:t>It wasn't like the horrifying image you expected it to be?</w:t>
      </w:r>
    </w:p>
    <w:p>
      <w:pPr>
        <w:spacing w:after="0"/>
      </w:pPr>
    </w:p>
    <w:p>
      <w:pPr>
        <w:spacing w:after="0"/>
      </w:pPr>
      <w:r>
        <w:rPr>
          <w:rFonts w:ascii="Arial" w:hAnsi="Arial"/>
          <w:b/>
          <w:sz w:val="22"/>
        </w:rPr>
        <w:t xml:space="preserve">Lucy  </w:t>
      </w:r>
      <w:r>
        <w:rPr>
          <w:rFonts w:ascii="Arial" w:hAnsi="Arial"/>
          <w:color w:val="5D7284"/>
          <w:sz w:val="22"/>
        </w:rPr>
        <w:t>04:53</w:t>
      </w:r>
    </w:p>
    <w:p>
      <w:pPr>
        <w:spacing w:after="0"/>
      </w:pPr>
      <w:r>
        <w:rPr>
          <w:rFonts w:ascii="Arial" w:hAnsi="Arial"/>
          <w:sz w:val="22"/>
        </w:rPr>
        <w:t>No. And I was like, oh, that's fine, crack on, kind of thing. So I don't know what that says about me, where, maybe I'm very acceptive of people's differences. I don't know, but I was like, Yeah,</w:t>
      </w:r>
    </w:p>
    <w:p>
      <w:pPr>
        <w:spacing w:after="0"/>
      </w:pPr>
    </w:p>
    <w:p>
      <w:pPr>
        <w:spacing w:after="0"/>
      </w:pPr>
      <w:r>
        <w:rPr>
          <w:rFonts w:ascii="Arial" w:hAnsi="Arial"/>
          <w:b/>
          <w:sz w:val="22"/>
        </w:rPr>
        <w:t xml:space="preserve">Alice  </w:t>
      </w:r>
      <w:r>
        <w:rPr>
          <w:rFonts w:ascii="Arial" w:hAnsi="Arial"/>
          <w:color w:val="5D7284"/>
          <w:sz w:val="22"/>
        </w:rPr>
        <w:t>05:05</w:t>
      </w:r>
    </w:p>
    <w:p>
      <w:pPr>
        <w:spacing w:after="0"/>
      </w:pPr>
      <w:r>
        <w:rPr>
          <w:rFonts w:ascii="Arial" w:hAnsi="Arial"/>
          <w:sz w:val="22"/>
        </w:rPr>
        <w:t>it's funny, because, like, you know he is, he's the terrible Elephant Man. So it's like, oh my God, look at this horror show. But actually, it's, it's not, as you say, it's not the shocking, I don't know. Maybe it's that's part of like, Do you know how accurate the Elephant Man in the movie, like, the sort of the way his his tumors and his like, facial differences are? Do you know how similar that is to what he was really like?</w:t>
      </w:r>
    </w:p>
    <w:p>
      <w:pPr>
        <w:spacing w:after="0"/>
      </w:pPr>
    </w:p>
    <w:p>
      <w:pPr>
        <w:spacing w:after="0"/>
      </w:pPr>
      <w:r>
        <w:rPr>
          <w:rFonts w:ascii="Arial" w:hAnsi="Arial"/>
          <w:b/>
          <w:sz w:val="22"/>
        </w:rPr>
        <w:t xml:space="preserve">Lucy  </w:t>
      </w:r>
      <w:r>
        <w:rPr>
          <w:rFonts w:ascii="Arial" w:hAnsi="Arial"/>
          <w:color w:val="5D7284"/>
          <w:sz w:val="22"/>
        </w:rPr>
        <w:t>05:36</w:t>
      </w:r>
    </w:p>
    <w:p>
      <w:pPr>
        <w:spacing w:after="0"/>
      </w:pPr>
      <w:r>
        <w:rPr>
          <w:rFonts w:ascii="Arial" w:hAnsi="Arial"/>
          <w:sz w:val="22"/>
        </w:rPr>
        <w:t>We'll come on to the sort of the prosthetics they use in the film, and a bit later, because they actually used the death mask of Joseph Merrick.</w:t>
      </w:r>
    </w:p>
    <w:p>
      <w:pPr>
        <w:spacing w:after="0"/>
      </w:pPr>
    </w:p>
    <w:p>
      <w:pPr>
        <w:spacing w:after="0"/>
      </w:pPr>
      <w:r>
        <w:rPr>
          <w:rFonts w:ascii="Arial" w:hAnsi="Arial"/>
          <w:b/>
          <w:sz w:val="22"/>
        </w:rPr>
        <w:t xml:space="preserve">Alice  </w:t>
      </w:r>
      <w:r>
        <w:rPr>
          <w:rFonts w:ascii="Arial" w:hAnsi="Arial"/>
          <w:color w:val="5D7284"/>
          <w:sz w:val="22"/>
        </w:rPr>
        <w:t>05:44</w:t>
      </w:r>
    </w:p>
    <w:p>
      <w:pPr>
        <w:spacing w:after="0"/>
      </w:pPr>
      <w:r>
        <w:rPr>
          <w:rFonts w:ascii="Arial" w:hAnsi="Arial"/>
          <w:sz w:val="22"/>
        </w:rPr>
        <w:t>So, so it is similar, like, it's, it's like, similar enough, and that, you know, this is somebody who's supposed to be, like, portrayed to be scary, but actually, like, he's, you didn't, you didn't think it was scary. You thought it was just, yeah, well,</w:t>
      </w:r>
    </w:p>
    <w:p>
      <w:pPr>
        <w:spacing w:after="0"/>
      </w:pPr>
    </w:p>
    <w:p>
      <w:pPr>
        <w:spacing w:after="0"/>
      </w:pPr>
      <w:r>
        <w:rPr>
          <w:rFonts w:ascii="Arial" w:hAnsi="Arial"/>
          <w:b/>
          <w:sz w:val="22"/>
        </w:rPr>
        <w:t xml:space="preserve">Lucy  </w:t>
      </w:r>
      <w:r>
        <w:rPr>
          <w:rFonts w:ascii="Arial" w:hAnsi="Arial"/>
          <w:color w:val="5D7284"/>
          <w:sz w:val="22"/>
        </w:rPr>
        <w:t>05:59</w:t>
      </w:r>
    </w:p>
    <w:p>
      <w:pPr>
        <w:spacing w:after="0"/>
      </w:pPr>
      <w:r>
        <w:rPr>
          <w:rFonts w:ascii="Arial" w:hAnsi="Arial"/>
          <w:sz w:val="22"/>
        </w:rPr>
        <w:t>like it was, it was startling, but it certainly wasn't recoiling in horror. So yeah, so that, I thought that was quite an interesting point to bring up. So, yeah, so Anthony Hopkins' character brings him back to the hospital and starts to take care of him. And the board of the trustees of the hospital really don't want the elephant man there at all they want to get rid of him, really, because he's cut, sort of like bringing attention to the hospital, because, have you heard they've got an elephant man at the hospital, but it's actually one of the members of the royal family that come into the hospital and say, No, you've got to keep him here and look after him. So he basically is given a room in the hospital, and he experiences life, his quality of life gets better. But to me, instead of being a freak show in like a street in Victorian Street in London, he's actually being a freak show to the more well off in society, version of a freak show, yeah, and it's just like, oh, you know, it's the same thing happening again, but in a more sanitized hospital where you talk about books</w:t>
      </w:r>
    </w:p>
    <w:p>
      <w:pPr>
        <w:spacing w:after="0"/>
      </w:pPr>
    </w:p>
    <w:p>
      <w:pPr>
        <w:spacing w:after="0"/>
      </w:pPr>
      <w:r>
        <w:rPr>
          <w:rFonts w:ascii="Arial" w:hAnsi="Arial"/>
          <w:b/>
          <w:sz w:val="22"/>
        </w:rPr>
        <w:t xml:space="preserve">Alice  </w:t>
      </w:r>
      <w:r>
        <w:rPr>
          <w:rFonts w:ascii="Arial" w:hAnsi="Arial"/>
          <w:color w:val="5D7284"/>
          <w:sz w:val="22"/>
        </w:rPr>
        <w:t>06:35</w:t>
      </w:r>
    </w:p>
    <w:p>
      <w:pPr>
        <w:spacing w:after="0"/>
      </w:pPr>
      <w:r>
        <w:rPr>
          <w:rFonts w:ascii="Arial" w:hAnsi="Arial"/>
          <w:sz w:val="22"/>
        </w:rPr>
        <w:t>You wonder, you know, like we've taught before about that kind of freak show culture, and about how for some disabled People, it was quite, quite empowering in some ways, because they were making a living, they will be able to be independent. And there's sort of, you wonder, like, whether that moving into a hospital, because this is based on, you know, a real person in their life, like he will have lost an element of being in touch with the rest of his community and other people who experience the same things as him and were also, you know, displayed the way he was, and he's now surrounded by doctors and nurses and people who have come to gawk at him, at least when he wasn't on stage in a freak show, he might have had people around him who understood him,</w:t>
      </w:r>
    </w:p>
    <w:p>
      <w:pPr>
        <w:spacing w:after="0"/>
      </w:pPr>
    </w:p>
    <w:p>
      <w:pPr>
        <w:spacing w:after="0"/>
      </w:pPr>
      <w:r>
        <w:rPr>
          <w:rFonts w:ascii="Arial" w:hAnsi="Arial"/>
          <w:b/>
          <w:sz w:val="22"/>
        </w:rPr>
        <w:t xml:space="preserve">Lucy  </w:t>
      </w:r>
      <w:r>
        <w:rPr>
          <w:rFonts w:ascii="Arial" w:hAnsi="Arial"/>
          <w:color w:val="5D7284"/>
          <w:sz w:val="22"/>
        </w:rPr>
        <w:t>07:57</w:t>
      </w:r>
    </w:p>
    <w:p>
      <w:pPr>
        <w:spacing w:after="0"/>
      </w:pPr>
      <w:r>
        <w:rPr>
          <w:rFonts w:ascii="Arial" w:hAnsi="Arial"/>
          <w:sz w:val="22"/>
        </w:rPr>
        <w:t>yeah, yeah. And the nurses, at one point, actually tell the doctor like you're you're treating him no better than if he was in a freak show, a side show on the street, just because they've got nice clothes on and they're well to do. You're still he's still being an object of ooo look at that,</w:t>
      </w:r>
    </w:p>
    <w:p>
      <w:pPr>
        <w:spacing w:after="0"/>
      </w:pPr>
    </w:p>
    <w:p>
      <w:pPr>
        <w:spacing w:after="0"/>
      </w:pPr>
      <w:r>
        <w:rPr>
          <w:rFonts w:ascii="Arial" w:hAnsi="Arial"/>
          <w:b/>
          <w:sz w:val="22"/>
        </w:rPr>
        <w:t xml:space="preserve">Lucy  </w:t>
      </w:r>
      <w:r>
        <w:rPr>
          <w:rFonts w:ascii="Arial" w:hAnsi="Arial"/>
          <w:color w:val="5D7284"/>
          <w:sz w:val="22"/>
        </w:rPr>
        <w:t>08:22</w:t>
      </w:r>
    </w:p>
    <w:p>
      <w:pPr>
        <w:spacing w:after="0"/>
      </w:pPr>
      <w:r>
        <w:rPr>
          <w:rFonts w:ascii="Arial" w:hAnsi="Arial"/>
          <w:sz w:val="22"/>
        </w:rPr>
        <w:t xml:space="preserve">So whilst he's getting his life of a taste of life with privilege and and, you know, he's been taken, you know, he's meeting all these very well off actresses and people that want, are, are pretending to be his friend, there is an element of, he gets bullied a lot. So there's, um, there's a drunk in the film who, who kind of is, is taking money off the poorer people and wandering them past his hotel, his hospital window, and they're peering in and sort of looking at being quite mean. </w:t>
      </w:r>
    </w:p>
    <w:p>
      <w:pPr>
        <w:spacing w:after="0"/>
      </w:pPr>
    </w:p>
    <w:p>
      <w:pPr>
        <w:spacing w:after="0"/>
      </w:pPr>
      <w:r>
        <w:rPr>
          <w:rFonts w:ascii="Arial" w:hAnsi="Arial"/>
          <w:b/>
          <w:sz w:val="22"/>
        </w:rPr>
        <w:t xml:space="preserve">Alice  </w:t>
      </w:r>
      <w:r>
        <w:rPr>
          <w:rFonts w:ascii="Arial" w:hAnsi="Arial"/>
          <w:color w:val="5D7284"/>
          <w:sz w:val="22"/>
        </w:rPr>
        <w:t>08:56</w:t>
      </w:r>
    </w:p>
    <w:p>
      <w:pPr>
        <w:spacing w:after="0"/>
      </w:pPr>
      <w:r>
        <w:rPr>
          <w:rFonts w:ascii="Arial" w:hAnsi="Arial"/>
          <w:sz w:val="22"/>
        </w:rPr>
        <w:t>Right. yeah.</w:t>
      </w:r>
    </w:p>
    <w:p>
      <w:pPr>
        <w:spacing w:after="0"/>
      </w:pPr>
    </w:p>
    <w:p>
      <w:pPr>
        <w:spacing w:after="0"/>
      </w:pPr>
      <w:r>
        <w:rPr>
          <w:rFonts w:ascii="Arial" w:hAnsi="Arial"/>
          <w:b/>
          <w:sz w:val="22"/>
        </w:rPr>
        <w:t xml:space="preserve">Lucy  </w:t>
      </w:r>
      <w:r>
        <w:rPr>
          <w:rFonts w:ascii="Arial" w:hAnsi="Arial"/>
          <w:color w:val="5D7284"/>
          <w:sz w:val="22"/>
        </w:rPr>
        <w:t>08:56</w:t>
      </w:r>
    </w:p>
    <w:p>
      <w:pPr>
        <w:spacing w:after="0"/>
      </w:pPr>
      <w:r>
        <w:rPr>
          <w:rFonts w:ascii="Arial" w:hAnsi="Arial"/>
          <w:sz w:val="22"/>
        </w:rPr>
        <w:t xml:space="preserve">And one night, they actually break into the otel - </w:t>
      </w:r>
    </w:p>
    <w:p>
      <w:pPr>
        <w:spacing w:after="0"/>
      </w:pPr>
    </w:p>
    <w:p>
      <w:pPr>
        <w:spacing w:after="0"/>
      </w:pPr>
      <w:r>
        <w:rPr>
          <w:rFonts w:ascii="Arial" w:hAnsi="Arial"/>
          <w:b/>
          <w:sz w:val="22"/>
        </w:rPr>
        <w:t xml:space="preserve">Alice  </w:t>
      </w:r>
      <w:r>
        <w:rPr>
          <w:rFonts w:ascii="Arial" w:hAnsi="Arial"/>
          <w:color w:val="5D7284"/>
          <w:sz w:val="22"/>
        </w:rPr>
        <w:t>08:58</w:t>
      </w:r>
    </w:p>
    <w:p>
      <w:pPr>
        <w:spacing w:after="0"/>
      </w:pPr>
      <w:r>
        <w:rPr>
          <w:rFonts w:ascii="Arial" w:hAnsi="Arial"/>
          <w:sz w:val="22"/>
        </w:rPr>
        <w:t>Hospital [laughs]</w:t>
      </w:r>
    </w:p>
    <w:p>
      <w:pPr>
        <w:spacing w:after="0"/>
      </w:pPr>
    </w:p>
    <w:p>
      <w:pPr>
        <w:spacing w:after="0"/>
      </w:pPr>
      <w:r>
        <w:rPr>
          <w:rFonts w:ascii="Arial" w:hAnsi="Arial"/>
          <w:b/>
          <w:sz w:val="22"/>
        </w:rPr>
        <w:t xml:space="preserve">Alice  </w:t>
      </w:r>
      <w:r>
        <w:rPr>
          <w:rFonts w:ascii="Arial" w:hAnsi="Arial"/>
          <w:color w:val="5D7284"/>
          <w:sz w:val="22"/>
        </w:rPr>
        <w:t>09:02</w:t>
      </w:r>
    </w:p>
    <w:p>
      <w:pPr>
        <w:spacing w:after="0"/>
      </w:pPr>
      <w:r>
        <w:rPr>
          <w:rFonts w:ascii="Arial" w:hAnsi="Arial"/>
          <w:sz w:val="22"/>
        </w:rPr>
        <w:t>They're no better no better than a circus like</w:t>
      </w:r>
    </w:p>
    <w:p>
      <w:pPr>
        <w:spacing w:after="0"/>
      </w:pPr>
    </w:p>
    <w:p>
      <w:pPr>
        <w:spacing w:after="0"/>
      </w:pPr>
      <w:r>
        <w:rPr>
          <w:rFonts w:ascii="Arial" w:hAnsi="Arial"/>
          <w:b/>
          <w:sz w:val="22"/>
        </w:rPr>
        <w:t xml:space="preserve">Lucy  </w:t>
      </w:r>
      <w:r>
        <w:rPr>
          <w:rFonts w:ascii="Arial" w:hAnsi="Arial"/>
          <w:color w:val="5D7284"/>
          <w:sz w:val="22"/>
        </w:rPr>
        <w:t>09:02</w:t>
      </w:r>
    </w:p>
    <w:p>
      <w:pPr>
        <w:spacing w:after="0"/>
      </w:pPr>
      <w:r>
        <w:rPr>
          <w:rFonts w:ascii="Arial" w:hAnsi="Arial"/>
          <w:sz w:val="22"/>
        </w:rPr>
        <w:t xml:space="preserve">Thank goodness I'm not him kind of thing. </w:t>
      </w:r>
    </w:p>
    <w:p>
      <w:pPr>
        <w:spacing w:after="0"/>
      </w:pPr>
    </w:p>
    <w:p>
      <w:pPr>
        <w:spacing w:after="0"/>
      </w:pPr>
      <w:r>
        <w:rPr>
          <w:rFonts w:ascii="Arial" w:hAnsi="Arial"/>
          <w:b/>
          <w:sz w:val="22"/>
        </w:rPr>
        <w:t xml:space="preserve">Alice  </w:t>
      </w:r>
      <w:r>
        <w:rPr>
          <w:rFonts w:ascii="Arial" w:hAnsi="Arial"/>
          <w:color w:val="5D7284"/>
          <w:sz w:val="22"/>
        </w:rPr>
        <w:t>09:02</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09:02</w:t>
      </w:r>
    </w:p>
    <w:p>
      <w:pPr>
        <w:spacing w:after="0"/>
      </w:pPr>
      <w:r>
        <w:rPr>
          <w:rFonts w:ascii="Arial" w:hAnsi="Arial"/>
          <w:sz w:val="22"/>
        </w:rPr>
        <w:t>Hspstial - and they sort of like, jeer him, and rough him up a bit. And that was very uncomfortable, because he's not done anything wrong at all. He's not expecting these people to come into his room and they pour liquor down his throat and just bully him, really, it's not, it's not a nice thing to witness, because he's just, you know, he's still this, you know, he's still a human being. He just looks slightly different. And you know, there are, for me, there are themes in that film that make me realize that kindness is everything. You know, whether you're disabled or not, just being a kind, decent human being. Oh, dear, I'm crying. But um..</w:t>
      </w:r>
    </w:p>
    <w:p>
      <w:pPr>
        <w:spacing w:after="0"/>
      </w:pPr>
    </w:p>
    <w:p>
      <w:pPr>
        <w:spacing w:after="0"/>
      </w:pPr>
      <w:r>
        <w:rPr>
          <w:rFonts w:ascii="Arial" w:hAnsi="Arial"/>
          <w:b/>
          <w:sz w:val="22"/>
        </w:rPr>
        <w:t xml:space="preserve">Alice  </w:t>
      </w:r>
      <w:r>
        <w:rPr>
          <w:rFonts w:ascii="Arial" w:hAnsi="Arial"/>
          <w:color w:val="5D7284"/>
          <w:sz w:val="22"/>
        </w:rPr>
        <w:t>09:43</w:t>
      </w:r>
    </w:p>
    <w:p>
      <w:pPr>
        <w:spacing w:after="0"/>
      </w:pPr>
      <w:r>
        <w:rPr>
          <w:rFonts w:ascii="Arial" w:hAnsi="Arial"/>
          <w:sz w:val="22"/>
        </w:rPr>
        <w:t xml:space="preserve">I think the, the thing that it makes me think about as well is, like, obviously, that film was made in the 80s, but was set, you know, 100 years earlier. </w:t>
      </w:r>
    </w:p>
    <w:p>
      <w:pPr>
        <w:spacing w:after="0"/>
      </w:pPr>
    </w:p>
    <w:p>
      <w:pPr>
        <w:spacing w:after="0"/>
      </w:pPr>
      <w:r>
        <w:rPr>
          <w:rFonts w:ascii="Arial" w:hAnsi="Arial"/>
          <w:b/>
          <w:sz w:val="22"/>
        </w:rPr>
        <w:t xml:space="preserve">Lucy  </w:t>
      </w:r>
      <w:r>
        <w:rPr>
          <w:rFonts w:ascii="Arial" w:hAnsi="Arial"/>
          <w:color w:val="5D7284"/>
          <w:sz w:val="22"/>
        </w:rPr>
        <w:t>09:45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09:47</w:t>
      </w:r>
    </w:p>
    <w:p>
      <w:pPr>
        <w:spacing w:after="0"/>
      </w:pPr>
      <w:r>
        <w:rPr>
          <w:rFonts w:ascii="Arial" w:hAnsi="Arial"/>
          <w:sz w:val="22"/>
        </w:rPr>
        <w:t xml:space="preserve">Like, is that film trying to show us that this isn't it terrible how we used to treat Disabled people, this is how we used to do it, </w:t>
      </w:r>
    </w:p>
    <w:p>
      <w:pPr>
        <w:spacing w:after="0"/>
      </w:pPr>
    </w:p>
    <w:p>
      <w:pPr>
        <w:spacing w:after="0"/>
      </w:pPr>
      <w:r>
        <w:rPr>
          <w:rFonts w:ascii="Arial" w:hAnsi="Arial"/>
          <w:b/>
          <w:sz w:val="22"/>
        </w:rPr>
        <w:t xml:space="preserve">Lucy  </w:t>
      </w:r>
      <w:r>
        <w:rPr>
          <w:rFonts w:ascii="Arial" w:hAnsi="Arial"/>
          <w:color w:val="5D7284"/>
          <w:sz w:val="22"/>
        </w:rPr>
        <w:t>10:02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10:02</w:t>
      </w:r>
    </w:p>
    <w:p>
      <w:pPr>
        <w:spacing w:after="0"/>
      </w:pPr>
      <w:r>
        <w:rPr>
          <w:rFonts w:ascii="Arial" w:hAnsi="Arial"/>
          <w:sz w:val="22"/>
        </w:rPr>
        <w:t>But actually, at the same time, sort of sending a message that this is how disabled people are treated and like and, you know, not necessarily saying like, they're saying it's okay to treat disabled people that way, but by putting it in the film it, you know, it's showing a behavior that is almost like, well, this is an option,</w:t>
      </w:r>
    </w:p>
    <w:p>
      <w:pPr>
        <w:spacing w:after="0"/>
      </w:pPr>
    </w:p>
    <w:p>
      <w:pPr>
        <w:spacing w:after="0"/>
      </w:pPr>
      <w:r>
        <w:rPr>
          <w:rFonts w:ascii="Arial" w:hAnsi="Arial"/>
          <w:b/>
          <w:sz w:val="22"/>
        </w:rPr>
        <w:t xml:space="preserve">Lucy  </w:t>
      </w:r>
      <w:r>
        <w:rPr>
          <w:rFonts w:ascii="Arial" w:hAnsi="Arial"/>
          <w:color w:val="5D7284"/>
          <w:sz w:val="22"/>
        </w:rPr>
        <w:t>10:22</w:t>
      </w:r>
    </w:p>
    <w:p>
      <w:pPr>
        <w:spacing w:after="0"/>
      </w:pPr>
      <w:r>
        <w:rPr>
          <w:rFonts w:ascii="Arial" w:hAnsi="Arial"/>
          <w:sz w:val="22"/>
        </w:rPr>
        <w:t xml:space="preserve">yeah, just, yeah, just be just be nice. But it did. Watching that whole thing was very uncomfortable. So basically, towards the end of the film, it gets a bit darker and he decides that - </w:t>
      </w:r>
    </w:p>
    <w:p>
      <w:pPr>
        <w:spacing w:after="0"/>
      </w:pPr>
    </w:p>
    <w:p>
      <w:pPr>
        <w:spacing w:after="0"/>
      </w:pPr>
      <w:r>
        <w:rPr>
          <w:rFonts w:ascii="Arial" w:hAnsi="Arial"/>
          <w:b/>
          <w:sz w:val="22"/>
        </w:rPr>
        <w:t xml:space="preserve">Alice  </w:t>
      </w:r>
      <w:r>
        <w:rPr>
          <w:rFonts w:ascii="Arial" w:hAnsi="Arial"/>
          <w:color w:val="5D7284"/>
          <w:sz w:val="22"/>
        </w:rPr>
        <w:t>10:35</w:t>
      </w:r>
    </w:p>
    <w:p>
      <w:pPr>
        <w:spacing w:after="0"/>
      </w:pPr>
      <w:r>
        <w:rPr>
          <w:rFonts w:ascii="Arial" w:hAnsi="Arial"/>
          <w:sz w:val="22"/>
        </w:rPr>
        <w:t>Darker than getting beaten up while you're in hospital?</w:t>
      </w:r>
    </w:p>
    <w:p>
      <w:pPr>
        <w:spacing w:after="0"/>
      </w:pPr>
    </w:p>
    <w:p>
      <w:pPr>
        <w:spacing w:after="0"/>
      </w:pPr>
      <w:r>
        <w:rPr>
          <w:rFonts w:ascii="Arial" w:hAnsi="Arial"/>
          <w:b/>
          <w:sz w:val="22"/>
        </w:rPr>
        <w:t xml:space="preserve">Lucy  </w:t>
      </w:r>
      <w:r>
        <w:rPr>
          <w:rFonts w:ascii="Arial" w:hAnsi="Arial"/>
          <w:color w:val="5D7284"/>
          <w:sz w:val="22"/>
        </w:rPr>
        <w:t>10:37</w:t>
      </w:r>
    </w:p>
    <w:p>
      <w:pPr>
        <w:spacing w:after="0"/>
      </w:pPr>
      <w:r>
        <w:rPr>
          <w:rFonts w:ascii="Arial" w:hAnsi="Arial"/>
          <w:sz w:val="22"/>
        </w:rPr>
        <w:t xml:space="preserve">Yeah, yeah, yeah having liquor poured down your throat and being spat on. But he actually decides, after being taken to the theater by one of his well-to-do like friends that he's made, </w:t>
      </w:r>
    </w:p>
    <w:p>
      <w:pPr>
        <w:spacing w:after="0"/>
      </w:pPr>
    </w:p>
    <w:p>
      <w:pPr>
        <w:spacing w:after="0"/>
      </w:pPr>
      <w:r>
        <w:rPr>
          <w:rFonts w:ascii="Arial" w:hAnsi="Arial"/>
          <w:b/>
          <w:sz w:val="22"/>
        </w:rPr>
        <w:t xml:space="preserve">Alice  </w:t>
      </w:r>
      <w:r>
        <w:rPr>
          <w:rFonts w:ascii="Arial" w:hAnsi="Arial"/>
          <w:color w:val="5D7284"/>
          <w:sz w:val="22"/>
        </w:rPr>
        <w:t>10:39</w:t>
      </w:r>
    </w:p>
    <w:p>
      <w:pPr>
        <w:spacing w:after="0"/>
      </w:pPr>
      <w:r>
        <w:rPr>
          <w:rFonts w:ascii="Arial" w:hAnsi="Arial"/>
          <w:sz w:val="22"/>
        </w:rPr>
        <w:t>It's that same sort of like, hey, let's put this, freak show on display attitude, isn't it?</w:t>
      </w:r>
    </w:p>
    <w:p>
      <w:pPr>
        <w:spacing w:after="0"/>
      </w:pPr>
    </w:p>
    <w:p>
      <w:pPr>
        <w:spacing w:after="0"/>
      </w:pPr>
      <w:r>
        <w:rPr>
          <w:rFonts w:ascii="Arial" w:hAnsi="Arial"/>
          <w:b/>
          <w:sz w:val="22"/>
        </w:rPr>
        <w:t xml:space="preserve">Alice  </w:t>
      </w:r>
      <w:r>
        <w:rPr>
          <w:rFonts w:ascii="Arial" w:hAnsi="Arial"/>
          <w:color w:val="5D7284"/>
          <w:sz w:val="22"/>
        </w:rPr>
        <w:t>10:48</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10:48</w:t>
      </w:r>
    </w:p>
    <w:p>
      <w:pPr>
        <w:spacing w:after="0"/>
      </w:pPr>
      <w:r>
        <w:rPr>
          <w:rFonts w:ascii="Arial" w:hAnsi="Arial"/>
          <w:sz w:val="22"/>
        </w:rPr>
        <w:t xml:space="preserve">Yeah, he's had a nice time out, and he just wants to go to sleep like a normal human being. Now, his condition means that if he sleeps on his back, he will die, and he just decides he wants to because he sleeps like, propped up. I'm doing the actions like you can see this. I mean, people can see it, but he seats it like, sleeps with several pillows propped up and it so that's how he, you know, manages his condition. But he just wants to lie down and go to sleep like a "normal" person. </w:t>
      </w:r>
    </w:p>
    <w:p>
      <w:pPr>
        <w:spacing w:after="0"/>
      </w:pPr>
    </w:p>
    <w:p>
      <w:pPr>
        <w:spacing w:after="0"/>
      </w:pPr>
      <w:r>
        <w:rPr>
          <w:rFonts w:ascii="Arial" w:hAnsi="Arial"/>
          <w:b/>
          <w:sz w:val="22"/>
        </w:rPr>
        <w:t xml:space="preserve">Lucy  </w:t>
      </w:r>
      <w:r>
        <w:rPr>
          <w:rFonts w:ascii="Arial" w:hAnsi="Arial"/>
          <w:color w:val="5D7284"/>
          <w:sz w:val="22"/>
        </w:rPr>
        <w:t>11:27</w:t>
      </w:r>
    </w:p>
    <w:p>
      <w:pPr>
        <w:spacing w:after="0"/>
      </w:pPr>
      <w:r>
        <w:rPr>
          <w:rFonts w:ascii="Arial" w:hAnsi="Arial"/>
          <w:sz w:val="22"/>
        </w:rPr>
        <w:t>Doesn't sit right with me at all.</w:t>
      </w:r>
    </w:p>
    <w:p>
      <w:pPr>
        <w:spacing w:after="0"/>
      </w:pPr>
    </w:p>
    <w:p>
      <w:pPr>
        <w:spacing w:after="0"/>
      </w:pPr>
      <w:r>
        <w:rPr>
          <w:rFonts w:ascii="Arial" w:hAnsi="Arial"/>
          <w:b/>
          <w:sz w:val="22"/>
        </w:rPr>
        <w:t xml:space="preserve">Alice  </w:t>
      </w:r>
      <w:r>
        <w:rPr>
          <w:rFonts w:ascii="Arial" w:hAnsi="Arial"/>
          <w:color w:val="5D7284"/>
          <w:sz w:val="22"/>
        </w:rPr>
        <w:t>12:02</w:t>
      </w:r>
    </w:p>
    <w:p>
      <w:pPr>
        <w:spacing w:after="0"/>
      </w:pPr>
      <w:r>
        <w:rPr>
          <w:rFonts w:ascii="Arial" w:hAnsi="Arial"/>
          <w:sz w:val="22"/>
        </w:rPr>
        <w:t>Quote, unquote</w:t>
      </w:r>
    </w:p>
    <w:p>
      <w:pPr>
        <w:spacing w:after="0"/>
      </w:pPr>
    </w:p>
    <w:p>
      <w:pPr>
        <w:spacing w:after="0"/>
      </w:pPr>
      <w:r>
        <w:rPr>
          <w:rFonts w:ascii="Arial" w:hAnsi="Arial"/>
          <w:b/>
          <w:sz w:val="22"/>
        </w:rPr>
        <w:t xml:space="preserve">Lucy  </w:t>
      </w:r>
      <w:r>
        <w:rPr>
          <w:rFonts w:ascii="Arial" w:hAnsi="Arial"/>
          <w:color w:val="5D7284"/>
          <w:sz w:val="22"/>
        </w:rPr>
        <w:t>12:02</w:t>
      </w:r>
    </w:p>
    <w:p>
      <w:pPr>
        <w:spacing w:after="0"/>
      </w:pPr>
      <w:r>
        <w:rPr>
          <w:rFonts w:ascii="Arial" w:hAnsi="Arial"/>
          <w:sz w:val="22"/>
        </w:rPr>
        <w:t>Yeah, "normal", quote, unquote, but he umm he sadly passes away at the end of the film, and it's just a bit like, oh, it's heartbreaking it really is. Adam can we have the next slide, please? So this is where I want to talk about the prosthetics of Joseph slash John Merrick that were used in the film. So on the left, right, so the three images there and on the left there is a picture of Joseph Merrick as he was. The middle picture is a an image of his death mask, which is what they used for the film, John Merrick. So, as you can see there, it looks kind of similar, a little bit. You can kind of tell, like the two that that, you know they've tried to make him look like his original Death mask. And whilst I was doing my research for this element of the film, my friend told me that. Did I know Michael Jackson tried to buy the bones of the elephant man? I don't know what he wanted to do with them. He wanted to buy them for about a million pounds. So I don't know what that would be in today's value.</w:t>
      </w:r>
    </w:p>
    <w:p>
      <w:pPr>
        <w:spacing w:after="0"/>
      </w:pPr>
    </w:p>
    <w:p>
      <w:pPr>
        <w:spacing w:after="0"/>
      </w:pPr>
      <w:r>
        <w:rPr>
          <w:rFonts w:ascii="Arial" w:hAnsi="Arial"/>
          <w:b/>
          <w:sz w:val="22"/>
        </w:rPr>
        <w:t xml:space="preserve">Alice  </w:t>
      </w:r>
      <w:r>
        <w:rPr>
          <w:rFonts w:ascii="Arial" w:hAnsi="Arial"/>
          <w:color w:val="5D7284"/>
          <w:sz w:val="22"/>
        </w:rPr>
        <w:t>12:36</w:t>
      </w:r>
    </w:p>
    <w:p>
      <w:pPr>
        <w:spacing w:after="0"/>
      </w:pPr>
      <w:r>
        <w:rPr>
          <w:rFonts w:ascii="Arial" w:hAnsi="Arial"/>
          <w:sz w:val="22"/>
        </w:rPr>
        <w:t xml:space="preserve">Yeah and you can still go and see </w:t>
      </w:r>
    </w:p>
    <w:p>
      <w:pPr>
        <w:spacing w:after="0"/>
      </w:pPr>
    </w:p>
    <w:p>
      <w:pPr>
        <w:spacing w:after="0"/>
      </w:pPr>
      <w:r>
        <w:rPr>
          <w:rFonts w:ascii="Arial" w:hAnsi="Arial"/>
          <w:b/>
          <w:sz w:val="22"/>
        </w:rPr>
        <w:t xml:space="preserve">Alice  </w:t>
      </w:r>
      <w:r>
        <w:rPr>
          <w:rFonts w:ascii="Arial" w:hAnsi="Arial"/>
          <w:color w:val="5D7284"/>
          <w:sz w:val="22"/>
        </w:rPr>
        <w:t>12:41</w:t>
      </w:r>
    </w:p>
    <w:p>
      <w:pPr>
        <w:spacing w:after="0"/>
      </w:pPr>
      <w:r>
        <w:rPr>
          <w:rFonts w:ascii="Arial" w:hAnsi="Arial"/>
          <w:sz w:val="22"/>
        </w:rPr>
        <w:t>A curiousity thing</w:t>
      </w:r>
    </w:p>
    <w:p>
      <w:pPr>
        <w:spacing w:after="0"/>
      </w:pPr>
    </w:p>
    <w:p>
      <w:pPr>
        <w:spacing w:after="0"/>
      </w:pPr>
      <w:r>
        <w:rPr>
          <w:rFonts w:ascii="Arial" w:hAnsi="Arial"/>
          <w:b/>
          <w:sz w:val="22"/>
        </w:rPr>
        <w:t xml:space="preserve">Lucy  </w:t>
      </w:r>
      <w:r>
        <w:rPr>
          <w:rFonts w:ascii="Arial" w:hAnsi="Arial"/>
          <w:color w:val="5D7284"/>
          <w:sz w:val="22"/>
        </w:rPr>
        <w:t>12:42</w:t>
      </w:r>
    </w:p>
    <w:p>
      <w:pPr>
        <w:spacing w:after="0"/>
      </w:pPr>
      <w:r>
        <w:rPr>
          <w:rFonts w:ascii="Arial" w:hAnsi="Arial"/>
          <w:sz w:val="22"/>
        </w:rPr>
        <w:t>You can still go and see the bones in the London Hospital, which, again, I do feel a bit icky about, because it's, you know, even in death, he's still being pointed at, looked at, and</w:t>
      </w:r>
    </w:p>
    <w:p>
      <w:pPr>
        <w:spacing w:after="0"/>
      </w:pPr>
    </w:p>
    <w:p>
      <w:pPr>
        <w:spacing w:after="0"/>
      </w:pPr>
      <w:r>
        <w:rPr>
          <w:rFonts w:ascii="Arial" w:hAnsi="Arial"/>
          <w:b/>
          <w:sz w:val="22"/>
        </w:rPr>
        <w:t xml:space="preserve">Alice  </w:t>
      </w:r>
      <w:r>
        <w:rPr>
          <w:rFonts w:ascii="Arial" w:hAnsi="Arial"/>
          <w:color w:val="5D7284"/>
          <w:sz w:val="22"/>
        </w:rPr>
        <w:t>12:52</w:t>
      </w:r>
    </w:p>
    <w:p>
      <w:pPr>
        <w:spacing w:after="0"/>
      </w:pPr>
      <w:r>
        <w:rPr>
          <w:rFonts w:ascii="Arial" w:hAnsi="Arial"/>
          <w:sz w:val="22"/>
        </w:rPr>
        <w:t>he's still a curiosity, a medical curiosity, in a hospital</w:t>
      </w:r>
    </w:p>
    <w:p>
      <w:pPr>
        <w:spacing w:after="0"/>
      </w:pPr>
    </w:p>
    <w:p>
      <w:pPr>
        <w:spacing w:after="0"/>
      </w:pPr>
      <w:r>
        <w:rPr>
          <w:rFonts w:ascii="Arial" w:hAnsi="Arial"/>
          <w:b/>
          <w:sz w:val="22"/>
        </w:rPr>
        <w:t xml:space="preserve">Alice  </w:t>
      </w:r>
      <w:r>
        <w:rPr>
          <w:rFonts w:ascii="Arial" w:hAnsi="Arial"/>
          <w:color w:val="5D7284"/>
          <w:sz w:val="22"/>
        </w:rPr>
        <w:t>12:58</w:t>
      </w:r>
    </w:p>
    <w:p>
      <w:pPr>
        <w:spacing w:after="0"/>
      </w:pPr>
      <w:r>
        <w:rPr>
          <w:rFonts w:ascii="Arial" w:hAnsi="Arial"/>
          <w:sz w:val="22"/>
        </w:rPr>
        <w:t xml:space="preserve">No, I think we need to start a campaign to get just to get buried with some dignity </w:t>
      </w:r>
    </w:p>
    <w:p>
      <w:pPr>
        <w:spacing w:after="0"/>
      </w:pPr>
    </w:p>
    <w:p>
      <w:pPr>
        <w:spacing w:after="0"/>
      </w:pPr>
      <w:r>
        <w:rPr>
          <w:rFonts w:ascii="Arial" w:hAnsi="Arial"/>
          <w:b/>
          <w:sz w:val="22"/>
        </w:rPr>
        <w:t xml:space="preserve">Lucy  </w:t>
      </w:r>
      <w:r>
        <w:rPr>
          <w:rFonts w:ascii="Arial" w:hAnsi="Arial"/>
          <w:color w:val="5D7284"/>
          <w:sz w:val="22"/>
        </w:rPr>
        <w:t>13:03</w:t>
      </w:r>
    </w:p>
    <w:p>
      <w:pPr>
        <w:spacing w:after="0"/>
      </w:pPr>
      <w:r>
        <w:rPr>
          <w:rFonts w:ascii="Arial" w:hAnsi="Arial"/>
          <w:sz w:val="22"/>
        </w:rPr>
        <w:t>I think so. But you know, whether it's like helping medical science, I don't know whether they're just ooh look at this weird skeleton, umm...</w:t>
      </w:r>
    </w:p>
    <w:p>
      <w:pPr>
        <w:spacing w:after="0"/>
      </w:pPr>
    </w:p>
    <w:p>
      <w:pPr>
        <w:spacing w:after="0"/>
      </w:pPr>
      <w:r>
        <w:rPr>
          <w:rFonts w:ascii="Arial" w:hAnsi="Arial"/>
          <w:b/>
          <w:sz w:val="22"/>
        </w:rPr>
        <w:t xml:space="preserve">Alice  </w:t>
      </w:r>
      <w:r>
        <w:rPr>
          <w:rFonts w:ascii="Arial" w:hAnsi="Arial"/>
          <w:color w:val="5D7284"/>
          <w:sz w:val="22"/>
        </w:rPr>
        <w:t>13:13</w:t>
      </w:r>
    </w:p>
    <w:p>
      <w:pPr>
        <w:spacing w:after="0"/>
      </w:pPr>
      <w:r>
        <w:rPr>
          <w:rFonts w:ascii="Arial" w:hAnsi="Arial"/>
          <w:sz w:val="22"/>
        </w:rPr>
        <w:t>you certainly feel like, you know, 100 years after the guys passed away, that science will have come on far enough, and there will have been other people in the world with that condition and that like, you know, those like we, we can make stem cells and things like that now, like you, don't you? I really find it hard to believe that you need the bones of...</w:t>
      </w:r>
    </w:p>
    <w:p>
      <w:pPr>
        <w:spacing w:after="0"/>
      </w:pPr>
    </w:p>
    <w:p>
      <w:pPr>
        <w:spacing w:after="0"/>
      </w:pPr>
      <w:r>
        <w:rPr>
          <w:rFonts w:ascii="Arial" w:hAnsi="Arial"/>
          <w:b/>
          <w:sz w:val="22"/>
        </w:rPr>
        <w:t xml:space="preserve">Alice  </w:t>
      </w:r>
      <w:r>
        <w:rPr>
          <w:rFonts w:ascii="Arial" w:hAnsi="Arial"/>
          <w:color w:val="5D7284"/>
          <w:sz w:val="22"/>
        </w:rPr>
        <w:t>13:33</w:t>
      </w:r>
    </w:p>
    <w:p>
      <w:pPr>
        <w:spacing w:after="0"/>
      </w:pPr>
      <w:r>
        <w:rPr>
          <w:rFonts w:ascii="Arial" w:hAnsi="Arial"/>
          <w:sz w:val="22"/>
        </w:rPr>
        <w:t>A Victorian skeleton</w:t>
      </w:r>
    </w:p>
    <w:p>
      <w:pPr>
        <w:spacing w:after="0"/>
      </w:pPr>
    </w:p>
    <w:p>
      <w:pPr>
        <w:spacing w:after="0"/>
      </w:pPr>
      <w:r>
        <w:rPr>
          <w:rFonts w:ascii="Arial" w:hAnsi="Arial"/>
          <w:b/>
          <w:sz w:val="22"/>
        </w:rPr>
        <w:t xml:space="preserve">Alice  </w:t>
      </w:r>
      <w:r>
        <w:rPr>
          <w:rFonts w:ascii="Arial" w:hAnsi="Arial"/>
          <w:color w:val="5D7284"/>
          <w:sz w:val="22"/>
        </w:rPr>
        <w:t>13:36</w:t>
      </w:r>
    </w:p>
    <w:p>
      <w:pPr>
        <w:spacing w:after="0"/>
      </w:pPr>
      <w:r>
        <w:rPr>
          <w:rFonts w:ascii="Arial" w:hAnsi="Arial"/>
          <w:sz w:val="22"/>
        </w:rPr>
        <w:t>Yeah, yeah. to learn from anymore</w:t>
      </w:r>
    </w:p>
    <w:p>
      <w:pPr>
        <w:spacing w:after="0"/>
      </w:pPr>
    </w:p>
    <w:p>
      <w:pPr>
        <w:spacing w:after="0"/>
      </w:pPr>
      <w:r>
        <w:rPr>
          <w:rFonts w:ascii="Arial" w:hAnsi="Arial"/>
          <w:b/>
          <w:sz w:val="22"/>
        </w:rPr>
        <w:t xml:space="preserve">Lucy  </w:t>
      </w:r>
      <w:r>
        <w:rPr>
          <w:rFonts w:ascii="Arial" w:hAnsi="Arial"/>
          <w:color w:val="5D7284"/>
          <w:sz w:val="22"/>
        </w:rPr>
        <w:t>13:39</w:t>
      </w:r>
    </w:p>
    <w:p>
      <w:pPr>
        <w:spacing w:after="0"/>
      </w:pPr>
      <w:r>
        <w:rPr>
          <w:rFonts w:ascii="Arial" w:hAnsi="Arial"/>
          <w:sz w:val="22"/>
        </w:rPr>
        <w:t>Yeah. Does make you feela little bit icky. So that is my synopsis and sort of study of the elephant man. I think the next slide Adam is, you're over to you, Alice for a different man.</w:t>
      </w:r>
    </w:p>
    <w:p>
      <w:pPr>
        <w:spacing w:after="0"/>
      </w:pPr>
    </w:p>
    <w:p>
      <w:pPr>
        <w:spacing w:after="0"/>
      </w:pPr>
      <w:r>
        <w:rPr>
          <w:rFonts w:ascii="Arial" w:hAnsi="Arial"/>
          <w:b/>
          <w:sz w:val="22"/>
        </w:rPr>
        <w:t xml:space="preserve">Alice  </w:t>
      </w:r>
      <w:r>
        <w:rPr>
          <w:rFonts w:ascii="Arial" w:hAnsi="Arial"/>
          <w:color w:val="5D7284"/>
          <w:sz w:val="22"/>
        </w:rPr>
        <w:t>13:53</w:t>
      </w:r>
    </w:p>
    <w:p>
      <w:pPr>
        <w:spacing w:after="0"/>
      </w:pPr>
      <w:r>
        <w:rPr>
          <w:rFonts w:ascii="Arial" w:hAnsi="Arial"/>
          <w:sz w:val="22"/>
        </w:rPr>
        <w:t>So I'm talking about a different man, which is a film that came out last year, you know, a full 44, years after the elephant man, but has a lot of kind of harking back to the Elephant Man. Because I think that film is in terms of, when you're talking about people with facial difference, that film is very much still kind of the go to even Joseph Merrick. John Merrick himself, it's the go to person that people think of. So this movie is about somebody named Edward, who is has got a condition that causes tumors and growths on his face. He is played by a non disabled actor who I'm sure lots of people will know, Sebastian Stan, very famous, handsome Hollywood actor, and they use prosthetics and stuff to give him the appearance of being disabled. Edward is an aspiring actor, and he The film starts where he meets Ingrid, who is his new next door neighbor. She's an aspiring playwright, Edward has this experimental joins, this experimental drug trial that causes him to essentially lose</w:t>
      </w:r>
    </w:p>
    <w:p>
      <w:pPr>
        <w:spacing w:after="0"/>
      </w:pPr>
    </w:p>
    <w:p>
      <w:pPr>
        <w:spacing w:after="0"/>
      </w:pPr>
      <w:r>
        <w:rPr>
          <w:rFonts w:ascii="Arial" w:hAnsi="Arial"/>
          <w:b/>
          <w:sz w:val="22"/>
        </w:rPr>
        <w:t xml:space="preserve">Lucy  </w:t>
      </w:r>
      <w:r>
        <w:rPr>
          <w:rFonts w:ascii="Arial" w:hAnsi="Arial"/>
          <w:color w:val="5D7284"/>
          <w:sz w:val="22"/>
        </w:rPr>
        <w:t>13:53</w:t>
      </w:r>
    </w:p>
    <w:p>
      <w:pPr>
        <w:spacing w:after="0"/>
      </w:pPr>
      <w:r>
        <w:rPr>
          <w:rFonts w:ascii="Arial" w:hAnsi="Arial"/>
          <w:sz w:val="22"/>
        </w:rPr>
        <w:t>shed his skin.</w:t>
      </w:r>
    </w:p>
    <w:p>
      <w:pPr>
        <w:spacing w:after="0"/>
      </w:pPr>
    </w:p>
    <w:p>
      <w:pPr>
        <w:spacing w:after="0"/>
      </w:pPr>
      <w:r>
        <w:rPr>
          <w:rFonts w:ascii="Arial" w:hAnsi="Arial"/>
          <w:b/>
          <w:sz w:val="22"/>
        </w:rPr>
        <w:t xml:space="preserve">Alice  </w:t>
      </w:r>
      <w:r>
        <w:rPr>
          <w:rFonts w:ascii="Arial" w:hAnsi="Arial"/>
          <w:color w:val="5D7284"/>
          <w:sz w:val="22"/>
        </w:rPr>
        <w:t>13:53</w:t>
      </w:r>
    </w:p>
    <w:p>
      <w:pPr>
        <w:spacing w:after="0"/>
      </w:pPr>
      <w:r>
        <w:rPr>
          <w:rFonts w:ascii="Arial" w:hAnsi="Arial"/>
          <w:sz w:val="22"/>
        </w:rPr>
        <w:t xml:space="preserve">Yeah, it's, it's really gruesome like, visually, like, I can't see it. I was like, Dude, that's gross. </w:t>
      </w:r>
    </w:p>
    <w:p>
      <w:pPr>
        <w:spacing w:after="0"/>
      </w:pPr>
    </w:p>
    <w:p>
      <w:pPr>
        <w:spacing w:after="0"/>
      </w:pPr>
      <w:r>
        <w:rPr>
          <w:rFonts w:ascii="Arial" w:hAnsi="Arial"/>
          <w:b/>
          <w:sz w:val="22"/>
        </w:rPr>
        <w:t xml:space="preserve">Alice  </w:t>
      </w:r>
      <w:r>
        <w:rPr>
          <w:rFonts w:ascii="Arial" w:hAnsi="Arial"/>
          <w:color w:val="5D7284"/>
          <w:sz w:val="22"/>
        </w:rPr>
        <w:t>14:38</w:t>
      </w:r>
    </w:p>
    <w:p>
      <w:pPr>
        <w:spacing w:after="0"/>
      </w:pPr>
      <w:r>
        <w:rPr>
          <w:rFonts w:ascii="Arial" w:hAnsi="Arial"/>
          <w:sz w:val="22"/>
        </w:rPr>
        <w:t>Yeah, like, it is, it is sort of peely and, like, pussy and gross,</w:t>
      </w:r>
    </w:p>
    <w:p>
      <w:pPr>
        <w:spacing w:after="0"/>
      </w:pPr>
    </w:p>
    <w:p>
      <w:pPr>
        <w:spacing w:after="0"/>
      </w:pPr>
      <w:r>
        <w:rPr>
          <w:rFonts w:ascii="Arial" w:hAnsi="Arial"/>
          <w:b/>
          <w:sz w:val="22"/>
        </w:rPr>
        <w:t xml:space="preserve">Lucy  </w:t>
      </w:r>
      <w:r>
        <w:rPr>
          <w:rFonts w:ascii="Arial" w:hAnsi="Arial"/>
          <w:color w:val="5D7284"/>
          <w:sz w:val="22"/>
        </w:rPr>
        <w:t>15:02</w:t>
      </w:r>
    </w:p>
    <w:p>
      <w:pPr>
        <w:spacing w:after="0"/>
      </w:pPr>
      <w:r>
        <w:rPr>
          <w:rFonts w:ascii="Arial" w:hAnsi="Arial"/>
          <w:sz w:val="22"/>
        </w:rPr>
        <w:t>[makes gagging noise]</w:t>
      </w:r>
    </w:p>
    <w:p>
      <w:pPr>
        <w:spacing w:after="0"/>
      </w:pPr>
    </w:p>
    <w:p>
      <w:pPr>
        <w:spacing w:after="0"/>
      </w:pPr>
      <w:r>
        <w:rPr>
          <w:rFonts w:ascii="Arial" w:hAnsi="Arial"/>
          <w:b/>
          <w:sz w:val="22"/>
        </w:rPr>
        <w:t xml:space="preserve">Lucy  </w:t>
      </w:r>
      <w:r>
        <w:rPr>
          <w:rFonts w:ascii="Arial" w:hAnsi="Arial"/>
          <w:color w:val="5D7284"/>
          <w:sz w:val="22"/>
        </w:rPr>
        <w:t>15:04</w:t>
      </w:r>
    </w:p>
    <w:p>
      <w:pPr>
        <w:spacing w:after="0"/>
      </w:pPr>
      <w:r>
        <w:rPr>
          <w:rFonts w:ascii="Arial" w:hAnsi="Arial"/>
          <w:sz w:val="22"/>
        </w:rPr>
        <w:t>yeah, I'd just, I'd just eaten some sort of sandwich. And I was like, Oh, glad I just finished that.</w:t>
      </w:r>
    </w:p>
    <w:p>
      <w:pPr>
        <w:spacing w:after="0"/>
      </w:pPr>
    </w:p>
    <w:p>
      <w:pPr>
        <w:spacing w:after="0"/>
      </w:pPr>
      <w:r>
        <w:rPr>
          <w:rFonts w:ascii="Arial" w:hAnsi="Arial"/>
          <w:b/>
          <w:sz w:val="22"/>
        </w:rPr>
        <w:t xml:space="preserve">Alice  </w:t>
      </w:r>
      <w:r>
        <w:rPr>
          <w:rFonts w:ascii="Arial" w:hAnsi="Arial"/>
          <w:color w:val="5D7284"/>
          <w:sz w:val="22"/>
        </w:rPr>
        <w:t>15:37</w:t>
      </w:r>
    </w:p>
    <w:p>
      <w:pPr>
        <w:spacing w:after="0"/>
      </w:pPr>
      <w:r>
        <w:rPr>
          <w:rFonts w:ascii="Arial" w:hAnsi="Arial"/>
          <w:sz w:val="22"/>
        </w:rPr>
        <w:t>So Edward has this, this trial, goes through this drug trial that that supposedly cures him of his disability, and then decides to reinvent himself as Guy, the estate agent, non disabled, estate agent, and go off and live his life. He tells people that Edward he's Edward's friend, and that Edward is dead. He then discovers later that Ingrid, the playwright, has written a play about Edward, and it's, it's a love story, essentially, he comes across her casting call for the play, and she is specifically casting disabled actors to play the disabled character, because, you know, that's what we should do</w:t>
      </w:r>
    </w:p>
    <w:p>
      <w:pPr>
        <w:spacing w:after="0"/>
      </w:pPr>
    </w:p>
    <w:p>
      <w:pPr>
        <w:spacing w:after="0"/>
      </w:pPr>
      <w:r>
        <w:rPr>
          <w:rFonts w:ascii="Arial" w:hAnsi="Arial"/>
          <w:b/>
          <w:sz w:val="22"/>
        </w:rPr>
        <w:t xml:space="preserve">Lucy  </w:t>
      </w:r>
      <w:r>
        <w:rPr>
          <w:rFonts w:ascii="Arial" w:hAnsi="Arial"/>
          <w:color w:val="5D7284"/>
          <w:sz w:val="22"/>
        </w:rPr>
        <w:t>16:21</w:t>
      </w:r>
    </w:p>
    <w:p>
      <w:pPr>
        <w:spacing w:after="0"/>
      </w:pPr>
      <w:r>
        <w:rPr>
          <w:rFonts w:ascii="Arial" w:hAnsi="Arial"/>
          <w:sz w:val="22"/>
        </w:rPr>
        <w:t>Yeah all for that.</w:t>
      </w:r>
    </w:p>
    <w:p>
      <w:pPr>
        <w:spacing w:after="0"/>
      </w:pPr>
    </w:p>
    <w:p>
      <w:pPr>
        <w:spacing w:after="0"/>
      </w:pPr>
      <w:r>
        <w:rPr>
          <w:rFonts w:ascii="Arial" w:hAnsi="Arial"/>
          <w:b/>
          <w:sz w:val="22"/>
        </w:rPr>
        <w:t xml:space="preserve">Alice  </w:t>
      </w:r>
      <w:r>
        <w:rPr>
          <w:rFonts w:ascii="Arial" w:hAnsi="Arial"/>
          <w:color w:val="5D7284"/>
          <w:sz w:val="22"/>
        </w:rPr>
        <w:t>16:23</w:t>
      </w:r>
    </w:p>
    <w:p>
      <w:pPr>
        <w:spacing w:after="0"/>
      </w:pPr>
      <w:r>
        <w:rPr>
          <w:rFonts w:ascii="Arial" w:hAnsi="Arial"/>
          <w:sz w:val="22"/>
        </w:rPr>
        <w:t>Yeah and then he walks in as his newly non disabled self and</w:t>
      </w:r>
    </w:p>
    <w:p>
      <w:pPr>
        <w:spacing w:after="0"/>
      </w:pPr>
    </w:p>
    <w:p>
      <w:pPr>
        <w:spacing w:after="0"/>
      </w:pPr>
      <w:r>
        <w:rPr>
          <w:rFonts w:ascii="Arial" w:hAnsi="Arial"/>
          <w:b/>
          <w:sz w:val="22"/>
        </w:rPr>
        <w:t xml:space="preserve">Alice  </w:t>
      </w:r>
      <w:r>
        <w:rPr>
          <w:rFonts w:ascii="Arial" w:hAnsi="Arial"/>
          <w:color w:val="5D7284"/>
          <w:sz w:val="22"/>
        </w:rPr>
        <w:t>16:29</w:t>
      </w:r>
    </w:p>
    <w:p>
      <w:pPr>
        <w:spacing w:after="0"/>
      </w:pPr>
      <w:r>
        <w:rPr>
          <w:rFonts w:ascii="Arial" w:hAnsi="Arial"/>
          <w:sz w:val="22"/>
        </w:rPr>
        <w:t>Auditions, and it goes terribly wrong. And so when, before they did the the gave him his experimental drug injection thing, they took a mold of his face</w:t>
      </w:r>
    </w:p>
    <w:p>
      <w:pPr>
        <w:spacing w:after="0"/>
      </w:pPr>
    </w:p>
    <w:p>
      <w:pPr>
        <w:spacing w:after="0"/>
      </w:pPr>
      <w:r>
        <w:rPr>
          <w:rFonts w:ascii="Arial" w:hAnsi="Arial"/>
          <w:b/>
          <w:sz w:val="22"/>
        </w:rPr>
        <w:t xml:space="preserve">Lucy  </w:t>
      </w:r>
      <w:r>
        <w:rPr>
          <w:rFonts w:ascii="Arial" w:hAnsi="Arial"/>
          <w:color w:val="5D7284"/>
          <w:sz w:val="22"/>
        </w:rPr>
        <w:t>16:29</w:t>
      </w:r>
    </w:p>
    <w:p>
      <w:pPr>
        <w:spacing w:after="0"/>
      </w:pPr>
      <w:r>
        <w:rPr>
          <w:rFonts w:ascii="Arial" w:hAnsi="Arial"/>
          <w:sz w:val="22"/>
        </w:rPr>
        <w:t>Yep</w:t>
      </w:r>
    </w:p>
    <w:p>
      <w:pPr>
        <w:spacing w:after="0"/>
      </w:pPr>
    </w:p>
    <w:p>
      <w:pPr>
        <w:spacing w:after="0"/>
      </w:pPr>
      <w:r>
        <w:rPr>
          <w:rFonts w:ascii="Arial" w:hAnsi="Arial"/>
          <w:b/>
          <w:sz w:val="22"/>
        </w:rPr>
        <w:t xml:space="preserve">Lucy  </w:t>
      </w:r>
      <w:r>
        <w:rPr>
          <w:rFonts w:ascii="Arial" w:hAnsi="Arial"/>
          <w:color w:val="5D7284"/>
          <w:sz w:val="22"/>
        </w:rPr>
        <w:t>16:41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16:42</w:t>
      </w:r>
    </w:p>
    <w:p>
      <w:pPr>
        <w:spacing w:after="0"/>
      </w:pPr>
      <w:r>
        <w:rPr>
          <w:rFonts w:ascii="Arial" w:hAnsi="Arial"/>
          <w:sz w:val="22"/>
        </w:rPr>
        <w:t>So I guess, like the Death mask</w:t>
      </w:r>
    </w:p>
    <w:p>
      <w:pPr>
        <w:spacing w:after="0"/>
      </w:pPr>
    </w:p>
    <w:p>
      <w:pPr>
        <w:spacing w:after="0"/>
      </w:pPr>
      <w:r>
        <w:rPr>
          <w:rFonts w:ascii="Arial" w:hAnsi="Arial"/>
          <w:b/>
          <w:sz w:val="22"/>
        </w:rPr>
        <w:t xml:space="preserve">Lucy  </w:t>
      </w:r>
      <w:r>
        <w:rPr>
          <w:rFonts w:ascii="Arial" w:hAnsi="Arial"/>
          <w:color w:val="5D7284"/>
          <w:sz w:val="22"/>
        </w:rPr>
        <w:t>16:43</w:t>
      </w:r>
    </w:p>
    <w:p>
      <w:pPr>
        <w:spacing w:after="0"/>
      </w:pPr>
      <w:r>
        <w:rPr>
          <w:rFonts w:ascii="Arial" w:hAnsi="Arial"/>
          <w:sz w:val="22"/>
        </w:rPr>
        <w:t xml:space="preserve">Adam can we have the next slide? Cause we can show this is what he looked like with the mask, like his prosthetics </w:t>
      </w:r>
    </w:p>
    <w:p>
      <w:pPr>
        <w:spacing w:after="0"/>
      </w:pPr>
    </w:p>
    <w:p>
      <w:pPr>
        <w:spacing w:after="0"/>
      </w:pPr>
      <w:r>
        <w:rPr>
          <w:rFonts w:ascii="Arial" w:hAnsi="Arial"/>
          <w:b/>
          <w:sz w:val="22"/>
        </w:rPr>
        <w:t xml:space="preserve">Alice  </w:t>
      </w:r>
      <w:r>
        <w:rPr>
          <w:rFonts w:ascii="Arial" w:hAnsi="Arial"/>
          <w:color w:val="5D7284"/>
          <w:sz w:val="22"/>
        </w:rPr>
        <w:t>16:49</w:t>
      </w:r>
    </w:p>
    <w:p>
      <w:pPr>
        <w:spacing w:after="0"/>
      </w:pPr>
      <w:r>
        <w:rPr>
          <w:rFonts w:ascii="Arial" w:hAnsi="Arial"/>
          <w:sz w:val="22"/>
        </w:rPr>
        <w:t>Prosthetics. Yeah</w:t>
      </w:r>
    </w:p>
    <w:p>
      <w:pPr>
        <w:spacing w:after="0"/>
      </w:pPr>
    </w:p>
    <w:p>
      <w:pPr>
        <w:spacing w:after="0"/>
      </w:pPr>
      <w:r>
        <w:rPr>
          <w:rFonts w:ascii="Arial" w:hAnsi="Arial"/>
          <w:b/>
          <w:sz w:val="22"/>
        </w:rPr>
        <w:t xml:space="preserve">Lucy  </w:t>
      </w:r>
      <w:r>
        <w:rPr>
          <w:rFonts w:ascii="Arial" w:hAnsi="Arial"/>
          <w:color w:val="5D7284"/>
          <w:sz w:val="22"/>
        </w:rPr>
        <w:t>16:50</w:t>
      </w:r>
    </w:p>
    <w:p>
      <w:pPr>
        <w:spacing w:after="0"/>
      </w:pPr>
      <w:r>
        <w:rPr>
          <w:rFonts w:ascii="Arial" w:hAnsi="Arial"/>
          <w:sz w:val="22"/>
        </w:rPr>
        <w:t xml:space="preserve">On in the film. And then you've got Sebastian Stan as, like, quote, unquote, "normal" face, </w:t>
      </w:r>
    </w:p>
    <w:p>
      <w:pPr>
        <w:spacing w:after="0"/>
      </w:pPr>
    </w:p>
    <w:p>
      <w:pPr>
        <w:spacing w:after="0"/>
      </w:pPr>
      <w:r>
        <w:rPr>
          <w:rFonts w:ascii="Arial" w:hAnsi="Arial"/>
          <w:b/>
          <w:sz w:val="22"/>
        </w:rPr>
        <w:t xml:space="preserve">Lucy  </w:t>
      </w:r>
      <w:r>
        <w:rPr>
          <w:rFonts w:ascii="Arial" w:hAnsi="Arial"/>
          <w:color w:val="5D7284"/>
          <w:sz w:val="22"/>
        </w:rPr>
        <w:t>16:51</w:t>
      </w:r>
    </w:p>
    <w:p>
      <w:pPr>
        <w:spacing w:after="0"/>
      </w:pPr>
      <w:r>
        <w:rPr>
          <w:rFonts w:ascii="Arial" w:hAnsi="Arial"/>
          <w:sz w:val="22"/>
        </w:rPr>
        <w:t>So, as you can see, so before he shed his skin. Alice you were saying,</w:t>
      </w:r>
    </w:p>
    <w:p>
      <w:pPr>
        <w:spacing w:after="0"/>
      </w:pPr>
    </w:p>
    <w:p>
      <w:pPr>
        <w:spacing w:after="0"/>
      </w:pPr>
      <w:r>
        <w:rPr>
          <w:rFonts w:ascii="Arial" w:hAnsi="Arial"/>
          <w:b/>
          <w:sz w:val="22"/>
        </w:rPr>
        <w:t xml:space="preserve">Alice  </w:t>
      </w:r>
      <w:r>
        <w:rPr>
          <w:rFonts w:ascii="Arial" w:hAnsi="Arial"/>
          <w:color w:val="5D7284"/>
          <w:sz w:val="22"/>
        </w:rPr>
        <w:t>16:56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17:01</w:t>
      </w:r>
    </w:p>
    <w:p>
      <w:pPr>
        <w:spacing w:after="0"/>
      </w:pPr>
      <w:r>
        <w:rPr>
          <w:rFonts w:ascii="Arial" w:hAnsi="Arial"/>
          <w:sz w:val="22"/>
        </w:rPr>
        <w:t xml:space="preserve">yeah, they do a err, they take a a mold of his face. So when he gets rejected in his performance of himself, so the play that Ingrid has written, He comes back with this mask and basically Crips up to pretend to be disabled, to play himself. It's obviously ironic, because it's his story that he's telling, but he can't do it as a non disabled person. He has to pretend to be disabled to tell his own story. And the film, like the film, undercuts this idea a lot of he is, he's he's unhappy when he's disabled. The film, like shows you at the beginning some really unpleasant social experiences. People staring at him and saying things to him. </w:t>
      </w:r>
    </w:p>
    <w:p>
      <w:pPr>
        <w:spacing w:after="0"/>
      </w:pPr>
    </w:p>
    <w:p>
      <w:pPr>
        <w:spacing w:after="0"/>
      </w:pPr>
      <w:r>
        <w:rPr>
          <w:rFonts w:ascii="Arial" w:hAnsi="Arial"/>
          <w:b/>
          <w:sz w:val="22"/>
        </w:rPr>
        <w:t xml:space="preserve">Lucy  </w:t>
      </w:r>
      <w:r>
        <w:rPr>
          <w:rFonts w:ascii="Arial" w:hAnsi="Arial"/>
          <w:color w:val="5D7284"/>
          <w:sz w:val="22"/>
        </w:rPr>
        <w:t>17:51</w:t>
      </w:r>
    </w:p>
    <w:p>
      <w:pPr>
        <w:spacing w:after="0"/>
      </w:pPr>
      <w:r>
        <w:rPr>
          <w:rFonts w:ascii="Arial" w:hAnsi="Arial"/>
          <w:sz w:val="22"/>
        </w:rPr>
        <w:t xml:space="preserve">And you can see in the beginning of the film, he makes himself, like, really small. So he's sat on the train, and he just doesn't want anybody to look at him. He's hiding his face. </w:t>
      </w:r>
    </w:p>
    <w:p>
      <w:pPr>
        <w:spacing w:after="0"/>
      </w:pPr>
    </w:p>
    <w:p>
      <w:pPr>
        <w:spacing w:after="0"/>
      </w:pPr>
      <w:r>
        <w:rPr>
          <w:rFonts w:ascii="Arial" w:hAnsi="Arial"/>
          <w:b/>
          <w:sz w:val="22"/>
        </w:rPr>
        <w:t xml:space="preserve">Alice  </w:t>
      </w:r>
      <w:r>
        <w:rPr>
          <w:rFonts w:ascii="Arial" w:hAnsi="Arial"/>
          <w:color w:val="5D7284"/>
          <w:sz w:val="22"/>
        </w:rPr>
        <w:t>17:59</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17:59</w:t>
      </w:r>
    </w:p>
    <w:p>
      <w:pPr>
        <w:spacing w:after="0"/>
      </w:pPr>
      <w:r>
        <w:rPr>
          <w:rFonts w:ascii="Arial" w:hAnsi="Arial"/>
          <w:sz w:val="22"/>
        </w:rPr>
        <w:t xml:space="preserve">He's really uncomfortable in his own self. </w:t>
      </w:r>
    </w:p>
    <w:p>
      <w:pPr>
        <w:spacing w:after="0"/>
      </w:pPr>
    </w:p>
    <w:p>
      <w:pPr>
        <w:spacing w:after="0"/>
      </w:pPr>
      <w:r>
        <w:rPr>
          <w:rFonts w:ascii="Arial" w:hAnsi="Arial"/>
          <w:b/>
          <w:sz w:val="22"/>
        </w:rPr>
        <w:t xml:space="preserve">Alice  </w:t>
      </w:r>
      <w:r>
        <w:rPr>
          <w:rFonts w:ascii="Arial" w:hAnsi="Arial"/>
          <w:color w:val="5D7284"/>
          <w:sz w:val="22"/>
        </w:rPr>
        <w:t>18:01</w:t>
      </w:r>
    </w:p>
    <w:p>
      <w:pPr>
        <w:spacing w:after="0"/>
      </w:pPr>
      <w:r>
        <w:rPr>
          <w:rFonts w:ascii="Arial" w:hAnsi="Arial"/>
          <w:sz w:val="22"/>
        </w:rPr>
        <w:t>Yeah, yeah, yeah</w:t>
      </w:r>
    </w:p>
    <w:p>
      <w:pPr>
        <w:spacing w:after="0"/>
      </w:pPr>
    </w:p>
    <w:p>
      <w:pPr>
        <w:spacing w:after="0"/>
      </w:pPr>
      <w:r>
        <w:rPr>
          <w:rFonts w:ascii="Arial" w:hAnsi="Arial"/>
          <w:b/>
          <w:sz w:val="22"/>
        </w:rPr>
        <w:t xml:space="preserve">Lucy  </w:t>
      </w:r>
      <w:r>
        <w:rPr>
          <w:rFonts w:ascii="Arial" w:hAnsi="Arial"/>
          <w:color w:val="5D7284"/>
          <w:sz w:val="22"/>
        </w:rPr>
        <w:t>18:01</w:t>
      </w:r>
    </w:p>
    <w:p>
      <w:pPr>
        <w:spacing w:after="0"/>
      </w:pPr>
      <w:r>
        <w:rPr>
          <w:rFonts w:ascii="Arial" w:hAnsi="Arial"/>
          <w:sz w:val="22"/>
        </w:rPr>
        <w:t xml:space="preserve">And you, you, you, he, I think he just thinks that if he can get rid of these things on his face, and, you know, have a clear face like Sebastian Stan's got in that image there, that his life will be better. And spoiler alert, </w:t>
      </w:r>
    </w:p>
    <w:p>
      <w:pPr>
        <w:spacing w:after="0"/>
      </w:pPr>
    </w:p>
    <w:p>
      <w:pPr>
        <w:spacing w:after="0"/>
      </w:pPr>
      <w:r>
        <w:rPr>
          <w:rFonts w:ascii="Arial" w:hAnsi="Arial"/>
          <w:b/>
          <w:sz w:val="22"/>
        </w:rPr>
        <w:t xml:space="preserve">Alice  </w:t>
      </w:r>
      <w:r>
        <w:rPr>
          <w:rFonts w:ascii="Arial" w:hAnsi="Arial"/>
          <w:color w:val="5D7284"/>
          <w:sz w:val="22"/>
        </w:rPr>
        <w:t>18:19</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18:19</w:t>
      </w:r>
    </w:p>
    <w:p>
      <w:pPr>
        <w:spacing w:after="0"/>
      </w:pPr>
      <w:r>
        <w:rPr>
          <w:rFonts w:ascii="Arial" w:hAnsi="Arial"/>
          <w:sz w:val="22"/>
        </w:rPr>
        <w:t>It's not</w:t>
      </w:r>
    </w:p>
    <w:p>
      <w:pPr>
        <w:spacing w:after="0"/>
      </w:pPr>
    </w:p>
    <w:p>
      <w:pPr>
        <w:spacing w:after="0"/>
      </w:pPr>
      <w:r>
        <w:rPr>
          <w:rFonts w:ascii="Arial" w:hAnsi="Arial"/>
          <w:b/>
          <w:sz w:val="22"/>
        </w:rPr>
        <w:t xml:space="preserve">Alice  </w:t>
      </w:r>
      <w:r>
        <w:rPr>
          <w:rFonts w:ascii="Arial" w:hAnsi="Arial"/>
          <w:color w:val="5D7284"/>
          <w:sz w:val="22"/>
        </w:rPr>
        <w:t>18:20</w:t>
      </w:r>
    </w:p>
    <w:p>
      <w:pPr>
        <w:spacing w:after="0"/>
      </w:pPr>
      <w:r>
        <w:rPr>
          <w:rFonts w:ascii="Arial" w:hAnsi="Arial"/>
          <w:sz w:val="22"/>
        </w:rPr>
        <w:t>Yeah, it's not. So that's and that's one of the things that like the film. I think the film, what the film was trying to do is kind of highlight that is that, like, actually, disabled people don't want to be cured, and actually that, you know, our lives aren't better if you take our disabilities away. But I think I have a lot of problems with the movie. So one of the things that the film really does is, instead of being like, oh, you know, he's he's still unhappy with out his disability, there's this whole kind of, he doesn't really have a personality.</w:t>
      </w:r>
    </w:p>
    <w:p>
      <w:pPr>
        <w:spacing w:after="0"/>
      </w:pPr>
    </w:p>
    <w:p>
      <w:pPr>
        <w:spacing w:after="0"/>
      </w:pPr>
      <w:r>
        <w:rPr>
          <w:rFonts w:ascii="Arial" w:hAnsi="Arial"/>
          <w:b/>
          <w:sz w:val="22"/>
        </w:rPr>
        <w:t xml:space="preserve">Speaker 1  </w:t>
      </w:r>
      <w:r>
        <w:rPr>
          <w:rFonts w:ascii="Arial" w:hAnsi="Arial"/>
          <w:color w:val="5D7284"/>
          <w:sz w:val="22"/>
        </w:rPr>
        <w:t>18:57</w:t>
      </w:r>
    </w:p>
    <w:p>
      <w:pPr>
        <w:spacing w:after="0"/>
      </w:pPr>
      <w:r>
        <w:rPr>
          <w:rFonts w:ascii="Arial" w:hAnsi="Arial"/>
          <w:sz w:val="22"/>
        </w:rPr>
        <w:t>[laughs] He's not a very nice man I don't think.</w:t>
      </w:r>
    </w:p>
    <w:p>
      <w:pPr>
        <w:spacing w:after="0"/>
      </w:pPr>
    </w:p>
    <w:p>
      <w:pPr>
        <w:spacing w:after="0"/>
      </w:pPr>
      <w:r>
        <w:rPr>
          <w:rFonts w:ascii="Arial" w:hAnsi="Arial"/>
          <w:b/>
          <w:sz w:val="22"/>
        </w:rPr>
        <w:t xml:space="preserve">Alice  </w:t>
      </w:r>
      <w:r>
        <w:rPr>
          <w:rFonts w:ascii="Arial" w:hAnsi="Arial"/>
          <w:color w:val="5D7284"/>
          <w:sz w:val="22"/>
        </w:rPr>
        <w:t>19:00</w:t>
      </w:r>
    </w:p>
    <w:p>
      <w:pPr>
        <w:spacing w:after="0"/>
      </w:pPr>
      <w:r>
        <w:rPr>
          <w:rFonts w:ascii="Arial" w:hAnsi="Arial"/>
          <w:sz w:val="22"/>
        </w:rPr>
        <w:t xml:space="preserve">He's. it's not even that he's just dull, like, he's super beige </w:t>
      </w:r>
    </w:p>
    <w:p>
      <w:pPr>
        <w:spacing w:after="0"/>
      </w:pPr>
    </w:p>
    <w:p>
      <w:pPr>
        <w:spacing w:after="0"/>
      </w:pPr>
      <w:r>
        <w:rPr>
          <w:rFonts w:ascii="Arial" w:hAnsi="Arial"/>
          <w:b/>
          <w:sz w:val="22"/>
        </w:rPr>
        <w:t xml:space="preserve">Lucy  </w:t>
      </w:r>
      <w:r>
        <w:rPr>
          <w:rFonts w:ascii="Arial" w:hAnsi="Arial"/>
          <w:color w:val="5D7284"/>
          <w:sz w:val="22"/>
        </w:rPr>
        <w:t>19:04</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19:05</w:t>
      </w:r>
    </w:p>
    <w:p>
      <w:pPr>
        <w:spacing w:after="0"/>
      </w:pPr>
      <w:r>
        <w:rPr>
          <w:rFonts w:ascii="Arial" w:hAnsi="Arial"/>
          <w:sz w:val="22"/>
        </w:rPr>
        <w:t xml:space="preserve">Once he's non disabled, and so it really feels - like to the point that he reinvents himself with the most, like, non-discript, </w:t>
      </w:r>
    </w:p>
    <w:p>
      <w:pPr>
        <w:spacing w:after="0"/>
      </w:pPr>
    </w:p>
    <w:p>
      <w:pPr>
        <w:spacing w:after="0"/>
      </w:pPr>
      <w:r>
        <w:rPr>
          <w:rFonts w:ascii="Arial" w:hAnsi="Arial"/>
          <w:b/>
          <w:sz w:val="22"/>
        </w:rPr>
        <w:t xml:space="preserve">Lucy  </w:t>
      </w:r>
      <w:r>
        <w:rPr>
          <w:rFonts w:ascii="Arial" w:hAnsi="Arial"/>
          <w:color w:val="5D7284"/>
          <w:sz w:val="22"/>
        </w:rPr>
        <w:t>19:13</w:t>
      </w:r>
    </w:p>
    <w:p>
      <w:pPr>
        <w:spacing w:after="0"/>
      </w:pPr>
      <w:r>
        <w:rPr>
          <w:rFonts w:ascii="Arial" w:hAnsi="Arial"/>
          <w:sz w:val="22"/>
        </w:rPr>
        <w:t xml:space="preserve">Boring name. </w:t>
      </w:r>
    </w:p>
    <w:p>
      <w:pPr>
        <w:spacing w:after="0"/>
      </w:pPr>
    </w:p>
    <w:p>
      <w:pPr>
        <w:spacing w:after="0"/>
      </w:pPr>
      <w:r>
        <w:rPr>
          <w:rFonts w:ascii="Arial" w:hAnsi="Arial"/>
          <w:b/>
          <w:sz w:val="22"/>
        </w:rPr>
        <w:t xml:space="preserve">Alice  </w:t>
      </w:r>
      <w:r>
        <w:rPr>
          <w:rFonts w:ascii="Arial" w:hAnsi="Arial"/>
          <w:color w:val="5D7284"/>
          <w:sz w:val="22"/>
        </w:rPr>
        <w:t>19:14</w:t>
      </w:r>
    </w:p>
    <w:p>
      <w:pPr>
        <w:spacing w:after="0"/>
      </w:pPr>
      <w:r>
        <w:rPr>
          <w:rFonts w:ascii="Arial" w:hAnsi="Arial"/>
          <w:sz w:val="22"/>
        </w:rPr>
        <w:t xml:space="preserve">I'm not gonna say boring, because there may be people in the audience with the same name. </w:t>
      </w:r>
    </w:p>
    <w:p>
      <w:pPr>
        <w:spacing w:after="0"/>
      </w:pPr>
    </w:p>
    <w:p>
      <w:pPr>
        <w:spacing w:after="0"/>
      </w:pPr>
      <w:r>
        <w:rPr>
          <w:rFonts w:ascii="Arial" w:hAnsi="Arial"/>
          <w:b/>
          <w:sz w:val="22"/>
        </w:rPr>
        <w:t xml:space="preserve">Lucy  </w:t>
      </w:r>
      <w:r>
        <w:rPr>
          <w:rFonts w:ascii="Arial" w:hAnsi="Arial"/>
          <w:color w:val="5D7284"/>
          <w:sz w:val="22"/>
        </w:rPr>
        <w:t>19:14</w:t>
      </w:r>
    </w:p>
    <w:p>
      <w:pPr>
        <w:spacing w:after="0"/>
      </w:pPr>
      <w:r>
        <w:rPr>
          <w:rFonts w:ascii="Arial" w:hAnsi="Arial"/>
          <w:sz w:val="22"/>
        </w:rPr>
        <w:t xml:space="preserve">Well, you know, </w:t>
      </w:r>
    </w:p>
    <w:p>
      <w:pPr>
        <w:spacing w:after="0"/>
      </w:pPr>
    </w:p>
    <w:p>
      <w:pPr>
        <w:spacing w:after="0"/>
      </w:pPr>
      <w:r>
        <w:rPr>
          <w:rFonts w:ascii="Arial" w:hAnsi="Arial"/>
          <w:b/>
          <w:sz w:val="22"/>
        </w:rPr>
        <w:t xml:space="preserve">Alice  </w:t>
      </w:r>
      <w:r>
        <w:rPr>
          <w:rFonts w:ascii="Arial" w:hAnsi="Arial"/>
          <w:color w:val="5D7284"/>
          <w:sz w:val="22"/>
        </w:rPr>
        <w:t>19:15</w:t>
      </w:r>
    </w:p>
    <w:p>
      <w:pPr>
        <w:spacing w:after="0"/>
      </w:pPr>
      <w:r>
        <w:rPr>
          <w:rFonts w:ascii="Arial" w:hAnsi="Arial"/>
          <w:sz w:val="22"/>
        </w:rPr>
        <w:t>His, he, he names himself Guy, so it's like...</w:t>
      </w:r>
    </w:p>
    <w:p>
      <w:pPr>
        <w:spacing w:after="0"/>
      </w:pPr>
    </w:p>
    <w:p>
      <w:pPr>
        <w:spacing w:after="0"/>
      </w:pPr>
      <w:r>
        <w:rPr>
          <w:rFonts w:ascii="Arial" w:hAnsi="Arial"/>
          <w:b/>
          <w:sz w:val="22"/>
        </w:rPr>
        <w:t xml:space="preserve">Lucy  </w:t>
      </w:r>
      <w:r>
        <w:rPr>
          <w:rFonts w:ascii="Arial" w:hAnsi="Arial"/>
          <w:color w:val="5D7284"/>
          <w:sz w:val="22"/>
        </w:rPr>
        <w:t>19:22</w:t>
      </w:r>
    </w:p>
    <w:p>
      <w:pPr>
        <w:spacing w:after="0"/>
      </w:pPr>
      <w:r>
        <w:rPr>
          <w:rFonts w:ascii="Arial" w:hAnsi="Arial"/>
          <w:sz w:val="22"/>
        </w:rPr>
        <w:t>Yeah, very basic, basic name. He is a guy and is name is Guy</w:t>
      </w:r>
    </w:p>
    <w:p>
      <w:pPr>
        <w:spacing w:after="0"/>
      </w:pPr>
    </w:p>
    <w:p>
      <w:pPr>
        <w:spacing w:after="0"/>
      </w:pPr>
      <w:r>
        <w:rPr>
          <w:rFonts w:ascii="Arial" w:hAnsi="Arial"/>
          <w:b/>
          <w:sz w:val="22"/>
        </w:rPr>
        <w:t xml:space="preserve">Alice  </w:t>
      </w:r>
      <w:r>
        <w:rPr>
          <w:rFonts w:ascii="Arial" w:hAnsi="Arial"/>
          <w:color w:val="5D7284"/>
          <w:sz w:val="22"/>
        </w:rPr>
        <w:t>19:26</w:t>
      </w:r>
    </w:p>
    <w:p>
      <w:pPr>
        <w:spacing w:after="0"/>
      </w:pPr>
      <w:r>
        <w:rPr>
          <w:rFonts w:ascii="Arial" w:hAnsi="Arial"/>
          <w:sz w:val="22"/>
        </w:rPr>
        <w:t xml:space="preserve">Might as well have named himself Man. </w:t>
      </w:r>
    </w:p>
    <w:p>
      <w:pPr>
        <w:spacing w:after="0"/>
      </w:pPr>
    </w:p>
    <w:p>
      <w:pPr>
        <w:spacing w:after="0"/>
      </w:pPr>
      <w:r>
        <w:rPr>
          <w:rFonts w:ascii="Arial" w:hAnsi="Arial"/>
          <w:b/>
          <w:sz w:val="22"/>
        </w:rPr>
        <w:t xml:space="preserve">Lucy  </w:t>
      </w:r>
      <w:r>
        <w:rPr>
          <w:rFonts w:ascii="Arial" w:hAnsi="Arial"/>
          <w:color w:val="5D7284"/>
          <w:sz w:val="22"/>
        </w:rPr>
        <w:t>19:28</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19:30</w:t>
      </w:r>
    </w:p>
    <w:p>
      <w:pPr>
        <w:spacing w:after="0"/>
      </w:pPr>
      <w:r>
        <w:rPr>
          <w:rFonts w:ascii="Arial" w:hAnsi="Arial"/>
          <w:sz w:val="22"/>
        </w:rPr>
        <w:t xml:space="preserve">So he becomes non disabled, and then he also becomes non personalited. [laughs] Um, and he like, realizes, Oh, actually, I'm not happy. And so he spends the rest of the film sort of trying to, like, chase his disabled identity back, </w:t>
      </w:r>
    </w:p>
    <w:p>
      <w:pPr>
        <w:spacing w:after="0"/>
      </w:pPr>
    </w:p>
    <w:p>
      <w:pPr>
        <w:spacing w:after="0"/>
      </w:pPr>
      <w:r>
        <w:rPr>
          <w:rFonts w:ascii="Arial" w:hAnsi="Arial"/>
          <w:b/>
          <w:sz w:val="22"/>
        </w:rPr>
        <w:t xml:space="preserve">Alice  </w:t>
      </w:r>
      <w:r>
        <w:rPr>
          <w:rFonts w:ascii="Arial" w:hAnsi="Arial"/>
          <w:color w:val="5D7284"/>
          <w:sz w:val="22"/>
        </w:rPr>
        <w:t>19:46</w:t>
      </w:r>
    </w:p>
    <w:p>
      <w:pPr>
        <w:spacing w:after="0"/>
      </w:pPr>
      <w:r>
        <w:rPr>
          <w:rFonts w:ascii="Arial" w:hAnsi="Arial"/>
          <w:sz w:val="22"/>
        </w:rPr>
        <w:t>And like, become re-disa- like re-disabled, essentially. And that's why, like, he puts the mask on to pretend to be his disabled self again, and...</w:t>
      </w:r>
    </w:p>
    <w:p>
      <w:pPr>
        <w:spacing w:after="0"/>
      </w:pPr>
    </w:p>
    <w:p>
      <w:pPr>
        <w:spacing w:after="0"/>
      </w:pPr>
      <w:r>
        <w:rPr>
          <w:rFonts w:ascii="Arial" w:hAnsi="Arial"/>
          <w:b/>
          <w:sz w:val="22"/>
        </w:rPr>
        <w:t xml:space="preserve">Lucy  </w:t>
      </w:r>
      <w:r>
        <w:rPr>
          <w:rFonts w:ascii="Arial" w:hAnsi="Arial"/>
          <w:color w:val="5D7284"/>
          <w:sz w:val="22"/>
        </w:rPr>
        <w:t>19:46</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19:55</w:t>
      </w:r>
    </w:p>
    <w:p>
      <w:pPr>
        <w:spacing w:after="0"/>
      </w:pPr>
      <w:r>
        <w:rPr>
          <w:rFonts w:ascii="Arial" w:hAnsi="Arial"/>
          <w:sz w:val="22"/>
        </w:rPr>
        <w:t>I think as well, when he meets Oswald who is played by Adam Pearson, in the film who has actually got the same...</w:t>
      </w:r>
    </w:p>
    <w:p>
      <w:pPr>
        <w:spacing w:after="0"/>
      </w:pPr>
    </w:p>
    <w:p>
      <w:pPr>
        <w:spacing w:after="0"/>
      </w:pPr>
      <w:r>
        <w:rPr>
          <w:rFonts w:ascii="Arial" w:hAnsi="Arial"/>
          <w:b/>
          <w:sz w:val="22"/>
        </w:rPr>
        <w:t xml:space="preserve">Alice  </w:t>
      </w:r>
      <w:r>
        <w:rPr>
          <w:rFonts w:ascii="Arial" w:hAnsi="Arial"/>
          <w:color w:val="5D7284"/>
          <w:sz w:val="22"/>
        </w:rPr>
        <w:t>20:02</w:t>
      </w:r>
    </w:p>
    <w:p>
      <w:pPr>
        <w:spacing w:after="0"/>
      </w:pPr>
      <w:r>
        <w:rPr>
          <w:rFonts w:ascii="Arial" w:hAnsi="Arial"/>
          <w:sz w:val="22"/>
        </w:rPr>
        <w:t xml:space="preserve">So he's, he's not, he's not an actor dressed up as a disabled person. </w:t>
      </w:r>
    </w:p>
    <w:p>
      <w:pPr>
        <w:spacing w:after="0"/>
      </w:pPr>
    </w:p>
    <w:p>
      <w:pPr>
        <w:spacing w:after="0"/>
      </w:pPr>
      <w:r>
        <w:rPr>
          <w:rFonts w:ascii="Arial" w:hAnsi="Arial"/>
          <w:b/>
          <w:sz w:val="22"/>
        </w:rPr>
        <w:t xml:space="preserve">Lucy  </w:t>
      </w:r>
      <w:r>
        <w:rPr>
          <w:rFonts w:ascii="Arial" w:hAnsi="Arial"/>
          <w:color w:val="5D7284"/>
          <w:sz w:val="22"/>
        </w:rPr>
        <w:t>20:07</w:t>
      </w:r>
    </w:p>
    <w:p>
      <w:pPr>
        <w:spacing w:after="0"/>
      </w:pPr>
      <w:r>
        <w:rPr>
          <w:rFonts w:ascii="Arial" w:hAnsi="Arial"/>
          <w:sz w:val="22"/>
        </w:rPr>
        <w:t>No, he has, he has got,</w:t>
      </w:r>
    </w:p>
    <w:p>
      <w:pPr>
        <w:spacing w:after="0"/>
      </w:pPr>
    </w:p>
    <w:p>
      <w:pPr>
        <w:spacing w:after="0"/>
      </w:pPr>
      <w:r>
        <w:rPr>
          <w:rFonts w:ascii="Arial" w:hAnsi="Arial"/>
          <w:b/>
          <w:sz w:val="22"/>
        </w:rPr>
        <w:t xml:space="preserve">Alice  </w:t>
      </w:r>
      <w:r>
        <w:rPr>
          <w:rFonts w:ascii="Arial" w:hAnsi="Arial"/>
          <w:color w:val="5D7284"/>
          <w:sz w:val="22"/>
        </w:rPr>
        <w:t>20:07</w:t>
      </w:r>
    </w:p>
    <w:p>
      <w:pPr>
        <w:spacing w:after="0"/>
      </w:pPr>
      <w:r>
        <w:rPr>
          <w:rFonts w:ascii="Arial" w:hAnsi="Arial"/>
          <w:sz w:val="22"/>
        </w:rPr>
        <w:t xml:space="preserve">He has got facial differences. </w:t>
      </w:r>
    </w:p>
    <w:p>
      <w:pPr>
        <w:spacing w:after="0"/>
      </w:pPr>
    </w:p>
    <w:p>
      <w:pPr>
        <w:spacing w:after="0"/>
      </w:pPr>
      <w:r>
        <w:rPr>
          <w:rFonts w:ascii="Arial" w:hAnsi="Arial"/>
          <w:b/>
          <w:sz w:val="22"/>
        </w:rPr>
        <w:t xml:space="preserve">Lucy  </w:t>
      </w:r>
      <w:r>
        <w:rPr>
          <w:rFonts w:ascii="Arial" w:hAnsi="Arial"/>
          <w:color w:val="5D7284"/>
          <w:sz w:val="22"/>
        </w:rPr>
        <w:t>20:08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20:09</w:t>
      </w:r>
    </w:p>
    <w:p>
      <w:pPr>
        <w:spacing w:after="0"/>
      </w:pPr>
      <w:r>
        <w:rPr>
          <w:rFonts w:ascii="Arial" w:hAnsi="Arial"/>
          <w:sz w:val="22"/>
        </w:rPr>
        <w:t>He turns up, and his character is so different from Edwards, who's Sebastian Stan's character, like his social experiences are different his he's got, he's charming. He, like, ingratiates himself with Ingrid, and then Ingrid starts to rewrite the play based on Oswald's like lived experiences, because he's actually feeding back. You know, as a disabled person, I can tell you that this is what it's like, but it becomes to the point where she ends up recasting Adam Pear- Oswald to play Edward over Edward, but that's because now that Edward doesn't have his disability, he...</w:t>
      </w:r>
    </w:p>
    <w:p>
      <w:pPr>
        <w:spacing w:after="0"/>
      </w:pPr>
    </w:p>
    <w:p>
      <w:pPr>
        <w:spacing w:after="0"/>
      </w:pPr>
      <w:r>
        <w:rPr>
          <w:rFonts w:ascii="Arial" w:hAnsi="Arial"/>
          <w:b/>
          <w:sz w:val="22"/>
        </w:rPr>
        <w:t xml:space="preserve">Lucy  </w:t>
      </w:r>
      <w:r>
        <w:rPr>
          <w:rFonts w:ascii="Arial" w:hAnsi="Arial"/>
          <w:color w:val="5D7284"/>
          <w:sz w:val="22"/>
        </w:rPr>
        <w:t>20:48</w:t>
      </w:r>
    </w:p>
    <w:p>
      <w:pPr>
        <w:spacing w:after="0"/>
      </w:pPr>
      <w:r>
        <w:rPr>
          <w:rFonts w:ascii="Arial" w:hAnsi="Arial"/>
          <w:sz w:val="22"/>
        </w:rPr>
        <w:t>People don't think that he has a disability. So everybody's like, why are you kicking off about it? You are a non disabled actor, and I am trying to</w:t>
      </w:r>
    </w:p>
    <w:p>
      <w:pPr>
        <w:spacing w:after="0"/>
      </w:pPr>
    </w:p>
    <w:p>
      <w:pPr>
        <w:spacing w:after="0"/>
      </w:pPr>
      <w:r>
        <w:rPr>
          <w:rFonts w:ascii="Arial" w:hAnsi="Arial"/>
          <w:b/>
          <w:sz w:val="22"/>
        </w:rPr>
        <w:t xml:space="preserve">Alice  </w:t>
      </w:r>
      <w:r>
        <w:rPr>
          <w:rFonts w:ascii="Arial" w:hAnsi="Arial"/>
          <w:color w:val="5D7284"/>
          <w:sz w:val="22"/>
        </w:rPr>
        <w:t>20:57</w:t>
      </w:r>
    </w:p>
    <w:p>
      <w:pPr>
        <w:spacing w:after="0"/>
      </w:pPr>
      <w:r>
        <w:rPr>
          <w:rFonts w:ascii="Arial" w:hAnsi="Arial"/>
          <w:sz w:val="22"/>
        </w:rPr>
        <w:t xml:space="preserve">I don't even, I don't even think it's that. It's that Adam Pearson is there to kind of be like, Well, I'm I have the real, lived experience. I'm feeding back into this. </w:t>
      </w:r>
    </w:p>
    <w:p>
      <w:pPr>
        <w:spacing w:after="0"/>
      </w:pPr>
    </w:p>
    <w:p>
      <w:pPr>
        <w:spacing w:after="0"/>
      </w:pPr>
      <w:r>
        <w:rPr>
          <w:rFonts w:ascii="Arial" w:hAnsi="Arial"/>
          <w:b/>
          <w:sz w:val="22"/>
        </w:rPr>
        <w:t xml:space="preserve">Lucy  </w:t>
      </w:r>
      <w:r>
        <w:rPr>
          <w:rFonts w:ascii="Arial" w:hAnsi="Arial"/>
          <w:color w:val="5D7284"/>
          <w:sz w:val="22"/>
        </w:rPr>
        <w:t>21:06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21:06</w:t>
      </w:r>
    </w:p>
    <w:p>
      <w:pPr>
        <w:spacing w:after="0"/>
      </w:pPr>
      <w:r>
        <w:rPr>
          <w:rFonts w:ascii="Arial" w:hAnsi="Arial"/>
          <w:sz w:val="22"/>
        </w:rPr>
        <w:t>And so, of course, for authenticity, you would cast him. The irony of it is, is that you can't be more authentic than Edward playing Edward</w:t>
      </w:r>
    </w:p>
    <w:p>
      <w:pPr>
        <w:spacing w:after="0"/>
      </w:pPr>
    </w:p>
    <w:p>
      <w:pPr>
        <w:spacing w:after="0"/>
      </w:pPr>
      <w:r>
        <w:rPr>
          <w:rFonts w:ascii="Arial" w:hAnsi="Arial"/>
          <w:b/>
          <w:sz w:val="22"/>
        </w:rPr>
        <w:t xml:space="preserve">Lucy  </w:t>
      </w:r>
      <w:r>
        <w:rPr>
          <w:rFonts w:ascii="Arial" w:hAnsi="Arial"/>
          <w:color w:val="5D7284"/>
          <w:sz w:val="22"/>
        </w:rPr>
        <w:t>21:07</w:t>
      </w:r>
    </w:p>
    <w:p>
      <w:pPr>
        <w:spacing w:after="0"/>
      </w:pPr>
      <w:r>
        <w:rPr>
          <w:rFonts w:ascii="Arial" w:hAnsi="Arial"/>
          <w:sz w:val="22"/>
        </w:rPr>
        <w:t xml:space="preserve">Yeah [laughs, snorts] </w:t>
      </w:r>
    </w:p>
    <w:p>
      <w:pPr>
        <w:spacing w:after="0"/>
      </w:pPr>
    </w:p>
    <w:p>
      <w:pPr>
        <w:spacing w:after="0"/>
      </w:pPr>
      <w:r>
        <w:rPr>
          <w:rFonts w:ascii="Arial" w:hAnsi="Arial"/>
          <w:b/>
          <w:sz w:val="22"/>
        </w:rPr>
        <w:t xml:space="preserve">Alice  </w:t>
      </w:r>
      <w:r>
        <w:rPr>
          <w:rFonts w:ascii="Arial" w:hAnsi="Arial"/>
          <w:color w:val="5D7284"/>
          <w:sz w:val="22"/>
        </w:rPr>
        <w:t>21:08</w:t>
      </w:r>
    </w:p>
    <w:p>
      <w:pPr>
        <w:spacing w:after="0"/>
      </w:pPr>
      <w:r>
        <w:rPr>
          <w:rFonts w:ascii="Arial" w:hAnsi="Arial"/>
          <w:sz w:val="22"/>
        </w:rPr>
        <w:t>But because he's now no longer disabled. He can't the idea is that he can't understand it. And I get that point that is a that is a strong point. You know, that we should not be expecting non disabled actors to rock up and be like, I understand what it's like to be in a wheelchair because they do not.</w:t>
      </w:r>
    </w:p>
    <w:p>
      <w:pPr>
        <w:spacing w:after="0"/>
      </w:pPr>
    </w:p>
    <w:p>
      <w:pPr>
        <w:spacing w:after="0"/>
      </w:pPr>
      <w:r>
        <w:rPr>
          <w:rFonts w:ascii="Arial" w:hAnsi="Arial"/>
          <w:b/>
          <w:sz w:val="22"/>
        </w:rPr>
        <w:t xml:space="preserve">Lucy  </w:t>
      </w:r>
      <w:r>
        <w:rPr>
          <w:rFonts w:ascii="Arial" w:hAnsi="Arial"/>
          <w:color w:val="5D7284"/>
          <w:sz w:val="22"/>
        </w:rPr>
        <w:t>21:35</w:t>
      </w:r>
    </w:p>
    <w:p>
      <w:pPr>
        <w:spacing w:after="0"/>
      </w:pPr>
      <w:r>
        <w:rPr>
          <w:rFonts w:ascii="Arial" w:hAnsi="Arial"/>
          <w:sz w:val="22"/>
        </w:rPr>
        <w:t>Yeah, and I did say to you that when we rehearse this talk a bit earlier on it last week, there is something a bit My Left Foot-y about, A Different Man.</w:t>
      </w:r>
    </w:p>
    <w:p>
      <w:pPr>
        <w:spacing w:after="0"/>
      </w:pPr>
    </w:p>
    <w:p>
      <w:pPr>
        <w:spacing w:after="0"/>
      </w:pPr>
      <w:r>
        <w:rPr>
          <w:rFonts w:ascii="Arial" w:hAnsi="Arial"/>
          <w:b/>
          <w:sz w:val="22"/>
        </w:rPr>
        <w:t xml:space="preserve">Alice  </w:t>
      </w:r>
      <w:r>
        <w:rPr>
          <w:rFonts w:ascii="Arial" w:hAnsi="Arial"/>
          <w:color w:val="5D7284"/>
          <w:sz w:val="22"/>
        </w:rPr>
        <w:t>21:46</w:t>
      </w:r>
    </w:p>
    <w:p>
      <w:pPr>
        <w:spacing w:after="0"/>
      </w:pPr>
      <w:r>
        <w:rPr>
          <w:rFonts w:ascii="Arial" w:hAnsi="Arial"/>
          <w:sz w:val="22"/>
        </w:rPr>
        <w:t xml:space="preserve">Yeah, so I there is some like. So all of this happens, and then Edward is really unhappy about, you know, this recasting and the film turns into this kind of Beauty and the Beast the play turns into this sort of Beauty and the Beast story, where Adam Pearson plays Edward all the way through, and then the woman who's playing Ingrid in the play, she she kisses Oswald, and then when she opens her eyes, Oswald has been replaced by Edward slash Sebastian Stan, who now does not look disabled. And so it's like, oh, now that she's fallen in love with him, she doesn't see his disability anymore. But then, you know, I would argue, as somebody who has a disability, who's in a relationship, the whole thing is that, like my disability is part of my identity and who I am, and all part of why my husband loves me. </w:t>
      </w:r>
    </w:p>
    <w:p>
      <w:pPr>
        <w:spacing w:after="0"/>
      </w:pPr>
    </w:p>
    <w:p>
      <w:pPr>
        <w:spacing w:after="0"/>
      </w:pPr>
      <w:r>
        <w:rPr>
          <w:rFonts w:ascii="Arial" w:hAnsi="Arial"/>
          <w:b/>
          <w:sz w:val="22"/>
        </w:rPr>
        <w:t xml:space="preserve">Alice  </w:t>
      </w:r>
      <w:r>
        <w:rPr>
          <w:rFonts w:ascii="Arial" w:hAnsi="Arial"/>
          <w:color w:val="5D7284"/>
          <w:sz w:val="22"/>
        </w:rPr>
        <w:t>22:43</w:t>
      </w:r>
    </w:p>
    <w:p>
      <w:pPr>
        <w:spacing w:after="0"/>
      </w:pPr>
      <w:r>
        <w:rPr>
          <w:rFonts w:ascii="Arial" w:hAnsi="Arial"/>
          <w:sz w:val="22"/>
        </w:rPr>
        <w:t>This , so coming, coming back to your point about My Left Foot</w:t>
      </w:r>
    </w:p>
    <w:p>
      <w:pPr>
        <w:spacing w:after="0"/>
      </w:pPr>
    </w:p>
    <w:p>
      <w:pPr>
        <w:spacing w:after="0"/>
      </w:pPr>
      <w:r>
        <w:rPr>
          <w:rFonts w:ascii="Arial" w:hAnsi="Arial"/>
          <w:b/>
          <w:sz w:val="22"/>
        </w:rPr>
        <w:t xml:space="preserve">Lucy  </w:t>
      </w:r>
      <w:r>
        <w:rPr>
          <w:rFonts w:ascii="Arial" w:hAnsi="Arial"/>
          <w:color w:val="5D7284"/>
          <w:sz w:val="22"/>
        </w:rPr>
        <w:t>22:43</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22:46</w:t>
      </w:r>
    </w:p>
    <w:p>
      <w:pPr>
        <w:spacing w:after="0"/>
      </w:pPr>
      <w:r>
        <w:rPr>
          <w:rFonts w:ascii="Arial" w:hAnsi="Arial"/>
          <w:sz w:val="22"/>
        </w:rPr>
        <w:t>[laughs] we went off on a tongent there</w:t>
      </w:r>
    </w:p>
    <w:p>
      <w:pPr>
        <w:spacing w:after="0"/>
      </w:pPr>
    </w:p>
    <w:p>
      <w:pPr>
        <w:spacing w:after="0"/>
      </w:pPr>
      <w:r>
        <w:rPr>
          <w:rFonts w:ascii="Arial" w:hAnsi="Arial"/>
          <w:b/>
          <w:sz w:val="22"/>
        </w:rPr>
        <w:t xml:space="preserve">Alice  </w:t>
      </w:r>
      <w:r>
        <w:rPr>
          <w:rFonts w:ascii="Arial" w:hAnsi="Arial"/>
          <w:color w:val="5D7284"/>
          <w:sz w:val="22"/>
        </w:rPr>
        <w:t>22:49</w:t>
      </w:r>
    </w:p>
    <w:p>
      <w:pPr>
        <w:spacing w:after="0"/>
      </w:pPr>
      <w:r>
        <w:rPr>
          <w:rFonts w:ascii="Arial" w:hAnsi="Arial"/>
          <w:sz w:val="22"/>
        </w:rPr>
        <w:t xml:space="preserve">No, so my problem with this movie was I felt like, if, Adam, if you move on to the next slide, this, this quote from Adam Pearson, who said something about how if you have to show you have to show stereotypes to like, you have to show that they're there in order to challenge them. But my problem with this film was like, like it is. It is a bit My Left Foot-y, </w:t>
      </w:r>
    </w:p>
    <w:p>
      <w:pPr>
        <w:spacing w:after="0"/>
      </w:pPr>
    </w:p>
    <w:p>
      <w:pPr>
        <w:spacing w:after="0"/>
      </w:pPr>
      <w:r>
        <w:rPr>
          <w:rFonts w:ascii="Arial" w:hAnsi="Arial"/>
          <w:b/>
          <w:sz w:val="22"/>
        </w:rPr>
        <w:t xml:space="preserve">Lucy  </w:t>
      </w:r>
      <w:r>
        <w:rPr>
          <w:rFonts w:ascii="Arial" w:hAnsi="Arial"/>
          <w:color w:val="5D7284"/>
          <w:sz w:val="22"/>
        </w:rPr>
        <w:t>23:13</w:t>
      </w:r>
    </w:p>
    <w:p>
      <w:pPr>
        <w:spacing w:after="0"/>
      </w:pPr>
      <w:r>
        <w:rPr>
          <w:rFonts w:ascii="Arial" w:hAnsi="Arial"/>
          <w:sz w:val="22"/>
        </w:rPr>
        <w:t>Yeah [chuckles]</w:t>
      </w:r>
    </w:p>
    <w:p>
      <w:pPr>
        <w:spacing w:after="0"/>
      </w:pPr>
    </w:p>
    <w:p>
      <w:pPr>
        <w:spacing w:after="0"/>
      </w:pPr>
      <w:r>
        <w:rPr>
          <w:rFonts w:ascii="Arial" w:hAnsi="Arial"/>
          <w:b/>
          <w:sz w:val="22"/>
        </w:rPr>
        <w:t xml:space="preserve">Alice  </w:t>
      </w:r>
      <w:r>
        <w:rPr>
          <w:rFonts w:ascii="Arial" w:hAnsi="Arial"/>
          <w:color w:val="5D7284"/>
          <w:sz w:val="22"/>
        </w:rPr>
        <w:t>23:14</w:t>
      </w:r>
    </w:p>
    <w:p>
      <w:pPr>
        <w:spacing w:after="0"/>
      </w:pPr>
      <w:r>
        <w:rPr>
          <w:rFonts w:ascii="Arial" w:hAnsi="Arial"/>
          <w:sz w:val="22"/>
        </w:rPr>
        <w:t xml:space="preserve">But my left foot came out 30 years ago. And I'm like, yeah. Like this. This doesn't feel like news to me. This film felt like we were like going, Oh, just like disability. You the film. The film undermines itself. It presents Edward as this. He's a miserable disabled person, but then when you take his disability away, he's nothing, </w:t>
      </w:r>
    </w:p>
    <w:p>
      <w:pPr>
        <w:spacing w:after="0"/>
      </w:pPr>
    </w:p>
    <w:p>
      <w:pPr>
        <w:spacing w:after="0"/>
      </w:pPr>
      <w:r>
        <w:rPr>
          <w:rFonts w:ascii="Arial" w:hAnsi="Arial"/>
          <w:b/>
          <w:sz w:val="22"/>
        </w:rPr>
        <w:t xml:space="preserve">Lucy  </w:t>
      </w:r>
      <w:r>
        <w:rPr>
          <w:rFonts w:ascii="Arial" w:hAnsi="Arial"/>
          <w:color w:val="5D7284"/>
          <w:sz w:val="22"/>
        </w:rPr>
        <w:t>23:37</w:t>
      </w:r>
    </w:p>
    <w:p>
      <w:pPr>
        <w:spacing w:after="0"/>
      </w:pPr>
      <w:r>
        <w:rPr>
          <w:rFonts w:ascii="Arial" w:hAnsi="Arial"/>
          <w:sz w:val="22"/>
        </w:rPr>
        <w:t>He's still miserable</w:t>
      </w:r>
    </w:p>
    <w:p>
      <w:pPr>
        <w:spacing w:after="0"/>
      </w:pPr>
    </w:p>
    <w:p>
      <w:pPr>
        <w:spacing w:after="0"/>
      </w:pPr>
      <w:r>
        <w:rPr>
          <w:rFonts w:ascii="Arial" w:hAnsi="Arial"/>
          <w:b/>
          <w:sz w:val="22"/>
        </w:rPr>
        <w:t xml:space="preserve">Alice  </w:t>
      </w:r>
      <w:r>
        <w:rPr>
          <w:rFonts w:ascii="Arial" w:hAnsi="Arial"/>
          <w:color w:val="5D7284"/>
          <w:sz w:val="22"/>
        </w:rPr>
        <w:t>23:37</w:t>
      </w:r>
    </w:p>
    <w:p>
      <w:pPr>
        <w:spacing w:after="0"/>
      </w:pPr>
      <w:r>
        <w:rPr>
          <w:rFonts w:ascii="Arial" w:hAnsi="Arial"/>
          <w:sz w:val="22"/>
        </w:rPr>
        <w:t xml:space="preserve">He's nothing. </w:t>
      </w:r>
    </w:p>
    <w:p>
      <w:pPr>
        <w:spacing w:after="0"/>
      </w:pPr>
    </w:p>
    <w:p>
      <w:pPr>
        <w:spacing w:after="0"/>
      </w:pPr>
      <w:r>
        <w:rPr>
          <w:rFonts w:ascii="Arial" w:hAnsi="Arial"/>
          <w:b/>
          <w:sz w:val="22"/>
        </w:rPr>
        <w:t xml:space="preserve">Lucy  </w:t>
      </w:r>
      <w:r>
        <w:rPr>
          <w:rFonts w:ascii="Arial" w:hAnsi="Arial"/>
          <w:color w:val="5D7284"/>
          <w:sz w:val="22"/>
        </w:rPr>
        <w:t>23:37</w:t>
      </w:r>
    </w:p>
    <w:p>
      <w:pPr>
        <w:spacing w:after="0"/>
      </w:pPr>
      <w:r>
        <w:rPr>
          <w:rFonts w:ascii="Arial" w:hAnsi="Arial"/>
          <w:sz w:val="22"/>
        </w:rPr>
        <w:t xml:space="preserve">Well, yeah, exactly. </w:t>
      </w:r>
    </w:p>
    <w:p>
      <w:pPr>
        <w:spacing w:after="0"/>
      </w:pPr>
    </w:p>
    <w:p>
      <w:pPr>
        <w:spacing w:after="0"/>
      </w:pPr>
      <w:r>
        <w:rPr>
          <w:rFonts w:ascii="Arial" w:hAnsi="Arial"/>
          <w:b/>
          <w:sz w:val="22"/>
        </w:rPr>
        <w:t xml:space="preserve">Alice  </w:t>
      </w:r>
      <w:r>
        <w:rPr>
          <w:rFonts w:ascii="Arial" w:hAnsi="Arial"/>
          <w:color w:val="5D7284"/>
          <w:sz w:val="22"/>
        </w:rPr>
        <w:t>23:37</w:t>
      </w:r>
    </w:p>
    <w:p>
      <w:pPr>
        <w:spacing w:after="0"/>
      </w:pPr>
      <w:r>
        <w:rPr>
          <w:rFonts w:ascii="Arial" w:hAnsi="Arial"/>
          <w:sz w:val="22"/>
        </w:rPr>
        <w:t>He becomes nothing, and so he's then chasing his disability. But then, on the flip side of that, Oswald, who is this, this disabled person, there's so much in that film that is like, Hey, look at him. Like when he first appears, he walks into the theater, and the shot is just like, Look at this man, look at his face.</w:t>
      </w:r>
    </w:p>
    <w:p>
      <w:pPr>
        <w:spacing w:after="0"/>
      </w:pPr>
    </w:p>
    <w:p>
      <w:pPr>
        <w:spacing w:after="0"/>
      </w:pPr>
      <w:r>
        <w:rPr>
          <w:rFonts w:ascii="Arial" w:hAnsi="Arial"/>
          <w:b/>
          <w:sz w:val="22"/>
        </w:rPr>
        <w:t xml:space="preserve">Lucy  </w:t>
      </w:r>
      <w:r>
        <w:rPr>
          <w:rFonts w:ascii="Arial" w:hAnsi="Arial"/>
          <w:color w:val="5D7284"/>
          <w:sz w:val="22"/>
        </w:rPr>
        <w:t>24:01</w:t>
      </w:r>
    </w:p>
    <w:p>
      <w:pPr>
        <w:spacing w:after="0"/>
      </w:pPr>
      <w:r>
        <w:rPr>
          <w:rFonts w:ascii="Arial" w:hAnsi="Arial"/>
          <w:sz w:val="22"/>
        </w:rPr>
        <w:t>It's a lingering shot. It's a don't take your eyes off this man.</w:t>
      </w:r>
    </w:p>
    <w:p>
      <w:pPr>
        <w:spacing w:after="0"/>
      </w:pPr>
    </w:p>
    <w:p>
      <w:pPr>
        <w:spacing w:after="0"/>
      </w:pPr>
      <w:r>
        <w:rPr>
          <w:rFonts w:ascii="Arial" w:hAnsi="Arial"/>
          <w:b/>
          <w:sz w:val="22"/>
        </w:rPr>
        <w:t xml:space="preserve">Alice  </w:t>
      </w:r>
      <w:r>
        <w:rPr>
          <w:rFonts w:ascii="Arial" w:hAnsi="Arial"/>
          <w:color w:val="5D7284"/>
          <w:sz w:val="22"/>
        </w:rPr>
        <w:t>24:05</w:t>
      </w:r>
    </w:p>
    <w:p>
      <w:pPr>
        <w:spacing w:after="0"/>
      </w:pPr>
      <w:r>
        <w:rPr>
          <w:rFonts w:ascii="Arial" w:hAnsi="Arial"/>
          <w:sz w:val="22"/>
        </w:rPr>
        <w:t xml:space="preserve">Yeah. And like, there's a lot of there's a lot of like, performing disability and looking at disability in this film. And that was why I thought it really connected with the Elephant Man, was because 45 years on, </w:t>
      </w:r>
    </w:p>
    <w:p>
      <w:pPr>
        <w:spacing w:after="0"/>
      </w:pPr>
    </w:p>
    <w:p>
      <w:pPr>
        <w:spacing w:after="0"/>
      </w:pPr>
      <w:r>
        <w:rPr>
          <w:rFonts w:ascii="Arial" w:hAnsi="Arial"/>
          <w:b/>
          <w:sz w:val="22"/>
        </w:rPr>
        <w:t xml:space="preserve">Alice  </w:t>
      </w:r>
      <w:r>
        <w:rPr>
          <w:rFonts w:ascii="Arial" w:hAnsi="Arial"/>
          <w:color w:val="5D7284"/>
          <w:sz w:val="22"/>
        </w:rPr>
        <w:t>24:20</w:t>
      </w:r>
    </w:p>
    <w:p>
      <w:pPr>
        <w:spacing w:after="0"/>
      </w:pPr>
      <w:r>
        <w:rPr>
          <w:rFonts w:ascii="Arial" w:hAnsi="Arial"/>
          <w:sz w:val="22"/>
        </w:rPr>
        <w:t xml:space="preserve">Well, this film is literally about a play where they're inviting audiences to come in and stare at a disabled person on stage. </w:t>
      </w:r>
    </w:p>
    <w:p>
      <w:pPr>
        <w:spacing w:after="0"/>
      </w:pPr>
    </w:p>
    <w:p>
      <w:pPr>
        <w:spacing w:after="0"/>
      </w:pPr>
      <w:r>
        <w:rPr>
          <w:rFonts w:ascii="Arial" w:hAnsi="Arial"/>
          <w:b/>
          <w:sz w:val="22"/>
        </w:rPr>
        <w:t xml:space="preserve">Lucy  </w:t>
      </w:r>
      <w:r>
        <w:rPr>
          <w:rFonts w:ascii="Arial" w:hAnsi="Arial"/>
          <w:color w:val="5D7284"/>
          <w:sz w:val="22"/>
        </w:rPr>
        <w:t>24:20</w:t>
      </w:r>
    </w:p>
    <w:p>
      <w:pPr>
        <w:spacing w:after="0"/>
      </w:pPr>
      <w:r>
        <w:rPr>
          <w:rFonts w:ascii="Arial" w:hAnsi="Arial"/>
          <w:sz w:val="22"/>
        </w:rPr>
        <w:t>Still the same thing</w:t>
      </w:r>
    </w:p>
    <w:p>
      <w:pPr>
        <w:spacing w:after="0"/>
      </w:pPr>
    </w:p>
    <w:p>
      <w:pPr>
        <w:spacing w:after="0"/>
      </w:pPr>
      <w:r>
        <w:rPr>
          <w:rFonts w:ascii="Arial" w:hAnsi="Arial"/>
          <w:b/>
          <w:sz w:val="22"/>
        </w:rPr>
        <w:t xml:space="preserve">Lucy  </w:t>
      </w:r>
      <w:r>
        <w:rPr>
          <w:rFonts w:ascii="Arial" w:hAnsi="Arial"/>
          <w:color w:val="5D7284"/>
          <w:sz w:val="22"/>
        </w:rPr>
        <w:t>24:27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24:28</w:t>
      </w:r>
    </w:p>
    <w:p>
      <w:pPr>
        <w:spacing w:after="0"/>
      </w:pPr>
      <w:r>
        <w:rPr>
          <w:rFonts w:ascii="Arial" w:hAnsi="Arial"/>
          <w:sz w:val="22"/>
        </w:rPr>
        <w:t>Like it's it's the same. Why are we still like, this isn't news. Why are we still telling this story in 2024 we told this story in 1980</w:t>
      </w:r>
    </w:p>
    <w:p>
      <w:pPr>
        <w:spacing w:after="0"/>
      </w:pPr>
    </w:p>
    <w:p>
      <w:pPr>
        <w:spacing w:after="0"/>
      </w:pPr>
      <w:r>
        <w:rPr>
          <w:rFonts w:ascii="Arial" w:hAnsi="Arial"/>
          <w:b/>
          <w:sz w:val="22"/>
        </w:rPr>
        <w:t xml:space="preserve">Lucy  </w:t>
      </w:r>
      <w:r>
        <w:rPr>
          <w:rFonts w:ascii="Arial" w:hAnsi="Arial"/>
          <w:color w:val="5D7284"/>
          <w:sz w:val="22"/>
        </w:rPr>
        <w:t>24:38</w:t>
      </w:r>
    </w:p>
    <w:p>
      <w:pPr>
        <w:spacing w:after="0"/>
      </w:pPr>
      <w:r>
        <w:rPr>
          <w:rFonts w:ascii="Arial" w:hAnsi="Arial"/>
          <w:sz w:val="22"/>
        </w:rPr>
        <w:t>I also think it's really interesting that you told me about the director.</w:t>
      </w:r>
    </w:p>
    <w:p>
      <w:pPr>
        <w:spacing w:after="0"/>
      </w:pPr>
    </w:p>
    <w:p>
      <w:pPr>
        <w:spacing w:after="0"/>
      </w:pPr>
      <w:r>
        <w:rPr>
          <w:rFonts w:ascii="Arial" w:hAnsi="Arial"/>
          <w:b/>
          <w:sz w:val="22"/>
        </w:rPr>
        <w:t xml:space="preserve">Alice  </w:t>
      </w:r>
      <w:r>
        <w:rPr>
          <w:rFonts w:ascii="Arial" w:hAnsi="Arial"/>
          <w:color w:val="5D7284"/>
          <w:sz w:val="22"/>
        </w:rPr>
        <w:t>24:42</w:t>
      </w:r>
    </w:p>
    <w:p>
      <w:pPr>
        <w:spacing w:after="0"/>
      </w:pPr>
      <w:r>
        <w:rPr>
          <w:rFonts w:ascii="Arial" w:hAnsi="Arial"/>
          <w:sz w:val="22"/>
        </w:rPr>
        <w:t>So the guy, yeah, Eric Shinberg, I believe his last name is who wrote and directed this movie. He was born with a bilateral cleft palette. Now I don't know, but my understanding of cleft palettes is that they are something that can be operated on. So I. I don't know whether he may have had that operation, and so his experience of being visibly disabled has not been lifelong. I haven't seen a picture of him. I couldn't tell you whether he I mean, even if I had seen a picture of him, I couldn't tell you whether he was visibly disabled so....</w:t>
      </w:r>
    </w:p>
    <w:p>
      <w:pPr>
        <w:spacing w:after="0"/>
      </w:pPr>
    </w:p>
    <w:p>
      <w:pPr>
        <w:spacing w:after="0"/>
      </w:pPr>
      <w:r>
        <w:rPr>
          <w:rFonts w:ascii="Arial" w:hAnsi="Arial"/>
          <w:b/>
          <w:sz w:val="22"/>
        </w:rPr>
        <w:t xml:space="preserve">Lucy  </w:t>
      </w:r>
      <w:r>
        <w:rPr>
          <w:rFonts w:ascii="Arial" w:hAnsi="Arial"/>
          <w:color w:val="5D7284"/>
          <w:sz w:val="22"/>
        </w:rPr>
        <w:t>25:19</w:t>
      </w:r>
    </w:p>
    <w:p>
      <w:pPr>
        <w:spacing w:after="0"/>
      </w:pPr>
      <w:r>
        <w:rPr>
          <w:rFonts w:ascii="Arial" w:hAnsi="Arial"/>
          <w:sz w:val="22"/>
        </w:rPr>
        <w:t>It's questionable whether... [laughs] Give it me. Let's have a look. It's fine.</w:t>
      </w:r>
    </w:p>
    <w:p>
      <w:pPr>
        <w:spacing w:after="0"/>
      </w:pPr>
    </w:p>
    <w:p>
      <w:pPr>
        <w:spacing w:after="0"/>
      </w:pPr>
      <w:r>
        <w:rPr>
          <w:rFonts w:ascii="Arial" w:hAnsi="Arial"/>
          <w:b/>
          <w:sz w:val="22"/>
        </w:rPr>
        <w:t xml:space="preserve">Alice  </w:t>
      </w:r>
      <w:r>
        <w:rPr>
          <w:rFonts w:ascii="Arial" w:hAnsi="Arial"/>
          <w:color w:val="5D7284"/>
          <w:sz w:val="22"/>
        </w:rPr>
        <w:t>25:21</w:t>
      </w:r>
    </w:p>
    <w:p>
      <w:pPr>
        <w:spacing w:after="0"/>
      </w:pPr>
      <w:r>
        <w:rPr>
          <w:rFonts w:ascii="Arial" w:hAnsi="Arial"/>
          <w:sz w:val="22"/>
        </w:rPr>
        <w:t>Don't ask the blind girl to tell you what stuff looks like. But yeah, like, I thought that. I thought it was surprising that someone who has, who has probably experienced that, like social staring of being disabled, is like, hey, let's put this disabled person on on stage?</w:t>
      </w:r>
    </w:p>
    <w:p>
      <w:pPr>
        <w:spacing w:after="0"/>
      </w:pPr>
    </w:p>
    <w:p>
      <w:pPr>
        <w:spacing w:after="0"/>
      </w:pPr>
      <w:r>
        <w:rPr>
          <w:rFonts w:ascii="Arial" w:hAnsi="Arial"/>
          <w:b/>
          <w:sz w:val="22"/>
        </w:rPr>
        <w:t xml:space="preserve">Lucy  </w:t>
      </w:r>
      <w:r>
        <w:rPr>
          <w:rFonts w:ascii="Arial" w:hAnsi="Arial"/>
          <w:color w:val="5D7284"/>
          <w:sz w:val="22"/>
        </w:rPr>
        <w:t>25:40</w:t>
      </w:r>
    </w:p>
    <w:p>
      <w:pPr>
        <w:spacing w:after="0"/>
      </w:pPr>
      <w:r>
        <w:rPr>
          <w:rFonts w:ascii="Arial" w:hAnsi="Arial"/>
          <w:sz w:val="22"/>
        </w:rPr>
        <w:t>It's 12.25.</w:t>
      </w:r>
    </w:p>
    <w:p>
      <w:pPr>
        <w:spacing w:after="0"/>
      </w:pPr>
    </w:p>
    <w:p>
      <w:pPr>
        <w:spacing w:after="0"/>
      </w:pPr>
      <w:r>
        <w:rPr>
          <w:rFonts w:ascii="Arial" w:hAnsi="Arial"/>
          <w:b/>
          <w:sz w:val="22"/>
        </w:rPr>
        <w:t xml:space="preserve">Lucy  </w:t>
      </w:r>
      <w:r>
        <w:rPr>
          <w:rFonts w:ascii="Arial" w:hAnsi="Arial"/>
          <w:color w:val="5D7284"/>
          <w:sz w:val="22"/>
        </w:rPr>
        <w:t>25:41</w:t>
      </w:r>
    </w:p>
    <w:p>
      <w:pPr>
        <w:spacing w:after="0"/>
      </w:pPr>
      <w:r>
        <w:rPr>
          <w:rFonts w:ascii="Arial" w:hAnsi="Arial"/>
          <w:sz w:val="22"/>
        </w:rPr>
        <w:t>I know! [laughs]</w:t>
      </w:r>
    </w:p>
    <w:p>
      <w:pPr>
        <w:spacing w:after="0"/>
      </w:pPr>
    </w:p>
    <w:p>
      <w:pPr>
        <w:spacing w:after="0"/>
      </w:pPr>
      <w:r>
        <w:rPr>
          <w:rFonts w:ascii="Arial" w:hAnsi="Arial"/>
          <w:b/>
          <w:sz w:val="22"/>
        </w:rPr>
        <w:t xml:space="preserve">Lucy  </w:t>
      </w:r>
      <w:r>
        <w:rPr>
          <w:rFonts w:ascii="Arial" w:hAnsi="Arial"/>
          <w:color w:val="5D7284"/>
          <w:sz w:val="22"/>
        </w:rPr>
        <w:t>25:42</w:t>
      </w:r>
    </w:p>
    <w:p>
      <w:pPr>
        <w:spacing w:after="0"/>
      </w:pPr>
      <w:r>
        <w:rPr>
          <w:rFonts w:ascii="Arial" w:hAnsi="Arial"/>
          <w:sz w:val="22"/>
        </w:rPr>
        <w:t>I'm just checking. Just helping you out. Yeah, I just found that really interesting, that that he, the director himself, had got sort of a visual difference and decided to make a film about visual difference.</w:t>
      </w:r>
    </w:p>
    <w:p>
      <w:pPr>
        <w:spacing w:after="0"/>
      </w:pPr>
    </w:p>
    <w:p>
      <w:pPr>
        <w:spacing w:after="0"/>
      </w:pPr>
      <w:r>
        <w:rPr>
          <w:rFonts w:ascii="Arial" w:hAnsi="Arial"/>
          <w:b/>
          <w:sz w:val="22"/>
        </w:rPr>
        <w:t xml:space="preserve">Alice  </w:t>
      </w:r>
      <w:r>
        <w:rPr>
          <w:rFonts w:ascii="Arial" w:hAnsi="Arial"/>
          <w:color w:val="5D7284"/>
          <w:sz w:val="22"/>
        </w:rPr>
        <w:t>25:56</w:t>
      </w:r>
    </w:p>
    <w:p>
      <w:pPr>
        <w:spacing w:after="0"/>
      </w:pPr>
      <w:r>
        <w:rPr>
          <w:rFonts w:ascii="Arial" w:hAnsi="Arial"/>
          <w:sz w:val="22"/>
        </w:rPr>
        <w:t xml:space="preserve">And like, I understand that. I understand that if this is your lived experience - </w:t>
      </w:r>
    </w:p>
    <w:p>
      <w:pPr>
        <w:spacing w:after="0"/>
      </w:pPr>
    </w:p>
    <w:p>
      <w:pPr>
        <w:spacing w:after="0"/>
      </w:pPr>
      <w:r>
        <w:rPr>
          <w:rFonts w:ascii="Arial" w:hAnsi="Arial"/>
          <w:b/>
          <w:sz w:val="22"/>
        </w:rPr>
        <w:t xml:space="preserve">Lucy  </w:t>
      </w:r>
      <w:r>
        <w:rPr>
          <w:rFonts w:ascii="Arial" w:hAnsi="Arial"/>
          <w:color w:val="5D7284"/>
          <w:sz w:val="22"/>
        </w:rPr>
        <w:t>25:56</w:t>
      </w:r>
    </w:p>
    <w:p>
      <w:pPr>
        <w:spacing w:after="0"/>
      </w:pPr>
      <w:r>
        <w:rPr>
          <w:rFonts w:ascii="Arial" w:hAnsi="Arial"/>
          <w:sz w:val="22"/>
        </w:rPr>
        <w:t>Write about what you know</w:t>
      </w:r>
    </w:p>
    <w:p>
      <w:pPr>
        <w:spacing w:after="0"/>
      </w:pPr>
    </w:p>
    <w:p>
      <w:pPr>
        <w:spacing w:after="0"/>
      </w:pPr>
      <w:r>
        <w:rPr>
          <w:rFonts w:ascii="Arial" w:hAnsi="Arial"/>
          <w:b/>
          <w:sz w:val="22"/>
        </w:rPr>
        <w:t xml:space="preserve">Alice  </w:t>
      </w:r>
      <w:r>
        <w:rPr>
          <w:rFonts w:ascii="Arial" w:hAnsi="Arial"/>
          <w:color w:val="5D7284"/>
          <w:sz w:val="22"/>
        </w:rPr>
        <w:t>25:56</w:t>
      </w:r>
    </w:p>
    <w:p>
      <w:pPr>
        <w:spacing w:after="0"/>
      </w:pPr>
      <w:r>
        <w:rPr>
          <w:rFonts w:ascii="Arial" w:hAnsi="Arial"/>
          <w:sz w:val="22"/>
        </w:rPr>
        <w:t xml:space="preserve">- and you want to challenge it. I absolutely get that, but I don't, I just don't think, don't think he challenges it. I don't think this film, I don't think this film does more, any more for disabled people than the elephant man does. The Elephant Man is like, Oh, isn't it sad? This poor deformed, quote, unquote person is like being stared at in freak show, but also being stared at in hospital, like, let's just let him die, because he must be so miserable, whereas the it's an in a different man, like, it's essentially the same thing. It's like, oh, this poor disabled guy, let's take his disability away. Oh, no, look, he's still miserable and he's not happy, like the relationship that he develops with Ingrid doesn't like falls apart because he is so uninteresting. </w:t>
      </w:r>
    </w:p>
    <w:p>
      <w:pPr>
        <w:spacing w:after="0"/>
      </w:pPr>
    </w:p>
    <w:p>
      <w:pPr>
        <w:spacing w:after="0"/>
      </w:pPr>
      <w:r>
        <w:rPr>
          <w:rFonts w:ascii="Arial" w:hAnsi="Arial"/>
          <w:b/>
          <w:sz w:val="22"/>
        </w:rPr>
        <w:t xml:space="preserve">Lucy  </w:t>
      </w:r>
      <w:r>
        <w:rPr>
          <w:rFonts w:ascii="Arial" w:hAnsi="Arial"/>
          <w:color w:val="5D7284"/>
          <w:sz w:val="22"/>
        </w:rPr>
        <w:t>26:50</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26:51</w:t>
      </w:r>
    </w:p>
    <w:p>
      <w:pPr>
        <w:spacing w:after="0"/>
      </w:pPr>
      <w:r>
        <w:rPr>
          <w:rFonts w:ascii="Arial" w:hAnsi="Arial"/>
          <w:sz w:val="22"/>
        </w:rPr>
        <w:t xml:space="preserve">And it's just it also like, I have a problem with the idea that they're like, Oh, look at the social experience of Edward prior to his, you know, while he's still visibly disabled. </w:t>
      </w:r>
    </w:p>
    <w:p>
      <w:pPr>
        <w:spacing w:after="0"/>
      </w:pPr>
    </w:p>
    <w:p>
      <w:pPr>
        <w:spacing w:after="0"/>
      </w:pPr>
      <w:r>
        <w:rPr>
          <w:rFonts w:ascii="Arial" w:hAnsi="Arial"/>
          <w:b/>
          <w:sz w:val="22"/>
        </w:rPr>
        <w:t xml:space="preserve">Lucy  </w:t>
      </w:r>
      <w:r>
        <w:rPr>
          <w:rFonts w:ascii="Arial" w:hAnsi="Arial"/>
          <w:color w:val="5D7284"/>
          <w:sz w:val="22"/>
        </w:rPr>
        <w:t>27:08</w:t>
      </w:r>
    </w:p>
    <w:p>
      <w:pPr>
        <w:spacing w:after="0"/>
      </w:pPr>
      <w:r>
        <w:rPr>
          <w:rFonts w:ascii="Arial" w:hAnsi="Arial"/>
          <w:sz w:val="22"/>
        </w:rPr>
        <w:t>His skin shedding</w:t>
      </w:r>
    </w:p>
    <w:p>
      <w:pPr>
        <w:spacing w:after="0"/>
      </w:pPr>
    </w:p>
    <w:p>
      <w:pPr>
        <w:spacing w:after="0"/>
      </w:pPr>
      <w:r>
        <w:rPr>
          <w:rFonts w:ascii="Arial" w:hAnsi="Arial"/>
          <w:b/>
          <w:sz w:val="22"/>
        </w:rPr>
        <w:t xml:space="preserve">Alice  </w:t>
      </w:r>
      <w:r>
        <w:rPr>
          <w:rFonts w:ascii="Arial" w:hAnsi="Arial"/>
          <w:color w:val="5D7284"/>
          <w:sz w:val="22"/>
        </w:rPr>
        <w:t>27:09</w:t>
      </w:r>
    </w:p>
    <w:p>
      <w:pPr>
        <w:spacing w:after="0"/>
      </w:pPr>
      <w:r>
        <w:rPr>
          <w:rFonts w:ascii="Arial" w:hAnsi="Arial"/>
          <w:sz w:val="22"/>
        </w:rPr>
        <w:t>Yeah, and then look at Adam Pearson's experiences, because I imagine, actually, that the reality of having, like, those kind of facial differences is somewhere in between. Like, you will absolutely because I get stared at on the train,</w:t>
      </w:r>
    </w:p>
    <w:p>
      <w:pPr>
        <w:spacing w:after="0"/>
      </w:pPr>
    </w:p>
    <w:p>
      <w:pPr>
        <w:spacing w:after="0"/>
      </w:pPr>
      <w:r>
        <w:rPr>
          <w:rFonts w:ascii="Arial" w:hAnsi="Arial"/>
          <w:b/>
          <w:sz w:val="22"/>
        </w:rPr>
        <w:t xml:space="preserve">Lucy  </w:t>
      </w:r>
      <w:r>
        <w:rPr>
          <w:rFonts w:ascii="Arial" w:hAnsi="Arial"/>
          <w:color w:val="5D7284"/>
          <w:sz w:val="22"/>
        </w:rPr>
        <w:t>27:26</w:t>
      </w:r>
    </w:p>
    <w:p>
      <w:pPr>
        <w:spacing w:after="0"/>
      </w:pPr>
      <w:r>
        <w:rPr>
          <w:rFonts w:ascii="Arial" w:hAnsi="Arial"/>
          <w:sz w:val="22"/>
        </w:rPr>
        <w:t>Yep</w:t>
      </w:r>
    </w:p>
    <w:p>
      <w:pPr>
        <w:spacing w:after="0"/>
      </w:pPr>
    </w:p>
    <w:p>
      <w:pPr>
        <w:spacing w:after="0"/>
      </w:pPr>
      <w:r>
        <w:rPr>
          <w:rFonts w:ascii="Arial" w:hAnsi="Arial"/>
          <w:b/>
          <w:sz w:val="22"/>
        </w:rPr>
        <w:t xml:space="preserve">Alice  </w:t>
      </w:r>
      <w:r>
        <w:rPr>
          <w:rFonts w:ascii="Arial" w:hAnsi="Arial"/>
          <w:color w:val="5D7284"/>
          <w:sz w:val="22"/>
        </w:rPr>
        <w:t>27:26</w:t>
      </w:r>
    </w:p>
    <w:p>
      <w:pPr>
        <w:spacing w:after="0"/>
      </w:pPr>
      <w:r>
        <w:rPr>
          <w:rFonts w:ascii="Arial" w:hAnsi="Arial"/>
          <w:sz w:val="22"/>
        </w:rPr>
        <w:t>Like, and I pass for non disabled, unless I've got my dog with me.</w:t>
      </w:r>
    </w:p>
    <w:p>
      <w:pPr>
        <w:spacing w:after="0"/>
      </w:pPr>
    </w:p>
    <w:p>
      <w:pPr>
        <w:spacing w:after="0"/>
      </w:pPr>
      <w:r>
        <w:rPr>
          <w:rFonts w:ascii="Arial" w:hAnsi="Arial"/>
          <w:b/>
          <w:sz w:val="22"/>
        </w:rPr>
        <w:t xml:space="preserve">Lucy  </w:t>
      </w:r>
      <w:r>
        <w:rPr>
          <w:rFonts w:ascii="Arial" w:hAnsi="Arial"/>
          <w:color w:val="5D7284"/>
          <w:sz w:val="22"/>
        </w:rPr>
        <w:t>27:30</w:t>
      </w:r>
    </w:p>
    <w:p>
      <w:pPr>
        <w:spacing w:after="0"/>
      </w:pPr>
      <w:r>
        <w:rPr>
          <w:rFonts w:ascii="Arial" w:hAnsi="Arial"/>
          <w:sz w:val="22"/>
        </w:rPr>
        <w:t xml:space="preserve">I get stared at in the supermarket, </w:t>
      </w:r>
    </w:p>
    <w:p>
      <w:pPr>
        <w:spacing w:after="0"/>
      </w:pPr>
    </w:p>
    <w:p>
      <w:pPr>
        <w:spacing w:after="0"/>
      </w:pPr>
      <w:r>
        <w:rPr>
          <w:rFonts w:ascii="Arial" w:hAnsi="Arial"/>
          <w:b/>
          <w:sz w:val="22"/>
        </w:rPr>
        <w:t xml:space="preserve">Alice  </w:t>
      </w:r>
      <w:r>
        <w:rPr>
          <w:rFonts w:ascii="Arial" w:hAnsi="Arial"/>
          <w:color w:val="5D7284"/>
          <w:sz w:val="22"/>
        </w:rPr>
        <w:t>27:32</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27:33</w:t>
      </w:r>
    </w:p>
    <w:p>
      <w:pPr>
        <w:spacing w:after="0"/>
      </w:pPr>
      <w:r>
        <w:rPr>
          <w:rFonts w:ascii="Arial" w:hAnsi="Arial"/>
          <w:sz w:val="22"/>
        </w:rPr>
        <w:t>Like, gawp,like,</w:t>
      </w:r>
    </w:p>
    <w:p>
      <w:pPr>
        <w:spacing w:after="0"/>
      </w:pPr>
    </w:p>
    <w:p>
      <w:pPr>
        <w:spacing w:after="0"/>
      </w:pPr>
      <w:r>
        <w:rPr>
          <w:rFonts w:ascii="Arial" w:hAnsi="Arial"/>
          <w:b/>
          <w:sz w:val="22"/>
        </w:rPr>
        <w:t xml:space="preserve">Alice  </w:t>
      </w:r>
      <w:r>
        <w:rPr>
          <w:rFonts w:ascii="Arial" w:hAnsi="Arial"/>
          <w:color w:val="5D7284"/>
          <w:sz w:val="22"/>
        </w:rPr>
        <w:t>27:34</w:t>
      </w:r>
    </w:p>
    <w:p>
      <w:pPr>
        <w:spacing w:after="0"/>
      </w:pPr>
      <w:r>
        <w:rPr>
          <w:rFonts w:ascii="Arial" w:hAnsi="Arial"/>
          <w:sz w:val="22"/>
        </w:rPr>
        <w:t xml:space="preserve">People point, you know. </w:t>
      </w:r>
    </w:p>
    <w:p>
      <w:pPr>
        <w:spacing w:after="0"/>
      </w:pPr>
    </w:p>
    <w:p>
      <w:pPr>
        <w:spacing w:after="0"/>
      </w:pPr>
      <w:r>
        <w:rPr>
          <w:rFonts w:ascii="Arial" w:hAnsi="Arial"/>
          <w:b/>
          <w:sz w:val="22"/>
        </w:rPr>
        <w:t xml:space="preserve">Lucy  </w:t>
      </w:r>
      <w:r>
        <w:rPr>
          <w:rFonts w:ascii="Arial" w:hAnsi="Arial"/>
          <w:color w:val="5D7284"/>
          <w:sz w:val="22"/>
        </w:rPr>
        <w:t>27:35</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27:36</w:t>
      </w:r>
    </w:p>
    <w:p>
      <w:pPr>
        <w:spacing w:after="0"/>
      </w:pPr>
      <w:r>
        <w:rPr>
          <w:rFonts w:ascii="Arial" w:hAnsi="Arial"/>
          <w:sz w:val="22"/>
        </w:rPr>
        <w:t>But then also, I will 100% get up on stage and sing karaoke like nobody's watching. You know,</w:t>
      </w:r>
    </w:p>
    <w:p>
      <w:pPr>
        <w:spacing w:after="0"/>
      </w:pPr>
    </w:p>
    <w:p>
      <w:pPr>
        <w:spacing w:after="0"/>
      </w:pPr>
      <w:r>
        <w:rPr>
          <w:rFonts w:ascii="Arial" w:hAnsi="Arial"/>
          <w:b/>
          <w:sz w:val="22"/>
        </w:rPr>
        <w:t xml:space="preserve">Lucy  </w:t>
      </w:r>
      <w:r>
        <w:rPr>
          <w:rFonts w:ascii="Arial" w:hAnsi="Arial"/>
          <w:color w:val="5D7284"/>
          <w:sz w:val="22"/>
        </w:rPr>
        <w:t>27:42</w:t>
      </w:r>
    </w:p>
    <w:p>
      <w:pPr>
        <w:spacing w:after="0"/>
      </w:pPr>
      <w:r>
        <w:rPr>
          <w:rFonts w:ascii="Arial" w:hAnsi="Arial"/>
          <w:sz w:val="22"/>
        </w:rPr>
        <w:t xml:space="preserve">good for you. Good for you. We also, I think, as well, we should touch on, I mean, it's, we're just coming, like, nearly towards the end of the session. And I do want to really touch on the fact that, um, trying to get an accessible version for you. </w:t>
      </w:r>
    </w:p>
    <w:p>
      <w:pPr>
        <w:spacing w:after="0"/>
      </w:pPr>
    </w:p>
    <w:p>
      <w:pPr>
        <w:spacing w:after="0"/>
      </w:pPr>
      <w:r>
        <w:rPr>
          <w:rFonts w:ascii="Arial" w:hAnsi="Arial"/>
          <w:b/>
          <w:sz w:val="22"/>
        </w:rPr>
        <w:t xml:space="preserve">Alice  </w:t>
      </w:r>
      <w:r>
        <w:rPr>
          <w:rFonts w:ascii="Arial" w:hAnsi="Arial"/>
          <w:color w:val="5D7284"/>
          <w:sz w:val="22"/>
        </w:rPr>
        <w:t>27:55</w:t>
      </w:r>
    </w:p>
    <w:p>
      <w:pPr>
        <w:spacing w:after="0"/>
      </w:pPr>
      <w:r>
        <w:rPr>
          <w:rFonts w:ascii="Arial" w:hAnsi="Arial"/>
          <w:sz w:val="22"/>
        </w:rPr>
        <w:t xml:space="preserve">Oh, yeah, </w:t>
      </w:r>
    </w:p>
    <w:p>
      <w:pPr>
        <w:spacing w:after="0"/>
      </w:pPr>
    </w:p>
    <w:p>
      <w:pPr>
        <w:spacing w:after="0"/>
      </w:pPr>
      <w:r>
        <w:rPr>
          <w:rFonts w:ascii="Arial" w:hAnsi="Arial"/>
          <w:b/>
          <w:sz w:val="22"/>
        </w:rPr>
        <w:t xml:space="preserve">Lucy  </w:t>
      </w:r>
      <w:r>
        <w:rPr>
          <w:rFonts w:ascii="Arial" w:hAnsi="Arial"/>
          <w:color w:val="5D7284"/>
          <w:sz w:val="22"/>
        </w:rPr>
        <w:t>27:56</w:t>
      </w:r>
    </w:p>
    <w:p>
      <w:pPr>
        <w:spacing w:after="0"/>
      </w:pPr>
      <w:r>
        <w:rPr>
          <w:rFonts w:ascii="Arial" w:hAnsi="Arial"/>
          <w:sz w:val="22"/>
        </w:rPr>
        <w:t>Of a different man. Was an absolute nightmare</w:t>
      </w:r>
    </w:p>
    <w:p>
      <w:pPr>
        <w:spacing w:after="0"/>
      </w:pPr>
    </w:p>
    <w:p>
      <w:pPr>
        <w:spacing w:after="0"/>
      </w:pPr>
      <w:r>
        <w:rPr>
          <w:rFonts w:ascii="Arial" w:hAnsi="Arial"/>
          <w:b/>
          <w:sz w:val="22"/>
        </w:rPr>
        <w:t xml:space="preserve">Alice  </w:t>
      </w:r>
      <w:r>
        <w:rPr>
          <w:rFonts w:ascii="Arial" w:hAnsi="Arial"/>
          <w:color w:val="5D7284"/>
          <w:sz w:val="22"/>
        </w:rPr>
        <w:t>27:59</w:t>
      </w:r>
    </w:p>
    <w:p>
      <w:pPr>
        <w:spacing w:after="0"/>
      </w:pPr>
      <w:r>
        <w:rPr>
          <w:rFonts w:ascii="Arial" w:hAnsi="Arial"/>
          <w:sz w:val="22"/>
        </w:rPr>
        <w:t xml:space="preserve">TSo. the irony, the irony that there was an audio like a different man, was audio described for cinemas, but getting a version of it on streaming services was not you you could, I could watch it. I couldn't get an audio described version. So it was just that, you know, oh, this is a film for disabled people to challenge the way that disabled people are treated by society, but we're not gonna make sure that.... </w:t>
      </w:r>
    </w:p>
    <w:p>
      <w:pPr>
        <w:spacing w:after="0"/>
      </w:pPr>
    </w:p>
    <w:p>
      <w:pPr>
        <w:spacing w:after="0"/>
      </w:pPr>
      <w:r>
        <w:rPr>
          <w:rFonts w:ascii="Arial" w:hAnsi="Arial"/>
          <w:b/>
          <w:sz w:val="22"/>
        </w:rPr>
        <w:t xml:space="preserve">Alice  </w:t>
      </w:r>
      <w:r>
        <w:rPr>
          <w:rFonts w:ascii="Arial" w:hAnsi="Arial"/>
          <w:color w:val="5D7284"/>
          <w:sz w:val="22"/>
        </w:rPr>
        <w:t>28:25</w:t>
      </w:r>
    </w:p>
    <w:p>
      <w:pPr>
        <w:spacing w:after="0"/>
      </w:pPr>
      <w:r>
        <w:rPr>
          <w:rFonts w:ascii="Arial" w:hAnsi="Arial"/>
          <w:sz w:val="22"/>
        </w:rPr>
        <w:t>We're not gonna make sure that umm we're not gonna make sure that it's actually accessible to disabled people when we release it like,</w:t>
      </w:r>
    </w:p>
    <w:p>
      <w:pPr>
        <w:spacing w:after="0"/>
      </w:pPr>
    </w:p>
    <w:p>
      <w:pPr>
        <w:spacing w:after="0"/>
      </w:pPr>
      <w:r>
        <w:rPr>
          <w:rFonts w:ascii="Arial" w:hAnsi="Arial"/>
          <w:b/>
          <w:sz w:val="22"/>
        </w:rPr>
        <w:t xml:space="preserve">Lucy  </w:t>
      </w:r>
      <w:r>
        <w:rPr>
          <w:rFonts w:ascii="Arial" w:hAnsi="Arial"/>
          <w:color w:val="5D7284"/>
          <w:sz w:val="22"/>
        </w:rPr>
        <w:t>28:29</w:t>
      </w:r>
    </w:p>
    <w:p>
      <w:pPr>
        <w:spacing w:after="0"/>
      </w:pPr>
      <w:r>
        <w:rPr>
          <w:rFonts w:ascii="Arial" w:hAnsi="Arial"/>
          <w:sz w:val="22"/>
        </w:rPr>
        <w:t xml:space="preserve">[laughs] That every disabled - </w:t>
      </w:r>
    </w:p>
    <w:p>
      <w:pPr>
        <w:spacing w:after="0"/>
      </w:pPr>
    </w:p>
    <w:p>
      <w:pPr>
        <w:spacing w:after="0"/>
      </w:pPr>
      <w:r>
        <w:rPr>
          <w:rFonts w:ascii="Arial" w:hAnsi="Arial"/>
          <w:b/>
          <w:sz w:val="22"/>
        </w:rPr>
        <w:t xml:space="preserve">Lucy  </w:t>
      </w:r>
      <w:r>
        <w:rPr>
          <w:rFonts w:ascii="Arial" w:hAnsi="Arial"/>
          <w:color w:val="5D7284"/>
          <w:sz w:val="22"/>
        </w:rPr>
        <w:t>28:35</w:t>
      </w:r>
    </w:p>
    <w:p>
      <w:pPr>
        <w:spacing w:after="0"/>
      </w:pPr>
      <w:r>
        <w:rPr>
          <w:rFonts w:ascii="Arial" w:hAnsi="Arial"/>
          <w:sz w:val="22"/>
        </w:rPr>
        <w:t>There was a bit of a panic, wasn't there about three weeks ago of what are we gonna do? Umm</w:t>
      </w:r>
    </w:p>
    <w:p>
      <w:pPr>
        <w:spacing w:after="0"/>
      </w:pPr>
    </w:p>
    <w:p>
      <w:pPr>
        <w:spacing w:after="0"/>
      </w:pPr>
      <w:r>
        <w:rPr>
          <w:rFonts w:ascii="Arial" w:hAnsi="Arial"/>
          <w:b/>
          <w:sz w:val="22"/>
        </w:rPr>
        <w:t xml:space="preserve">Alice  </w:t>
      </w:r>
      <w:r>
        <w:rPr>
          <w:rFonts w:ascii="Arial" w:hAnsi="Arial"/>
          <w:color w:val="5D7284"/>
          <w:sz w:val="22"/>
        </w:rPr>
        <w:t>28:39</w:t>
      </w:r>
    </w:p>
    <w:p>
      <w:pPr>
        <w:spacing w:after="0"/>
      </w:pPr>
      <w:r>
        <w:rPr>
          <w:rFonts w:ascii="Arial" w:hAnsi="Arial"/>
          <w:sz w:val="22"/>
        </w:rPr>
        <w:t xml:space="preserve">Yeah. I mean, there was definitely a panic, but I think, like, the it's just this. This is what I think made me so cross about the movie was, I was like, you're telling the same story. Nothing is changing. I still can't walk into a cinema and reliably watch a movie. </w:t>
      </w:r>
    </w:p>
    <w:p>
      <w:pPr>
        <w:spacing w:after="0"/>
      </w:pPr>
    </w:p>
    <w:p>
      <w:pPr>
        <w:spacing w:after="0"/>
      </w:pPr>
      <w:r>
        <w:rPr>
          <w:rFonts w:ascii="Arial" w:hAnsi="Arial"/>
          <w:b/>
          <w:sz w:val="22"/>
        </w:rPr>
        <w:t xml:space="preserve">Lucy  </w:t>
      </w:r>
      <w:r>
        <w:rPr>
          <w:rFonts w:ascii="Arial" w:hAnsi="Arial"/>
          <w:color w:val="5D7284"/>
          <w:sz w:val="22"/>
        </w:rPr>
        <w:t>28:58</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28:58</w:t>
      </w:r>
    </w:p>
    <w:p>
      <w:pPr>
        <w:spacing w:after="0"/>
      </w:pPr>
      <w:r>
        <w:rPr>
          <w:rFonts w:ascii="Arial" w:hAnsi="Arial"/>
          <w:sz w:val="22"/>
        </w:rPr>
        <w:t>I still can't, you know, and neither of us can leave the house and not get pointed at, like, why are we making films like a different man, which is essentially the Elephant Man, just plus forty-five.</w:t>
      </w:r>
    </w:p>
    <w:p>
      <w:pPr>
        <w:spacing w:after="0"/>
      </w:pPr>
    </w:p>
    <w:p>
      <w:pPr>
        <w:spacing w:after="0"/>
      </w:pPr>
      <w:r>
        <w:rPr>
          <w:rFonts w:ascii="Arial" w:hAnsi="Arial"/>
          <w:b/>
          <w:sz w:val="22"/>
        </w:rPr>
        <w:t xml:space="preserve">Lucy  </w:t>
      </w:r>
      <w:r>
        <w:rPr>
          <w:rFonts w:ascii="Arial" w:hAnsi="Arial"/>
          <w:color w:val="5D7284"/>
          <w:sz w:val="22"/>
        </w:rPr>
        <w:t>29:10</w:t>
      </w:r>
    </w:p>
    <w:p>
      <w:pPr>
        <w:spacing w:after="0"/>
      </w:pPr>
      <w:r>
        <w:rPr>
          <w:rFonts w:ascii="Arial" w:hAnsi="Arial"/>
          <w:sz w:val="22"/>
        </w:rPr>
        <w:t xml:space="preserve">and also, as well, you didn't notice this, Alice, did you? But I said to you, did you notice, though, that during a different man, there was lots of references to the Elephant Man? So the Elephant Man was on the wall, there was a picture of him on the wall, and there was a the film was playing in the background in one scene. </w:t>
      </w:r>
    </w:p>
    <w:p>
      <w:pPr>
        <w:spacing w:after="0"/>
      </w:pPr>
    </w:p>
    <w:p>
      <w:pPr>
        <w:spacing w:after="0"/>
      </w:pPr>
      <w:r>
        <w:rPr>
          <w:rFonts w:ascii="Arial" w:hAnsi="Arial"/>
          <w:b/>
          <w:sz w:val="22"/>
        </w:rPr>
        <w:t xml:space="preserve">Alice  </w:t>
      </w:r>
      <w:r>
        <w:rPr>
          <w:rFonts w:ascii="Arial" w:hAnsi="Arial"/>
          <w:color w:val="5D7284"/>
          <w:sz w:val="22"/>
        </w:rPr>
        <w:t>29:27</w:t>
      </w:r>
    </w:p>
    <w:p>
      <w:pPr>
        <w:spacing w:after="0"/>
      </w:pPr>
      <w:r>
        <w:rPr>
          <w:rFonts w:ascii="Arial" w:hAnsi="Arial"/>
          <w:sz w:val="22"/>
        </w:rPr>
        <w:t xml:space="preserve">So it's a, it's the </w:t>
      </w:r>
    </w:p>
    <w:p>
      <w:pPr>
        <w:spacing w:after="0"/>
      </w:pPr>
    </w:p>
    <w:p>
      <w:pPr>
        <w:spacing w:after="0"/>
      </w:pPr>
      <w:r>
        <w:rPr>
          <w:rFonts w:ascii="Arial" w:hAnsi="Arial"/>
          <w:b/>
          <w:sz w:val="22"/>
        </w:rPr>
        <w:t xml:space="preserve">Lucy  </w:t>
      </w:r>
      <w:r>
        <w:rPr>
          <w:rFonts w:ascii="Arial" w:hAnsi="Arial"/>
          <w:color w:val="5D7284"/>
          <w:sz w:val="22"/>
        </w:rPr>
        <w:t>29:28</w:t>
      </w:r>
    </w:p>
    <w:p>
      <w:pPr>
        <w:spacing w:after="0"/>
      </w:pPr>
      <w:r>
        <w:rPr>
          <w:rFonts w:ascii="Arial" w:hAnsi="Arial"/>
          <w:sz w:val="22"/>
        </w:rPr>
        <w:t>So you can see the way he's had the idea for the film really.</w:t>
      </w:r>
    </w:p>
    <w:p>
      <w:pPr>
        <w:spacing w:after="0"/>
      </w:pPr>
    </w:p>
    <w:p>
      <w:pPr>
        <w:spacing w:after="0"/>
      </w:pPr>
      <w:r>
        <w:rPr>
          <w:rFonts w:ascii="Arial" w:hAnsi="Arial"/>
          <w:b/>
          <w:sz w:val="22"/>
        </w:rPr>
        <w:t xml:space="preserve">Alice  </w:t>
      </w:r>
      <w:r>
        <w:rPr>
          <w:rFonts w:ascii="Arial" w:hAnsi="Arial"/>
          <w:color w:val="5D7284"/>
          <w:sz w:val="22"/>
        </w:rPr>
        <w:t>29:32</w:t>
      </w:r>
    </w:p>
    <w:p>
      <w:pPr>
        <w:spacing w:after="0"/>
      </w:pPr>
      <w:r>
        <w:rPr>
          <w:rFonts w:ascii="Arial" w:hAnsi="Arial"/>
          <w:sz w:val="22"/>
        </w:rPr>
        <w:t xml:space="preserve">But yeah, and it's even like, like, it's a picture of him on the wall, and it's the film on the TV. So it's even more, hey, let's look at the elephant man again. </w:t>
      </w:r>
    </w:p>
    <w:p>
      <w:pPr>
        <w:spacing w:after="0"/>
      </w:pPr>
    </w:p>
    <w:p>
      <w:pPr>
        <w:spacing w:after="0"/>
      </w:pPr>
      <w:r>
        <w:rPr>
          <w:rFonts w:ascii="Arial" w:hAnsi="Arial"/>
          <w:b/>
          <w:sz w:val="22"/>
        </w:rPr>
        <w:t xml:space="preserve">Lucy  </w:t>
      </w:r>
      <w:r>
        <w:rPr>
          <w:rFonts w:ascii="Arial" w:hAnsi="Arial"/>
          <w:color w:val="5D7284"/>
          <w:sz w:val="22"/>
        </w:rPr>
        <w:t>29:42</w:t>
      </w:r>
    </w:p>
    <w:p>
      <w:pPr>
        <w:spacing w:after="0"/>
      </w:pPr>
      <w:r>
        <w:rPr>
          <w:rFonts w:ascii="Arial" w:hAnsi="Arial"/>
          <w:sz w:val="22"/>
        </w:rPr>
        <w:t xml:space="preserve">Again. </w:t>
      </w:r>
    </w:p>
    <w:p>
      <w:pPr>
        <w:spacing w:after="0"/>
      </w:pPr>
    </w:p>
    <w:p>
      <w:pPr>
        <w:spacing w:after="0"/>
      </w:pPr>
      <w:r>
        <w:rPr>
          <w:rFonts w:ascii="Arial" w:hAnsi="Arial"/>
          <w:b/>
          <w:sz w:val="22"/>
        </w:rPr>
        <w:t xml:space="preserve">Alice  </w:t>
      </w:r>
      <w:r>
        <w:rPr>
          <w:rFonts w:ascii="Arial" w:hAnsi="Arial"/>
          <w:color w:val="5D7284"/>
          <w:sz w:val="22"/>
        </w:rPr>
        <w:t>29:42</w:t>
      </w:r>
    </w:p>
    <w:p>
      <w:pPr>
        <w:spacing w:after="0"/>
      </w:pPr>
      <w:r>
        <w:rPr>
          <w:rFonts w:ascii="Arial" w:hAnsi="Arial"/>
          <w:sz w:val="22"/>
        </w:rPr>
        <w:t xml:space="preserve">Hey, let's look at this disabled person some more. </w:t>
      </w:r>
    </w:p>
    <w:p>
      <w:pPr>
        <w:spacing w:after="0"/>
      </w:pPr>
    </w:p>
    <w:p>
      <w:pPr>
        <w:spacing w:after="0"/>
      </w:pPr>
      <w:r>
        <w:rPr>
          <w:rFonts w:ascii="Arial" w:hAnsi="Arial"/>
          <w:b/>
          <w:sz w:val="22"/>
        </w:rPr>
        <w:t xml:space="preserve">Lucy  </w:t>
      </w:r>
      <w:r>
        <w:rPr>
          <w:rFonts w:ascii="Arial" w:hAnsi="Arial"/>
          <w:color w:val="5D7284"/>
          <w:sz w:val="22"/>
        </w:rPr>
        <w:t>29:44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29:45</w:t>
      </w:r>
    </w:p>
    <w:p>
      <w:pPr>
        <w:spacing w:after="0"/>
      </w:pPr>
      <w:r>
        <w:rPr>
          <w:rFonts w:ascii="Arial" w:hAnsi="Arial"/>
          <w:sz w:val="22"/>
        </w:rPr>
        <w:t>It's and it really bothered me. You know, both of those films won all sorts of awards, and it's just like, come on now.</w:t>
      </w:r>
    </w:p>
    <w:p>
      <w:pPr>
        <w:spacing w:after="0"/>
      </w:pPr>
    </w:p>
    <w:p>
      <w:pPr>
        <w:spacing w:after="0"/>
      </w:pPr>
      <w:r>
        <w:rPr>
          <w:rFonts w:ascii="Arial" w:hAnsi="Arial"/>
          <w:b/>
          <w:sz w:val="22"/>
        </w:rPr>
        <w:t xml:space="preserve">Lucy  </w:t>
      </w:r>
      <w:r>
        <w:rPr>
          <w:rFonts w:ascii="Arial" w:hAnsi="Arial"/>
          <w:color w:val="5D7284"/>
          <w:sz w:val="22"/>
        </w:rPr>
        <w:t>29:52</w:t>
      </w:r>
    </w:p>
    <w:p>
      <w:pPr>
        <w:spacing w:after="0"/>
      </w:pPr>
      <w:r>
        <w:rPr>
          <w:rFonts w:ascii="Arial" w:hAnsi="Arial"/>
          <w:sz w:val="22"/>
        </w:rPr>
        <w:t>And also, well, Sebastian Stan made a speech at the Golden Glabes, when he won his Golden Globe</w:t>
      </w:r>
    </w:p>
    <w:p>
      <w:pPr>
        <w:spacing w:after="0"/>
      </w:pPr>
    </w:p>
    <w:p>
      <w:pPr>
        <w:spacing w:after="0"/>
      </w:pPr>
      <w:r>
        <w:rPr>
          <w:rFonts w:ascii="Arial" w:hAnsi="Arial"/>
          <w:b/>
          <w:sz w:val="22"/>
        </w:rPr>
        <w:t xml:space="preserve">Alice  </w:t>
      </w:r>
      <w:r>
        <w:rPr>
          <w:rFonts w:ascii="Arial" w:hAnsi="Arial"/>
          <w:color w:val="5D7284"/>
          <w:sz w:val="22"/>
        </w:rPr>
        <w:t>29:57</w:t>
      </w:r>
    </w:p>
    <w:p>
      <w:pPr>
        <w:spacing w:after="0"/>
      </w:pPr>
      <w:r>
        <w:rPr>
          <w:rFonts w:ascii="Arial" w:hAnsi="Arial"/>
          <w:sz w:val="22"/>
        </w:rPr>
        <w:t>Yeah when you first told me this, I thought it was really, I was like, Oh, this is amazing, this big Hollywood, yeah.</w:t>
      </w:r>
    </w:p>
    <w:p>
      <w:pPr>
        <w:spacing w:after="0"/>
      </w:pPr>
    </w:p>
    <w:p>
      <w:pPr>
        <w:spacing w:after="0"/>
      </w:pPr>
      <w:r>
        <w:rPr>
          <w:rFonts w:ascii="Arial" w:hAnsi="Arial"/>
          <w:b/>
          <w:sz w:val="22"/>
        </w:rPr>
        <w:t xml:space="preserve">Lucy  </w:t>
      </w:r>
      <w:r>
        <w:rPr>
          <w:rFonts w:ascii="Arial" w:hAnsi="Arial"/>
          <w:color w:val="5D7284"/>
          <w:sz w:val="22"/>
        </w:rPr>
        <w:t>30:03</w:t>
      </w:r>
    </w:p>
    <w:p>
      <w:pPr>
        <w:spacing w:after="0"/>
      </w:pPr>
      <w:r>
        <w:rPr>
          <w:rFonts w:ascii="Arial" w:hAnsi="Arial"/>
          <w:sz w:val="22"/>
        </w:rPr>
        <w:t>What a wonderful thing to do, you know, he's standing he's being an ally to the disabled community. But then when you actually watch the film, you're like, it's a bit,. it's...</w:t>
      </w:r>
    </w:p>
    <w:p>
      <w:pPr>
        <w:spacing w:after="0"/>
      </w:pPr>
    </w:p>
    <w:p>
      <w:pPr>
        <w:spacing w:after="0"/>
      </w:pPr>
      <w:r>
        <w:rPr>
          <w:rFonts w:ascii="Arial" w:hAnsi="Arial"/>
          <w:b/>
          <w:sz w:val="22"/>
        </w:rPr>
        <w:t xml:space="preserve">Alice  </w:t>
      </w:r>
      <w:r>
        <w:rPr>
          <w:rFonts w:ascii="Arial" w:hAnsi="Arial"/>
          <w:color w:val="5D7284"/>
          <w:sz w:val="22"/>
        </w:rPr>
        <w:t>30:10</w:t>
      </w:r>
    </w:p>
    <w:p>
      <w:pPr>
        <w:spacing w:after="0"/>
      </w:pPr>
      <w:r>
        <w:rPr>
          <w:rFonts w:ascii="Arial" w:hAnsi="Arial"/>
          <w:sz w:val="22"/>
        </w:rPr>
        <w:t>it's just the same again, it's the same stuff. Again, yeah.</w:t>
      </w:r>
    </w:p>
    <w:p>
      <w:pPr>
        <w:spacing w:after="0"/>
      </w:pPr>
    </w:p>
    <w:p>
      <w:pPr>
        <w:spacing w:after="0"/>
      </w:pPr>
      <w:r>
        <w:rPr>
          <w:rFonts w:ascii="Arial" w:hAnsi="Arial"/>
          <w:b/>
          <w:sz w:val="22"/>
        </w:rPr>
        <w:t xml:space="preserve">Lucy  </w:t>
      </w:r>
      <w:r>
        <w:rPr>
          <w:rFonts w:ascii="Arial" w:hAnsi="Arial"/>
          <w:color w:val="5D7284"/>
          <w:sz w:val="22"/>
        </w:rPr>
        <w:t>30:13</w:t>
      </w:r>
    </w:p>
    <w:p>
      <w:pPr>
        <w:spacing w:after="0"/>
      </w:pPr>
      <w:r>
        <w:rPr>
          <w:rFonts w:ascii="Arial" w:hAnsi="Arial"/>
          <w:sz w:val="22"/>
        </w:rPr>
        <w:t>It's a bit icky. Like, we should we, he, he says something along the lines of, we, should, we should respect disabled people more, and, you know, take time to understand them more. And I'm thinking, but you spent the whole film with a mask on your face?</w:t>
      </w:r>
    </w:p>
    <w:p>
      <w:pPr>
        <w:spacing w:after="0"/>
      </w:pPr>
    </w:p>
    <w:p>
      <w:pPr>
        <w:spacing w:after="0"/>
      </w:pPr>
      <w:r>
        <w:rPr>
          <w:rFonts w:ascii="Arial" w:hAnsi="Arial"/>
          <w:b/>
          <w:sz w:val="22"/>
        </w:rPr>
        <w:t xml:space="preserve">Lucy  </w:t>
      </w:r>
      <w:r>
        <w:rPr>
          <w:rFonts w:ascii="Arial" w:hAnsi="Arial"/>
          <w:color w:val="5D7284"/>
          <w:sz w:val="22"/>
        </w:rPr>
        <w:t>30:30</w:t>
      </w:r>
    </w:p>
    <w:p>
      <w:pPr>
        <w:spacing w:after="0"/>
      </w:pPr>
      <w:r>
        <w:rPr>
          <w:rFonts w:ascii="Arial" w:hAnsi="Arial"/>
          <w:sz w:val="22"/>
        </w:rPr>
        <w:t xml:space="preserve">He didn't even spend the whole film with a mask on... </w:t>
      </w:r>
    </w:p>
    <w:p>
      <w:pPr>
        <w:spacing w:after="0"/>
      </w:pPr>
    </w:p>
    <w:p>
      <w:pPr>
        <w:spacing w:after="0"/>
      </w:pPr>
      <w:r>
        <w:rPr>
          <w:rFonts w:ascii="Arial" w:hAnsi="Arial"/>
          <w:b/>
          <w:sz w:val="22"/>
        </w:rPr>
        <w:t xml:space="preserve">Lucy  </w:t>
      </w:r>
      <w:r>
        <w:rPr>
          <w:rFonts w:ascii="Arial" w:hAnsi="Arial"/>
          <w:color w:val="5D7284"/>
          <w:sz w:val="22"/>
        </w:rPr>
        <w:t>30:30</w:t>
      </w:r>
    </w:p>
    <w:p>
      <w:pPr>
        <w:spacing w:after="0"/>
      </w:pPr>
      <w:r>
        <w:rPr>
          <w:rFonts w:ascii="Arial" w:hAnsi="Arial"/>
          <w:sz w:val="22"/>
        </w:rPr>
        <w:t>Well no, like</w:t>
      </w:r>
    </w:p>
    <w:p>
      <w:pPr>
        <w:spacing w:after="0"/>
      </w:pPr>
    </w:p>
    <w:p>
      <w:pPr>
        <w:spacing w:after="0"/>
      </w:pPr>
      <w:r>
        <w:rPr>
          <w:rFonts w:ascii="Arial" w:hAnsi="Arial"/>
          <w:b/>
          <w:sz w:val="22"/>
        </w:rPr>
        <w:t xml:space="preserve">Alice  </w:t>
      </w:r>
      <w:r>
        <w:rPr>
          <w:rFonts w:ascii="Arial" w:hAnsi="Arial"/>
          <w:color w:val="5D7284"/>
          <w:sz w:val="22"/>
        </w:rPr>
        <w:t>30:31</w:t>
      </w:r>
    </w:p>
    <w:p>
      <w:pPr>
        <w:spacing w:after="0"/>
      </w:pPr>
      <w:r>
        <w:rPr>
          <w:rFonts w:ascii="Arial" w:hAnsi="Arial"/>
          <w:sz w:val="22"/>
        </w:rPr>
        <w:t>He spent the first 20 minutes of the film with a mask on his face, and the rest of the film going, I really wish I was still disabled...</w:t>
      </w:r>
    </w:p>
    <w:p>
      <w:pPr>
        <w:spacing w:after="0"/>
      </w:pPr>
    </w:p>
    <w:p>
      <w:pPr>
        <w:spacing w:after="0"/>
      </w:pPr>
      <w:r>
        <w:rPr>
          <w:rFonts w:ascii="Arial" w:hAnsi="Arial"/>
          <w:b/>
          <w:sz w:val="22"/>
        </w:rPr>
        <w:t xml:space="preserve">Lucy  </w:t>
      </w:r>
      <w:r>
        <w:rPr>
          <w:rFonts w:ascii="Arial" w:hAnsi="Arial"/>
          <w:color w:val="5D7284"/>
          <w:sz w:val="22"/>
        </w:rPr>
        <w:t>30:40</w:t>
      </w:r>
    </w:p>
    <w:p>
      <w:pPr>
        <w:spacing w:after="0"/>
      </w:pPr>
      <w:r>
        <w:rPr>
          <w:rFonts w:ascii="Arial" w:hAnsi="Arial"/>
          <w:sz w:val="22"/>
        </w:rPr>
        <w:t>[laughs] I really wish, I really wish, I really miss that mask</w:t>
      </w:r>
    </w:p>
    <w:p>
      <w:pPr>
        <w:spacing w:after="0"/>
      </w:pPr>
    </w:p>
    <w:p>
      <w:pPr>
        <w:spacing w:after="0"/>
      </w:pPr>
      <w:r>
        <w:rPr>
          <w:rFonts w:ascii="Arial" w:hAnsi="Arial"/>
          <w:b/>
          <w:sz w:val="22"/>
        </w:rPr>
        <w:t xml:space="preserve">Alice  </w:t>
      </w:r>
      <w:r>
        <w:rPr>
          <w:rFonts w:ascii="Arial" w:hAnsi="Arial"/>
          <w:color w:val="5D7284"/>
          <w:sz w:val="22"/>
        </w:rPr>
        <w:t>30:42</w:t>
      </w:r>
    </w:p>
    <w:p>
      <w:pPr>
        <w:spacing w:after="0"/>
      </w:pPr>
      <w:r>
        <w:rPr>
          <w:rFonts w:ascii="Arial" w:hAnsi="Arial"/>
          <w:sz w:val="22"/>
        </w:rPr>
        <w:t xml:space="preserve">And it just, it, just the whole, like, the whole thing, as much as the film might have tried to be challenging stuff, and I, obviously, I get why they did it, because you couldn't do the skin shedding thing without it. But like, let we're really still, we're still casting Sebastian Stan  </w:t>
      </w:r>
    </w:p>
    <w:p>
      <w:pPr>
        <w:spacing w:after="0"/>
      </w:pPr>
    </w:p>
    <w:p>
      <w:pPr>
        <w:spacing w:after="0"/>
      </w:pPr>
      <w:r>
        <w:rPr>
          <w:rFonts w:ascii="Arial" w:hAnsi="Arial"/>
          <w:b/>
          <w:sz w:val="22"/>
        </w:rPr>
        <w:t xml:space="preserve">Lucy  </w:t>
      </w:r>
      <w:r>
        <w:rPr>
          <w:rFonts w:ascii="Arial" w:hAnsi="Arial"/>
          <w:color w:val="5D7284"/>
          <w:sz w:val="22"/>
        </w:rPr>
        <w:t>30:57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30:58</w:t>
      </w:r>
    </w:p>
    <w:p>
      <w:pPr>
        <w:spacing w:after="0"/>
      </w:pPr>
      <w:r>
        <w:rPr>
          <w:rFonts w:ascii="Arial" w:hAnsi="Arial"/>
          <w:sz w:val="22"/>
        </w:rPr>
        <w:t xml:space="preserve">As a visibly disabled person. Stop it. Stop it. </w:t>
      </w:r>
    </w:p>
    <w:p>
      <w:pPr>
        <w:spacing w:after="0"/>
      </w:pPr>
    </w:p>
    <w:p>
      <w:pPr>
        <w:spacing w:after="0"/>
      </w:pPr>
      <w:r>
        <w:rPr>
          <w:rFonts w:ascii="Arial" w:hAnsi="Arial"/>
          <w:b/>
          <w:sz w:val="22"/>
        </w:rPr>
        <w:t xml:space="preserve">Alice  </w:t>
      </w:r>
      <w:r>
        <w:rPr>
          <w:rFonts w:ascii="Arial" w:hAnsi="Arial"/>
          <w:color w:val="5D7284"/>
          <w:sz w:val="22"/>
        </w:rPr>
        <w:t>31:02</w:t>
      </w:r>
    </w:p>
    <w:p>
      <w:pPr>
        <w:spacing w:after="0"/>
      </w:pPr>
      <w:r>
        <w:rPr>
          <w:rFonts w:ascii="Arial" w:hAnsi="Arial"/>
          <w:sz w:val="22"/>
        </w:rPr>
        <w:t xml:space="preserve">When there are people like Adam Pearson in the world, and there is CGI that you can you can make like a 12 Foot Red Hulk standing next to the White House, </w:t>
      </w:r>
    </w:p>
    <w:p>
      <w:pPr>
        <w:spacing w:after="0"/>
      </w:pPr>
    </w:p>
    <w:p>
      <w:pPr>
        <w:spacing w:after="0"/>
      </w:pPr>
      <w:r>
        <w:rPr>
          <w:rFonts w:ascii="Arial" w:hAnsi="Arial"/>
          <w:b/>
          <w:sz w:val="22"/>
        </w:rPr>
        <w:t xml:space="preserve">Lucy  </w:t>
      </w:r>
      <w:r>
        <w:rPr>
          <w:rFonts w:ascii="Arial" w:hAnsi="Arial"/>
          <w:color w:val="5D7284"/>
          <w:sz w:val="22"/>
        </w:rPr>
        <w:t>31:02</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31:12</w:t>
      </w:r>
    </w:p>
    <w:p>
      <w:pPr>
        <w:spacing w:after="0"/>
      </w:pPr>
      <w:r>
        <w:rPr>
          <w:rFonts w:ascii="Arial" w:hAnsi="Arial"/>
          <w:sz w:val="22"/>
        </w:rPr>
        <w:t xml:space="preserve">Exactly </w:t>
      </w:r>
    </w:p>
    <w:p>
      <w:pPr>
        <w:spacing w:after="0"/>
      </w:pPr>
    </w:p>
    <w:p>
      <w:pPr>
        <w:spacing w:after="0"/>
      </w:pPr>
      <w:r>
        <w:rPr>
          <w:rFonts w:ascii="Arial" w:hAnsi="Arial"/>
          <w:b/>
          <w:sz w:val="22"/>
        </w:rPr>
        <w:t xml:space="preserve">Alice  </w:t>
      </w:r>
      <w:r>
        <w:rPr>
          <w:rFonts w:ascii="Arial" w:hAnsi="Arial"/>
          <w:color w:val="5D7284"/>
          <w:sz w:val="22"/>
        </w:rPr>
        <w:t>31:12</w:t>
      </w:r>
    </w:p>
    <w:p>
      <w:pPr>
        <w:spacing w:after="0"/>
      </w:pPr>
      <w:r>
        <w:rPr>
          <w:rFonts w:ascii="Arial" w:hAnsi="Arial"/>
          <w:sz w:val="22"/>
        </w:rPr>
        <w:t>Like, Why? Why are we not spending our time using CGI to remove the visibility of Adam Pearson's disability so that he's like, cripping down. Can we? Can we have more cripping down and less, Let's have disabled people pretending we're not disabled</w:t>
      </w:r>
    </w:p>
    <w:p>
      <w:pPr>
        <w:spacing w:after="0"/>
      </w:pPr>
    </w:p>
    <w:p>
      <w:pPr>
        <w:spacing w:after="0"/>
      </w:pPr>
      <w:r>
        <w:rPr>
          <w:rFonts w:ascii="Arial" w:hAnsi="Arial"/>
          <w:b/>
          <w:sz w:val="22"/>
        </w:rPr>
        <w:t xml:space="preserve">Lucy  </w:t>
      </w:r>
      <w:r>
        <w:rPr>
          <w:rFonts w:ascii="Arial" w:hAnsi="Arial"/>
          <w:color w:val="5D7284"/>
          <w:sz w:val="22"/>
        </w:rPr>
        <w:t>31:33</w:t>
      </w:r>
    </w:p>
    <w:p>
      <w:pPr>
        <w:spacing w:after="0"/>
      </w:pPr>
      <w:r>
        <w:rPr>
          <w:rFonts w:ascii="Arial" w:hAnsi="Arial"/>
          <w:sz w:val="22"/>
        </w:rPr>
        <w:t>Oh Alice, Can we h ave me walking up like Mount Everest with legs at work? That'd be really cool. In a film, let's do that.</w:t>
      </w:r>
    </w:p>
    <w:p>
      <w:pPr>
        <w:spacing w:after="0"/>
      </w:pPr>
    </w:p>
    <w:p>
      <w:pPr>
        <w:spacing w:after="0"/>
      </w:pPr>
      <w:r>
        <w:rPr>
          <w:rFonts w:ascii="Arial" w:hAnsi="Arial"/>
          <w:b/>
          <w:sz w:val="22"/>
        </w:rPr>
        <w:t xml:space="preserve">Alice  </w:t>
      </w:r>
      <w:r>
        <w:rPr>
          <w:rFonts w:ascii="Arial" w:hAnsi="Arial"/>
          <w:color w:val="5D7284"/>
          <w:sz w:val="22"/>
        </w:rPr>
        <w:t>31:34</w:t>
      </w:r>
    </w:p>
    <w:p>
      <w:pPr>
        <w:spacing w:after="0"/>
      </w:pPr>
      <w:r>
        <w:rPr>
          <w:rFonts w:ascii="Arial" w:hAnsi="Arial"/>
          <w:sz w:val="22"/>
        </w:rPr>
        <w:t>I mean, I'm sure that there is, there will be some kind of graphic artist out there that can sort that out for you.</w:t>
      </w:r>
    </w:p>
    <w:p>
      <w:pPr>
        <w:spacing w:after="0"/>
      </w:pPr>
    </w:p>
    <w:p>
      <w:pPr>
        <w:spacing w:after="0"/>
      </w:pPr>
      <w:r>
        <w:rPr>
          <w:rFonts w:ascii="Arial" w:hAnsi="Arial"/>
          <w:b/>
          <w:sz w:val="22"/>
        </w:rPr>
        <w:t xml:space="preserve">Theme Tune  </w:t>
      </w:r>
      <w:r>
        <w:rPr>
          <w:rFonts w:ascii="Arial" w:hAnsi="Arial"/>
          <w:color w:val="5D7284"/>
          <w:sz w:val="22"/>
        </w:rPr>
        <w:t>31:42</w:t>
      </w:r>
    </w:p>
    <w:p>
      <w:pPr>
        <w:spacing w:after="0"/>
      </w:pPr>
      <w:r>
        <w:rPr>
          <w:rFonts w:ascii="Arial" w:hAnsi="Arial"/>
          <w:sz w:val="22"/>
        </w:rPr>
        <w:t xml:space="preserve">[laughs]  Parites and can cans. </w:t>
      </w:r>
    </w:p>
    <w:p>
      <w:pPr>
        <w:spacing w:after="0"/>
      </w:pPr>
    </w:p>
    <w:p>
      <w:pPr>
        <w:spacing w:after="0"/>
      </w:pPr>
      <w:r>
        <w:rPr>
          <w:rFonts w:ascii="Arial" w:hAnsi="Arial"/>
          <w:b/>
          <w:sz w:val="22"/>
        </w:rPr>
        <w:t xml:space="preserve">Alice  </w:t>
      </w:r>
      <w:r>
        <w:rPr>
          <w:rFonts w:ascii="Arial" w:hAnsi="Arial"/>
          <w:color w:val="5D7284"/>
          <w:sz w:val="22"/>
        </w:rPr>
        <w:t>31:43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31:43</w:t>
      </w:r>
    </w:p>
    <w:p>
      <w:pPr>
        <w:spacing w:after="0"/>
      </w:pPr>
      <w:r>
        <w:rPr>
          <w:rFonts w:ascii="Arial" w:hAnsi="Arial"/>
          <w:sz w:val="22"/>
        </w:rPr>
        <w:t xml:space="preserve">What I will say, though, is it, don't let our opinion of these two films put you off. If you want to go home and watch the Elephant Man, then </w:t>
      </w:r>
    </w:p>
    <w:p>
      <w:pPr>
        <w:spacing w:after="0"/>
      </w:pPr>
    </w:p>
    <w:p>
      <w:pPr>
        <w:spacing w:after="0"/>
      </w:pPr>
      <w:r>
        <w:rPr>
          <w:rFonts w:ascii="Arial" w:hAnsi="Arial"/>
          <w:b/>
          <w:sz w:val="22"/>
        </w:rPr>
        <w:t xml:space="preserve">Alice  </w:t>
      </w:r>
      <w:r>
        <w:rPr>
          <w:rFonts w:ascii="Arial" w:hAnsi="Arial"/>
          <w:color w:val="5D7284"/>
          <w:sz w:val="22"/>
        </w:rPr>
        <w:t>31:43</w:t>
      </w:r>
    </w:p>
    <w:p>
      <w:pPr>
        <w:spacing w:after="0"/>
      </w:pPr>
      <w:r>
        <w:rPr>
          <w:rFonts w:ascii="Arial" w:hAnsi="Arial"/>
          <w:sz w:val="22"/>
        </w:rPr>
        <w:t>Best of luck</w:t>
      </w:r>
    </w:p>
    <w:p>
      <w:pPr>
        <w:spacing w:after="0"/>
      </w:pPr>
    </w:p>
    <w:p>
      <w:pPr>
        <w:spacing w:after="0"/>
      </w:pPr>
      <w:r>
        <w:rPr>
          <w:rFonts w:ascii="Arial" w:hAnsi="Arial"/>
          <w:b/>
          <w:sz w:val="22"/>
        </w:rPr>
        <w:t xml:space="preserve">Lucy  </w:t>
      </w:r>
      <w:r>
        <w:rPr>
          <w:rFonts w:ascii="Arial" w:hAnsi="Arial"/>
          <w:color w:val="5D7284"/>
          <w:sz w:val="22"/>
        </w:rPr>
        <w:t>31:51</w:t>
      </w:r>
    </w:p>
    <w:p>
      <w:pPr>
        <w:spacing w:after="0"/>
      </w:pPr>
      <w:r>
        <w:rPr>
          <w:rFonts w:ascii="Arial" w:hAnsi="Arial"/>
          <w:sz w:val="22"/>
        </w:rPr>
        <w:t>Yeah, best of good luck.</w:t>
      </w:r>
    </w:p>
    <w:p>
      <w:pPr>
        <w:spacing w:after="0"/>
      </w:pPr>
    </w:p>
    <w:p>
      <w:pPr>
        <w:spacing w:after="0"/>
      </w:pPr>
      <w:r>
        <w:rPr>
          <w:rFonts w:ascii="Arial" w:hAnsi="Arial"/>
          <w:b/>
          <w:sz w:val="22"/>
        </w:rPr>
        <w:t xml:space="preserve">Alice  </w:t>
      </w:r>
      <w:r>
        <w:rPr>
          <w:rFonts w:ascii="Arial" w:hAnsi="Arial"/>
          <w:color w:val="5D7284"/>
          <w:sz w:val="22"/>
        </w:rPr>
        <w:t>31:52</w:t>
      </w:r>
    </w:p>
    <w:p>
      <w:pPr>
        <w:spacing w:after="0"/>
      </w:pPr>
      <w:r>
        <w:rPr>
          <w:rFonts w:ascii="Arial" w:hAnsi="Arial"/>
          <w:sz w:val="22"/>
        </w:rPr>
        <w:t>Don't, don't bother. If you're visually you won't find an audio described version of The Elephant Man, I can promise you that</w:t>
      </w:r>
    </w:p>
    <w:p>
      <w:pPr>
        <w:spacing w:after="0"/>
      </w:pPr>
    </w:p>
    <w:p>
      <w:pPr>
        <w:spacing w:after="0"/>
      </w:pPr>
      <w:r>
        <w:rPr>
          <w:rFonts w:ascii="Arial" w:hAnsi="Arial"/>
          <w:b/>
          <w:sz w:val="22"/>
        </w:rPr>
        <w:t xml:space="preserve">Lucy  </w:t>
      </w:r>
      <w:r>
        <w:rPr>
          <w:rFonts w:ascii="Arial" w:hAnsi="Arial"/>
          <w:color w:val="5D7284"/>
          <w:sz w:val="22"/>
        </w:rPr>
        <w:t>31:52</w:t>
      </w:r>
    </w:p>
    <w:p>
      <w:pPr>
        <w:spacing w:after="0"/>
      </w:pPr>
      <w:r>
        <w:rPr>
          <w:rFonts w:ascii="Arial" w:hAnsi="Arial"/>
          <w:sz w:val="22"/>
        </w:rPr>
        <w:t xml:space="preserve"> no Exactly. But if you do enjoy the film, if you watch the film and you think, actually, I think you two are wrong about this, then let us know, because we like a bit of an opinion really about, you know, films that we talk about, books that we cover. It's really interesting to get other people's opinion. So if you, if you do want to get, like, in touch with us to discuss it, well, we'll happily hear your feedback. </w:t>
      </w:r>
    </w:p>
    <w:p>
      <w:pPr>
        <w:spacing w:after="0"/>
      </w:pPr>
    </w:p>
    <w:p>
      <w:pPr>
        <w:spacing w:after="0"/>
      </w:pPr>
      <w:r>
        <w:rPr>
          <w:rFonts w:ascii="Arial" w:hAnsi="Arial"/>
          <w:b/>
          <w:sz w:val="22"/>
        </w:rPr>
        <w:t xml:space="preserve">Alice  </w:t>
      </w:r>
      <w:r>
        <w:rPr>
          <w:rFonts w:ascii="Arial" w:hAnsi="Arial"/>
          <w:color w:val="5D7284"/>
          <w:sz w:val="22"/>
        </w:rPr>
        <w:t>32:22</w:t>
      </w:r>
    </w:p>
    <w:p>
      <w:pPr>
        <w:spacing w:after="0"/>
      </w:pPr>
      <w:r>
        <w:rPr>
          <w:rFonts w:ascii="Arial" w:hAnsi="Arial"/>
          <w:sz w:val="22"/>
        </w:rPr>
        <w:t xml:space="preserve">Yeah, and if you want to hear more of this sort of thing, </w:t>
      </w:r>
    </w:p>
    <w:p>
      <w:pPr>
        <w:spacing w:after="0"/>
      </w:pPr>
    </w:p>
    <w:p>
      <w:pPr>
        <w:spacing w:after="0"/>
      </w:pPr>
      <w:r>
        <w:rPr>
          <w:rFonts w:ascii="Arial" w:hAnsi="Arial"/>
          <w:b/>
          <w:sz w:val="22"/>
        </w:rPr>
        <w:t xml:space="preserve">Lucy  </w:t>
      </w:r>
      <w:r>
        <w:rPr>
          <w:rFonts w:ascii="Arial" w:hAnsi="Arial"/>
          <w:color w:val="5D7284"/>
          <w:sz w:val="22"/>
        </w:rPr>
        <w:t>32:26</w:t>
      </w:r>
    </w:p>
    <w:p>
      <w:pPr>
        <w:spacing w:after="0"/>
      </w:pPr>
      <w:r>
        <w:rPr>
          <w:rFonts w:ascii="Arial" w:hAnsi="Arial"/>
          <w:sz w:val="22"/>
        </w:rPr>
        <w:t>Adam, next slide</w:t>
      </w:r>
    </w:p>
    <w:p>
      <w:pPr>
        <w:spacing w:after="0"/>
      </w:pPr>
    </w:p>
    <w:p>
      <w:pPr>
        <w:spacing w:after="0"/>
      </w:pPr>
      <w:r>
        <w:rPr>
          <w:rFonts w:ascii="Arial" w:hAnsi="Arial"/>
          <w:b/>
          <w:sz w:val="22"/>
        </w:rPr>
        <w:t xml:space="preserve">Alice  </w:t>
      </w:r>
      <w:r>
        <w:rPr>
          <w:rFonts w:ascii="Arial" w:hAnsi="Arial"/>
          <w:color w:val="5D7284"/>
          <w:sz w:val="22"/>
        </w:rPr>
        <w:t>32:26</w:t>
      </w:r>
    </w:p>
    <w:p>
      <w:pPr>
        <w:spacing w:after="0"/>
      </w:pPr>
      <w:r>
        <w:rPr>
          <w:rFonts w:ascii="Arial" w:hAnsi="Arial"/>
          <w:sz w:val="22"/>
        </w:rPr>
        <w:t>We have a whole series of fableds. So we've covered everything from The Little Mermaid to Jane Eyre.</w:t>
      </w:r>
    </w:p>
    <w:p>
      <w:pPr>
        <w:spacing w:after="0"/>
      </w:pPr>
    </w:p>
    <w:p>
      <w:pPr>
        <w:spacing w:after="0"/>
      </w:pPr>
      <w:r>
        <w:rPr>
          <w:rFonts w:ascii="Arial" w:hAnsi="Arial"/>
          <w:b/>
          <w:sz w:val="22"/>
        </w:rPr>
        <w:t xml:space="preserve">Lucy  </w:t>
      </w:r>
      <w:r>
        <w:rPr>
          <w:rFonts w:ascii="Arial" w:hAnsi="Arial"/>
          <w:color w:val="5D7284"/>
          <w:sz w:val="22"/>
        </w:rPr>
        <w:t>32:32</w:t>
      </w:r>
    </w:p>
    <w:p>
      <w:pPr>
        <w:spacing w:after="0"/>
      </w:pPr>
      <w:r>
        <w:rPr>
          <w:rFonts w:ascii="Arial" w:hAnsi="Arial"/>
          <w:sz w:val="22"/>
        </w:rPr>
        <w:t>Yeah, I made the little mermaid stick.</w:t>
      </w:r>
    </w:p>
    <w:p>
      <w:pPr>
        <w:spacing w:after="0"/>
      </w:pPr>
    </w:p>
    <w:p>
      <w:pPr>
        <w:spacing w:after="0"/>
      </w:pPr>
      <w:r>
        <w:rPr>
          <w:rFonts w:ascii="Arial" w:hAnsi="Arial"/>
          <w:b/>
          <w:sz w:val="22"/>
        </w:rPr>
        <w:t xml:space="preserve">Alice  </w:t>
      </w:r>
      <w:r>
        <w:rPr>
          <w:rFonts w:ascii="Arial" w:hAnsi="Arial"/>
          <w:color w:val="5D7284"/>
          <w:sz w:val="22"/>
        </w:rPr>
        <w:t>32:37</w:t>
      </w:r>
    </w:p>
    <w:p>
      <w:pPr>
        <w:spacing w:after="0"/>
      </w:pPr>
      <w:r>
        <w:rPr>
          <w:rFonts w:ascii="Arial" w:hAnsi="Arial"/>
          <w:sz w:val="22"/>
        </w:rPr>
        <w:t>We also have episodes about disabled people from history, which are our history lesson episodes where we are accompanied by the fantastic disabled historian, Daisy holder, and you can follow them on the internet, and you can follow us on the internet, and QR codes and everything are up on the screen. And I mean, we've still got eight minutes, Luce. Have you got just some dribble to chat for eight minutes? I think we can manage it....</w:t>
      </w:r>
    </w:p>
    <w:p>
      <w:pPr>
        <w:spacing w:after="0"/>
      </w:pPr>
    </w:p>
    <w:p>
      <w:pPr>
        <w:spacing w:after="0"/>
      </w:pPr>
      <w:r>
        <w:rPr>
          <w:rFonts w:ascii="Arial" w:hAnsi="Arial"/>
          <w:b/>
          <w:sz w:val="22"/>
        </w:rPr>
        <w:t xml:space="preserve">Lucy  </w:t>
      </w:r>
      <w:r>
        <w:rPr>
          <w:rFonts w:ascii="Arial" w:hAnsi="Arial"/>
          <w:color w:val="5D7284"/>
          <w:sz w:val="22"/>
        </w:rPr>
        <w:t>33:04</w:t>
      </w:r>
    </w:p>
    <w:p>
      <w:pPr>
        <w:spacing w:after="0"/>
      </w:pPr>
      <w:r>
        <w:rPr>
          <w:rFonts w:ascii="Arial" w:hAnsi="Arial"/>
          <w:sz w:val="22"/>
        </w:rPr>
        <w:t>[chuckles] If you want to then I am the girl that you come to, to be honest.</w:t>
      </w:r>
    </w:p>
    <w:p>
      <w:pPr>
        <w:spacing w:after="0"/>
      </w:pPr>
    </w:p>
    <w:p>
      <w:pPr>
        <w:spacing w:after="0"/>
      </w:pPr>
      <w:r>
        <w:rPr>
          <w:rFonts w:ascii="Arial" w:hAnsi="Arial"/>
          <w:b/>
          <w:sz w:val="22"/>
        </w:rPr>
        <w:t xml:space="preserve">Lucy  </w:t>
      </w:r>
      <w:r>
        <w:rPr>
          <w:rFonts w:ascii="Arial" w:hAnsi="Arial"/>
          <w:color w:val="5D7284"/>
          <w:sz w:val="22"/>
        </w:rPr>
        <w:t>33:06</w:t>
      </w:r>
    </w:p>
    <w:p>
      <w:pPr>
        <w:spacing w:after="0"/>
      </w:pPr>
      <w:r>
        <w:rPr>
          <w:rFonts w:ascii="Arial" w:hAnsi="Arial"/>
          <w:sz w:val="22"/>
        </w:rPr>
        <w:t>But, yeah, I've really enjoyed, like, having, I mean, my, my degree was in film and television, so I really enjoyed doing these episodes and talking about things. and</w:t>
      </w:r>
    </w:p>
    <w:p>
      <w:pPr>
        <w:spacing w:after="0"/>
      </w:pPr>
    </w:p>
    <w:p>
      <w:pPr>
        <w:spacing w:after="0"/>
      </w:pPr>
      <w:r>
        <w:rPr>
          <w:rFonts w:ascii="Arial" w:hAnsi="Arial"/>
          <w:b/>
          <w:sz w:val="22"/>
        </w:rPr>
        <w:t xml:space="preserve">Alice  </w:t>
      </w:r>
      <w:r>
        <w:rPr>
          <w:rFonts w:ascii="Arial" w:hAnsi="Arial"/>
          <w:color w:val="5D7284"/>
          <w:sz w:val="22"/>
        </w:rPr>
        <w:t>33:07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33:18</w:t>
      </w:r>
    </w:p>
    <w:p>
      <w:pPr>
        <w:spacing w:after="0"/>
      </w:pPr>
      <w:r>
        <w:rPr>
          <w:rFonts w:ascii="Arial" w:hAnsi="Arial"/>
          <w:sz w:val="22"/>
        </w:rPr>
        <w:t xml:space="preserve">Do you feel like, though, like, not, not a spoiler for all of our fabled stuff. But do you feel like we have the same conversation every time? </w:t>
      </w:r>
    </w:p>
    <w:p>
      <w:pPr>
        <w:spacing w:after="0"/>
      </w:pPr>
    </w:p>
    <w:p>
      <w:pPr>
        <w:spacing w:after="0"/>
      </w:pPr>
      <w:r>
        <w:rPr>
          <w:rFonts w:ascii="Arial" w:hAnsi="Arial"/>
          <w:b/>
          <w:sz w:val="22"/>
        </w:rPr>
        <w:t xml:space="preserve">Alice  </w:t>
      </w:r>
      <w:r>
        <w:rPr>
          <w:rFonts w:ascii="Arial" w:hAnsi="Arial"/>
          <w:color w:val="5D7284"/>
          <w:sz w:val="22"/>
        </w:rPr>
        <w:t>33:26</w:t>
      </w:r>
    </w:p>
    <w:p>
      <w:pPr>
        <w:spacing w:after="0"/>
      </w:pPr>
      <w:r>
        <w:rPr>
          <w:rFonts w:ascii="Arial" w:hAnsi="Arial"/>
          <w:sz w:val="22"/>
        </w:rPr>
        <w:t>Just like, about different movie? Like,</w:t>
      </w:r>
    </w:p>
    <w:p>
      <w:pPr>
        <w:spacing w:after="0"/>
      </w:pPr>
    </w:p>
    <w:p>
      <w:pPr>
        <w:spacing w:after="0"/>
      </w:pPr>
      <w:r>
        <w:rPr>
          <w:rFonts w:ascii="Arial" w:hAnsi="Arial"/>
          <w:b/>
          <w:sz w:val="22"/>
        </w:rPr>
        <w:t xml:space="preserve">Lucy  </w:t>
      </w:r>
      <w:r>
        <w:rPr>
          <w:rFonts w:ascii="Arial" w:hAnsi="Arial"/>
          <w:color w:val="5D7284"/>
          <w:sz w:val="22"/>
        </w:rPr>
        <w:t>33:26</w:t>
      </w:r>
    </w:p>
    <w:p>
      <w:pPr>
        <w:spacing w:after="0"/>
      </w:pPr>
      <w:r>
        <w:rPr>
          <w:rFonts w:ascii="Arial" w:hAnsi="Arial"/>
          <w:sz w:val="22"/>
        </w:rPr>
        <w:t>[laughs] Probably yeah</w:t>
      </w:r>
    </w:p>
    <w:p>
      <w:pPr>
        <w:spacing w:after="0"/>
      </w:pPr>
    </w:p>
    <w:p>
      <w:pPr>
        <w:spacing w:after="0"/>
      </w:pPr>
      <w:r>
        <w:rPr>
          <w:rFonts w:ascii="Arial" w:hAnsi="Arial"/>
          <w:b/>
          <w:sz w:val="22"/>
        </w:rPr>
        <w:t xml:space="preserve">Lucy  </w:t>
      </w:r>
      <w:r>
        <w:rPr>
          <w:rFonts w:ascii="Arial" w:hAnsi="Arial"/>
          <w:color w:val="5D7284"/>
          <w:sz w:val="22"/>
        </w:rPr>
        <w:t>33:27</w:t>
      </w:r>
    </w:p>
    <w:p>
      <w:pPr>
        <w:spacing w:after="0"/>
      </w:pPr>
      <w:r>
        <w:rPr>
          <w:rFonts w:ascii="Arial" w:hAnsi="Arial"/>
          <w:sz w:val="22"/>
        </w:rPr>
        <w:t xml:space="preserve">Yeah, yeah, yeah, it's a different disability, but the themes are still the same. </w:t>
      </w:r>
    </w:p>
    <w:p>
      <w:pPr>
        <w:spacing w:after="0"/>
      </w:pPr>
    </w:p>
    <w:p>
      <w:pPr>
        <w:spacing w:after="0"/>
      </w:pPr>
      <w:r>
        <w:rPr>
          <w:rFonts w:ascii="Arial" w:hAnsi="Arial"/>
          <w:b/>
          <w:sz w:val="22"/>
        </w:rPr>
        <w:t xml:space="preserve">Alice  </w:t>
      </w:r>
      <w:r>
        <w:rPr>
          <w:rFonts w:ascii="Arial" w:hAnsi="Arial"/>
          <w:color w:val="5D7284"/>
          <w:sz w:val="22"/>
        </w:rPr>
        <w:t>33:32</w:t>
      </w:r>
    </w:p>
    <w:p>
      <w:pPr>
        <w:spacing w:after="0"/>
      </w:pPr>
      <w:r>
        <w:rPr>
          <w:rFonts w:ascii="Arial" w:hAnsi="Arial"/>
          <w:sz w:val="22"/>
        </w:rPr>
        <w:t xml:space="preserve">Yeah, you know, we've, like, Jane Eyre from 18 something, and then, like, we talked about the quiet place last year, and like, obviously, we've just talked about a different man, like much more recent movies, and, you know, a quiet place we had a lot more time for because, I mean, the big difference is it, it, there's a disabled actor playing a disabled person. </w:t>
      </w:r>
    </w:p>
    <w:p>
      <w:pPr>
        <w:spacing w:after="0"/>
      </w:pPr>
    </w:p>
    <w:p>
      <w:pPr>
        <w:spacing w:after="0"/>
      </w:pPr>
      <w:r>
        <w:rPr>
          <w:rFonts w:ascii="Arial" w:hAnsi="Arial"/>
          <w:b/>
          <w:sz w:val="22"/>
        </w:rPr>
        <w:t xml:space="preserve">Lucy  </w:t>
      </w:r>
      <w:r>
        <w:rPr>
          <w:rFonts w:ascii="Arial" w:hAnsi="Arial"/>
          <w:color w:val="5D7284"/>
          <w:sz w:val="22"/>
        </w:rPr>
        <w:t>33:54</w:t>
      </w:r>
    </w:p>
    <w:p>
      <w:pPr>
        <w:spacing w:after="0"/>
      </w:pPr>
      <w:r>
        <w:rPr>
          <w:rFonts w:ascii="Arial" w:hAnsi="Arial"/>
          <w:sz w:val="22"/>
        </w:rPr>
        <w:t xml:space="preserve">I mean, If the world does get taken over by aliens and we have to be quiet for the rest of our lives, </w:t>
      </w:r>
    </w:p>
    <w:p>
      <w:pPr>
        <w:spacing w:after="0"/>
      </w:pPr>
    </w:p>
    <w:p>
      <w:pPr>
        <w:spacing w:after="0"/>
      </w:pPr>
      <w:r>
        <w:rPr>
          <w:rFonts w:ascii="Arial" w:hAnsi="Arial"/>
          <w:b/>
          <w:sz w:val="22"/>
        </w:rPr>
        <w:t xml:space="preserve">Alice  </w:t>
      </w:r>
      <w:r>
        <w:rPr>
          <w:rFonts w:ascii="Arial" w:hAnsi="Arial"/>
          <w:color w:val="5D7284"/>
          <w:sz w:val="22"/>
        </w:rPr>
        <w:t>33:59</w:t>
      </w:r>
    </w:p>
    <w:p>
      <w:pPr>
        <w:spacing w:after="0"/>
      </w:pPr>
      <w:r>
        <w:rPr>
          <w:rFonts w:ascii="Arial" w:hAnsi="Arial"/>
          <w:sz w:val="22"/>
        </w:rPr>
        <w:t>Oh, yeah, we've got no chance [laughs]</w:t>
      </w:r>
    </w:p>
    <w:p>
      <w:pPr>
        <w:spacing w:after="0"/>
      </w:pPr>
    </w:p>
    <w:p>
      <w:pPr>
        <w:spacing w:after="0"/>
      </w:pPr>
      <w:r>
        <w:rPr>
          <w:rFonts w:ascii="Arial" w:hAnsi="Arial"/>
          <w:b/>
          <w:sz w:val="22"/>
        </w:rPr>
        <w:t xml:space="preserve">Lucy  </w:t>
      </w:r>
      <w:r>
        <w:rPr>
          <w:rFonts w:ascii="Arial" w:hAnsi="Arial"/>
          <w:color w:val="5D7284"/>
          <w:sz w:val="22"/>
        </w:rPr>
        <w:t>34:00</w:t>
      </w:r>
    </w:p>
    <w:p>
      <w:pPr>
        <w:spacing w:after="0"/>
      </w:pPr>
      <w:r>
        <w:rPr>
          <w:rFonts w:ascii="Arial" w:hAnsi="Arial"/>
          <w:sz w:val="22"/>
        </w:rPr>
        <w:t xml:space="preserve">No, no, no. Bye bye! Yeah, errm, but it, yeah, it's um, it does get tiring to, sort of like, look at films and still see the same sort of tropes over </w:t>
      </w:r>
    </w:p>
    <w:p>
      <w:pPr>
        <w:spacing w:after="0"/>
      </w:pPr>
    </w:p>
    <w:p>
      <w:pPr>
        <w:spacing w:after="0"/>
      </w:pPr>
      <w:r>
        <w:rPr>
          <w:rFonts w:ascii="Arial" w:hAnsi="Arial"/>
          <w:b/>
          <w:sz w:val="22"/>
        </w:rPr>
        <w:t xml:space="preserve">Alice  </w:t>
      </w:r>
      <w:r>
        <w:rPr>
          <w:rFonts w:ascii="Arial" w:hAnsi="Arial"/>
          <w:color w:val="5D7284"/>
          <w:sz w:val="22"/>
        </w:rPr>
        <w:t>34:01</w:t>
      </w:r>
    </w:p>
    <w:p>
      <w:pPr>
        <w:spacing w:after="0"/>
      </w:pPr>
      <w:r>
        <w:rPr>
          <w:rFonts w:ascii="Arial" w:hAnsi="Arial"/>
          <w:sz w:val="22"/>
        </w:rPr>
        <w:t>Mmmm</w:t>
      </w:r>
    </w:p>
    <w:p>
      <w:pPr>
        <w:spacing w:after="0"/>
      </w:pPr>
    </w:p>
    <w:p>
      <w:pPr>
        <w:spacing w:after="0"/>
      </w:pPr>
      <w:r>
        <w:rPr>
          <w:rFonts w:ascii="Arial" w:hAnsi="Arial"/>
          <w:b/>
          <w:sz w:val="22"/>
        </w:rPr>
        <w:t xml:space="preserve">Lucy  </w:t>
      </w:r>
      <w:r>
        <w:rPr>
          <w:rFonts w:ascii="Arial" w:hAnsi="Arial"/>
          <w:color w:val="5D7284"/>
          <w:sz w:val="22"/>
        </w:rPr>
        <w:t>34:08</w:t>
      </w:r>
    </w:p>
    <w:p>
      <w:pPr>
        <w:spacing w:after="0"/>
      </w:pPr>
      <w:r>
        <w:rPr>
          <w:rFonts w:ascii="Arial" w:hAnsi="Arial"/>
          <w:sz w:val="22"/>
        </w:rPr>
        <w:t xml:space="preserve">And when you realize, when you when somebody tells you that the stories aren't changing, you know, the narratives aren't changing. You go, oh, yeah, yeah, you know, now you mention it and then you m-  you see it every single time. </w:t>
      </w:r>
    </w:p>
    <w:p>
      <w:pPr>
        <w:spacing w:after="0"/>
      </w:pPr>
    </w:p>
    <w:p>
      <w:pPr>
        <w:spacing w:after="0"/>
      </w:pPr>
      <w:r>
        <w:rPr>
          <w:rFonts w:ascii="Arial" w:hAnsi="Arial"/>
          <w:b/>
          <w:sz w:val="22"/>
        </w:rPr>
        <w:t xml:space="preserve">Alice  </w:t>
      </w:r>
      <w:r>
        <w:rPr>
          <w:rFonts w:ascii="Arial" w:hAnsi="Arial"/>
          <w:color w:val="5D7284"/>
          <w:sz w:val="22"/>
        </w:rPr>
        <w:t>34:27</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34:27</w:t>
      </w:r>
    </w:p>
    <w:p>
      <w:pPr>
        <w:spacing w:after="0"/>
      </w:pPr>
      <w:r>
        <w:rPr>
          <w:rFonts w:ascii="Arial" w:hAnsi="Arial"/>
          <w:sz w:val="22"/>
        </w:rPr>
        <w:t>Doesn't matter what feel it is. You're like, Oh, you're gonna make us feel sorry for them, aren't you? You're gonna make us feel like...</w:t>
      </w:r>
    </w:p>
    <w:p>
      <w:pPr>
        <w:spacing w:after="0"/>
      </w:pPr>
    </w:p>
    <w:p>
      <w:pPr>
        <w:spacing w:after="0"/>
      </w:pPr>
      <w:r>
        <w:rPr>
          <w:rFonts w:ascii="Arial" w:hAnsi="Arial"/>
          <w:b/>
          <w:sz w:val="22"/>
        </w:rPr>
        <w:t xml:space="preserve">Alice  </w:t>
      </w:r>
      <w:r>
        <w:rPr>
          <w:rFonts w:ascii="Arial" w:hAnsi="Arial"/>
          <w:color w:val="5D7284"/>
          <w:sz w:val="22"/>
        </w:rPr>
        <w:t>34:32</w:t>
      </w:r>
    </w:p>
    <w:p>
      <w:pPr>
        <w:spacing w:after="0"/>
      </w:pPr>
      <w:r>
        <w:rPr>
          <w:rFonts w:ascii="Arial" w:hAnsi="Arial"/>
          <w:sz w:val="22"/>
        </w:rPr>
        <w:t>Or you're gonna see this per- this person is really angry and bitter because they're disabled. Hey, you know what they need? They need a cure.</w:t>
      </w:r>
    </w:p>
    <w:p>
      <w:pPr>
        <w:spacing w:after="0"/>
      </w:pPr>
    </w:p>
    <w:p>
      <w:pPr>
        <w:spacing w:after="0"/>
      </w:pPr>
      <w:r>
        <w:rPr>
          <w:rFonts w:ascii="Arial" w:hAnsi="Arial"/>
          <w:b/>
          <w:sz w:val="22"/>
        </w:rPr>
        <w:t xml:space="preserve">Lucy  </w:t>
      </w:r>
      <w:r>
        <w:rPr>
          <w:rFonts w:ascii="Arial" w:hAnsi="Arial"/>
          <w:color w:val="5D7284"/>
          <w:sz w:val="22"/>
        </w:rPr>
        <w:t>34:38</w:t>
      </w:r>
    </w:p>
    <w:p>
      <w:pPr>
        <w:spacing w:after="0"/>
      </w:pPr>
      <w:r>
        <w:rPr>
          <w:rFonts w:ascii="Arial" w:hAnsi="Arial"/>
          <w:sz w:val="22"/>
        </w:rPr>
        <w:t>Yeah, let's make them better. That'll make them better</w:t>
      </w:r>
    </w:p>
    <w:p>
      <w:pPr>
        <w:spacing w:after="0"/>
      </w:pPr>
    </w:p>
    <w:p>
      <w:pPr>
        <w:spacing w:after="0"/>
      </w:pPr>
      <w:r>
        <w:rPr>
          <w:rFonts w:ascii="Arial" w:hAnsi="Arial"/>
          <w:b/>
          <w:sz w:val="22"/>
        </w:rPr>
        <w:t xml:space="preserve">Alice  </w:t>
      </w:r>
      <w:r>
        <w:rPr>
          <w:rFonts w:ascii="Arial" w:hAnsi="Arial"/>
          <w:color w:val="5D7284"/>
          <w:sz w:val="22"/>
        </w:rPr>
        <w:t>34:41</w:t>
      </w:r>
    </w:p>
    <w:p>
      <w:pPr>
        <w:spacing w:after="0"/>
      </w:pPr>
      <w:r>
        <w:rPr>
          <w:rFonts w:ascii="Arial" w:hAnsi="Arial"/>
          <w:sz w:val="22"/>
        </w:rPr>
        <w:t xml:space="preserve">Like, the I had high hopes for a different man, because I did think at the beginning like seeing how he was treated socially. Like, yes, that those are the conversations we should be having. We should be talking about the fact that people stare at us on the train and that people ask, like the bit where his landlord asks. Him to feel a lump he thinks he's got on his neck because - </w:t>
      </w:r>
    </w:p>
    <w:p>
      <w:pPr>
        <w:spacing w:after="0"/>
      </w:pPr>
    </w:p>
    <w:p>
      <w:pPr>
        <w:spacing w:after="0"/>
      </w:pPr>
      <w:r>
        <w:rPr>
          <w:rFonts w:ascii="Arial" w:hAnsi="Arial"/>
          <w:b/>
          <w:sz w:val="22"/>
        </w:rPr>
        <w:t xml:space="preserve">Lucy  </w:t>
      </w:r>
      <w:r>
        <w:rPr>
          <w:rFonts w:ascii="Arial" w:hAnsi="Arial"/>
          <w:color w:val="5D7284"/>
          <w:sz w:val="22"/>
        </w:rPr>
        <w:t>35:03</w:t>
      </w:r>
    </w:p>
    <w:p>
      <w:pPr>
        <w:spacing w:after="0"/>
      </w:pPr>
      <w:r>
        <w:rPr>
          <w:rFonts w:ascii="Arial" w:hAnsi="Arial"/>
          <w:sz w:val="22"/>
        </w:rPr>
        <w:t>Oh yeah. I forgot about that bit.</w:t>
      </w:r>
    </w:p>
    <w:p>
      <w:pPr>
        <w:spacing w:after="0"/>
      </w:pPr>
    </w:p>
    <w:p>
      <w:pPr>
        <w:spacing w:after="0"/>
      </w:pPr>
      <w:r>
        <w:rPr>
          <w:rFonts w:ascii="Arial" w:hAnsi="Arial"/>
          <w:b/>
          <w:sz w:val="22"/>
        </w:rPr>
        <w:t xml:space="preserve">Alice  </w:t>
      </w:r>
      <w:r>
        <w:rPr>
          <w:rFonts w:ascii="Arial" w:hAnsi="Arial"/>
          <w:color w:val="5D7284"/>
          <w:sz w:val="22"/>
        </w:rPr>
        <w:t>35:04</w:t>
      </w:r>
    </w:p>
    <w:p>
      <w:pPr>
        <w:spacing w:after="0"/>
      </w:pPr>
      <w:r>
        <w:rPr>
          <w:rFonts w:ascii="Arial" w:hAnsi="Arial"/>
          <w:sz w:val="22"/>
        </w:rPr>
        <w:t>the guy's disabled, so he must. He's obviously got some, like, extra medical insight because of his disability. It's just it, like, don't, that's what we should be talking about</w:t>
      </w:r>
    </w:p>
    <w:p>
      <w:pPr>
        <w:spacing w:after="0"/>
      </w:pPr>
    </w:p>
    <w:p>
      <w:pPr>
        <w:spacing w:after="0"/>
      </w:pPr>
      <w:r>
        <w:rPr>
          <w:rFonts w:ascii="Arial" w:hAnsi="Arial"/>
          <w:b/>
          <w:sz w:val="22"/>
        </w:rPr>
        <w:t xml:space="preserve">Lucy  </w:t>
      </w:r>
      <w:r>
        <w:rPr>
          <w:rFonts w:ascii="Arial" w:hAnsi="Arial"/>
          <w:color w:val="5D7284"/>
          <w:sz w:val="22"/>
        </w:rPr>
        <w:t>35:15</w:t>
      </w:r>
    </w:p>
    <w:p>
      <w:pPr>
        <w:spacing w:after="0"/>
      </w:pPr>
      <w:r>
        <w:rPr>
          <w:rFonts w:ascii="Arial" w:hAnsi="Arial"/>
          <w:sz w:val="22"/>
        </w:rPr>
        <w:t xml:space="preserve">that's like me asking you, can you just have a look at my eye and just see, like, is this normal? </w:t>
      </w:r>
    </w:p>
    <w:p>
      <w:pPr>
        <w:spacing w:after="0"/>
      </w:pPr>
    </w:p>
    <w:p>
      <w:pPr>
        <w:spacing w:after="0"/>
      </w:pPr>
      <w:r>
        <w:rPr>
          <w:rFonts w:ascii="Arial" w:hAnsi="Arial"/>
          <w:b/>
          <w:sz w:val="22"/>
        </w:rPr>
        <w:t xml:space="preserve">Alice  </w:t>
      </w:r>
      <w:r>
        <w:rPr>
          <w:rFonts w:ascii="Arial" w:hAnsi="Arial"/>
          <w:color w:val="5D7284"/>
          <w:sz w:val="22"/>
        </w:rPr>
        <w:t>35:20</w:t>
      </w:r>
    </w:p>
    <w:p>
      <w:pPr>
        <w:spacing w:after="0"/>
      </w:pPr>
      <w:r>
        <w:rPr>
          <w:rFonts w:ascii="Arial" w:hAnsi="Arial"/>
          <w:sz w:val="22"/>
        </w:rPr>
        <w:t xml:space="preserve">Yeah, yeah. That's exactly the same principle. And that happens to us, that absolutely - </w:t>
      </w:r>
    </w:p>
    <w:p>
      <w:pPr>
        <w:spacing w:after="0"/>
      </w:pPr>
    </w:p>
    <w:p>
      <w:pPr>
        <w:spacing w:after="0"/>
      </w:pPr>
      <w:r>
        <w:rPr>
          <w:rFonts w:ascii="Arial" w:hAnsi="Arial"/>
          <w:b/>
          <w:sz w:val="22"/>
        </w:rPr>
        <w:t xml:space="preserve">Lucy  </w:t>
      </w:r>
      <w:r>
        <w:rPr>
          <w:rFonts w:ascii="Arial" w:hAnsi="Arial"/>
          <w:color w:val="5D7284"/>
          <w:sz w:val="22"/>
        </w:rPr>
        <w:t>35:24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35:25</w:t>
      </w:r>
    </w:p>
    <w:p>
      <w:pPr>
        <w:spacing w:after="0"/>
      </w:pPr>
      <w:r>
        <w:rPr>
          <w:rFonts w:ascii="Arial" w:hAnsi="Arial"/>
          <w:sz w:val="22"/>
        </w:rPr>
        <w:t xml:space="preserve">Happens to, you know, talk to somebody who's neurodiverse, and people be like, Oh, well, you know, when I'm stressed out, I get really like, you know, I can feel really overwhelmed. </w:t>
      </w:r>
    </w:p>
    <w:p>
      <w:pPr>
        <w:spacing w:after="0"/>
      </w:pPr>
    </w:p>
    <w:p>
      <w:pPr>
        <w:spacing w:after="0"/>
      </w:pPr>
      <w:r>
        <w:rPr>
          <w:rFonts w:ascii="Arial" w:hAnsi="Arial"/>
          <w:b/>
          <w:sz w:val="22"/>
        </w:rPr>
        <w:t xml:space="preserve">Lucy  </w:t>
      </w:r>
      <w:r>
        <w:rPr>
          <w:rFonts w:ascii="Arial" w:hAnsi="Arial"/>
          <w:color w:val="5D7284"/>
          <w:sz w:val="22"/>
        </w:rPr>
        <w:t>35:35</w:t>
      </w:r>
    </w:p>
    <w:p>
      <w:pPr>
        <w:spacing w:after="0"/>
      </w:pPr>
      <w:r>
        <w:rPr>
          <w:rFonts w:ascii="Arial" w:hAnsi="Arial"/>
          <w:sz w:val="22"/>
        </w:rPr>
        <w:t xml:space="preserve">I get migranes. </w:t>
      </w:r>
    </w:p>
    <w:p>
      <w:pPr>
        <w:spacing w:after="0"/>
      </w:pPr>
    </w:p>
    <w:p>
      <w:pPr>
        <w:spacing w:after="0"/>
      </w:pPr>
      <w:r>
        <w:rPr>
          <w:rFonts w:ascii="Arial" w:hAnsi="Arial"/>
          <w:b/>
          <w:sz w:val="22"/>
        </w:rPr>
        <w:t xml:space="preserve">Alice  </w:t>
      </w:r>
      <w:r>
        <w:rPr>
          <w:rFonts w:ascii="Arial" w:hAnsi="Arial"/>
          <w:color w:val="5D7284"/>
          <w:sz w:val="22"/>
        </w:rPr>
        <w:t>35:35</w:t>
      </w:r>
    </w:p>
    <w:p>
      <w:pPr>
        <w:spacing w:after="0"/>
      </w:pPr>
      <w:r>
        <w:rPr>
          <w:rFonts w:ascii="Arial" w:hAnsi="Arial"/>
          <w:sz w:val="22"/>
        </w:rPr>
        <w:t xml:space="preserve">No. Get in the sea.  No, it's a it's those are the conversations we should be having. Why are we still going hey, look, look, look over there. </w:t>
      </w:r>
    </w:p>
    <w:p>
      <w:pPr>
        <w:spacing w:after="0"/>
      </w:pPr>
    </w:p>
    <w:p>
      <w:pPr>
        <w:spacing w:after="0"/>
      </w:pPr>
      <w:r>
        <w:rPr>
          <w:rFonts w:ascii="Arial" w:hAnsi="Arial"/>
          <w:b/>
          <w:sz w:val="22"/>
        </w:rPr>
        <w:t xml:space="preserve">Alice  </w:t>
      </w:r>
      <w:r>
        <w:rPr>
          <w:rFonts w:ascii="Arial" w:hAnsi="Arial"/>
          <w:color w:val="5D7284"/>
          <w:sz w:val="22"/>
        </w:rPr>
        <w:t>35:46</w:t>
      </w:r>
    </w:p>
    <w:p>
      <w:pPr>
        <w:spacing w:after="0"/>
      </w:pPr>
      <w:r>
        <w:rPr>
          <w:rFonts w:ascii="Arial" w:hAnsi="Arial"/>
          <w:sz w:val="22"/>
        </w:rPr>
        <w:t>Look at that man. Look at him. Look at him. Look, look!</w:t>
      </w:r>
    </w:p>
    <w:p>
      <w:pPr>
        <w:spacing w:after="0"/>
      </w:pPr>
    </w:p>
    <w:p>
      <w:pPr>
        <w:spacing w:after="0"/>
      </w:pPr>
      <w:r>
        <w:rPr>
          <w:rFonts w:ascii="Arial" w:hAnsi="Arial"/>
          <w:b/>
          <w:sz w:val="22"/>
        </w:rPr>
        <w:t xml:space="preserve">Alice  </w:t>
      </w:r>
      <w:r>
        <w:rPr>
          <w:rFonts w:ascii="Arial" w:hAnsi="Arial"/>
          <w:color w:val="5D7284"/>
          <w:sz w:val="22"/>
        </w:rPr>
        <w:t>35:48</w:t>
      </w:r>
    </w:p>
    <w:p>
      <w:pPr>
        <w:spacing w:after="0"/>
      </w:pPr>
      <w:r>
        <w:rPr>
          <w:rFonts w:ascii="Arial" w:hAnsi="Arial"/>
          <w:sz w:val="22"/>
        </w:rPr>
        <w:t>Yeah. it's boring. And we defintely shouldn't be giving them awards. Umm.</w:t>
      </w:r>
    </w:p>
    <w:p>
      <w:pPr>
        <w:spacing w:after="0"/>
      </w:pPr>
    </w:p>
    <w:p>
      <w:pPr>
        <w:spacing w:after="0"/>
      </w:pPr>
      <w:r>
        <w:rPr>
          <w:rFonts w:ascii="Arial" w:hAnsi="Arial"/>
          <w:b/>
          <w:sz w:val="22"/>
        </w:rPr>
        <w:t xml:space="preserve">Lucy  </w:t>
      </w:r>
      <w:r>
        <w:rPr>
          <w:rFonts w:ascii="Arial" w:hAnsi="Arial"/>
          <w:color w:val="5D7284"/>
          <w:sz w:val="22"/>
        </w:rPr>
        <w:t>35:54</w:t>
      </w:r>
    </w:p>
    <w:p>
      <w:pPr>
        <w:spacing w:after="0"/>
      </w:pPr>
      <w:r>
        <w:rPr>
          <w:rFonts w:ascii="Arial" w:hAnsi="Arial"/>
          <w:sz w:val="22"/>
        </w:rPr>
        <w:t>No. And I had high hopes, because I actually saw Sebastian Stan's speech before I watched a different man. I was like, Oh, this is gonna be really positive, and then I was like, ohhh...</w:t>
      </w:r>
    </w:p>
    <w:p>
      <w:pPr>
        <w:spacing w:after="0"/>
      </w:pPr>
    </w:p>
    <w:p>
      <w:pPr>
        <w:spacing w:after="0"/>
      </w:pPr>
      <w:r>
        <w:rPr>
          <w:rFonts w:ascii="Arial" w:hAnsi="Arial"/>
          <w:b/>
          <w:sz w:val="22"/>
        </w:rPr>
        <w:t xml:space="preserve">Alice  </w:t>
      </w:r>
      <w:r>
        <w:rPr>
          <w:rFonts w:ascii="Arial" w:hAnsi="Arial"/>
          <w:color w:val="5D7284"/>
          <w:sz w:val="22"/>
        </w:rPr>
        <w:t>36:03</w:t>
      </w:r>
    </w:p>
    <w:p>
      <w:pPr>
        <w:spacing w:after="0"/>
      </w:pPr>
      <w:r>
        <w:rPr>
          <w:rFonts w:ascii="Arial" w:hAnsi="Arial"/>
          <w:sz w:val="22"/>
        </w:rPr>
        <w:t>And knowing that Adam Pearson's in it like that, and that it's made by somebody who has that lived experience, I honestly, I do wonder sometimes whether is it just that we're too embedded in the disability scene, that we're like, No, we all know this. This is oll like, but actually do the. Is that what it's like the mainstream are still out there, tat's what they think?.</w:t>
      </w:r>
    </w:p>
    <w:p>
      <w:pPr>
        <w:spacing w:after="0"/>
      </w:pPr>
    </w:p>
    <w:p>
      <w:pPr>
        <w:spacing w:after="0"/>
      </w:pPr>
      <w:r>
        <w:rPr>
          <w:rFonts w:ascii="Arial" w:hAnsi="Arial"/>
          <w:b/>
          <w:sz w:val="22"/>
        </w:rPr>
        <w:t xml:space="preserve">Lucy  </w:t>
      </w:r>
      <w:r>
        <w:rPr>
          <w:rFonts w:ascii="Arial" w:hAnsi="Arial"/>
          <w:color w:val="5D7284"/>
          <w:sz w:val="22"/>
        </w:rPr>
        <w:t>36:21</w:t>
      </w:r>
    </w:p>
    <w:p>
      <w:pPr>
        <w:spacing w:after="0"/>
      </w:pPr>
      <w:r>
        <w:rPr>
          <w:rFonts w:ascii="Arial" w:hAnsi="Arial"/>
          <w:sz w:val="22"/>
        </w:rPr>
        <w:t>Maybe, it's about, maybe if we think about it, maybe if they did a story about a disabled person who doesn't get cured by disability, it's just really boring. Like, everybody be like, I've just sat through 90 minutes...</w:t>
      </w:r>
    </w:p>
    <w:p>
      <w:pPr>
        <w:spacing w:after="0"/>
      </w:pPr>
    </w:p>
    <w:p>
      <w:pPr>
        <w:spacing w:after="0"/>
      </w:pPr>
      <w:r>
        <w:rPr>
          <w:rFonts w:ascii="Arial" w:hAnsi="Arial"/>
          <w:b/>
          <w:sz w:val="22"/>
        </w:rPr>
        <w:t xml:space="preserve">Alice  </w:t>
      </w:r>
      <w:r>
        <w:rPr>
          <w:rFonts w:ascii="Arial" w:hAnsi="Arial"/>
          <w:color w:val="5D7284"/>
          <w:sz w:val="22"/>
        </w:rPr>
        <w:t>36:33</w:t>
      </w:r>
    </w:p>
    <w:p>
      <w:pPr>
        <w:spacing w:after="0"/>
      </w:pPr>
      <w:r>
        <w:rPr>
          <w:rFonts w:ascii="Arial" w:hAnsi="Arial"/>
          <w:sz w:val="22"/>
        </w:rPr>
        <w:t>[laughs] oh yeah, a movie about me, about how I get up and go to work on a Wednesday and then I pick my kid up from nursery, and then I'm tired and I drink a gin</w:t>
      </w:r>
    </w:p>
    <w:p>
      <w:pPr>
        <w:spacing w:after="0"/>
      </w:pPr>
    </w:p>
    <w:p>
      <w:pPr>
        <w:spacing w:after="0"/>
      </w:pPr>
      <w:r>
        <w:rPr>
          <w:rFonts w:ascii="Arial" w:hAnsi="Arial"/>
          <w:b/>
          <w:sz w:val="22"/>
        </w:rPr>
        <w:t xml:space="preserve">Alice  </w:t>
      </w:r>
      <w:r>
        <w:rPr>
          <w:rFonts w:ascii="Arial" w:hAnsi="Arial"/>
          <w:color w:val="5D7284"/>
          <w:sz w:val="22"/>
        </w:rPr>
        <w:t>36:39</w:t>
      </w:r>
    </w:p>
    <w:p>
      <w:pPr>
        <w:spacing w:after="0"/>
      </w:pPr>
      <w:r>
        <w:rPr>
          <w:rFonts w:ascii="Arial" w:hAnsi="Arial"/>
          <w:sz w:val="22"/>
        </w:rPr>
        <w:t>Like that's not, that's not winning any awards</w:t>
      </w:r>
    </w:p>
    <w:p>
      <w:pPr>
        <w:spacing w:after="0"/>
      </w:pPr>
    </w:p>
    <w:p>
      <w:pPr>
        <w:spacing w:after="0"/>
      </w:pPr>
      <w:r>
        <w:rPr>
          <w:rFonts w:ascii="Arial" w:hAnsi="Arial"/>
          <w:b/>
          <w:sz w:val="22"/>
        </w:rPr>
        <w:t xml:space="preserve">Lucy  </w:t>
      </w:r>
      <w:r>
        <w:rPr>
          <w:rFonts w:ascii="Arial" w:hAnsi="Arial"/>
          <w:color w:val="5D7284"/>
          <w:sz w:val="22"/>
        </w:rPr>
        <w:t>36:41</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36:44</w:t>
      </w:r>
    </w:p>
    <w:p>
      <w:pPr>
        <w:spacing w:after="0"/>
      </w:pPr>
      <w:r>
        <w:rPr>
          <w:rFonts w:ascii="Arial" w:hAnsi="Arial"/>
          <w:sz w:val="22"/>
        </w:rPr>
        <w:t xml:space="preserve">No, it's probably not gonna even make a TikTock, if I'm honest. </w:t>
      </w:r>
    </w:p>
    <w:p>
      <w:pPr>
        <w:spacing w:after="0"/>
      </w:pPr>
    </w:p>
    <w:p>
      <w:pPr>
        <w:spacing w:after="0"/>
      </w:pPr>
      <w:r>
        <w:rPr>
          <w:rFonts w:ascii="Arial" w:hAnsi="Arial"/>
          <w:b/>
          <w:sz w:val="22"/>
        </w:rPr>
        <w:t xml:space="preserve">Alice  </w:t>
      </w:r>
      <w:r>
        <w:rPr>
          <w:rFonts w:ascii="Arial" w:hAnsi="Arial"/>
          <w:color w:val="5D7284"/>
          <w:sz w:val="22"/>
        </w:rPr>
        <w:t>36:47</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36:48</w:t>
      </w:r>
    </w:p>
    <w:p>
      <w:pPr>
        <w:spacing w:after="0"/>
      </w:pPr>
      <w:r>
        <w:rPr>
          <w:rFonts w:ascii="Arial" w:hAnsi="Arial"/>
          <w:sz w:val="22"/>
        </w:rPr>
        <w:t>Do you know what I mean? It's, um, it does make you wonder. So yeah, I'd be really interested to hear everybody else's thoughts.</w:t>
      </w:r>
    </w:p>
    <w:p>
      <w:pPr>
        <w:spacing w:after="0"/>
      </w:pPr>
    </w:p>
    <w:p>
      <w:pPr>
        <w:spacing w:after="0"/>
      </w:pPr>
      <w:r>
        <w:rPr>
          <w:rFonts w:ascii="Arial" w:hAnsi="Arial"/>
          <w:b/>
          <w:sz w:val="22"/>
        </w:rPr>
        <w:t xml:space="preserve">Alice  </w:t>
      </w:r>
      <w:r>
        <w:rPr>
          <w:rFonts w:ascii="Arial" w:hAnsi="Arial"/>
          <w:color w:val="5D7284"/>
          <w:sz w:val="22"/>
        </w:rPr>
        <w:t>36:55</w:t>
      </w:r>
    </w:p>
    <w:p>
      <w:pPr>
        <w:spacing w:after="0"/>
      </w:pPr>
      <w:r>
        <w:rPr>
          <w:rFonts w:ascii="Arial" w:hAnsi="Arial"/>
          <w:sz w:val="22"/>
        </w:rPr>
        <w:t xml:space="preserve">Yeah, I would, yeah. </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 xml:space="preserve">What you think? You can send an email to the podcast. We are going to be doing a history lesson in our next series of the podcast. We do series every, every so often, </w:t>
      </w:r>
    </w:p>
    <w:p>
      <w:pPr>
        <w:spacing w:after="0"/>
      </w:pPr>
    </w:p>
    <w:p>
      <w:pPr>
        <w:spacing w:after="0"/>
      </w:pPr>
      <w:r>
        <w:rPr>
          <w:rFonts w:ascii="Arial" w:hAnsi="Arial"/>
          <w:b/>
          <w:sz w:val="22"/>
        </w:rPr>
        <w:t xml:space="preserve">Alice  </w:t>
      </w:r>
      <w:r>
        <w:rPr>
          <w:rFonts w:ascii="Arial" w:hAnsi="Arial"/>
          <w:color w:val="5D7284"/>
          <w:sz w:val="22"/>
        </w:rPr>
        <w:t>37:07</w:t>
      </w:r>
    </w:p>
    <w:p>
      <w:pPr>
        <w:spacing w:after="0"/>
      </w:pPr>
      <w:r>
        <w:rPr>
          <w:rFonts w:ascii="Arial" w:hAnsi="Arial"/>
          <w:sz w:val="22"/>
        </w:rPr>
        <w:t>We - yeah [chuckles]</w:t>
      </w:r>
    </w:p>
    <w:p>
      <w:pPr>
        <w:spacing w:after="0"/>
      </w:pPr>
    </w:p>
    <w:p>
      <w:pPr>
        <w:spacing w:after="0"/>
      </w:pPr>
      <w:r>
        <w:rPr>
          <w:rFonts w:ascii="Arial" w:hAnsi="Arial"/>
          <w:b/>
          <w:sz w:val="22"/>
        </w:rPr>
        <w:t xml:space="preserve">Lucy  </w:t>
      </w:r>
      <w:r>
        <w:rPr>
          <w:rFonts w:ascii="Arial" w:hAnsi="Arial"/>
          <w:color w:val="5D7284"/>
          <w:sz w:val="22"/>
        </w:rPr>
        <w:t>37:07</w:t>
      </w:r>
    </w:p>
    <w:p>
      <w:pPr>
        <w:spacing w:after="0"/>
      </w:pPr>
      <w:r>
        <w:rPr>
          <w:rFonts w:ascii="Arial" w:hAnsi="Arial"/>
          <w:sz w:val="22"/>
        </w:rPr>
        <w:t>and we'll do a history lesson about Joseph Merrick in His entirety. So if you would like to listen to that, or contribute your thoughts to an elephant man or any film like the different man that we discussed today,</w:t>
      </w:r>
    </w:p>
    <w:p>
      <w:pPr>
        <w:spacing w:after="0"/>
      </w:pPr>
    </w:p>
    <w:p>
      <w:pPr>
        <w:spacing w:after="0"/>
      </w:pPr>
      <w:r>
        <w:rPr>
          <w:rFonts w:ascii="Arial" w:hAnsi="Arial"/>
          <w:b/>
          <w:sz w:val="22"/>
        </w:rPr>
        <w:t xml:space="preserve">Alice  </w:t>
      </w:r>
      <w:r>
        <w:rPr>
          <w:rFonts w:ascii="Arial" w:hAnsi="Arial"/>
          <w:color w:val="5D7284"/>
          <w:sz w:val="22"/>
        </w:rPr>
        <w:t>37:20</w:t>
      </w:r>
    </w:p>
    <w:p>
      <w:pPr>
        <w:spacing w:after="0"/>
      </w:pPr>
      <w:r>
        <w:rPr>
          <w:rFonts w:ascii="Arial" w:hAnsi="Arial"/>
          <w:sz w:val="22"/>
        </w:rPr>
        <w:t xml:space="preserve">yeah, we would really like to hear from you. </w:t>
      </w:r>
    </w:p>
    <w:p>
      <w:pPr>
        <w:spacing w:after="0"/>
      </w:pPr>
    </w:p>
    <w:p>
      <w:pPr>
        <w:spacing w:after="0"/>
      </w:pPr>
      <w:r>
        <w:rPr>
          <w:rFonts w:ascii="Arial" w:hAnsi="Arial"/>
          <w:b/>
          <w:sz w:val="22"/>
        </w:rPr>
        <w:t xml:space="preserve">Lucy  </w:t>
      </w:r>
      <w:r>
        <w:rPr>
          <w:rFonts w:ascii="Arial" w:hAnsi="Arial"/>
          <w:color w:val="5D7284"/>
          <w:sz w:val="22"/>
        </w:rPr>
        <w:t>37:23</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37:23</w:t>
      </w:r>
    </w:p>
    <w:p>
      <w:pPr>
        <w:spacing w:after="0"/>
      </w:pPr>
      <w:r>
        <w:rPr>
          <w:rFonts w:ascii="Arial" w:hAnsi="Arial"/>
          <w:sz w:val="22"/>
        </w:rPr>
        <w:t>Follow us on socials and stuff.</w:t>
      </w:r>
    </w:p>
    <w:p>
      <w:pPr>
        <w:spacing w:after="0"/>
      </w:pPr>
    </w:p>
    <w:p>
      <w:pPr>
        <w:spacing w:after="0"/>
      </w:pPr>
      <w:r>
        <w:rPr>
          <w:rFonts w:ascii="Arial" w:hAnsi="Arial"/>
          <w:b/>
          <w:sz w:val="22"/>
        </w:rPr>
        <w:t xml:space="preserve">Lucy  </w:t>
      </w:r>
      <w:r>
        <w:rPr>
          <w:rFonts w:ascii="Arial" w:hAnsi="Arial"/>
          <w:color w:val="5D7284"/>
          <w:sz w:val="22"/>
        </w:rPr>
        <w:t>37:24</w:t>
      </w:r>
    </w:p>
    <w:p>
      <w:pPr>
        <w:spacing w:after="0"/>
      </w:pPr>
      <w:r>
        <w:rPr>
          <w:rFonts w:ascii="Arial" w:hAnsi="Arial"/>
          <w:sz w:val="22"/>
        </w:rPr>
        <w:t>Okay, well, I think we've about finished now...</w:t>
      </w:r>
    </w:p>
    <w:p>
      <w:pPr>
        <w:spacing w:after="0"/>
      </w:pPr>
    </w:p>
    <w:p>
      <w:pPr>
        <w:spacing w:after="0"/>
      </w:pPr>
      <w:r>
        <w:rPr>
          <w:rFonts w:ascii="Arial" w:hAnsi="Arial"/>
          <w:b/>
          <w:sz w:val="22"/>
        </w:rPr>
        <w:t xml:space="preserve">Alice  </w:t>
      </w:r>
      <w:r>
        <w:rPr>
          <w:rFonts w:ascii="Arial" w:hAnsi="Arial"/>
          <w:color w:val="5D7284"/>
          <w:sz w:val="22"/>
        </w:rPr>
        <w:t>37:27</w:t>
      </w:r>
    </w:p>
    <w:p>
      <w:pPr>
        <w:spacing w:after="0"/>
      </w:pPr>
      <w:r>
        <w:rPr>
          <w:rFonts w:ascii="Arial" w:hAnsi="Arial"/>
          <w:sz w:val="22"/>
        </w:rPr>
        <w:t>We're done. Yeah, thank you everybody!</w:t>
      </w:r>
    </w:p>
    <w:p>
      <w:pPr>
        <w:spacing w:after="0"/>
      </w:pPr>
    </w:p>
    <w:p>
      <w:pPr>
        <w:spacing w:after="0"/>
      </w:pPr>
      <w:r>
        <w:rPr>
          <w:rFonts w:ascii="Arial" w:hAnsi="Arial"/>
          <w:b/>
          <w:sz w:val="22"/>
        </w:rPr>
        <w:t xml:space="preserve">Lucy  </w:t>
      </w:r>
      <w:r>
        <w:rPr>
          <w:rFonts w:ascii="Arial" w:hAnsi="Arial"/>
          <w:color w:val="5D7284"/>
          <w:sz w:val="22"/>
        </w:rPr>
        <w:t>37:29</w:t>
      </w:r>
    </w:p>
    <w:p>
      <w:pPr>
        <w:spacing w:after="0"/>
      </w:pPr>
      <w:r>
        <w:rPr>
          <w:rFonts w:ascii="Arial" w:hAnsi="Arial"/>
          <w:sz w:val="22"/>
        </w:rPr>
        <w:t xml:space="preserve">Thank you so much for listening. Yes, hope to garner a few listeners to the podcast. </w:t>
      </w:r>
    </w:p>
    <w:p>
      <w:pPr>
        <w:spacing w:after="0"/>
      </w:pPr>
    </w:p>
    <w:p>
      <w:pPr>
        <w:spacing w:after="0"/>
      </w:pPr>
      <w:r>
        <w:rPr>
          <w:rFonts w:ascii="Arial" w:hAnsi="Arial"/>
          <w:b/>
          <w:sz w:val="22"/>
        </w:rPr>
        <w:t xml:space="preserve">Alice  </w:t>
      </w:r>
      <w:r>
        <w:rPr>
          <w:rFonts w:ascii="Arial" w:hAnsi="Arial"/>
          <w:color w:val="5D7284"/>
          <w:sz w:val="22"/>
        </w:rPr>
        <w:t>37:35</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37:35</w:t>
      </w:r>
    </w:p>
    <w:p>
      <w:pPr>
        <w:spacing w:after="0"/>
      </w:pPr>
      <w:r>
        <w:rPr>
          <w:rFonts w:ascii="Arial" w:hAnsi="Arial"/>
          <w:sz w:val="22"/>
        </w:rPr>
        <w:t>Thanks everybody.</w:t>
      </w:r>
    </w:p>
    <w:p>
      <w:pPr>
        <w:spacing w:after="0"/>
      </w:pPr>
    </w:p>
    <w:p>
      <w:pPr>
        <w:spacing w:after="0"/>
      </w:pPr>
      <w:r>
        <w:rPr>
          <w:rFonts w:ascii="Arial" w:hAnsi="Arial"/>
          <w:b/>
          <w:sz w:val="22"/>
        </w:rPr>
        <w:t xml:space="preserve">Alice  </w:t>
      </w:r>
      <w:r>
        <w:rPr>
          <w:rFonts w:ascii="Arial" w:hAnsi="Arial"/>
          <w:color w:val="5D7284"/>
          <w:sz w:val="22"/>
        </w:rPr>
        <w:t>37:35</w:t>
      </w:r>
    </w:p>
    <w:p>
      <w:pPr>
        <w:spacing w:after="0"/>
      </w:pPr>
      <w:r>
        <w:rPr>
          <w:rFonts w:ascii="Arial" w:hAnsi="Arial"/>
          <w:sz w:val="22"/>
        </w:rPr>
        <w:t>Thank you, bye! [laughs]</w:t>
      </w:r>
    </w:p>
    <w:p>
      <w:pPr>
        <w:spacing w:after="0"/>
      </w:pPr>
    </w:p>
    <w:p>
      <w:pPr>
        <w:spacing w:after="0"/>
      </w:pPr>
      <w:r>
        <w:rPr>
          <w:rFonts w:ascii="Arial" w:hAnsi="Arial"/>
          <w:b/>
          <w:sz w:val="22"/>
        </w:rPr>
        <w:t xml:space="preserve">Alice  </w:t>
      </w:r>
      <w:r>
        <w:rPr>
          <w:rFonts w:ascii="Arial" w:hAnsi="Arial"/>
          <w:color w:val="5D7284"/>
          <w:sz w:val="22"/>
        </w:rPr>
        <w:t>37:36</w:t>
      </w:r>
    </w:p>
    <w:p>
      <w:pPr>
        <w:spacing w:after="0"/>
      </w:pPr>
      <w:r>
        <w:rPr>
          <w:rFonts w:ascii="Arial" w:hAnsi="Arial"/>
          <w:sz w:val="22"/>
        </w:rPr>
        <w:t>[dog snoring] Shhh, don't wake Dora. Thanks for listening. To the lABLEd podcast. If you like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37:51</w:t>
      </w:r>
    </w:p>
    <w:p>
      <w:pPr>
        <w:spacing w:after="0"/>
      </w:pPr>
      <w:r>
        <w:rPr>
          <w:rFonts w:ascii="Arial" w:hAnsi="Arial"/>
          <w:sz w:val="22"/>
        </w:rPr>
        <w:t>This episode was edited by Adam Hull. Our music was by Maisie Crunden, and we'd like to thank the rest of the team involved. .</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