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S2 History - Guide Dogs</w:t>
      </w:r>
    </w:p>
    <w:p>
      <w:r>
        <w:rPr>
          <w:rFonts w:ascii="Arial" w:hAnsi="Arial"/>
          <w:color w:val="4F6880"/>
          <w:sz w:val="22"/>
        </w:rPr>
        <w:t>Tue, Nov 04, 2025 1:25PM • 1:30:49</w:t>
      </w:r>
    </w:p>
    <w:p>
      <w:pPr>
        <w:spacing w:before="440" w:after="0"/>
      </w:pPr>
      <w:r>
        <w:rPr>
          <w:rFonts w:ascii="Arial" w:hAnsi="Arial"/>
          <w:b/>
          <w:color w:val="4F6880"/>
          <w:sz w:val="22"/>
        </w:rPr>
        <w:t>SUMMARY KEYWORDS</w:t>
      </w:r>
    </w:p>
    <w:p>
      <w:r>
        <w:rPr>
          <w:rFonts w:ascii="Arial" w:hAnsi="Arial"/>
          <w:color w:val="4F6880"/>
          <w:sz w:val="22"/>
        </w:rPr>
        <w:t>Guide dogs, disability history, assistance dogs, training techniques, emotional support, seizure alert dogs, autism support dogs, miniature horses, dog breeding, mobility training, visual impairment, dog behavior, guide dog association, dog training, animal perception., Guide dogs, Guide horses, Training, Americans with Disabilities Act, Service animals, House training, Miniature horses, Shetland ponies, Clicker training, Assistance dogs, Podcast, Fundraising, Social media, History lesson, Disabled people.</w:t>
      </w:r>
    </w:p>
    <w:p>
      <w:pPr>
        <w:spacing w:before="440" w:after="0"/>
      </w:pPr>
      <w:r>
        <w:rPr>
          <w:rFonts w:ascii="Arial" w:hAnsi="Arial"/>
          <w:b/>
          <w:color w:val="4F6880"/>
          <w:sz w:val="22"/>
        </w:rPr>
        <w:t>SPEAKERS</w:t>
      </w:r>
    </w:p>
    <w:p>
      <w:r>
        <w:rPr>
          <w:rFonts w:ascii="Arial" w:hAnsi="Arial"/>
          <w:color w:val="4F6880"/>
          <w:sz w:val="22"/>
        </w:rPr>
        <w:t>Daisy, Theme Tune, Lucy, Alice, All</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label podcast, a show about disability, illness and difference and history.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w:t>
      </w:r>
    </w:p>
    <w:p>
      <w:pPr>
        <w:spacing w:after="0"/>
      </w:pPr>
    </w:p>
    <w:p>
      <w:pPr>
        <w:spacing w:after="0"/>
      </w:pPr>
      <w:r>
        <w:rPr>
          <w:rFonts w:ascii="Arial" w:hAnsi="Arial"/>
          <w:b/>
          <w:sz w:val="22"/>
        </w:rPr>
        <w:t xml:space="preserve">Daisy  </w:t>
      </w:r>
      <w:r>
        <w:rPr>
          <w:rFonts w:ascii="Arial" w:hAnsi="Arial"/>
          <w:color w:val="5D7284"/>
          <w:sz w:val="22"/>
        </w:rPr>
        <w:t>00:08</w:t>
      </w:r>
    </w:p>
    <w:p>
      <w:pPr>
        <w:spacing w:after="0"/>
      </w:pPr>
      <w:r>
        <w:rPr>
          <w:rFonts w:ascii="Arial" w:hAnsi="Arial"/>
          <w:sz w:val="22"/>
        </w:rPr>
        <w:t>I'm Daisy,</w:t>
      </w:r>
    </w:p>
    <w:p>
      <w:pPr>
        <w:spacing w:after="0"/>
      </w:pPr>
    </w:p>
    <w:p>
      <w:pPr>
        <w:spacing w:after="0"/>
      </w:pPr>
      <w:r>
        <w:rPr>
          <w:rFonts w:ascii="Arial" w:hAnsi="Arial"/>
          <w:b/>
          <w:sz w:val="22"/>
        </w:rPr>
        <w:t xml:space="preserve">Theme Tune  </w:t>
      </w:r>
      <w:r>
        <w:rPr>
          <w:rFonts w:ascii="Arial" w:hAnsi="Arial"/>
          <w:color w:val="5D7284"/>
          <w:sz w:val="22"/>
        </w:rPr>
        <w:t>00:10</w:t>
      </w:r>
    </w:p>
    <w:p>
      <w:pPr>
        <w:spacing w:after="0"/>
      </w:pPr>
      <w:r>
        <w:rPr>
          <w:rFonts w:ascii="Arial" w:hAnsi="Arial"/>
          <w:sz w:val="22"/>
        </w:rPr>
        <w:t>much more than what you see. We all live our lives differently, kaleidoscope, identity, and this is who I meant to be. I'm just labeled me. I'm just labeled me.</w:t>
      </w:r>
    </w:p>
    <w:p>
      <w:pPr>
        <w:spacing w:after="0"/>
      </w:pPr>
    </w:p>
    <w:p>
      <w:pPr>
        <w:spacing w:after="0"/>
      </w:pPr>
      <w:r>
        <w:rPr>
          <w:rFonts w:ascii="Arial" w:hAnsi="Arial"/>
          <w:b/>
          <w:sz w:val="22"/>
        </w:rPr>
        <w:t xml:space="preserve">Daisy  </w:t>
      </w:r>
      <w:r>
        <w:rPr>
          <w:rFonts w:ascii="Arial" w:hAnsi="Arial"/>
          <w:color w:val="5D7284"/>
          <w:sz w:val="22"/>
        </w:rPr>
        <w:t>00:38</w:t>
      </w:r>
    </w:p>
    <w:p>
      <w:pPr>
        <w:spacing w:after="0"/>
      </w:pPr>
      <w:r>
        <w:rPr>
          <w:rFonts w:ascii="Arial" w:hAnsi="Arial"/>
          <w:sz w:val="22"/>
        </w:rPr>
        <w:t>In this episode, along with Lucy crying and Alice swearing. There is going to be a number of historical terms for disability that are now considered extremely offensive.</w:t>
      </w:r>
    </w:p>
    <w:p>
      <w:pPr>
        <w:spacing w:after="0"/>
      </w:pPr>
    </w:p>
    <w:p>
      <w:pPr>
        <w:spacing w:after="0"/>
      </w:pPr>
      <w:r>
        <w:rPr>
          <w:rFonts w:ascii="Arial" w:hAnsi="Arial"/>
          <w:b/>
          <w:sz w:val="22"/>
        </w:rPr>
        <w:t xml:space="preserve">Lucy  </w:t>
      </w:r>
      <w:r>
        <w:rPr>
          <w:rFonts w:ascii="Arial" w:hAnsi="Arial"/>
          <w:color w:val="5D7284"/>
          <w:sz w:val="22"/>
        </w:rPr>
        <w:t>00:49</w:t>
      </w:r>
    </w:p>
    <w:p>
      <w:pPr>
        <w:spacing w:after="0"/>
      </w:pPr>
      <w:r>
        <w:rPr>
          <w:rFonts w:ascii="Arial" w:hAnsi="Arial"/>
          <w:sz w:val="22"/>
        </w:rPr>
        <w:t>Hello, folks. I forgot I was meant to be speaking. Welcome to another episode of the labled podcast, the show about disability, illness and difference. We are joined this week by our disability historian Daisy Holder. Say hi, Daisy</w:t>
      </w:r>
    </w:p>
    <w:p>
      <w:pPr>
        <w:spacing w:after="0"/>
      </w:pPr>
    </w:p>
    <w:p>
      <w:pPr>
        <w:spacing w:after="0"/>
      </w:pPr>
      <w:r>
        <w:rPr>
          <w:rFonts w:ascii="Arial" w:hAnsi="Arial"/>
          <w:b/>
          <w:sz w:val="22"/>
        </w:rPr>
        <w:t xml:space="preserve">Daisy  </w:t>
      </w:r>
      <w:r>
        <w:rPr>
          <w:rFonts w:ascii="Arial" w:hAnsi="Arial"/>
          <w:color w:val="5D7284"/>
          <w:sz w:val="22"/>
        </w:rPr>
        <w:t>01:11</w:t>
      </w:r>
    </w:p>
    <w:p>
      <w:pPr>
        <w:spacing w:after="0"/>
      </w:pPr>
      <w:r>
        <w:rPr>
          <w:rFonts w:ascii="Arial" w:hAnsi="Arial"/>
          <w:sz w:val="22"/>
        </w:rPr>
        <w:t>Hi! I'm sorry I don't normally say anything,</w:t>
      </w:r>
    </w:p>
    <w:p>
      <w:pPr>
        <w:spacing w:after="0"/>
      </w:pPr>
    </w:p>
    <w:p>
      <w:pPr>
        <w:spacing w:after="0"/>
      </w:pPr>
      <w:r>
        <w:rPr>
          <w:rFonts w:ascii="Arial" w:hAnsi="Arial"/>
          <w:b/>
          <w:sz w:val="22"/>
        </w:rPr>
        <w:t xml:space="preserve">Lucy  </w:t>
      </w:r>
      <w:r>
        <w:rPr>
          <w:rFonts w:ascii="Arial" w:hAnsi="Arial"/>
          <w:color w:val="5D7284"/>
          <w:sz w:val="22"/>
        </w:rPr>
        <w:t>01:16</w:t>
      </w:r>
    </w:p>
    <w:p>
      <w:pPr>
        <w:spacing w:after="0"/>
      </w:pPr>
      <w:r>
        <w:rPr>
          <w:rFonts w:ascii="Arial" w:hAnsi="Arial"/>
          <w:sz w:val="22"/>
        </w:rPr>
        <w:t>and my co host, Alice, hi. Say Hi, Alice.</w:t>
      </w:r>
    </w:p>
    <w:p>
      <w:pPr>
        <w:spacing w:after="0"/>
      </w:pPr>
    </w:p>
    <w:p>
      <w:pPr>
        <w:spacing w:after="0"/>
      </w:pPr>
      <w:r>
        <w:rPr>
          <w:rFonts w:ascii="Arial" w:hAnsi="Arial"/>
          <w:b/>
          <w:sz w:val="22"/>
        </w:rPr>
        <w:t xml:space="preserve">Alice  </w:t>
      </w:r>
      <w:r>
        <w:rPr>
          <w:rFonts w:ascii="Arial" w:hAnsi="Arial"/>
          <w:color w:val="5D7284"/>
          <w:sz w:val="22"/>
        </w:rPr>
        <w:t>01:20</w:t>
      </w:r>
    </w:p>
    <w:p>
      <w:pPr>
        <w:spacing w:after="0"/>
      </w:pPr>
      <w:r>
        <w:rPr>
          <w:rFonts w:ascii="Arial" w:hAnsi="Arial"/>
          <w:sz w:val="22"/>
        </w:rPr>
        <w:t>Hi, we're off to a really good start.</w:t>
      </w:r>
    </w:p>
    <w:p>
      <w:pPr>
        <w:spacing w:after="0"/>
      </w:pPr>
    </w:p>
    <w:p>
      <w:pPr>
        <w:spacing w:after="0"/>
      </w:pPr>
      <w:r>
        <w:rPr>
          <w:rFonts w:ascii="Arial" w:hAnsi="Arial"/>
          <w:b/>
          <w:sz w:val="22"/>
        </w:rPr>
        <w:t xml:space="preserve">Lucy  </w:t>
      </w:r>
      <w:r>
        <w:rPr>
          <w:rFonts w:ascii="Arial" w:hAnsi="Arial"/>
          <w:color w:val="5D7284"/>
          <w:sz w:val="22"/>
        </w:rPr>
        <w:t>01:23</w:t>
      </w:r>
    </w:p>
    <w:p>
      <w:pPr>
        <w:spacing w:after="0"/>
      </w:pPr>
      <w:r>
        <w:rPr>
          <w:rFonts w:ascii="Arial" w:hAnsi="Arial"/>
          <w:sz w:val="22"/>
        </w:rPr>
        <w:t>Yeah, you wouldn't know I do this all the time, would you really? I talk a lot about podcasting. 101, introduce yourself. How are we all? Are we all okay?</w:t>
      </w:r>
    </w:p>
    <w:p>
      <w:pPr>
        <w:spacing w:after="0"/>
      </w:pPr>
    </w:p>
    <w:p>
      <w:pPr>
        <w:spacing w:after="0"/>
      </w:pPr>
      <w:r>
        <w:rPr>
          <w:rFonts w:ascii="Arial" w:hAnsi="Arial"/>
          <w:b/>
          <w:sz w:val="22"/>
        </w:rPr>
        <w:t xml:space="preserve">All  </w:t>
      </w:r>
      <w:r>
        <w:rPr>
          <w:rFonts w:ascii="Arial" w:hAnsi="Arial"/>
          <w:color w:val="5D7284"/>
          <w:sz w:val="22"/>
        </w:rPr>
        <w:t>01:35</w:t>
      </w:r>
    </w:p>
    <w:p>
      <w:pPr>
        <w:spacing w:after="0"/>
      </w:pPr>
      <w:r>
        <w:rPr>
          <w:rFonts w:ascii="Arial" w:hAnsi="Arial"/>
          <w:sz w:val="22"/>
        </w:rPr>
        <w:t>yeah, yeah, yeah.</w:t>
      </w:r>
    </w:p>
    <w:p>
      <w:pPr>
        <w:spacing w:after="0"/>
      </w:pPr>
    </w:p>
    <w:p>
      <w:pPr>
        <w:spacing w:after="0"/>
      </w:pPr>
      <w:r>
        <w:rPr>
          <w:rFonts w:ascii="Arial" w:hAnsi="Arial"/>
          <w:b/>
          <w:sz w:val="22"/>
        </w:rPr>
        <w:t xml:space="preserve">Lucy  </w:t>
      </w:r>
      <w:r>
        <w:rPr>
          <w:rFonts w:ascii="Arial" w:hAnsi="Arial"/>
          <w:color w:val="5D7284"/>
          <w:sz w:val="22"/>
        </w:rPr>
        <w:t>01:40</w:t>
      </w:r>
    </w:p>
    <w:p>
      <w:pPr>
        <w:spacing w:after="0"/>
      </w:pPr>
      <w:r>
        <w:rPr>
          <w:rFonts w:ascii="Arial" w:hAnsi="Arial"/>
          <w:sz w:val="22"/>
        </w:rPr>
        <w:t>Daisy, I can, I can hear the cat outside the door.</w:t>
      </w:r>
    </w:p>
    <w:p>
      <w:pPr>
        <w:spacing w:after="0"/>
      </w:pPr>
    </w:p>
    <w:p>
      <w:pPr>
        <w:spacing w:after="0"/>
      </w:pPr>
      <w:r>
        <w:rPr>
          <w:rFonts w:ascii="Arial" w:hAnsi="Arial"/>
          <w:b/>
          <w:sz w:val="22"/>
        </w:rPr>
        <w:t xml:space="preserve">Lucy  </w:t>
      </w:r>
      <w:r>
        <w:rPr>
          <w:rFonts w:ascii="Arial" w:hAnsi="Arial"/>
          <w:color w:val="5D7284"/>
          <w:sz w:val="22"/>
        </w:rPr>
        <w:t>01:45</w:t>
      </w:r>
    </w:p>
    <w:p>
      <w:pPr>
        <w:spacing w:after="0"/>
      </w:pPr>
      <w:r>
        <w:rPr>
          <w:rFonts w:ascii="Arial" w:hAnsi="Arial"/>
          <w:sz w:val="22"/>
        </w:rPr>
        <w:t xml:space="preserve">You can hear the cat outsid. This is a brilliant start. This is why I need a podcasting shed. So I'm set up and ready to go. </w:t>
      </w:r>
    </w:p>
    <w:p>
      <w:pPr>
        <w:spacing w:after="0"/>
      </w:pPr>
    </w:p>
    <w:p>
      <w:pPr>
        <w:spacing w:after="0"/>
      </w:pPr>
      <w:r>
        <w:rPr>
          <w:rFonts w:ascii="Arial" w:hAnsi="Arial"/>
          <w:b/>
          <w:sz w:val="22"/>
        </w:rPr>
        <w:t xml:space="preserve">Alice  </w:t>
      </w:r>
      <w:r>
        <w:rPr>
          <w:rFonts w:ascii="Arial" w:hAnsi="Arial"/>
          <w:color w:val="5D7284"/>
          <w:sz w:val="22"/>
        </w:rPr>
        <w:t>01:51</w:t>
      </w:r>
    </w:p>
    <w:p>
      <w:pPr>
        <w:spacing w:after="0"/>
      </w:pPr>
      <w:r>
        <w:rPr>
          <w:rFonts w:ascii="Arial" w:hAnsi="Arial"/>
          <w:sz w:val="22"/>
        </w:rPr>
        <w:t>Does your cat want to join us in the recording. Or would</w:t>
      </w:r>
    </w:p>
    <w:p>
      <w:pPr>
        <w:spacing w:after="0"/>
      </w:pPr>
    </w:p>
    <w:p>
      <w:pPr>
        <w:spacing w:after="0"/>
      </w:pPr>
      <w:r>
        <w:rPr>
          <w:rFonts w:ascii="Arial" w:hAnsi="Arial"/>
          <w:b/>
          <w:sz w:val="22"/>
        </w:rPr>
        <w:t xml:space="preserve">Daisy  </w:t>
      </w:r>
      <w:r>
        <w:rPr>
          <w:rFonts w:ascii="Arial" w:hAnsi="Arial"/>
          <w:color w:val="5D7284"/>
          <w:sz w:val="22"/>
        </w:rPr>
        <w:t>01:55</w:t>
      </w:r>
    </w:p>
    <w:p>
      <w:pPr>
        <w:spacing w:after="0"/>
      </w:pPr>
      <w:r>
        <w:rPr>
          <w:rFonts w:ascii="Arial" w:hAnsi="Arial"/>
          <w:sz w:val="22"/>
        </w:rPr>
        <w:t>I don't think? No, he really likes the keyboard of the laptop?</w:t>
      </w:r>
    </w:p>
    <w:p>
      <w:pPr>
        <w:spacing w:after="0"/>
      </w:pPr>
    </w:p>
    <w:p>
      <w:pPr>
        <w:spacing w:after="0"/>
      </w:pPr>
      <w:r>
        <w:rPr>
          <w:rFonts w:ascii="Arial" w:hAnsi="Arial"/>
          <w:b/>
          <w:sz w:val="22"/>
        </w:rPr>
        <w:t xml:space="preserve">Alice  </w:t>
      </w:r>
      <w:r>
        <w:rPr>
          <w:rFonts w:ascii="Arial" w:hAnsi="Arial"/>
          <w:color w:val="5D7284"/>
          <w:sz w:val="22"/>
        </w:rPr>
        <w:t>02:01</w:t>
      </w:r>
    </w:p>
    <w:p>
      <w:pPr>
        <w:spacing w:after="0"/>
      </w:pPr>
      <w:r>
        <w:rPr>
          <w:rFonts w:ascii="Arial" w:hAnsi="Arial"/>
          <w:sz w:val="22"/>
        </w:rPr>
        <w:t>Yeah, no, I had literally had that conversation with my cat not four hours ago where I was like, No, I'm in a meeting. No, I'm in a meeting. No, I'm in a meeting, STOP IT!</w:t>
      </w:r>
    </w:p>
    <w:p>
      <w:pPr>
        <w:spacing w:after="0"/>
      </w:pPr>
    </w:p>
    <w:p>
      <w:pPr>
        <w:spacing w:after="0"/>
      </w:pPr>
      <w:r>
        <w:rPr>
          <w:rFonts w:ascii="Arial" w:hAnsi="Arial"/>
          <w:b/>
          <w:sz w:val="22"/>
        </w:rPr>
        <w:t xml:space="preserve">Lucy  </w:t>
      </w:r>
      <w:r>
        <w:rPr>
          <w:rFonts w:ascii="Arial" w:hAnsi="Arial"/>
          <w:color w:val="5D7284"/>
          <w:sz w:val="22"/>
        </w:rPr>
        <w:t>02:09</w:t>
      </w:r>
    </w:p>
    <w:p>
      <w:pPr>
        <w:spacing w:after="0"/>
      </w:pPr>
      <w:r>
        <w:rPr>
          <w:rFonts w:ascii="Arial" w:hAnsi="Arial"/>
          <w:sz w:val="22"/>
        </w:rPr>
        <w:t>My sister's Bulldog, when we have when he comes to our house to be looked after and I'm in a meeting, he will start barking as soon as I go Hi, because he thinks somebody's here and he needs to say hello, and he will not shut up for at least 20 minutes. And then the meeting's over, and I'm like, You are a git. You're a GIT. Why do you do it so? But hey, ho, so that's the joys of modern living, isn't it? Anyway, this week, we've got an episode about the history of Guide Dogs, which, obviously I am not best placed to talk about guide dogs, as I don't have one. So this is Alice's turn to fill us in about the history of Guide Dogs, supported brilliantly, of course, by Daisy. Soo Alice...</w:t>
      </w:r>
    </w:p>
    <w:p>
      <w:pPr>
        <w:spacing w:after="0"/>
      </w:pPr>
    </w:p>
    <w:p>
      <w:pPr>
        <w:spacing w:after="0"/>
      </w:pPr>
      <w:r>
        <w:rPr>
          <w:rFonts w:ascii="Arial" w:hAnsi="Arial"/>
          <w:b/>
          <w:sz w:val="22"/>
        </w:rPr>
        <w:t xml:space="preserve">Alice  </w:t>
      </w:r>
      <w:r>
        <w:rPr>
          <w:rFonts w:ascii="Arial" w:hAnsi="Arial"/>
          <w:color w:val="5D7284"/>
          <w:sz w:val="22"/>
        </w:rPr>
        <w:t>02:58</w:t>
      </w:r>
    </w:p>
    <w:p>
      <w:pPr>
        <w:spacing w:after="0"/>
      </w:pPr>
      <w:r>
        <w:rPr>
          <w:rFonts w:ascii="Arial" w:hAnsi="Arial"/>
          <w:sz w:val="22"/>
        </w:rPr>
        <w:t>I would, I would say anyone can talk about guide dogs</w:t>
      </w:r>
    </w:p>
    <w:p>
      <w:pPr>
        <w:spacing w:after="0"/>
      </w:pPr>
    </w:p>
    <w:p>
      <w:pPr>
        <w:spacing w:after="0"/>
      </w:pPr>
      <w:r>
        <w:rPr>
          <w:rFonts w:ascii="Arial" w:hAnsi="Arial"/>
          <w:b/>
          <w:sz w:val="22"/>
        </w:rPr>
        <w:t xml:space="preserve">Lucy  </w:t>
      </w:r>
      <w:r>
        <w:rPr>
          <w:rFonts w:ascii="Arial" w:hAnsi="Arial"/>
          <w:color w:val="5D7284"/>
          <w:sz w:val="22"/>
        </w:rPr>
        <w:t>03:02</w:t>
      </w:r>
    </w:p>
    <w:p>
      <w:pPr>
        <w:spacing w:after="0"/>
      </w:pPr>
      <w:r>
        <w:rPr>
          <w:rFonts w:ascii="Arial" w:hAnsi="Arial"/>
          <w:sz w:val="22"/>
        </w:rPr>
        <w:t>Yeah, but you actually have one.</w:t>
      </w:r>
    </w:p>
    <w:p>
      <w:pPr>
        <w:spacing w:after="0"/>
      </w:pPr>
    </w:p>
    <w:p>
      <w:pPr>
        <w:spacing w:after="0"/>
      </w:pPr>
      <w:r>
        <w:rPr>
          <w:rFonts w:ascii="Arial" w:hAnsi="Arial"/>
          <w:b/>
          <w:sz w:val="22"/>
        </w:rPr>
        <w:t xml:space="preserve">Alice  </w:t>
      </w:r>
      <w:r>
        <w:rPr>
          <w:rFonts w:ascii="Arial" w:hAnsi="Arial"/>
          <w:color w:val="5D7284"/>
          <w:sz w:val="22"/>
        </w:rPr>
        <w:t>03:04</w:t>
      </w:r>
    </w:p>
    <w:p>
      <w:pPr>
        <w:spacing w:after="0"/>
      </w:pPr>
      <w:r>
        <w:rPr>
          <w:rFonts w:ascii="Arial" w:hAnsi="Arial"/>
          <w:sz w:val="22"/>
        </w:rPr>
        <w:t>I do, i do, It does mean that I am sort of reasonably well experienced on talking about how they can be great, but also really useless.</w:t>
      </w:r>
    </w:p>
    <w:p>
      <w:pPr>
        <w:spacing w:after="0"/>
      </w:pPr>
    </w:p>
    <w:p>
      <w:pPr>
        <w:spacing w:after="0"/>
      </w:pPr>
      <w:r>
        <w:rPr>
          <w:rFonts w:ascii="Arial" w:hAnsi="Arial"/>
          <w:b/>
          <w:sz w:val="22"/>
        </w:rPr>
        <w:t xml:space="preserve">Lucy  </w:t>
      </w:r>
      <w:r>
        <w:rPr>
          <w:rFonts w:ascii="Arial" w:hAnsi="Arial"/>
          <w:color w:val="5D7284"/>
          <w:sz w:val="22"/>
        </w:rPr>
        <w:t>03:14</w:t>
      </w:r>
    </w:p>
    <w:p>
      <w:pPr>
        <w:spacing w:after="0"/>
      </w:pPr>
      <w:r>
        <w:rPr>
          <w:rFonts w:ascii="Arial" w:hAnsi="Arial"/>
          <w:sz w:val="22"/>
        </w:rPr>
        <w:t>But we were talking about your guide dog today, actually, and how she gets very distracted when I am around, because she kind of likes to sort of sit with her face in my lap when you've taken her harness off, like I'll often sit opposite you, and then this, this little hairy face will be on my knee, like she associates me, I think, with, oh, it's Lucy. She's nice</w:t>
      </w:r>
    </w:p>
    <w:p>
      <w:pPr>
        <w:spacing w:after="0"/>
      </w:pPr>
    </w:p>
    <w:p>
      <w:pPr>
        <w:spacing w:after="0"/>
      </w:pPr>
      <w:r>
        <w:rPr>
          <w:rFonts w:ascii="Arial" w:hAnsi="Arial"/>
          <w:b/>
          <w:sz w:val="22"/>
        </w:rPr>
        <w:t xml:space="preserve">Alice  </w:t>
      </w:r>
      <w:r>
        <w:rPr>
          <w:rFonts w:ascii="Arial" w:hAnsi="Arial"/>
          <w:color w:val="5D7284"/>
          <w:sz w:val="22"/>
        </w:rPr>
        <w:t>03:39</w:t>
      </w:r>
    </w:p>
    <w:p>
      <w:pPr>
        <w:spacing w:after="0"/>
      </w:pPr>
      <w:r>
        <w:rPr>
          <w:rFonts w:ascii="Arial" w:hAnsi="Arial"/>
          <w:sz w:val="22"/>
        </w:rPr>
        <w:t>I mean, that's not the worst thing she could do. What? What's worse is when she's still got a harness on and she's doing that anyway, yeah?</w:t>
      </w:r>
    </w:p>
    <w:p>
      <w:pPr>
        <w:spacing w:after="0"/>
      </w:pPr>
    </w:p>
    <w:p>
      <w:pPr>
        <w:spacing w:after="0"/>
      </w:pPr>
      <w:r>
        <w:rPr>
          <w:rFonts w:ascii="Arial" w:hAnsi="Arial"/>
          <w:b/>
          <w:sz w:val="22"/>
        </w:rPr>
        <w:t xml:space="preserve">Lucy  </w:t>
      </w:r>
      <w:r>
        <w:rPr>
          <w:rFonts w:ascii="Arial" w:hAnsi="Arial"/>
          <w:color w:val="5D7284"/>
          <w:sz w:val="22"/>
        </w:rPr>
        <w:t>03:47</w:t>
      </w:r>
    </w:p>
    <w:p>
      <w:pPr>
        <w:spacing w:after="0"/>
      </w:pPr>
      <w:r>
        <w:rPr>
          <w:rFonts w:ascii="Arial" w:hAnsi="Arial"/>
          <w:sz w:val="22"/>
        </w:rPr>
        <w:t>Which I think she had that I have to ignore her while she's got the harness on, because otherwise she's like, Oh, Lucy's over there. You know? Yeah.</w:t>
      </w:r>
    </w:p>
    <w:p>
      <w:pPr>
        <w:spacing w:after="0"/>
      </w:pPr>
    </w:p>
    <w:p>
      <w:pPr>
        <w:spacing w:after="0"/>
      </w:pPr>
      <w:r>
        <w:rPr>
          <w:rFonts w:ascii="Arial" w:hAnsi="Arial"/>
          <w:b/>
          <w:sz w:val="22"/>
        </w:rPr>
        <w:t xml:space="preserve">Alice  </w:t>
      </w:r>
      <w:r>
        <w:rPr>
          <w:rFonts w:ascii="Arial" w:hAnsi="Arial"/>
          <w:color w:val="5D7284"/>
          <w:sz w:val="22"/>
        </w:rPr>
        <w:t>03:54</w:t>
      </w:r>
    </w:p>
    <w:p>
      <w:pPr>
        <w:spacing w:after="0"/>
      </w:pPr>
      <w:r>
        <w:rPr>
          <w:rFonts w:ascii="Arial" w:hAnsi="Arial"/>
          <w:sz w:val="22"/>
        </w:rPr>
        <w:t>I mean, that's, that's kind of the rules for guide dogs, 101, really is, if they've got the harness on, leave them alone, please. Yes.</w:t>
      </w:r>
    </w:p>
    <w:p>
      <w:pPr>
        <w:spacing w:after="0"/>
      </w:pPr>
    </w:p>
    <w:p>
      <w:pPr>
        <w:spacing w:after="0"/>
      </w:pPr>
      <w:r>
        <w:rPr>
          <w:rFonts w:ascii="Arial" w:hAnsi="Arial"/>
          <w:b/>
          <w:sz w:val="22"/>
        </w:rPr>
        <w:t xml:space="preserve">Lucy  </w:t>
      </w:r>
      <w:r>
        <w:rPr>
          <w:rFonts w:ascii="Arial" w:hAnsi="Arial"/>
          <w:color w:val="5D7284"/>
          <w:sz w:val="22"/>
        </w:rPr>
        <w:t>04:01</w:t>
      </w:r>
    </w:p>
    <w:p>
      <w:pPr>
        <w:spacing w:after="0"/>
      </w:pPr>
      <w:r>
        <w:rPr>
          <w:rFonts w:ascii="Arial" w:hAnsi="Arial"/>
          <w:sz w:val="22"/>
        </w:rPr>
        <w:t>But yeah, which is very hard to do, but, you know, I manage it ignore the dog.</w:t>
      </w:r>
    </w:p>
    <w:p>
      <w:pPr>
        <w:spacing w:after="0"/>
      </w:pPr>
    </w:p>
    <w:p>
      <w:pPr>
        <w:spacing w:after="0"/>
      </w:pPr>
      <w:r>
        <w:rPr>
          <w:rFonts w:ascii="Arial" w:hAnsi="Arial"/>
          <w:b/>
          <w:sz w:val="22"/>
        </w:rPr>
        <w:t xml:space="preserve">Alice  </w:t>
      </w:r>
      <w:r>
        <w:rPr>
          <w:rFonts w:ascii="Arial" w:hAnsi="Arial"/>
          <w:color w:val="5D7284"/>
          <w:sz w:val="22"/>
        </w:rPr>
        <w:t>04:07</w:t>
      </w:r>
    </w:p>
    <w:p>
      <w:pPr>
        <w:spacing w:after="0"/>
      </w:pPr>
      <w:r>
        <w:rPr>
          <w:rFonts w:ascii="Arial" w:hAnsi="Arial"/>
          <w:sz w:val="22"/>
        </w:rPr>
        <w:t>So I thought it was very interesting to hear that we've obviously dogs. We've had dogs domesticated for a very, very long time, according to my notes, 150,000 years, which is a long old time. But we've got evidence that we have been using dogs to guide visually impaired people since the first century BC.</w:t>
      </w:r>
    </w:p>
    <w:p>
      <w:pPr>
        <w:spacing w:after="0"/>
      </w:pPr>
    </w:p>
    <w:p>
      <w:pPr>
        <w:spacing w:after="0"/>
      </w:pPr>
      <w:r>
        <w:rPr>
          <w:rFonts w:ascii="Arial" w:hAnsi="Arial"/>
          <w:b/>
          <w:sz w:val="22"/>
        </w:rPr>
        <w:t xml:space="preserve">Lucy  </w:t>
      </w:r>
      <w:r>
        <w:rPr>
          <w:rFonts w:ascii="Arial" w:hAnsi="Arial"/>
          <w:color w:val="5D7284"/>
          <w:sz w:val="22"/>
        </w:rPr>
        <w:t>04:29</w:t>
      </w:r>
    </w:p>
    <w:p>
      <w:pPr>
        <w:spacing w:after="0"/>
      </w:pPr>
      <w:r>
        <w:rPr>
          <w:rFonts w:ascii="Arial" w:hAnsi="Arial"/>
          <w:sz w:val="22"/>
        </w:rPr>
        <w:t>Really now, now I would have thought that if you'd have said to me, when do you think guide dogs were first, like, use I would have gone like, just after Victorian times, maybe something like that. I don't know why I'd pick Victorian times, because Victorian times were horrible to be a disabled person,</w:t>
      </w:r>
    </w:p>
    <w:p>
      <w:pPr>
        <w:spacing w:after="0"/>
      </w:pPr>
    </w:p>
    <w:p>
      <w:pPr>
        <w:spacing w:after="0"/>
      </w:pPr>
      <w:r>
        <w:rPr>
          <w:rFonts w:ascii="Arial" w:hAnsi="Arial"/>
          <w:b/>
          <w:sz w:val="22"/>
        </w:rPr>
        <w:t xml:space="preserve">Alice  </w:t>
      </w:r>
      <w:r>
        <w:rPr>
          <w:rFonts w:ascii="Arial" w:hAnsi="Arial"/>
          <w:color w:val="5D7284"/>
          <w:sz w:val="22"/>
        </w:rPr>
        <w:t>04:46</w:t>
      </w:r>
    </w:p>
    <w:p>
      <w:pPr>
        <w:spacing w:after="0"/>
      </w:pPr>
      <w:r>
        <w:rPr>
          <w:rFonts w:ascii="Arial" w:hAnsi="Arial"/>
          <w:sz w:val="22"/>
        </w:rPr>
        <w:t>and I don't think they were a great time to be a dog, either.</w:t>
      </w:r>
    </w:p>
    <w:p>
      <w:pPr>
        <w:spacing w:after="0"/>
      </w:pPr>
    </w:p>
    <w:p>
      <w:pPr>
        <w:spacing w:after="0"/>
      </w:pPr>
      <w:r>
        <w:rPr>
          <w:rFonts w:ascii="Arial" w:hAnsi="Arial"/>
          <w:b/>
          <w:sz w:val="22"/>
        </w:rPr>
        <w:t xml:space="preserve">Lucy  </w:t>
      </w:r>
      <w:r>
        <w:rPr>
          <w:rFonts w:ascii="Arial" w:hAnsi="Arial"/>
          <w:color w:val="5D7284"/>
          <w:sz w:val="22"/>
        </w:rPr>
        <w:t>04:49</w:t>
      </w:r>
    </w:p>
    <w:p>
      <w:pPr>
        <w:spacing w:after="0"/>
      </w:pPr>
      <w:r>
        <w:rPr>
          <w:rFonts w:ascii="Arial" w:hAnsi="Arial"/>
          <w:sz w:val="22"/>
        </w:rPr>
        <w:t>But no, not really.</w:t>
      </w:r>
    </w:p>
    <w:p>
      <w:pPr>
        <w:spacing w:after="0"/>
      </w:pPr>
    </w:p>
    <w:p>
      <w:pPr>
        <w:spacing w:after="0"/>
      </w:pPr>
      <w:r>
        <w:rPr>
          <w:rFonts w:ascii="Arial" w:hAnsi="Arial"/>
          <w:b/>
          <w:sz w:val="22"/>
        </w:rPr>
        <w:t xml:space="preserve">Alice  </w:t>
      </w:r>
      <w:r>
        <w:rPr>
          <w:rFonts w:ascii="Arial" w:hAnsi="Arial"/>
          <w:color w:val="5D7284"/>
          <w:sz w:val="22"/>
        </w:rPr>
        <w:t>04:52</w:t>
      </w:r>
    </w:p>
    <w:p>
      <w:pPr>
        <w:spacing w:after="0"/>
      </w:pPr>
      <w:r>
        <w:rPr>
          <w:rFonts w:ascii="Arial" w:hAnsi="Arial"/>
          <w:sz w:val="22"/>
        </w:rPr>
        <w:t>No, there's they found. They've uncovered, like wall painting, sorry, first century AD, I should say I. Um, which is very different from the first century BC, first century AD, a fresco in in a buried Roman city, um shows a dog guiding a visually impaired person. And we've also got documents from ancient China that showed images of people being guided by dogs, which I thought was interesting. I haven't.</w:t>
      </w:r>
    </w:p>
    <w:p>
      <w:pPr>
        <w:spacing w:after="0"/>
      </w:pPr>
    </w:p>
    <w:p>
      <w:pPr>
        <w:spacing w:after="0"/>
      </w:pPr>
      <w:r>
        <w:rPr>
          <w:rFonts w:ascii="Arial" w:hAnsi="Arial"/>
          <w:b/>
          <w:sz w:val="22"/>
        </w:rPr>
        <w:t xml:space="preserve">Lucy  </w:t>
      </w:r>
      <w:r>
        <w:rPr>
          <w:rFonts w:ascii="Arial" w:hAnsi="Arial"/>
          <w:color w:val="5D7284"/>
          <w:sz w:val="22"/>
        </w:rPr>
        <w:t>05:22</w:t>
      </w:r>
    </w:p>
    <w:p>
      <w:pPr>
        <w:spacing w:after="0"/>
      </w:pPr>
      <w:r>
        <w:rPr>
          <w:rFonts w:ascii="Arial" w:hAnsi="Arial"/>
          <w:sz w:val="22"/>
        </w:rPr>
        <w:t>That is fascinating, isn't it?</w:t>
      </w:r>
    </w:p>
    <w:p>
      <w:pPr>
        <w:spacing w:after="0"/>
      </w:pPr>
    </w:p>
    <w:p>
      <w:pPr>
        <w:spacing w:after="0"/>
      </w:pPr>
      <w:r>
        <w:rPr>
          <w:rFonts w:ascii="Arial" w:hAnsi="Arial"/>
          <w:b/>
          <w:sz w:val="22"/>
        </w:rPr>
        <w:t xml:space="preserve">Alice  </w:t>
      </w:r>
      <w:r>
        <w:rPr>
          <w:rFonts w:ascii="Arial" w:hAnsi="Arial"/>
          <w:color w:val="5D7284"/>
          <w:sz w:val="22"/>
        </w:rPr>
        <w:t>05:23</w:t>
      </w:r>
    </w:p>
    <w:p>
      <w:pPr>
        <w:spacing w:after="0"/>
      </w:pPr>
      <w:r>
        <w:rPr>
          <w:rFonts w:ascii="Arial" w:hAnsi="Arial"/>
          <w:sz w:val="22"/>
        </w:rPr>
        <w:t>Yeah, I haven't seen the pictures, like, of these people, and so I'm a bit like, how do they know? Like, it's the visual type person. Is there like, a big, like, like, someone's big arrow saying,</w:t>
      </w:r>
    </w:p>
    <w:p>
      <w:pPr>
        <w:spacing w:after="0"/>
      </w:pPr>
    </w:p>
    <w:p>
      <w:pPr>
        <w:spacing w:after="0"/>
      </w:pPr>
      <w:r>
        <w:rPr>
          <w:rFonts w:ascii="Arial" w:hAnsi="Arial"/>
          <w:b/>
          <w:sz w:val="22"/>
        </w:rPr>
        <w:t xml:space="preserve">Lucy  </w:t>
      </w:r>
      <w:r>
        <w:rPr>
          <w:rFonts w:ascii="Arial" w:hAnsi="Arial"/>
          <w:color w:val="5D7284"/>
          <w:sz w:val="22"/>
        </w:rPr>
        <w:t>05:35</w:t>
      </w:r>
    </w:p>
    <w:p>
      <w:pPr>
        <w:spacing w:after="0"/>
      </w:pPr>
      <w:r>
        <w:rPr>
          <w:rFonts w:ascii="Arial" w:hAnsi="Arial"/>
          <w:sz w:val="22"/>
        </w:rPr>
        <w:t>like, you know, have they got like, a white cane and, like, wearing dark glasses? I was</w:t>
      </w:r>
    </w:p>
    <w:p>
      <w:pPr>
        <w:spacing w:after="0"/>
      </w:pPr>
    </w:p>
    <w:p>
      <w:pPr>
        <w:spacing w:after="0"/>
      </w:pPr>
      <w:r>
        <w:rPr>
          <w:rFonts w:ascii="Arial" w:hAnsi="Arial"/>
          <w:b/>
          <w:sz w:val="22"/>
        </w:rPr>
        <w:t xml:space="preserve">Alice  </w:t>
      </w:r>
      <w:r>
        <w:rPr>
          <w:rFonts w:ascii="Arial" w:hAnsi="Arial"/>
          <w:color w:val="5D7284"/>
          <w:sz w:val="22"/>
        </w:rPr>
        <w:t>05:39</w:t>
      </w:r>
    </w:p>
    <w:p>
      <w:pPr>
        <w:spacing w:after="0"/>
      </w:pPr>
      <w:r>
        <w:rPr>
          <w:rFonts w:ascii="Arial" w:hAnsi="Arial"/>
          <w:sz w:val="22"/>
        </w:rPr>
        <w:t>gonna say, yeah, they got sunglasses on. I was,</w:t>
      </w:r>
    </w:p>
    <w:p>
      <w:pPr>
        <w:spacing w:after="0"/>
      </w:pPr>
    </w:p>
    <w:p>
      <w:pPr>
        <w:spacing w:after="0"/>
      </w:pPr>
      <w:r>
        <w:rPr>
          <w:rFonts w:ascii="Arial" w:hAnsi="Arial"/>
          <w:b/>
          <w:sz w:val="22"/>
        </w:rPr>
        <w:t xml:space="preserve">Daisy  </w:t>
      </w:r>
      <w:r>
        <w:rPr>
          <w:rFonts w:ascii="Arial" w:hAnsi="Arial"/>
          <w:color w:val="5D7284"/>
          <w:sz w:val="22"/>
        </w:rPr>
        <w:t>05:40</w:t>
      </w:r>
    </w:p>
    <w:p>
      <w:pPr>
        <w:spacing w:after="0"/>
      </w:pPr>
      <w:r>
        <w:rPr>
          <w:rFonts w:ascii="Arial" w:hAnsi="Arial"/>
          <w:sz w:val="22"/>
        </w:rPr>
        <w:t>I was just wondering whether there's, there was potentially an element of, like, if that was still, you know, it wasn't particularly common to have a pet dog to take around on a lead, whether it's almost like that kind of signal came thing where it's sort of like, you know, that there's, there's an element of, you know, they probably won't walk out in front of a horse. That's about, yeah, you over No. But also, if someone sees you with a dog on a lead, you know, first century, yeah, yeah, then people go, okay, that's probably for a reason,</w:t>
      </w:r>
    </w:p>
    <w:p>
      <w:pPr>
        <w:spacing w:after="0"/>
      </w:pPr>
    </w:p>
    <w:p>
      <w:pPr>
        <w:spacing w:after="0"/>
      </w:pPr>
      <w:r>
        <w:rPr>
          <w:rFonts w:ascii="Arial" w:hAnsi="Arial"/>
          <w:b/>
          <w:sz w:val="22"/>
        </w:rPr>
        <w:t xml:space="preserve">Lucy  </w:t>
      </w:r>
      <w:r>
        <w:rPr>
          <w:rFonts w:ascii="Arial" w:hAnsi="Arial"/>
          <w:color w:val="5D7284"/>
          <w:sz w:val="22"/>
        </w:rPr>
        <w:t>06:14</w:t>
      </w:r>
    </w:p>
    <w:p>
      <w:pPr>
        <w:spacing w:after="0"/>
      </w:pPr>
      <w:r>
        <w:rPr>
          <w:rFonts w:ascii="Arial" w:hAnsi="Arial"/>
          <w:sz w:val="22"/>
        </w:rPr>
        <w:t>yeah. Because if you think about a domesticated dog in the early days, they wouldn't necessarily have a lead. Would they, they'd walk by the side of you?</w:t>
      </w:r>
    </w:p>
    <w:p>
      <w:pPr>
        <w:spacing w:after="0"/>
      </w:pPr>
    </w:p>
    <w:p>
      <w:pPr>
        <w:spacing w:after="0"/>
      </w:pPr>
      <w:r>
        <w:rPr>
          <w:rFonts w:ascii="Arial" w:hAnsi="Arial"/>
          <w:b/>
          <w:sz w:val="22"/>
        </w:rPr>
        <w:t xml:space="preserve">Alice  </w:t>
      </w:r>
      <w:r>
        <w:rPr>
          <w:rFonts w:ascii="Arial" w:hAnsi="Arial"/>
          <w:color w:val="5D7284"/>
          <w:sz w:val="22"/>
        </w:rPr>
        <w:t>06:23</w:t>
      </w:r>
    </w:p>
    <w:p>
      <w:pPr>
        <w:spacing w:after="0"/>
      </w:pPr>
      <w:r>
        <w:rPr>
          <w:rFonts w:ascii="Arial" w:hAnsi="Arial"/>
          <w:sz w:val="22"/>
        </w:rPr>
        <w:t>I think, you know, we say we domesticated dogs 150,000 years ago, but I imagine most of those dogs were like the sort of equivalent of, like a farm dog, you know, yeah,</w:t>
      </w:r>
    </w:p>
    <w:p>
      <w:pPr>
        <w:spacing w:after="0"/>
      </w:pPr>
    </w:p>
    <w:p>
      <w:pPr>
        <w:spacing w:after="0"/>
      </w:pPr>
      <w:r>
        <w:rPr>
          <w:rFonts w:ascii="Arial" w:hAnsi="Arial"/>
          <w:b/>
          <w:sz w:val="22"/>
        </w:rPr>
        <w:t xml:space="preserve">Daisy  </w:t>
      </w:r>
      <w:r>
        <w:rPr>
          <w:rFonts w:ascii="Arial" w:hAnsi="Arial"/>
          <w:color w:val="5D7284"/>
          <w:sz w:val="22"/>
        </w:rPr>
        <w:t>06:33</w:t>
      </w:r>
    </w:p>
    <w:p>
      <w:pPr>
        <w:spacing w:after="0"/>
      </w:pPr>
      <w:r>
        <w:rPr>
          <w:rFonts w:ascii="Arial" w:hAnsi="Arial"/>
          <w:sz w:val="22"/>
        </w:rPr>
        <w:t>exactly domesticating. You know, on a very general level, it's just that, like, they're</w:t>
      </w:r>
    </w:p>
    <w:p>
      <w:pPr>
        <w:spacing w:after="0"/>
      </w:pPr>
    </w:p>
    <w:p>
      <w:pPr>
        <w:spacing w:after="0"/>
      </w:pPr>
      <w:r>
        <w:rPr>
          <w:rFonts w:ascii="Arial" w:hAnsi="Arial"/>
          <w:b/>
          <w:sz w:val="22"/>
        </w:rPr>
        <w:t xml:space="preserve">Alice  </w:t>
      </w:r>
      <w:r>
        <w:rPr>
          <w:rFonts w:ascii="Arial" w:hAnsi="Arial"/>
          <w:color w:val="5D7284"/>
          <w:sz w:val="22"/>
        </w:rPr>
        <w:t>06:38</w:t>
      </w:r>
    </w:p>
    <w:p>
      <w:pPr>
        <w:spacing w:after="0"/>
      </w:pPr>
      <w:r>
        <w:rPr>
          <w:rFonts w:ascii="Arial" w:hAnsi="Arial"/>
          <w:sz w:val="22"/>
        </w:rPr>
        <w:t>not, yeah, they're not in your handbag while you go to go, like, while you go to Tescos they</w:t>
      </w:r>
    </w:p>
    <w:p>
      <w:pPr>
        <w:spacing w:after="0"/>
      </w:pPr>
    </w:p>
    <w:p>
      <w:pPr>
        <w:spacing w:after="0"/>
      </w:pPr>
      <w:r>
        <w:rPr>
          <w:rFonts w:ascii="Arial" w:hAnsi="Arial"/>
          <w:b/>
          <w:sz w:val="22"/>
        </w:rPr>
        <w:t xml:space="preserve">Lucy  </w:t>
      </w:r>
      <w:r>
        <w:rPr>
          <w:rFonts w:ascii="Arial" w:hAnsi="Arial"/>
          <w:color w:val="5D7284"/>
          <w:sz w:val="22"/>
        </w:rPr>
        <w:t>06:45</w:t>
      </w:r>
    </w:p>
    <w:p>
      <w:pPr>
        <w:spacing w:after="0"/>
      </w:pPr>
      <w:r>
        <w:rPr>
          <w:rFonts w:ascii="Arial" w:hAnsi="Arial"/>
          <w:sz w:val="22"/>
        </w:rPr>
        <w:t>In tescos bag for life with his head stuck out, yeah,</w:t>
      </w:r>
    </w:p>
    <w:p>
      <w:pPr>
        <w:spacing w:after="0"/>
      </w:pPr>
    </w:p>
    <w:p>
      <w:pPr>
        <w:spacing w:after="0"/>
      </w:pPr>
      <w:r>
        <w:rPr>
          <w:rFonts w:ascii="Arial" w:hAnsi="Arial"/>
          <w:b/>
          <w:sz w:val="22"/>
        </w:rPr>
        <w:t xml:space="preserve">Daisy  </w:t>
      </w:r>
      <w:r>
        <w:rPr>
          <w:rFonts w:ascii="Arial" w:hAnsi="Arial"/>
          <w:color w:val="5D7284"/>
          <w:sz w:val="22"/>
        </w:rPr>
        <w:t>06:51</w:t>
      </w:r>
    </w:p>
    <w:p>
      <w:pPr>
        <w:spacing w:after="0"/>
      </w:pPr>
      <w:r>
        <w:rPr>
          <w:rFonts w:ascii="Arial" w:hAnsi="Arial"/>
          <w:sz w:val="22"/>
        </w:rPr>
        <w:t>yeah, you shouldn't put a dog in a tescos bag for life</w:t>
      </w:r>
    </w:p>
    <w:p>
      <w:pPr>
        <w:spacing w:after="0"/>
      </w:pPr>
    </w:p>
    <w:p>
      <w:pPr>
        <w:spacing w:after="0"/>
      </w:pPr>
      <w:r>
        <w:rPr>
          <w:rFonts w:ascii="Arial" w:hAnsi="Arial"/>
          <w:b/>
          <w:sz w:val="22"/>
        </w:rPr>
        <w:t xml:space="preserve">Alice  </w:t>
      </w:r>
      <w:r>
        <w:rPr>
          <w:rFonts w:ascii="Arial" w:hAnsi="Arial"/>
          <w:color w:val="5D7284"/>
          <w:sz w:val="22"/>
        </w:rPr>
        <w:t>06:54</w:t>
      </w:r>
    </w:p>
    <w:p>
      <w:pPr>
        <w:spacing w:after="0"/>
      </w:pPr>
      <w:r>
        <w:rPr>
          <w:rFonts w:ascii="Arial" w:hAnsi="Arial"/>
          <w:sz w:val="22"/>
        </w:rPr>
        <w:t>don't do that. Yeah, yeah, that's not recommended.</w:t>
      </w:r>
    </w:p>
    <w:p>
      <w:pPr>
        <w:spacing w:after="0"/>
      </w:pPr>
    </w:p>
    <w:p>
      <w:pPr>
        <w:spacing w:after="0"/>
      </w:pPr>
      <w:r>
        <w:rPr>
          <w:rFonts w:ascii="Arial" w:hAnsi="Arial"/>
          <w:b/>
          <w:sz w:val="22"/>
        </w:rPr>
        <w:t xml:space="preserve">Lucy  </w:t>
      </w:r>
      <w:r>
        <w:rPr>
          <w:rFonts w:ascii="Arial" w:hAnsi="Arial"/>
          <w:color w:val="5D7284"/>
          <w:sz w:val="22"/>
        </w:rPr>
        <w:t>06:59</w:t>
      </w:r>
    </w:p>
    <w:p>
      <w:pPr>
        <w:spacing w:after="0"/>
      </w:pPr>
      <w:r>
        <w:rPr>
          <w:rFonts w:ascii="Arial" w:hAnsi="Arial"/>
          <w:sz w:val="22"/>
        </w:rPr>
        <w:t>It was a joke. I'm joking,</w:t>
      </w:r>
    </w:p>
    <w:p>
      <w:pPr>
        <w:spacing w:after="0"/>
      </w:pPr>
    </w:p>
    <w:p>
      <w:pPr>
        <w:spacing w:after="0"/>
      </w:pPr>
      <w:r>
        <w:rPr>
          <w:rFonts w:ascii="Arial" w:hAnsi="Arial"/>
          <w:b/>
          <w:sz w:val="22"/>
        </w:rPr>
        <w:t xml:space="preserve">Daisy  </w:t>
      </w:r>
      <w:r>
        <w:rPr>
          <w:rFonts w:ascii="Arial" w:hAnsi="Arial"/>
          <w:color w:val="5D7284"/>
          <w:sz w:val="22"/>
        </w:rPr>
        <w:t>07:02</w:t>
      </w:r>
    </w:p>
    <w:p>
      <w:pPr>
        <w:spacing w:after="0"/>
      </w:pPr>
      <w:r>
        <w:rPr>
          <w:rFonts w:ascii="Arial" w:hAnsi="Arial"/>
          <w:sz w:val="22"/>
        </w:rPr>
        <w:t>just for legal reasons.</w:t>
      </w:r>
    </w:p>
    <w:p>
      <w:pPr>
        <w:spacing w:after="0"/>
      </w:pPr>
    </w:p>
    <w:p>
      <w:pPr>
        <w:spacing w:after="0"/>
      </w:pPr>
      <w:r>
        <w:rPr>
          <w:rFonts w:ascii="Arial" w:hAnsi="Arial"/>
          <w:b/>
          <w:sz w:val="22"/>
        </w:rPr>
        <w:t xml:space="preserve">Alice  </w:t>
      </w:r>
      <w:r>
        <w:rPr>
          <w:rFonts w:ascii="Arial" w:hAnsi="Arial"/>
          <w:color w:val="5D7284"/>
          <w:sz w:val="22"/>
        </w:rPr>
        <w:t>07:06</w:t>
      </w:r>
    </w:p>
    <w:p>
      <w:pPr>
        <w:spacing w:after="0"/>
      </w:pPr>
      <w:r>
        <w:rPr>
          <w:rFonts w:ascii="Arial" w:hAnsi="Arial"/>
          <w:sz w:val="22"/>
        </w:rPr>
        <w:t>That reminds me of a story that somebody told me once about how they bought a shirt and on the inside of the shirt it said, do not iron whilst wearing and they were like, they've put that in because someone's done that. Yeah?</w:t>
      </w:r>
    </w:p>
    <w:p>
      <w:pPr>
        <w:spacing w:after="0"/>
      </w:pPr>
    </w:p>
    <w:p>
      <w:pPr>
        <w:spacing w:after="0"/>
      </w:pPr>
      <w:r>
        <w:rPr>
          <w:rFonts w:ascii="Arial" w:hAnsi="Arial"/>
          <w:b/>
          <w:sz w:val="22"/>
        </w:rPr>
        <w:t xml:space="preserve">Lucy  </w:t>
      </w:r>
      <w:r>
        <w:rPr>
          <w:rFonts w:ascii="Arial" w:hAnsi="Arial"/>
          <w:color w:val="5D7284"/>
          <w:sz w:val="22"/>
        </w:rPr>
        <w:t>07:19</w:t>
      </w:r>
    </w:p>
    <w:p>
      <w:pPr>
        <w:spacing w:after="0"/>
      </w:pPr>
      <w:r>
        <w:rPr>
          <w:rFonts w:ascii="Arial" w:hAnsi="Arial"/>
          <w:sz w:val="22"/>
        </w:rPr>
        <w:t>Someone was like, when you Yeah, it's a bit like, when you go to Greg's and you get a pasty or something, and it'll say contents is very hot, and you're like, yep, somebody, somebody has tried to eat that Greg's while it is very hot</w:t>
      </w:r>
    </w:p>
    <w:p>
      <w:pPr>
        <w:spacing w:after="0"/>
      </w:pPr>
    </w:p>
    <w:p>
      <w:pPr>
        <w:spacing w:after="0"/>
      </w:pPr>
      <w:r>
        <w:rPr>
          <w:rFonts w:ascii="Arial" w:hAnsi="Arial"/>
          <w:b/>
          <w:sz w:val="22"/>
        </w:rPr>
        <w:t xml:space="preserve">Alice  </w:t>
      </w:r>
      <w:r>
        <w:rPr>
          <w:rFonts w:ascii="Arial" w:hAnsi="Arial"/>
          <w:color w:val="5D7284"/>
          <w:sz w:val="22"/>
        </w:rPr>
        <w:t>07:33</w:t>
      </w:r>
    </w:p>
    <w:p>
      <w:pPr>
        <w:spacing w:after="0"/>
      </w:pPr>
      <w:r>
        <w:rPr>
          <w:rFonts w:ascii="Arial" w:hAnsi="Arial"/>
          <w:sz w:val="22"/>
        </w:rPr>
        <w:t>and then tried to sue Greg's for it,</w:t>
      </w:r>
    </w:p>
    <w:p>
      <w:pPr>
        <w:spacing w:after="0"/>
      </w:pPr>
    </w:p>
    <w:p>
      <w:pPr>
        <w:spacing w:after="0"/>
      </w:pPr>
      <w:r>
        <w:rPr>
          <w:rFonts w:ascii="Arial" w:hAnsi="Arial"/>
          <w:b/>
          <w:sz w:val="22"/>
        </w:rPr>
        <w:t xml:space="preserve">Lucy  </w:t>
      </w:r>
      <w:r>
        <w:rPr>
          <w:rFonts w:ascii="Arial" w:hAnsi="Arial"/>
          <w:color w:val="5D7284"/>
          <w:sz w:val="22"/>
        </w:rPr>
        <w:t>07:35</w:t>
      </w:r>
    </w:p>
    <w:p>
      <w:pPr>
        <w:spacing w:after="0"/>
      </w:pPr>
      <w:r>
        <w:rPr>
          <w:rFonts w:ascii="Arial" w:hAnsi="Arial"/>
          <w:sz w:val="22"/>
        </w:rPr>
        <w:t>yeah, yeah, yeah, yeah.</w:t>
      </w:r>
    </w:p>
    <w:p>
      <w:pPr>
        <w:spacing w:after="0"/>
      </w:pPr>
    </w:p>
    <w:p>
      <w:pPr>
        <w:spacing w:after="0"/>
      </w:pPr>
      <w:r>
        <w:rPr>
          <w:rFonts w:ascii="Arial" w:hAnsi="Arial"/>
          <w:b/>
          <w:sz w:val="22"/>
        </w:rPr>
        <w:t xml:space="preserve">Daisy  </w:t>
      </w:r>
      <w:r>
        <w:rPr>
          <w:rFonts w:ascii="Arial" w:hAnsi="Arial"/>
          <w:color w:val="5D7284"/>
          <w:sz w:val="22"/>
        </w:rPr>
        <w:t>07:37</w:t>
      </w:r>
    </w:p>
    <w:p>
      <w:pPr>
        <w:spacing w:after="0"/>
      </w:pPr>
      <w:r>
        <w:rPr>
          <w:rFonts w:ascii="Arial" w:hAnsi="Arial"/>
          <w:sz w:val="22"/>
        </w:rPr>
        <w:t>That is their punishment for buying a pasty from Gregs.</w:t>
      </w:r>
    </w:p>
    <w:p>
      <w:pPr>
        <w:spacing w:after="0"/>
      </w:pPr>
    </w:p>
    <w:p>
      <w:pPr>
        <w:spacing w:after="0"/>
      </w:pPr>
      <w:r>
        <w:rPr>
          <w:rFonts w:ascii="Arial" w:hAnsi="Arial"/>
          <w:b/>
          <w:sz w:val="22"/>
        </w:rPr>
        <w:t xml:space="preserve">Alice  </w:t>
      </w:r>
      <w:r>
        <w:rPr>
          <w:rFonts w:ascii="Arial" w:hAnsi="Arial"/>
          <w:color w:val="5D7284"/>
          <w:sz w:val="22"/>
        </w:rPr>
        <w:t>07:43</w:t>
      </w:r>
    </w:p>
    <w:p>
      <w:pPr>
        <w:spacing w:after="0"/>
      </w:pPr>
      <w:r>
        <w:rPr>
          <w:rFonts w:ascii="Arial" w:hAnsi="Arial"/>
          <w:sz w:val="22"/>
        </w:rPr>
        <w:t>I can't imagine Greg's has got a huge gluten free selection, so I don't see it being particularly up your street.</w:t>
      </w:r>
    </w:p>
    <w:p>
      <w:pPr>
        <w:spacing w:after="0"/>
      </w:pPr>
    </w:p>
    <w:p>
      <w:pPr>
        <w:spacing w:after="0"/>
      </w:pPr>
      <w:r>
        <w:rPr>
          <w:rFonts w:ascii="Arial" w:hAnsi="Arial"/>
          <w:b/>
          <w:sz w:val="22"/>
        </w:rPr>
        <w:t xml:space="preserve">Daisy  </w:t>
      </w:r>
      <w:r>
        <w:rPr>
          <w:rFonts w:ascii="Arial" w:hAnsi="Arial"/>
          <w:color w:val="5D7284"/>
          <w:sz w:val="22"/>
        </w:rPr>
        <w:t>07:49</w:t>
      </w:r>
    </w:p>
    <w:p>
      <w:pPr>
        <w:spacing w:after="0"/>
      </w:pPr>
      <w:r>
        <w:rPr>
          <w:rFonts w:ascii="Arial" w:hAnsi="Arial"/>
          <w:sz w:val="22"/>
        </w:rPr>
        <w:t>Daisy. Oh no, it's not that. Is that I'm from the south west, yeah. So like, why would you go to Greg's when you could get a proper pasty from a bakery?</w:t>
      </w:r>
    </w:p>
    <w:p>
      <w:pPr>
        <w:spacing w:after="0"/>
      </w:pPr>
    </w:p>
    <w:p>
      <w:pPr>
        <w:spacing w:after="0"/>
      </w:pPr>
      <w:r>
        <w:rPr>
          <w:rFonts w:ascii="Arial" w:hAnsi="Arial"/>
          <w:b/>
          <w:sz w:val="22"/>
        </w:rPr>
        <w:t xml:space="preserve">Alice  </w:t>
      </w:r>
      <w:r>
        <w:rPr>
          <w:rFonts w:ascii="Arial" w:hAnsi="Arial"/>
          <w:color w:val="5D7284"/>
          <w:sz w:val="22"/>
        </w:rPr>
        <w:t>07:59</w:t>
      </w:r>
    </w:p>
    <w:p>
      <w:pPr>
        <w:spacing w:after="0"/>
      </w:pPr>
      <w:r>
        <w:rPr>
          <w:rFonts w:ascii="Arial" w:hAnsi="Arial"/>
          <w:sz w:val="22"/>
        </w:rPr>
        <w:t>That is true.</w:t>
      </w:r>
    </w:p>
    <w:p>
      <w:pPr>
        <w:spacing w:after="0"/>
      </w:pPr>
    </w:p>
    <w:p>
      <w:pPr>
        <w:spacing w:after="0"/>
      </w:pPr>
      <w:r>
        <w:rPr>
          <w:rFonts w:ascii="Arial" w:hAnsi="Arial"/>
          <w:b/>
          <w:sz w:val="22"/>
        </w:rPr>
        <w:t xml:space="preserve">Lucy  </w:t>
      </w:r>
      <w:r>
        <w:rPr>
          <w:rFonts w:ascii="Arial" w:hAnsi="Arial"/>
          <w:color w:val="5D7284"/>
          <w:sz w:val="22"/>
        </w:rPr>
        <w:t>08:00</w:t>
      </w:r>
    </w:p>
    <w:p>
      <w:pPr>
        <w:spacing w:after="0"/>
      </w:pPr>
      <w:r>
        <w:rPr>
          <w:rFonts w:ascii="Arial" w:hAnsi="Arial"/>
          <w:sz w:val="22"/>
        </w:rPr>
        <w:t>That is true. And to be fair, if I was like, near somewhere that sold a proper pasty, I would probably go to there</w:t>
      </w:r>
    </w:p>
    <w:p>
      <w:pPr>
        <w:spacing w:after="0"/>
      </w:pPr>
    </w:p>
    <w:p>
      <w:pPr>
        <w:spacing w:after="0"/>
      </w:pPr>
      <w:r>
        <w:rPr>
          <w:rFonts w:ascii="Arial" w:hAnsi="Arial"/>
          <w:b/>
          <w:sz w:val="22"/>
        </w:rPr>
        <w:t xml:space="preserve">Alice  </w:t>
      </w:r>
      <w:r>
        <w:rPr>
          <w:rFonts w:ascii="Arial" w:hAnsi="Arial"/>
          <w:color w:val="5D7284"/>
          <w:sz w:val="22"/>
        </w:rPr>
        <w:t>08:06</w:t>
      </w:r>
    </w:p>
    <w:p>
      <w:pPr>
        <w:spacing w:after="0"/>
      </w:pPr>
      <w:r>
        <w:rPr>
          <w:rFonts w:ascii="Arial" w:hAnsi="Arial"/>
          <w:sz w:val="22"/>
        </w:rPr>
        <w:t>I think unfortunately, that once you get sort of past like Peterborough, you just that the closest you're going to get to a pasty shop is one of those Cornish pasty cos in a train station.</w:t>
      </w:r>
    </w:p>
    <w:p>
      <w:pPr>
        <w:spacing w:after="0"/>
      </w:pPr>
    </w:p>
    <w:p>
      <w:pPr>
        <w:spacing w:after="0"/>
      </w:pPr>
      <w:r>
        <w:rPr>
          <w:rFonts w:ascii="Arial" w:hAnsi="Arial"/>
          <w:b/>
          <w:sz w:val="22"/>
        </w:rPr>
        <w:t xml:space="preserve">Lucy  </w:t>
      </w:r>
      <w:r>
        <w:rPr>
          <w:rFonts w:ascii="Arial" w:hAnsi="Arial"/>
          <w:color w:val="5D7284"/>
          <w:sz w:val="22"/>
        </w:rPr>
        <w:t>08:18</w:t>
      </w:r>
    </w:p>
    <w:p>
      <w:pPr>
        <w:spacing w:after="0"/>
      </w:pPr>
      <w:r>
        <w:rPr>
          <w:rFonts w:ascii="Arial" w:hAnsi="Arial"/>
          <w:sz w:val="22"/>
        </w:rPr>
        <w:t>Yeah, exactly. And I am landlocked. I'm in the belly button of Britain. Do you know what I mean? It's like, I ain't gonna get a Cornish past it like a proper Cornish pasty unless I go on holiday.</w:t>
      </w:r>
    </w:p>
    <w:p>
      <w:pPr>
        <w:spacing w:after="0"/>
      </w:pPr>
    </w:p>
    <w:p>
      <w:pPr>
        <w:spacing w:after="0"/>
      </w:pPr>
      <w:r>
        <w:rPr>
          <w:rFonts w:ascii="Arial" w:hAnsi="Arial"/>
          <w:b/>
          <w:sz w:val="22"/>
        </w:rPr>
        <w:t xml:space="preserve">Alice  </w:t>
      </w:r>
      <w:r>
        <w:rPr>
          <w:rFonts w:ascii="Arial" w:hAnsi="Arial"/>
          <w:color w:val="5D7284"/>
          <w:sz w:val="22"/>
        </w:rPr>
        <w:t>08:27</w:t>
      </w:r>
    </w:p>
    <w:p>
      <w:pPr>
        <w:spacing w:after="0"/>
      </w:pPr>
      <w:r>
        <w:rPr>
          <w:rFonts w:ascii="Arial" w:hAnsi="Arial"/>
          <w:sz w:val="22"/>
        </w:rPr>
        <w:t>We used to have a nice Cornish pasty shop in Leicester City, and then the pandemic happened, and Leicester City closed, and it has yet to reopen.</w:t>
      </w:r>
    </w:p>
    <w:p>
      <w:pPr>
        <w:spacing w:after="0"/>
      </w:pPr>
    </w:p>
    <w:p>
      <w:pPr>
        <w:spacing w:after="0"/>
      </w:pPr>
      <w:r>
        <w:rPr>
          <w:rFonts w:ascii="Arial" w:hAnsi="Arial"/>
          <w:b/>
          <w:sz w:val="22"/>
        </w:rPr>
        <w:t xml:space="preserve">Lucy  </w:t>
      </w:r>
      <w:r>
        <w:rPr>
          <w:rFonts w:ascii="Arial" w:hAnsi="Arial"/>
          <w:color w:val="5D7284"/>
          <w:sz w:val="22"/>
        </w:rPr>
        <w:t>08:37</w:t>
      </w:r>
    </w:p>
    <w:p>
      <w:pPr>
        <w:spacing w:after="0"/>
      </w:pPr>
      <w:r>
        <w:rPr>
          <w:rFonts w:ascii="Arial" w:hAnsi="Arial"/>
          <w:sz w:val="22"/>
        </w:rPr>
        <w:t>When the pasty shop opens again, we should go</w:t>
      </w:r>
    </w:p>
    <w:p>
      <w:pPr>
        <w:spacing w:after="0"/>
      </w:pPr>
    </w:p>
    <w:p>
      <w:pPr>
        <w:spacing w:after="0"/>
      </w:pPr>
      <w:r>
        <w:rPr>
          <w:rFonts w:ascii="Arial" w:hAnsi="Arial"/>
          <w:b/>
          <w:sz w:val="22"/>
        </w:rPr>
        <w:t xml:space="preserve">Alice  </w:t>
      </w:r>
      <w:r>
        <w:rPr>
          <w:rFonts w:ascii="Arial" w:hAnsi="Arial"/>
          <w:color w:val="5D7284"/>
          <w:sz w:val="22"/>
        </w:rPr>
        <w:t>08:43</w:t>
      </w:r>
    </w:p>
    <w:p>
      <w:pPr>
        <w:spacing w:after="0"/>
      </w:pPr>
      <w:r>
        <w:rPr>
          <w:rFonts w:ascii="Arial" w:hAnsi="Arial"/>
          <w:sz w:val="22"/>
        </w:rPr>
        <w:t>Any excuse to get out the house, isn't it Luce? Are thing's okay at home Lucy?</w:t>
      </w:r>
    </w:p>
    <w:p>
      <w:pPr>
        <w:spacing w:after="0"/>
      </w:pPr>
    </w:p>
    <w:p>
      <w:pPr>
        <w:spacing w:after="0"/>
      </w:pPr>
      <w:r>
        <w:rPr>
          <w:rFonts w:ascii="Arial" w:hAnsi="Arial"/>
          <w:b/>
          <w:sz w:val="22"/>
        </w:rPr>
        <w:t xml:space="preserve">Lucy  </w:t>
      </w:r>
      <w:r>
        <w:rPr>
          <w:rFonts w:ascii="Arial" w:hAnsi="Arial"/>
          <w:color w:val="5D7284"/>
          <w:sz w:val="22"/>
        </w:rPr>
        <w:t>08:50</w:t>
      </w:r>
    </w:p>
    <w:p>
      <w:pPr>
        <w:spacing w:after="0"/>
      </w:pPr>
      <w:r>
        <w:rPr>
          <w:rFonts w:ascii="Arial" w:hAnsi="Arial"/>
          <w:sz w:val="22"/>
        </w:rPr>
        <w:t>They're fine. They're fine.</w:t>
      </w:r>
    </w:p>
    <w:p>
      <w:pPr>
        <w:spacing w:after="0"/>
      </w:pPr>
    </w:p>
    <w:p>
      <w:pPr>
        <w:spacing w:after="0"/>
      </w:pPr>
      <w:r>
        <w:rPr>
          <w:rFonts w:ascii="Arial" w:hAnsi="Arial"/>
          <w:b/>
          <w:sz w:val="22"/>
        </w:rPr>
        <w:t xml:space="preserve">Daisy  </w:t>
      </w:r>
      <w:r>
        <w:rPr>
          <w:rFonts w:ascii="Arial" w:hAnsi="Arial"/>
          <w:color w:val="5D7284"/>
          <w:sz w:val="22"/>
        </w:rPr>
        <w:t>08:52</w:t>
      </w:r>
    </w:p>
    <w:p>
      <w:pPr>
        <w:spacing w:after="0"/>
      </w:pPr>
      <w:r>
        <w:rPr>
          <w:rFonts w:ascii="Arial" w:hAnsi="Arial"/>
          <w:sz w:val="22"/>
        </w:rPr>
        <w:t>You can also get them frozen, posted to your house to cook at home.</w:t>
      </w:r>
    </w:p>
    <w:p>
      <w:pPr>
        <w:spacing w:after="0"/>
      </w:pPr>
    </w:p>
    <w:p>
      <w:pPr>
        <w:spacing w:after="0"/>
      </w:pPr>
      <w:r>
        <w:rPr>
          <w:rFonts w:ascii="Arial" w:hAnsi="Arial"/>
          <w:b/>
          <w:sz w:val="22"/>
        </w:rPr>
        <w:t xml:space="preserve">Alice  </w:t>
      </w:r>
      <w:r>
        <w:rPr>
          <w:rFonts w:ascii="Arial" w:hAnsi="Arial"/>
          <w:color w:val="5D7284"/>
          <w:sz w:val="22"/>
        </w:rPr>
        <w:t>08:56</w:t>
      </w:r>
    </w:p>
    <w:p>
      <w:pPr>
        <w:spacing w:after="0"/>
      </w:pPr>
      <w:r>
        <w:rPr>
          <w:rFonts w:ascii="Arial" w:hAnsi="Arial"/>
          <w:sz w:val="22"/>
        </w:rPr>
        <w:t>That's amazing. You may have just changed my life with a very short sentence</w:t>
      </w:r>
    </w:p>
    <w:p>
      <w:pPr>
        <w:spacing w:after="0"/>
      </w:pPr>
    </w:p>
    <w:p>
      <w:pPr>
        <w:spacing w:after="0"/>
      </w:pPr>
      <w:r>
        <w:rPr>
          <w:rFonts w:ascii="Arial" w:hAnsi="Arial"/>
          <w:b/>
          <w:sz w:val="22"/>
        </w:rPr>
        <w:t xml:space="preserve">Lucy  </w:t>
      </w:r>
      <w:r>
        <w:rPr>
          <w:rFonts w:ascii="Arial" w:hAnsi="Arial"/>
          <w:color w:val="5D7284"/>
          <w:sz w:val="22"/>
        </w:rPr>
        <w:t>09:02</w:t>
      </w:r>
    </w:p>
    <w:p>
      <w:pPr>
        <w:spacing w:after="0"/>
      </w:pPr>
      <w:r>
        <w:rPr>
          <w:rFonts w:ascii="Arial" w:hAnsi="Arial"/>
          <w:sz w:val="22"/>
        </w:rPr>
        <w:t>where do we get that?</w:t>
      </w:r>
    </w:p>
    <w:p>
      <w:pPr>
        <w:spacing w:after="0"/>
      </w:pPr>
    </w:p>
    <w:p>
      <w:pPr>
        <w:spacing w:after="0"/>
      </w:pPr>
      <w:r>
        <w:rPr>
          <w:rFonts w:ascii="Arial" w:hAnsi="Arial"/>
          <w:b/>
          <w:sz w:val="22"/>
        </w:rPr>
        <w:t xml:space="preserve">Daisy  </w:t>
      </w:r>
      <w:r>
        <w:rPr>
          <w:rFonts w:ascii="Arial" w:hAnsi="Arial"/>
          <w:color w:val="5D7284"/>
          <w:sz w:val="22"/>
        </w:rPr>
        <w:t>09:06</w:t>
      </w:r>
    </w:p>
    <w:p>
      <w:pPr>
        <w:spacing w:after="0"/>
      </w:pPr>
      <w:r>
        <w:rPr>
          <w:rFonts w:ascii="Arial" w:hAnsi="Arial"/>
          <w:sz w:val="22"/>
        </w:rPr>
        <w:t>internet, I would have to look up the actual place. I know there were a number of places that do it.</w:t>
      </w:r>
    </w:p>
    <w:p>
      <w:pPr>
        <w:spacing w:after="0"/>
      </w:pPr>
    </w:p>
    <w:p>
      <w:pPr>
        <w:spacing w:after="0"/>
      </w:pPr>
      <w:r>
        <w:rPr>
          <w:rFonts w:ascii="Arial" w:hAnsi="Arial"/>
          <w:b/>
          <w:sz w:val="22"/>
        </w:rPr>
        <w:t xml:space="preserve">Lucy  </w:t>
      </w:r>
      <w:r>
        <w:rPr>
          <w:rFonts w:ascii="Arial" w:hAnsi="Arial"/>
          <w:color w:val="5D7284"/>
          <w:sz w:val="22"/>
        </w:rPr>
        <w:t>09:15</w:t>
      </w:r>
    </w:p>
    <w:p>
      <w:pPr>
        <w:spacing w:after="0"/>
      </w:pPr>
      <w:r>
        <w:rPr>
          <w:rFonts w:ascii="Arial" w:hAnsi="Arial"/>
          <w:sz w:val="22"/>
        </w:rPr>
        <w:t>I know what i'm getting you for christmas Daisy. Mind you, you live near the cornish. You're the one who lives closest to the Cornish pasty shop. We've gone completely off topic as far as standards.</w:t>
      </w:r>
    </w:p>
    <w:p>
      <w:pPr>
        <w:spacing w:after="0"/>
      </w:pPr>
    </w:p>
    <w:p>
      <w:pPr>
        <w:spacing w:after="0"/>
      </w:pPr>
      <w:r>
        <w:rPr>
          <w:rFonts w:ascii="Arial" w:hAnsi="Arial"/>
          <w:b/>
          <w:sz w:val="22"/>
        </w:rPr>
        <w:t xml:space="preserve">Alice  </w:t>
      </w:r>
      <w:r>
        <w:rPr>
          <w:rFonts w:ascii="Arial" w:hAnsi="Arial"/>
          <w:color w:val="5D7284"/>
          <w:sz w:val="22"/>
        </w:rPr>
        <w:t>09:23</w:t>
      </w:r>
    </w:p>
    <w:p>
      <w:pPr>
        <w:spacing w:after="0"/>
      </w:pPr>
      <w:r>
        <w:rPr>
          <w:rFonts w:ascii="Arial" w:hAnsi="Arial"/>
          <w:sz w:val="22"/>
        </w:rPr>
        <w:t>I I mean, I can, I can segue us back by saying, I'm sure circle back. I'm sure most dogs would eat a Cornish pasty given the opportunity.</w:t>
      </w:r>
    </w:p>
    <w:p>
      <w:pPr>
        <w:spacing w:after="0"/>
      </w:pPr>
    </w:p>
    <w:p>
      <w:pPr>
        <w:spacing w:after="0"/>
      </w:pPr>
      <w:r>
        <w:rPr>
          <w:rFonts w:ascii="Arial" w:hAnsi="Arial"/>
          <w:b/>
          <w:sz w:val="22"/>
        </w:rPr>
        <w:t xml:space="preserve">Lucy  </w:t>
      </w:r>
      <w:r>
        <w:rPr>
          <w:rFonts w:ascii="Arial" w:hAnsi="Arial"/>
          <w:color w:val="5D7284"/>
          <w:sz w:val="22"/>
        </w:rPr>
        <w:t>09:32</w:t>
      </w:r>
    </w:p>
    <w:p>
      <w:pPr>
        <w:spacing w:after="0"/>
      </w:pPr>
      <w:r>
        <w:rPr>
          <w:rFonts w:ascii="Arial" w:hAnsi="Arial"/>
          <w:sz w:val="22"/>
        </w:rPr>
        <w:t xml:space="preserve"> Absolutely</w:t>
      </w:r>
    </w:p>
    <w:p>
      <w:pPr>
        <w:spacing w:after="0"/>
      </w:pPr>
    </w:p>
    <w:p>
      <w:pPr>
        <w:spacing w:after="0"/>
      </w:pPr>
      <w:r>
        <w:rPr>
          <w:rFonts w:ascii="Arial" w:hAnsi="Arial"/>
          <w:b/>
          <w:sz w:val="22"/>
        </w:rPr>
        <w:t xml:space="preserve">Alice  </w:t>
      </w:r>
      <w:r>
        <w:rPr>
          <w:rFonts w:ascii="Arial" w:hAnsi="Arial"/>
          <w:color w:val="5D7284"/>
          <w:sz w:val="22"/>
        </w:rPr>
        <w:t>09:34</w:t>
      </w:r>
    </w:p>
    <w:p>
      <w:pPr>
        <w:spacing w:after="0"/>
      </w:pPr>
      <w:r>
        <w:rPr>
          <w:rFonts w:ascii="Arial" w:hAnsi="Arial"/>
          <w:sz w:val="22"/>
        </w:rPr>
        <w:t>So they're there are more depictions of people, blind people, using dogs throughout the Middle Ages, but the There tend, there seems to be a weird sort of increase in documentation of people like guide dogs, as you get into the sort of, say. 16th, 17th century? Is it that way? No, you go backwards, don't you go forwards, don't you say 17th and 18th century?</w:t>
      </w:r>
    </w:p>
    <w:p>
      <w:pPr>
        <w:spacing w:after="0"/>
      </w:pPr>
    </w:p>
    <w:p>
      <w:pPr>
        <w:spacing w:after="0"/>
      </w:pPr>
      <w:r>
        <w:rPr>
          <w:rFonts w:ascii="Arial" w:hAnsi="Arial"/>
          <w:b/>
          <w:sz w:val="22"/>
        </w:rPr>
        <w:t xml:space="preserve">Lucy  </w:t>
      </w:r>
      <w:r>
        <w:rPr>
          <w:rFonts w:ascii="Arial" w:hAnsi="Arial"/>
          <w:color w:val="5D7284"/>
          <w:sz w:val="22"/>
        </w:rPr>
        <w:t>10:06</w:t>
      </w:r>
    </w:p>
    <w:p>
      <w:pPr>
        <w:spacing w:after="0"/>
      </w:pPr>
      <w:r>
        <w:rPr>
          <w:rFonts w:ascii="Arial" w:hAnsi="Arial"/>
          <w:sz w:val="22"/>
        </w:rPr>
        <w:t>Yeah, yeah.</w:t>
      </w:r>
    </w:p>
    <w:p>
      <w:pPr>
        <w:spacing w:after="0"/>
      </w:pPr>
    </w:p>
    <w:p>
      <w:pPr>
        <w:spacing w:after="0"/>
      </w:pPr>
      <w:r>
        <w:rPr>
          <w:rFonts w:ascii="Arial" w:hAnsi="Arial"/>
          <w:b/>
          <w:sz w:val="22"/>
        </w:rPr>
        <w:t xml:space="preserve">Alice  </w:t>
      </w:r>
      <w:r>
        <w:rPr>
          <w:rFonts w:ascii="Arial" w:hAnsi="Arial"/>
          <w:color w:val="5D7284"/>
          <w:sz w:val="22"/>
        </w:rPr>
        <w:t>10:08</w:t>
      </w:r>
    </w:p>
    <w:p>
      <w:pPr>
        <w:spacing w:after="0"/>
      </w:pPr>
      <w:r>
        <w:rPr>
          <w:rFonts w:ascii="Arial" w:hAnsi="Arial"/>
          <w:sz w:val="22"/>
        </w:rPr>
        <w:t>So the first documented train, like training of dogs for visually impaired people, was written by a guy who ran a school for blind people in I just have Europe, in Europe,</w:t>
      </w:r>
    </w:p>
    <w:p>
      <w:pPr>
        <w:spacing w:after="0"/>
      </w:pPr>
    </w:p>
    <w:p>
      <w:pPr>
        <w:spacing w:after="0"/>
      </w:pPr>
      <w:r>
        <w:rPr>
          <w:rFonts w:ascii="Arial" w:hAnsi="Arial"/>
          <w:b/>
          <w:sz w:val="22"/>
        </w:rPr>
        <w:t xml:space="preserve">Lucy  </w:t>
      </w:r>
      <w:r>
        <w:rPr>
          <w:rFonts w:ascii="Arial" w:hAnsi="Arial"/>
          <w:color w:val="5D7284"/>
          <w:sz w:val="22"/>
        </w:rPr>
        <w:t>10:26</w:t>
      </w:r>
    </w:p>
    <w:p>
      <w:pPr>
        <w:spacing w:after="0"/>
      </w:pPr>
      <w:r>
        <w:rPr>
          <w:rFonts w:ascii="Arial" w:hAnsi="Arial"/>
          <w:sz w:val="22"/>
        </w:rPr>
        <w:t>somewhere in Europe</w:t>
      </w:r>
    </w:p>
    <w:p>
      <w:pPr>
        <w:spacing w:after="0"/>
      </w:pPr>
    </w:p>
    <w:p>
      <w:pPr>
        <w:spacing w:after="0"/>
      </w:pPr>
      <w:r>
        <w:rPr>
          <w:rFonts w:ascii="Arial" w:hAnsi="Arial"/>
          <w:b/>
          <w:sz w:val="22"/>
        </w:rPr>
        <w:t xml:space="preserve">Alice  </w:t>
      </w:r>
      <w:r>
        <w:rPr>
          <w:rFonts w:ascii="Arial" w:hAnsi="Arial"/>
          <w:color w:val="5D7284"/>
          <w:sz w:val="22"/>
        </w:rPr>
        <w:t>10:28</w:t>
      </w:r>
    </w:p>
    <w:p>
      <w:pPr>
        <w:spacing w:after="0"/>
      </w:pPr>
      <w:r>
        <w:rPr>
          <w:rFonts w:ascii="Arial" w:hAnsi="Arial"/>
          <w:sz w:val="22"/>
        </w:rPr>
        <w:t>A lot of this was sort of Germany area. I don't really know why, but a lot of what seems to have been pioneered was around, in and around Germany. But this was</w:t>
      </w:r>
    </w:p>
    <w:p>
      <w:pPr>
        <w:spacing w:after="0"/>
      </w:pPr>
    </w:p>
    <w:p>
      <w:pPr>
        <w:spacing w:after="0"/>
      </w:pPr>
      <w:r>
        <w:rPr>
          <w:rFonts w:ascii="Arial" w:hAnsi="Arial"/>
          <w:b/>
          <w:sz w:val="22"/>
        </w:rPr>
        <w:t xml:space="preserve">Lucy  </w:t>
      </w:r>
      <w:r>
        <w:rPr>
          <w:rFonts w:ascii="Arial" w:hAnsi="Arial"/>
          <w:color w:val="5D7284"/>
          <w:sz w:val="22"/>
        </w:rPr>
        <w:t>10:38</w:t>
      </w:r>
    </w:p>
    <w:p>
      <w:pPr>
        <w:spacing w:after="0"/>
      </w:pPr>
      <w:r>
        <w:rPr>
          <w:rFonts w:ascii="Arial" w:hAnsi="Arial"/>
          <w:sz w:val="22"/>
        </w:rPr>
        <w:t>and do we know if it was like a specific type of dog?</w:t>
      </w:r>
    </w:p>
    <w:p>
      <w:pPr>
        <w:spacing w:after="0"/>
      </w:pPr>
    </w:p>
    <w:p>
      <w:pPr>
        <w:spacing w:after="0"/>
      </w:pPr>
      <w:r>
        <w:rPr>
          <w:rFonts w:ascii="Arial" w:hAnsi="Arial"/>
          <w:b/>
          <w:sz w:val="22"/>
        </w:rPr>
        <w:t xml:space="preserve">Alice  </w:t>
      </w:r>
      <w:r>
        <w:rPr>
          <w:rFonts w:ascii="Arial" w:hAnsi="Arial"/>
          <w:color w:val="5D7284"/>
          <w:sz w:val="22"/>
        </w:rPr>
        <w:t>10:41</w:t>
      </w:r>
    </w:p>
    <w:p>
      <w:pPr>
        <w:spacing w:after="0"/>
      </w:pPr>
      <w:r>
        <w:rPr>
          <w:rFonts w:ascii="Arial" w:hAnsi="Arial"/>
          <w:sz w:val="22"/>
        </w:rPr>
        <w:t>no, so</w:t>
      </w:r>
    </w:p>
    <w:p>
      <w:pPr>
        <w:spacing w:after="0"/>
      </w:pPr>
    </w:p>
    <w:p>
      <w:pPr>
        <w:spacing w:after="0"/>
      </w:pPr>
      <w:r>
        <w:rPr>
          <w:rFonts w:ascii="Arial" w:hAnsi="Arial"/>
          <w:b/>
          <w:sz w:val="22"/>
        </w:rPr>
        <w:t xml:space="preserve">Lucy  </w:t>
      </w:r>
      <w:r>
        <w:rPr>
          <w:rFonts w:ascii="Arial" w:hAnsi="Arial"/>
          <w:color w:val="5D7284"/>
          <w:sz w:val="22"/>
        </w:rPr>
        <w:t>10:41</w:t>
      </w:r>
    </w:p>
    <w:p>
      <w:pPr>
        <w:spacing w:after="0"/>
      </w:pPr>
      <w:r>
        <w:rPr>
          <w:rFonts w:ascii="Arial" w:hAnsi="Arial"/>
          <w:sz w:val="22"/>
        </w:rPr>
        <w:t>or was it any old dog?</w:t>
      </w:r>
    </w:p>
    <w:p>
      <w:pPr>
        <w:spacing w:after="0"/>
      </w:pPr>
    </w:p>
    <w:p>
      <w:pPr>
        <w:spacing w:after="0"/>
      </w:pPr>
      <w:r>
        <w:rPr>
          <w:rFonts w:ascii="Arial" w:hAnsi="Arial"/>
          <w:b/>
          <w:sz w:val="22"/>
        </w:rPr>
        <w:t xml:space="preserve">Alice  </w:t>
      </w:r>
      <w:r>
        <w:rPr>
          <w:rFonts w:ascii="Arial" w:hAnsi="Arial"/>
          <w:color w:val="5D7284"/>
          <w:sz w:val="22"/>
        </w:rPr>
        <w:t>10:43</w:t>
      </w:r>
    </w:p>
    <w:p>
      <w:pPr>
        <w:spacing w:after="0"/>
      </w:pPr>
      <w:r>
        <w:rPr>
          <w:rFonts w:ascii="Arial" w:hAnsi="Arial"/>
          <w:sz w:val="22"/>
        </w:rPr>
        <w:t>So what we have is basically a pamphlet written by a guy who taught, who set up a blind school. He wrote a pamphlet that was like, This is how you train your dog to guide you, if you can't see. And that was in the 1780s</w:t>
      </w:r>
    </w:p>
    <w:p>
      <w:pPr>
        <w:spacing w:after="0"/>
      </w:pPr>
    </w:p>
    <w:p>
      <w:pPr>
        <w:spacing w:after="0"/>
      </w:pPr>
      <w:r>
        <w:rPr>
          <w:rFonts w:ascii="Arial" w:hAnsi="Arial"/>
          <w:b/>
          <w:sz w:val="22"/>
        </w:rPr>
        <w:t xml:space="preserve">Lucy  </w:t>
      </w:r>
      <w:r>
        <w:rPr>
          <w:rFonts w:ascii="Arial" w:hAnsi="Arial"/>
          <w:color w:val="5D7284"/>
          <w:sz w:val="22"/>
        </w:rPr>
        <w:t>10:56</w:t>
      </w:r>
    </w:p>
    <w:p>
      <w:pPr>
        <w:spacing w:after="0"/>
      </w:pPr>
      <w:r>
        <w:rPr>
          <w:rFonts w:ascii="Arial" w:hAnsi="Arial"/>
          <w:sz w:val="22"/>
        </w:rPr>
        <w:t xml:space="preserve">so it was like, you can train your dog at home to do this for you sort of thing. </w:t>
      </w:r>
    </w:p>
    <w:p>
      <w:pPr>
        <w:spacing w:after="0"/>
      </w:pPr>
    </w:p>
    <w:p>
      <w:pPr>
        <w:spacing w:after="0"/>
      </w:pPr>
      <w:r>
        <w:rPr>
          <w:rFonts w:ascii="Arial" w:hAnsi="Arial"/>
          <w:b/>
          <w:sz w:val="22"/>
        </w:rPr>
        <w:t xml:space="preserve">Alice  </w:t>
      </w:r>
      <w:r>
        <w:rPr>
          <w:rFonts w:ascii="Arial" w:hAnsi="Arial"/>
          <w:color w:val="5D7284"/>
          <w:sz w:val="22"/>
        </w:rPr>
        <w:t>11:01</w:t>
      </w:r>
    </w:p>
    <w:p>
      <w:pPr>
        <w:spacing w:after="0"/>
      </w:pPr>
      <w:r>
        <w:rPr>
          <w:rFonts w:ascii="Arial" w:hAnsi="Arial"/>
          <w:sz w:val="22"/>
        </w:rPr>
        <w:t>Yeah, right. And then there's accounts, sort of over the next 100 years or so of people look like several in like individual stories of people who trained their own personal dogs, including a story of a gentleman who apparently his dog was so well trained that people didn't believe he was really visually impaired,</w:t>
      </w:r>
    </w:p>
    <w:p>
      <w:pPr>
        <w:spacing w:after="0"/>
      </w:pPr>
    </w:p>
    <w:p>
      <w:pPr>
        <w:spacing w:after="0"/>
      </w:pPr>
      <w:r>
        <w:rPr>
          <w:rFonts w:ascii="Arial" w:hAnsi="Arial"/>
          <w:b/>
          <w:sz w:val="22"/>
        </w:rPr>
        <w:t xml:space="preserve">Lucy  </w:t>
      </w:r>
      <w:r>
        <w:rPr>
          <w:rFonts w:ascii="Arial" w:hAnsi="Arial"/>
          <w:color w:val="5D7284"/>
          <w:sz w:val="22"/>
        </w:rPr>
        <w:t>11:25</w:t>
      </w:r>
    </w:p>
    <w:p>
      <w:pPr>
        <w:spacing w:after="0"/>
      </w:pPr>
      <w:r>
        <w:rPr>
          <w:rFonts w:ascii="Arial" w:hAnsi="Arial"/>
          <w:sz w:val="22"/>
        </w:rPr>
        <w:t>you don't need that dog do you?</w:t>
      </w:r>
    </w:p>
    <w:p>
      <w:pPr>
        <w:spacing w:after="0"/>
      </w:pPr>
    </w:p>
    <w:p>
      <w:pPr>
        <w:spacing w:after="0"/>
      </w:pPr>
      <w:r>
        <w:rPr>
          <w:rFonts w:ascii="Arial" w:hAnsi="Arial"/>
          <w:b/>
          <w:sz w:val="22"/>
        </w:rPr>
        <w:t xml:space="preserve">Alice  </w:t>
      </w:r>
      <w:r>
        <w:rPr>
          <w:rFonts w:ascii="Arial" w:hAnsi="Arial"/>
          <w:color w:val="5D7284"/>
          <w:sz w:val="22"/>
        </w:rPr>
        <w:t>11:27</w:t>
      </w:r>
    </w:p>
    <w:p>
      <w:pPr>
        <w:spacing w:after="0"/>
      </w:pPr>
      <w:r>
        <w:rPr>
          <w:rFonts w:ascii="Arial" w:hAnsi="Arial"/>
          <w:sz w:val="22"/>
        </w:rPr>
        <w:t>just gonna say they, they've never successfully trained a dog that well again. But</w:t>
      </w:r>
    </w:p>
    <w:p>
      <w:pPr>
        <w:spacing w:after="0"/>
      </w:pPr>
    </w:p>
    <w:p>
      <w:pPr>
        <w:spacing w:after="0"/>
      </w:pPr>
      <w:r>
        <w:rPr>
          <w:rFonts w:ascii="Arial" w:hAnsi="Arial"/>
          <w:b/>
          <w:sz w:val="22"/>
        </w:rPr>
        <w:t xml:space="preserve">Lucy  </w:t>
      </w:r>
      <w:r>
        <w:rPr>
          <w:rFonts w:ascii="Arial" w:hAnsi="Arial"/>
          <w:color w:val="5D7284"/>
          <w:sz w:val="22"/>
        </w:rPr>
        <w:t>11:38</w:t>
      </w:r>
    </w:p>
    <w:p>
      <w:pPr>
        <w:spacing w:after="0"/>
      </w:pPr>
      <w:r>
        <w:rPr>
          <w:rFonts w:ascii="Arial" w:hAnsi="Arial"/>
          <w:sz w:val="22"/>
        </w:rPr>
        <w:t>how can you I just that I can't fathom that, like, a dog is so well trained that it looks like, oh, I mean, he doesn't need the dog.</w:t>
      </w:r>
    </w:p>
    <w:p>
      <w:pPr>
        <w:spacing w:after="0"/>
      </w:pPr>
    </w:p>
    <w:p>
      <w:pPr>
        <w:spacing w:after="0"/>
      </w:pPr>
      <w:r>
        <w:rPr>
          <w:rFonts w:ascii="Arial" w:hAnsi="Arial"/>
          <w:b/>
          <w:sz w:val="22"/>
        </w:rPr>
        <w:t xml:space="preserve">Alice  </w:t>
      </w:r>
      <w:r>
        <w:rPr>
          <w:rFonts w:ascii="Arial" w:hAnsi="Arial"/>
          <w:color w:val="5D7284"/>
          <w:sz w:val="22"/>
        </w:rPr>
        <w:t>11:46</w:t>
      </w:r>
    </w:p>
    <w:p>
      <w:pPr>
        <w:spacing w:after="0"/>
      </w:pPr>
      <w:r>
        <w:rPr>
          <w:rFonts w:ascii="Arial" w:hAnsi="Arial"/>
          <w:sz w:val="22"/>
        </w:rPr>
        <w:t>I call bullshit on that.</w:t>
      </w:r>
    </w:p>
    <w:p>
      <w:pPr>
        <w:spacing w:after="0"/>
      </w:pPr>
    </w:p>
    <w:p>
      <w:pPr>
        <w:spacing w:after="0"/>
      </w:pPr>
      <w:r>
        <w:rPr>
          <w:rFonts w:ascii="Arial" w:hAnsi="Arial"/>
          <w:b/>
          <w:sz w:val="22"/>
        </w:rPr>
        <w:t xml:space="preserve">Lucy  </w:t>
      </w:r>
      <w:r>
        <w:rPr>
          <w:rFonts w:ascii="Arial" w:hAnsi="Arial"/>
          <w:color w:val="5D7284"/>
          <w:sz w:val="22"/>
        </w:rPr>
        <w:t>11:47</w:t>
      </w:r>
    </w:p>
    <w:p>
      <w:pPr>
        <w:spacing w:after="0"/>
      </w:pPr>
      <w:r>
        <w:rPr>
          <w:rFonts w:ascii="Arial" w:hAnsi="Arial"/>
          <w:sz w:val="22"/>
        </w:rPr>
        <w:t>Like, yeah, absolutely.</w:t>
      </w:r>
    </w:p>
    <w:p>
      <w:pPr>
        <w:spacing w:after="0"/>
      </w:pPr>
    </w:p>
    <w:p>
      <w:pPr>
        <w:spacing w:after="0"/>
      </w:pPr>
      <w:r>
        <w:rPr>
          <w:rFonts w:ascii="Arial" w:hAnsi="Arial"/>
          <w:b/>
          <w:sz w:val="22"/>
        </w:rPr>
        <w:t xml:space="preserve">Alice  </w:t>
      </w:r>
      <w:r>
        <w:rPr>
          <w:rFonts w:ascii="Arial" w:hAnsi="Arial"/>
          <w:color w:val="5D7284"/>
          <w:sz w:val="22"/>
        </w:rPr>
        <w:t>11:49</w:t>
      </w:r>
    </w:p>
    <w:p>
      <w:pPr>
        <w:spacing w:after="0"/>
      </w:pPr>
      <w:r>
        <w:rPr>
          <w:rFonts w:ascii="Arial" w:hAnsi="Arial"/>
          <w:sz w:val="22"/>
        </w:rPr>
        <w:t>I mean, people</w:t>
      </w:r>
    </w:p>
    <w:p>
      <w:pPr>
        <w:spacing w:after="0"/>
      </w:pPr>
    </w:p>
    <w:p>
      <w:pPr>
        <w:spacing w:after="0"/>
      </w:pPr>
      <w:r>
        <w:rPr>
          <w:rFonts w:ascii="Arial" w:hAnsi="Arial"/>
          <w:b/>
          <w:sz w:val="22"/>
        </w:rPr>
        <w:t xml:space="preserve">Lucy  </w:t>
      </w:r>
      <w:r>
        <w:rPr>
          <w:rFonts w:ascii="Arial" w:hAnsi="Arial"/>
          <w:color w:val="5D7284"/>
          <w:sz w:val="22"/>
        </w:rPr>
        <w:t>11:50</w:t>
      </w:r>
    </w:p>
    <w:p>
      <w:pPr>
        <w:spacing w:after="0"/>
      </w:pPr>
      <w:r>
        <w:rPr>
          <w:rFonts w:ascii="Arial" w:hAnsi="Arial"/>
          <w:sz w:val="22"/>
        </w:rPr>
        <w:t>you think that was like some marketing ploy?</w:t>
      </w:r>
    </w:p>
    <w:p>
      <w:pPr>
        <w:spacing w:after="0"/>
      </w:pPr>
    </w:p>
    <w:p>
      <w:pPr>
        <w:spacing w:after="0"/>
      </w:pPr>
      <w:r>
        <w:rPr>
          <w:rFonts w:ascii="Arial" w:hAnsi="Arial"/>
          <w:b/>
          <w:sz w:val="22"/>
        </w:rPr>
        <w:t xml:space="preserve">Alice  </w:t>
      </w:r>
      <w:r>
        <w:rPr>
          <w:rFonts w:ascii="Arial" w:hAnsi="Arial"/>
          <w:color w:val="5D7284"/>
          <w:sz w:val="22"/>
        </w:rPr>
        <w:t>11:53</w:t>
      </w:r>
    </w:p>
    <w:p>
      <w:pPr>
        <w:spacing w:after="0"/>
      </w:pPr>
      <w:r>
        <w:rPr>
          <w:rFonts w:ascii="Arial" w:hAnsi="Arial"/>
          <w:sz w:val="22"/>
        </w:rPr>
        <w:t>People used to, used to, like, ask me all the time if I was training Lola, but I sort of always assumed that that was because she was a little bit badly behaved, and I was quite young, right? I don't get that so much for Dora</w:t>
      </w:r>
    </w:p>
    <w:p>
      <w:pPr>
        <w:spacing w:after="0"/>
      </w:pPr>
    </w:p>
    <w:p>
      <w:pPr>
        <w:spacing w:after="0"/>
      </w:pPr>
      <w:r>
        <w:rPr>
          <w:rFonts w:ascii="Arial" w:hAnsi="Arial"/>
          <w:b/>
          <w:sz w:val="22"/>
        </w:rPr>
        <w:t xml:space="preserve">Daisy  </w:t>
      </w:r>
      <w:r>
        <w:rPr>
          <w:rFonts w:ascii="Arial" w:hAnsi="Arial"/>
          <w:color w:val="5D7284"/>
          <w:sz w:val="22"/>
        </w:rPr>
        <w:t>12:07</w:t>
      </w:r>
    </w:p>
    <w:p>
      <w:pPr>
        <w:spacing w:after="0"/>
      </w:pPr>
      <w:r>
        <w:rPr>
          <w:rFonts w:ascii="Arial" w:hAnsi="Arial"/>
          <w:sz w:val="22"/>
        </w:rPr>
        <w:t>Yeah, I was just figuring it was some kind of, you know, ignorance thing, like, like, the whole, you know, you're blind. How could you have a...</w:t>
      </w:r>
    </w:p>
    <w:p>
      <w:pPr>
        <w:spacing w:after="0"/>
      </w:pPr>
    </w:p>
    <w:p>
      <w:pPr>
        <w:spacing w:after="0"/>
      </w:pPr>
      <w:r>
        <w:rPr>
          <w:rFonts w:ascii="Arial" w:hAnsi="Arial"/>
          <w:b/>
          <w:sz w:val="22"/>
        </w:rPr>
        <w:t xml:space="preserve">Lucy  </w:t>
      </w:r>
      <w:r>
        <w:rPr>
          <w:rFonts w:ascii="Arial" w:hAnsi="Arial"/>
          <w:color w:val="5D7284"/>
          <w:sz w:val="22"/>
        </w:rPr>
        <w:t>12:14</w:t>
      </w:r>
    </w:p>
    <w:p>
      <w:pPr>
        <w:spacing w:after="0"/>
      </w:pPr>
      <w:r>
        <w:rPr>
          <w:rFonts w:ascii="Arial" w:hAnsi="Arial"/>
          <w:sz w:val="22"/>
        </w:rPr>
        <w:t>Yeah, that that is what you're blind. But it's just</w:t>
      </w:r>
    </w:p>
    <w:p>
      <w:pPr>
        <w:spacing w:after="0"/>
      </w:pPr>
    </w:p>
    <w:p>
      <w:pPr>
        <w:spacing w:after="0"/>
      </w:pPr>
      <w:r>
        <w:rPr>
          <w:rFonts w:ascii="Arial" w:hAnsi="Arial"/>
          <w:b/>
          <w:sz w:val="22"/>
        </w:rPr>
        <w:t xml:space="preserve">Daisy  </w:t>
      </w:r>
      <w:r>
        <w:rPr>
          <w:rFonts w:ascii="Arial" w:hAnsi="Arial"/>
          <w:color w:val="5D7284"/>
          <w:sz w:val="22"/>
        </w:rPr>
        <w:t>12:17</w:t>
      </w:r>
    </w:p>
    <w:p>
      <w:pPr>
        <w:spacing w:after="0"/>
      </w:pPr>
      <w:r>
        <w:rPr>
          <w:rFonts w:ascii="Arial" w:hAnsi="Arial"/>
          <w:sz w:val="22"/>
        </w:rPr>
        <w:t>like, you can't that kind of, yeah, it's like, you, you can't really be blind. Your dog is too well trained.</w:t>
      </w:r>
    </w:p>
    <w:p>
      <w:pPr>
        <w:spacing w:after="0"/>
      </w:pPr>
    </w:p>
    <w:p>
      <w:pPr>
        <w:spacing w:after="0"/>
      </w:pPr>
      <w:r>
        <w:rPr>
          <w:rFonts w:ascii="Arial" w:hAnsi="Arial"/>
          <w:b/>
          <w:sz w:val="22"/>
        </w:rPr>
        <w:t xml:space="preserve">Lucy  </w:t>
      </w:r>
      <w:r>
        <w:rPr>
          <w:rFonts w:ascii="Arial" w:hAnsi="Arial"/>
          <w:color w:val="5D7284"/>
          <w:sz w:val="22"/>
        </w:rPr>
        <w:t>12:23</w:t>
      </w:r>
    </w:p>
    <w:p>
      <w:pPr>
        <w:spacing w:after="0"/>
      </w:pPr>
      <w:r>
        <w:rPr>
          <w:rFonts w:ascii="Arial" w:hAnsi="Arial"/>
          <w:sz w:val="22"/>
        </w:rPr>
        <w:t>Doesn't really make any sense does it?</w:t>
      </w:r>
    </w:p>
    <w:p>
      <w:pPr>
        <w:spacing w:after="0"/>
      </w:pPr>
    </w:p>
    <w:p>
      <w:pPr>
        <w:spacing w:after="0"/>
      </w:pPr>
      <w:r>
        <w:rPr>
          <w:rFonts w:ascii="Arial" w:hAnsi="Arial"/>
          <w:b/>
          <w:sz w:val="22"/>
        </w:rPr>
        <w:t xml:space="preserve">Alice  </w:t>
      </w:r>
      <w:r>
        <w:rPr>
          <w:rFonts w:ascii="Arial" w:hAnsi="Arial"/>
          <w:color w:val="5D7284"/>
          <w:sz w:val="22"/>
        </w:rPr>
        <w:t>12:28</w:t>
      </w:r>
    </w:p>
    <w:p>
      <w:pPr>
        <w:spacing w:after="0"/>
      </w:pPr>
      <w:r>
        <w:rPr>
          <w:rFonts w:ascii="Arial" w:hAnsi="Arial"/>
          <w:sz w:val="22"/>
        </w:rPr>
        <w:t>I mean, it's just oldie world, the ableism, isn't it?</w:t>
      </w:r>
    </w:p>
    <w:p>
      <w:pPr>
        <w:spacing w:after="0"/>
      </w:pPr>
    </w:p>
    <w:p>
      <w:pPr>
        <w:spacing w:after="0"/>
      </w:pPr>
      <w:r>
        <w:rPr>
          <w:rFonts w:ascii="Arial" w:hAnsi="Arial"/>
          <w:b/>
          <w:sz w:val="22"/>
        </w:rPr>
        <w:t xml:space="preserve">Daisy  </w:t>
      </w:r>
      <w:r>
        <w:rPr>
          <w:rFonts w:ascii="Arial" w:hAnsi="Arial"/>
          <w:color w:val="5D7284"/>
          <w:sz w:val="22"/>
        </w:rPr>
        <w:t>12:34</w:t>
      </w:r>
    </w:p>
    <w:p>
      <w:pPr>
        <w:spacing w:after="0"/>
      </w:pPr>
      <w:r>
        <w:rPr>
          <w:rFonts w:ascii="Arial" w:hAnsi="Arial"/>
          <w:sz w:val="22"/>
        </w:rPr>
        <w:t>Or they have profoundly misunderstood how you train a dog</w:t>
      </w:r>
    </w:p>
    <w:p>
      <w:pPr>
        <w:spacing w:after="0"/>
      </w:pPr>
    </w:p>
    <w:p>
      <w:pPr>
        <w:spacing w:after="0"/>
      </w:pPr>
      <w:r>
        <w:rPr>
          <w:rFonts w:ascii="Arial" w:hAnsi="Arial"/>
          <w:b/>
          <w:sz w:val="22"/>
        </w:rPr>
        <w:t xml:space="preserve">Lucy  </w:t>
      </w:r>
      <w:r>
        <w:rPr>
          <w:rFonts w:ascii="Arial" w:hAnsi="Arial"/>
          <w:color w:val="5D7284"/>
          <w:sz w:val="22"/>
        </w:rPr>
        <w:t>12:38</w:t>
      </w:r>
    </w:p>
    <w:p>
      <w:pPr>
        <w:spacing w:after="0"/>
      </w:pPr>
      <w:r>
        <w:rPr>
          <w:rFonts w:ascii="Arial" w:hAnsi="Arial"/>
          <w:sz w:val="22"/>
        </w:rPr>
        <w:t>Maybe</w:t>
      </w:r>
    </w:p>
    <w:p>
      <w:pPr>
        <w:spacing w:after="0"/>
      </w:pPr>
    </w:p>
    <w:p>
      <w:pPr>
        <w:spacing w:after="0"/>
      </w:pPr>
      <w:r>
        <w:rPr>
          <w:rFonts w:ascii="Arial" w:hAnsi="Arial"/>
          <w:b/>
          <w:sz w:val="22"/>
        </w:rPr>
        <w:t xml:space="preserve">Daisy  </w:t>
      </w:r>
      <w:r>
        <w:rPr>
          <w:rFonts w:ascii="Arial" w:hAnsi="Arial"/>
          <w:color w:val="5D7284"/>
          <w:sz w:val="22"/>
        </w:rPr>
        <w:t>12:39</w:t>
      </w:r>
    </w:p>
    <w:p>
      <w:pPr>
        <w:spacing w:after="0"/>
      </w:pPr>
      <w:r>
        <w:rPr>
          <w:rFonts w:ascii="Arial" w:hAnsi="Arial"/>
          <w:sz w:val="22"/>
        </w:rPr>
        <w:t>and think that it's very like paperbased. It's like a theory exam.</w:t>
      </w:r>
    </w:p>
    <w:p>
      <w:pPr>
        <w:spacing w:after="0"/>
      </w:pPr>
    </w:p>
    <w:p>
      <w:pPr>
        <w:spacing w:after="0"/>
      </w:pPr>
      <w:r>
        <w:rPr>
          <w:rFonts w:ascii="Arial" w:hAnsi="Arial"/>
          <w:b/>
          <w:sz w:val="22"/>
        </w:rPr>
        <w:t xml:space="preserve">Lucy  </w:t>
      </w:r>
      <w:r>
        <w:rPr>
          <w:rFonts w:ascii="Arial" w:hAnsi="Arial"/>
          <w:color w:val="5D7284"/>
          <w:sz w:val="22"/>
        </w:rPr>
        <w:t>12:47</w:t>
      </w:r>
    </w:p>
    <w:p>
      <w:pPr>
        <w:spacing w:after="0"/>
      </w:pPr>
      <w:r>
        <w:rPr>
          <w:rFonts w:ascii="Arial" w:hAnsi="Arial"/>
          <w:sz w:val="22"/>
        </w:rPr>
        <w:t xml:space="preserve"> It's got a license. This dog is licensed to guide a blind person.</w:t>
      </w:r>
    </w:p>
    <w:p>
      <w:pPr>
        <w:spacing w:after="0"/>
      </w:pPr>
    </w:p>
    <w:p>
      <w:pPr>
        <w:spacing w:after="0"/>
      </w:pPr>
      <w:r>
        <w:rPr>
          <w:rFonts w:ascii="Arial" w:hAnsi="Arial"/>
          <w:b/>
          <w:sz w:val="22"/>
        </w:rPr>
        <w:t xml:space="preserve">Daisy  </w:t>
      </w:r>
      <w:r>
        <w:rPr>
          <w:rFonts w:ascii="Arial" w:hAnsi="Arial"/>
          <w:color w:val="5D7284"/>
          <w:sz w:val="22"/>
        </w:rPr>
        <w:t>12:53</w:t>
      </w:r>
    </w:p>
    <w:p>
      <w:pPr>
        <w:spacing w:after="0"/>
      </w:pPr>
      <w:r>
        <w:rPr>
          <w:rFonts w:ascii="Arial" w:hAnsi="Arial"/>
          <w:sz w:val="22"/>
        </w:rPr>
        <w:t>Yeah, it's about six or seven different tests it's really expensive.</w:t>
      </w:r>
    </w:p>
    <w:p>
      <w:pPr>
        <w:spacing w:after="0"/>
      </w:pPr>
    </w:p>
    <w:p>
      <w:pPr>
        <w:spacing w:after="0"/>
      </w:pPr>
      <w:r>
        <w:rPr>
          <w:rFonts w:ascii="Arial" w:hAnsi="Arial"/>
          <w:b/>
          <w:sz w:val="22"/>
        </w:rPr>
        <w:t xml:space="preserve">Lucy  </w:t>
      </w:r>
      <w:r>
        <w:rPr>
          <w:rFonts w:ascii="Arial" w:hAnsi="Arial"/>
          <w:color w:val="5D7284"/>
          <w:sz w:val="22"/>
        </w:rPr>
        <w:t>12:58</w:t>
      </w:r>
    </w:p>
    <w:p>
      <w:pPr>
        <w:spacing w:after="0"/>
      </w:pPr>
      <w:r>
        <w:rPr>
          <w:rFonts w:ascii="Arial" w:hAnsi="Arial"/>
          <w:sz w:val="22"/>
        </w:rPr>
        <w:t>Takes about six months to complete the course</w:t>
      </w:r>
    </w:p>
    <w:p>
      <w:pPr>
        <w:spacing w:after="0"/>
      </w:pPr>
    </w:p>
    <w:p>
      <w:pPr>
        <w:spacing w:after="0"/>
      </w:pPr>
      <w:r>
        <w:rPr>
          <w:rFonts w:ascii="Arial" w:hAnsi="Arial"/>
          <w:b/>
          <w:sz w:val="22"/>
        </w:rPr>
        <w:t xml:space="preserve">Alice  </w:t>
      </w:r>
      <w:r>
        <w:rPr>
          <w:rFonts w:ascii="Arial" w:hAnsi="Arial"/>
          <w:color w:val="5D7284"/>
          <w:sz w:val="22"/>
        </w:rPr>
        <w:t>13:02</w:t>
      </w:r>
    </w:p>
    <w:p>
      <w:pPr>
        <w:spacing w:after="0"/>
      </w:pPr>
      <w:r>
        <w:rPr>
          <w:rFonts w:ascii="Arial" w:hAnsi="Arial"/>
          <w:sz w:val="22"/>
        </w:rPr>
        <w:t>And you have, you know, you can have your guiding license revoked if you run through too many red lights,</w:t>
      </w:r>
    </w:p>
    <w:p>
      <w:pPr>
        <w:spacing w:after="0"/>
      </w:pPr>
    </w:p>
    <w:p>
      <w:pPr>
        <w:spacing w:after="0"/>
      </w:pPr>
      <w:r>
        <w:rPr>
          <w:rFonts w:ascii="Arial" w:hAnsi="Arial"/>
          <w:b/>
          <w:sz w:val="22"/>
        </w:rPr>
        <w:t xml:space="preserve">Lucy  </w:t>
      </w:r>
      <w:r>
        <w:rPr>
          <w:rFonts w:ascii="Arial" w:hAnsi="Arial"/>
          <w:color w:val="5D7284"/>
          <w:sz w:val="22"/>
        </w:rPr>
        <w:t>13:07</w:t>
      </w:r>
    </w:p>
    <w:p>
      <w:pPr>
        <w:spacing w:after="0"/>
      </w:pPr>
      <w:r>
        <w:rPr>
          <w:rFonts w:ascii="Arial" w:hAnsi="Arial"/>
          <w:sz w:val="22"/>
        </w:rPr>
        <w:t>yeah, or you're caught speeding, like running with the dog. How dare you run with the dog?</w:t>
      </w:r>
    </w:p>
    <w:p>
      <w:pPr>
        <w:spacing w:after="0"/>
      </w:pPr>
    </w:p>
    <w:p>
      <w:pPr>
        <w:spacing w:after="0"/>
      </w:pPr>
      <w:r>
        <w:rPr>
          <w:rFonts w:ascii="Arial" w:hAnsi="Arial"/>
          <w:b/>
          <w:sz w:val="22"/>
        </w:rPr>
        <w:t xml:space="preserve">Alice  </w:t>
      </w:r>
      <w:r>
        <w:rPr>
          <w:rFonts w:ascii="Arial" w:hAnsi="Arial"/>
          <w:color w:val="5D7284"/>
          <w:sz w:val="22"/>
        </w:rPr>
        <w:t>13:15</w:t>
      </w:r>
    </w:p>
    <w:p>
      <w:pPr>
        <w:spacing w:after="0"/>
      </w:pPr>
      <w:r>
        <w:rPr>
          <w:rFonts w:ascii="Arial" w:hAnsi="Arial"/>
          <w:sz w:val="22"/>
        </w:rPr>
        <w:t>The sort of what, what is described as the modern guide dog movement sort of came out after the First World War. So lots of soldiers were obviously coming home after, like with lifelong injuries, and a lot of people apparently were left blind or visually impaired because of gas attacks, which I didn't know, yeah,</w:t>
      </w:r>
    </w:p>
    <w:p>
      <w:pPr>
        <w:spacing w:after="0"/>
      </w:pPr>
    </w:p>
    <w:p>
      <w:pPr>
        <w:spacing w:after="0"/>
      </w:pPr>
      <w:r>
        <w:rPr>
          <w:rFonts w:ascii="Arial" w:hAnsi="Arial"/>
          <w:b/>
          <w:sz w:val="22"/>
        </w:rPr>
        <w:t xml:space="preserve">Lucy  </w:t>
      </w:r>
      <w:r>
        <w:rPr>
          <w:rFonts w:ascii="Arial" w:hAnsi="Arial"/>
          <w:color w:val="5D7284"/>
          <w:sz w:val="22"/>
        </w:rPr>
        <w:t>13:43</w:t>
      </w:r>
    </w:p>
    <w:p>
      <w:pPr>
        <w:spacing w:after="0"/>
      </w:pPr>
      <w:r>
        <w:rPr>
          <w:rFonts w:ascii="Arial" w:hAnsi="Arial"/>
          <w:sz w:val="22"/>
        </w:rPr>
        <w:t>well, and because the First World War as well there were, there was lots of people coming back injured, so they were missing legs and arms, and that's where prosthetic like, not prosthetics, plastic surgery was, became like a big thing. So it doesn't surprise me that Guide Dogs for was also, like, "invented" in inverted commas.</w:t>
      </w:r>
    </w:p>
    <w:p>
      <w:pPr>
        <w:spacing w:after="0"/>
      </w:pPr>
    </w:p>
    <w:p>
      <w:pPr>
        <w:spacing w:after="0"/>
      </w:pPr>
      <w:r>
        <w:rPr>
          <w:rFonts w:ascii="Arial" w:hAnsi="Arial"/>
          <w:b/>
          <w:sz w:val="22"/>
        </w:rPr>
        <w:t xml:space="preserve">Alice  </w:t>
      </w:r>
      <w:r>
        <w:rPr>
          <w:rFonts w:ascii="Arial" w:hAnsi="Arial"/>
          <w:color w:val="5D7284"/>
          <w:sz w:val="22"/>
        </w:rPr>
        <w:t>14:04</w:t>
      </w:r>
    </w:p>
    <w:p>
      <w:pPr>
        <w:spacing w:after="0"/>
      </w:pPr>
      <w:r>
        <w:rPr>
          <w:rFonts w:ascii="Arial" w:hAnsi="Arial"/>
          <w:sz w:val="22"/>
        </w:rPr>
        <w:t>So that story goes and again. This is one of those, like stories from history that I'm like, I imagine this is not entirely representative of what actually happened, but a doctor in a German hospital named Dr Gerhard Sterling, which? Right? Stalling, sorry, Stalling,</w:t>
      </w:r>
    </w:p>
    <w:p>
      <w:pPr>
        <w:spacing w:after="0"/>
      </w:pPr>
    </w:p>
    <w:p>
      <w:pPr>
        <w:spacing w:after="0"/>
      </w:pPr>
      <w:r>
        <w:rPr>
          <w:rFonts w:ascii="Arial" w:hAnsi="Arial"/>
          <w:b/>
          <w:sz w:val="22"/>
        </w:rPr>
        <w:t xml:space="preserve">Lucy  </w:t>
      </w:r>
      <w:r>
        <w:rPr>
          <w:rFonts w:ascii="Arial" w:hAnsi="Arial"/>
          <w:color w:val="5D7284"/>
          <w:sz w:val="22"/>
        </w:rPr>
        <w:t>14:28</w:t>
      </w:r>
    </w:p>
    <w:p>
      <w:pPr>
        <w:spacing w:after="0"/>
      </w:pPr>
      <w:r>
        <w:rPr>
          <w:rFonts w:ascii="Arial" w:hAnsi="Arial"/>
          <w:sz w:val="22"/>
        </w:rPr>
        <w:t>Stalling, right.</w:t>
      </w:r>
    </w:p>
    <w:p>
      <w:pPr>
        <w:spacing w:after="0"/>
      </w:pPr>
    </w:p>
    <w:p>
      <w:pPr>
        <w:spacing w:after="0"/>
      </w:pPr>
      <w:r>
        <w:rPr>
          <w:rFonts w:ascii="Arial" w:hAnsi="Arial"/>
          <w:b/>
          <w:sz w:val="22"/>
        </w:rPr>
        <w:t xml:space="preserve">Daisy  </w:t>
      </w:r>
      <w:r>
        <w:rPr>
          <w:rFonts w:ascii="Arial" w:hAnsi="Arial"/>
          <w:color w:val="5D7284"/>
          <w:sz w:val="22"/>
        </w:rPr>
        <w:t>14:30</w:t>
      </w:r>
    </w:p>
    <w:p>
      <w:pPr>
        <w:spacing w:after="0"/>
      </w:pPr>
      <w:r>
        <w:rPr>
          <w:rFonts w:ascii="Arial" w:hAnsi="Arial"/>
          <w:sz w:val="22"/>
        </w:rPr>
        <w:t>That's a good upstanding</w:t>
      </w:r>
    </w:p>
    <w:p>
      <w:pPr>
        <w:spacing w:after="0"/>
      </w:pPr>
    </w:p>
    <w:p>
      <w:pPr>
        <w:spacing w:after="0"/>
      </w:pPr>
      <w:r>
        <w:rPr>
          <w:rFonts w:ascii="Arial" w:hAnsi="Arial"/>
          <w:b/>
          <w:sz w:val="22"/>
        </w:rPr>
        <w:t xml:space="preserve">Alice  </w:t>
      </w:r>
      <w:r>
        <w:rPr>
          <w:rFonts w:ascii="Arial" w:hAnsi="Arial"/>
          <w:color w:val="5D7284"/>
          <w:sz w:val="22"/>
        </w:rPr>
        <w:t>14:31</w:t>
      </w:r>
    </w:p>
    <w:p>
      <w:pPr>
        <w:spacing w:after="0"/>
      </w:pPr>
      <w:r>
        <w:rPr>
          <w:rFonts w:ascii="Arial" w:hAnsi="Arial"/>
          <w:sz w:val="22"/>
        </w:rPr>
        <w:t xml:space="preserve"> I was gonna say, if you're, if you're writing a comic strip about a like, German doctor. He's Dr Gerhard Sterling, Starling, or star whatever his fucking name is.</w:t>
      </w:r>
    </w:p>
    <w:p>
      <w:pPr>
        <w:spacing w:after="0"/>
      </w:pPr>
    </w:p>
    <w:p>
      <w:pPr>
        <w:spacing w:after="0"/>
      </w:pPr>
      <w:r>
        <w:rPr>
          <w:rFonts w:ascii="Arial" w:hAnsi="Arial"/>
          <w:b/>
          <w:sz w:val="22"/>
        </w:rPr>
        <w:t xml:space="preserve">Lucy  </w:t>
      </w:r>
      <w:r>
        <w:rPr>
          <w:rFonts w:ascii="Arial" w:hAnsi="Arial"/>
          <w:color w:val="5D7284"/>
          <w:sz w:val="22"/>
        </w:rPr>
        <w:t>14:42</w:t>
      </w:r>
    </w:p>
    <w:p>
      <w:pPr>
        <w:spacing w:after="0"/>
      </w:pPr>
      <w:r>
        <w:rPr>
          <w:rFonts w:ascii="Arial" w:hAnsi="Arial"/>
          <w:sz w:val="22"/>
        </w:rPr>
        <w:t>He does like something out of it. Just sound like something out of a marve film</w:t>
      </w:r>
    </w:p>
    <w:p>
      <w:pPr>
        <w:spacing w:after="0"/>
      </w:pPr>
    </w:p>
    <w:p>
      <w:pPr>
        <w:spacing w:after="0"/>
      </w:pPr>
      <w:r>
        <w:rPr>
          <w:rFonts w:ascii="Arial" w:hAnsi="Arial"/>
          <w:b/>
          <w:sz w:val="22"/>
        </w:rPr>
        <w:t xml:space="preserve">Alice  </w:t>
      </w:r>
      <w:r>
        <w:rPr>
          <w:rFonts w:ascii="Arial" w:hAnsi="Arial"/>
          <w:color w:val="5D7284"/>
          <w:sz w:val="22"/>
        </w:rPr>
        <w:t>14:46</w:t>
      </w:r>
    </w:p>
    <w:p>
      <w:pPr>
        <w:spacing w:after="0"/>
      </w:pPr>
      <w:r>
        <w:rPr>
          <w:rFonts w:ascii="Arial" w:hAnsi="Arial"/>
          <w:sz w:val="22"/>
        </w:rPr>
        <w:t>He's got a really strong jaw line. Hasn't</w:t>
      </w:r>
    </w:p>
    <w:p>
      <w:pPr>
        <w:spacing w:after="0"/>
      </w:pPr>
    </w:p>
    <w:p>
      <w:pPr>
        <w:spacing w:after="0"/>
      </w:pPr>
      <w:r>
        <w:rPr>
          <w:rFonts w:ascii="Arial" w:hAnsi="Arial"/>
          <w:b/>
          <w:sz w:val="22"/>
        </w:rPr>
        <w:t xml:space="preserve">Daisy  </w:t>
      </w:r>
      <w:r>
        <w:rPr>
          <w:rFonts w:ascii="Arial" w:hAnsi="Arial"/>
          <w:color w:val="5D7284"/>
          <w:sz w:val="22"/>
        </w:rPr>
        <w:t>14:50</w:t>
      </w:r>
    </w:p>
    <w:p>
      <w:pPr>
        <w:spacing w:after="0"/>
      </w:pPr>
      <w:r>
        <w:rPr>
          <w:rFonts w:ascii="Arial" w:hAnsi="Arial"/>
          <w:sz w:val="22"/>
        </w:rPr>
        <w:t>or a murder mystery</w:t>
      </w:r>
    </w:p>
    <w:p>
      <w:pPr>
        <w:spacing w:after="0"/>
      </w:pPr>
    </w:p>
    <w:p>
      <w:pPr>
        <w:spacing w:after="0"/>
      </w:pPr>
      <w:r>
        <w:rPr>
          <w:rFonts w:ascii="Arial" w:hAnsi="Arial"/>
          <w:b/>
          <w:sz w:val="22"/>
        </w:rPr>
        <w:t xml:space="preserve">Lucy  </w:t>
      </w:r>
      <w:r>
        <w:rPr>
          <w:rFonts w:ascii="Arial" w:hAnsi="Arial"/>
          <w:color w:val="5D7284"/>
          <w:sz w:val="22"/>
        </w:rPr>
        <w:t>14:51</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14:53</w:t>
      </w:r>
    </w:p>
    <w:p>
      <w:pPr>
        <w:spacing w:after="0"/>
      </w:pPr>
      <w:r>
        <w:rPr>
          <w:rFonts w:ascii="Arial" w:hAnsi="Arial"/>
          <w:sz w:val="22"/>
        </w:rPr>
        <w:t>So he apparently was treat. He was treating soldiers in a hospital, and he decided to start training dogs to guide visually impaired people when he one day, noticed that his own dog, which for some reason he had with him at work at the hospital,</w:t>
      </w:r>
    </w:p>
    <w:p>
      <w:pPr>
        <w:spacing w:after="0"/>
      </w:pPr>
    </w:p>
    <w:p>
      <w:pPr>
        <w:spacing w:after="0"/>
      </w:pPr>
      <w:r>
        <w:rPr>
          <w:rFonts w:ascii="Arial" w:hAnsi="Arial"/>
          <w:b/>
          <w:sz w:val="22"/>
        </w:rPr>
        <w:t xml:space="preserve">Lucy  </w:t>
      </w:r>
      <w:r>
        <w:rPr>
          <w:rFonts w:ascii="Arial" w:hAnsi="Arial"/>
          <w:color w:val="5D7284"/>
          <w:sz w:val="22"/>
        </w:rPr>
        <w:t>15:14</w:t>
      </w:r>
    </w:p>
    <w:p>
      <w:pPr>
        <w:spacing w:after="0"/>
      </w:pPr>
      <w:r>
        <w:rPr>
          <w:rFonts w:ascii="Arial" w:hAnsi="Arial"/>
          <w:sz w:val="22"/>
        </w:rPr>
        <w:t>here we go, here we go,</w:t>
      </w:r>
    </w:p>
    <w:p>
      <w:pPr>
        <w:spacing w:after="0"/>
      </w:pPr>
    </w:p>
    <w:p>
      <w:pPr>
        <w:spacing w:after="0"/>
      </w:pPr>
      <w:r>
        <w:rPr>
          <w:rFonts w:ascii="Arial" w:hAnsi="Arial"/>
          <w:b/>
          <w:sz w:val="22"/>
        </w:rPr>
        <w:t xml:space="preserve">Alice  </w:t>
      </w:r>
      <w:r>
        <w:rPr>
          <w:rFonts w:ascii="Arial" w:hAnsi="Arial"/>
          <w:color w:val="5D7284"/>
          <w:sz w:val="22"/>
        </w:rPr>
        <w:t>15:18</w:t>
      </w:r>
    </w:p>
    <w:p>
      <w:pPr>
        <w:spacing w:after="0"/>
      </w:pPr>
      <w:r>
        <w:rPr>
          <w:rFonts w:ascii="Arial" w:hAnsi="Arial"/>
          <w:sz w:val="22"/>
        </w:rPr>
        <w:t>was behaving in an sort of like intuitive fashion towards one of his blind patients. And I was like, what this story doesn't tell you is that that man had a sandwich in his pocket, and that's why the dog. Was like, let me help you. I can help you. I'm super, super supportive.</w:t>
      </w:r>
    </w:p>
    <w:p>
      <w:pPr>
        <w:spacing w:after="0"/>
      </w:pPr>
    </w:p>
    <w:p>
      <w:pPr>
        <w:spacing w:after="0"/>
      </w:pPr>
      <w:r>
        <w:rPr>
          <w:rFonts w:ascii="Arial" w:hAnsi="Arial"/>
          <w:b/>
          <w:sz w:val="22"/>
        </w:rPr>
        <w:t xml:space="preserve">Lucy  </w:t>
      </w:r>
      <w:r>
        <w:rPr>
          <w:rFonts w:ascii="Arial" w:hAnsi="Arial"/>
          <w:color w:val="5D7284"/>
          <w:sz w:val="22"/>
        </w:rPr>
        <w:t>15:34</w:t>
      </w:r>
    </w:p>
    <w:p>
      <w:pPr>
        <w:spacing w:after="0"/>
      </w:pPr>
      <w:r>
        <w:rPr>
          <w:rFonts w:ascii="Arial" w:hAnsi="Arial"/>
          <w:sz w:val="22"/>
        </w:rPr>
        <w:t>Sit down and share your sandwich.</w:t>
      </w:r>
    </w:p>
    <w:p>
      <w:pPr>
        <w:spacing w:after="0"/>
      </w:pPr>
    </w:p>
    <w:p>
      <w:pPr>
        <w:spacing w:after="0"/>
      </w:pPr>
      <w:r>
        <w:rPr>
          <w:rFonts w:ascii="Arial" w:hAnsi="Arial"/>
          <w:b/>
          <w:sz w:val="22"/>
        </w:rPr>
        <w:t xml:space="preserve">Daisy  </w:t>
      </w:r>
      <w:r>
        <w:rPr>
          <w:rFonts w:ascii="Arial" w:hAnsi="Arial"/>
          <w:color w:val="5D7284"/>
          <w:sz w:val="22"/>
        </w:rPr>
        <w:t>15:40</w:t>
      </w:r>
    </w:p>
    <w:p>
      <w:pPr>
        <w:spacing w:after="0"/>
      </w:pPr>
      <w:r>
        <w:rPr>
          <w:rFonts w:ascii="Arial" w:hAnsi="Arial"/>
          <w:sz w:val="22"/>
        </w:rPr>
        <w:t>That specific phrasing makes me really uncomfortable</w:t>
      </w:r>
    </w:p>
    <w:p>
      <w:pPr>
        <w:spacing w:after="0"/>
      </w:pPr>
    </w:p>
    <w:p>
      <w:pPr>
        <w:spacing w:after="0"/>
      </w:pPr>
      <w:r>
        <w:rPr>
          <w:rFonts w:ascii="Arial" w:hAnsi="Arial"/>
          <w:b/>
          <w:sz w:val="22"/>
        </w:rPr>
        <w:t xml:space="preserve">Lucy  </w:t>
      </w:r>
      <w:r>
        <w:rPr>
          <w:rFonts w:ascii="Arial" w:hAnsi="Arial"/>
          <w:color w:val="5D7284"/>
          <w:sz w:val="22"/>
        </w:rPr>
        <w:t>15:44</w:t>
      </w:r>
    </w:p>
    <w:p>
      <w:pPr>
        <w:spacing w:after="0"/>
      </w:pPr>
      <w:r>
        <w:rPr>
          <w:rFonts w:ascii="Arial" w:hAnsi="Arial"/>
          <w:sz w:val="22"/>
        </w:rPr>
        <w:t>really is weird, isn't it is weird?</w:t>
      </w:r>
    </w:p>
    <w:p>
      <w:pPr>
        <w:spacing w:after="0"/>
      </w:pPr>
    </w:p>
    <w:p>
      <w:pPr>
        <w:spacing w:after="0"/>
      </w:pPr>
      <w:r>
        <w:rPr>
          <w:rFonts w:ascii="Arial" w:hAnsi="Arial"/>
          <w:b/>
          <w:sz w:val="22"/>
        </w:rPr>
        <w:t xml:space="preserve">Daisy  </w:t>
      </w:r>
      <w:r>
        <w:rPr>
          <w:rFonts w:ascii="Arial" w:hAnsi="Arial"/>
          <w:color w:val="5D7284"/>
          <w:sz w:val="22"/>
        </w:rPr>
        <w:t>15:49</w:t>
      </w:r>
    </w:p>
    <w:p>
      <w:pPr>
        <w:spacing w:after="0"/>
      </w:pPr>
      <w:r>
        <w:rPr>
          <w:rFonts w:ascii="Arial" w:hAnsi="Arial"/>
          <w:sz w:val="22"/>
        </w:rPr>
        <w:t>Yeah, it's like the phrase like, you know, taken a liking to someone that is sort</w:t>
      </w:r>
    </w:p>
    <w:p>
      <w:pPr>
        <w:spacing w:after="0"/>
      </w:pPr>
    </w:p>
    <w:p>
      <w:pPr>
        <w:spacing w:after="0"/>
      </w:pPr>
      <w:r>
        <w:rPr>
          <w:rFonts w:ascii="Arial" w:hAnsi="Arial"/>
          <w:b/>
          <w:sz w:val="22"/>
        </w:rPr>
        <w:t xml:space="preserve">Alice  </w:t>
      </w:r>
      <w:r>
        <w:rPr>
          <w:rFonts w:ascii="Arial" w:hAnsi="Arial"/>
          <w:color w:val="5D7284"/>
          <w:sz w:val="22"/>
        </w:rPr>
        <w:t>15:54</w:t>
      </w:r>
    </w:p>
    <w:p>
      <w:pPr>
        <w:spacing w:after="0"/>
      </w:pPr>
      <w:r>
        <w:rPr>
          <w:rFonts w:ascii="Arial" w:hAnsi="Arial"/>
          <w:sz w:val="22"/>
        </w:rPr>
        <w:t>the thing that it very, very</w:t>
      </w:r>
    </w:p>
    <w:p>
      <w:pPr>
        <w:spacing w:after="0"/>
      </w:pPr>
    </w:p>
    <w:p>
      <w:pPr>
        <w:spacing w:after="0"/>
      </w:pPr>
      <w:r>
        <w:rPr>
          <w:rFonts w:ascii="Arial" w:hAnsi="Arial"/>
          <w:b/>
          <w:sz w:val="22"/>
        </w:rPr>
        <w:t xml:space="preserve">Daisy  </w:t>
      </w:r>
      <w:r>
        <w:rPr>
          <w:rFonts w:ascii="Arial" w:hAnsi="Arial"/>
          <w:color w:val="5D7284"/>
          <w:sz w:val="22"/>
        </w:rPr>
        <w:t>15:57</w:t>
      </w:r>
    </w:p>
    <w:p>
      <w:pPr>
        <w:spacing w:after="0"/>
      </w:pPr>
      <w:r>
        <w:rPr>
          <w:rFonts w:ascii="Arial" w:hAnsi="Arial"/>
          <w:sz w:val="22"/>
        </w:rPr>
        <w:t>taken a fancy to that patient</w:t>
      </w:r>
    </w:p>
    <w:p>
      <w:pPr>
        <w:spacing w:after="0"/>
      </w:pPr>
    </w:p>
    <w:p>
      <w:pPr>
        <w:spacing w:after="0"/>
      </w:pPr>
      <w:r>
        <w:rPr>
          <w:rFonts w:ascii="Arial" w:hAnsi="Arial"/>
          <w:b/>
          <w:sz w:val="22"/>
        </w:rPr>
        <w:t xml:space="preserve">Alice  </w:t>
      </w:r>
      <w:r>
        <w:rPr>
          <w:rFonts w:ascii="Arial" w:hAnsi="Arial"/>
          <w:color w:val="5D7284"/>
          <w:sz w:val="22"/>
        </w:rPr>
        <w:t>15:59</w:t>
      </w:r>
    </w:p>
    <w:p>
      <w:pPr>
        <w:spacing w:after="0"/>
      </w:pPr>
      <w:r>
        <w:rPr>
          <w:rFonts w:ascii="Arial" w:hAnsi="Arial"/>
          <w:sz w:val="22"/>
        </w:rPr>
        <w:t>the thing it very specifically mentions as well, is that he it was the way that they started the dog side behaving with the patient when they were left alone together.</w:t>
      </w:r>
    </w:p>
    <w:p>
      <w:pPr>
        <w:spacing w:after="0"/>
      </w:pPr>
    </w:p>
    <w:p>
      <w:pPr>
        <w:spacing w:after="0"/>
      </w:pPr>
      <w:r>
        <w:rPr>
          <w:rFonts w:ascii="Arial" w:hAnsi="Arial"/>
          <w:b/>
          <w:sz w:val="22"/>
        </w:rPr>
        <w:t xml:space="preserve">Lucy  </w:t>
      </w:r>
      <w:r>
        <w:rPr>
          <w:rFonts w:ascii="Arial" w:hAnsi="Arial"/>
          <w:color w:val="5D7284"/>
          <w:sz w:val="22"/>
        </w:rPr>
        <w:t>16:09</w:t>
      </w:r>
    </w:p>
    <w:p>
      <w:pPr>
        <w:spacing w:after="0"/>
      </w:pPr>
      <w:r>
        <w:rPr>
          <w:rFonts w:ascii="Arial" w:hAnsi="Arial"/>
          <w:sz w:val="22"/>
        </w:rPr>
        <w:t>Oh dear,</w:t>
      </w:r>
    </w:p>
    <w:p>
      <w:pPr>
        <w:spacing w:after="0"/>
      </w:pPr>
    </w:p>
    <w:p>
      <w:pPr>
        <w:spacing w:after="0"/>
      </w:pPr>
      <w:r>
        <w:rPr>
          <w:rFonts w:ascii="Arial" w:hAnsi="Arial"/>
          <w:b/>
          <w:sz w:val="22"/>
        </w:rPr>
        <w:t xml:space="preserve">Alice  </w:t>
      </w:r>
      <w:r>
        <w:rPr>
          <w:rFonts w:ascii="Arial" w:hAnsi="Arial"/>
          <w:color w:val="5D7284"/>
          <w:sz w:val="22"/>
        </w:rPr>
        <w:t>16:12</w:t>
      </w:r>
    </w:p>
    <w:p>
      <w:pPr>
        <w:spacing w:after="0"/>
      </w:pPr>
      <w:r>
        <w:rPr>
          <w:rFonts w:ascii="Arial" w:hAnsi="Arial"/>
          <w:sz w:val="22"/>
        </w:rPr>
        <w:t>again, again. I'm a bit like, what doctors leaving his pet dog with a patient to just be like, All right, I'm gonna, I'm gonna go do some surgery. I'll leave rover here with you. Visually impaired person, I don't know,</w:t>
      </w:r>
    </w:p>
    <w:p>
      <w:pPr>
        <w:spacing w:after="0"/>
      </w:pPr>
    </w:p>
    <w:p>
      <w:pPr>
        <w:spacing w:after="0"/>
      </w:pPr>
      <w:r>
        <w:rPr>
          <w:rFonts w:ascii="Arial" w:hAnsi="Arial"/>
          <w:b/>
          <w:sz w:val="22"/>
        </w:rPr>
        <w:t xml:space="preserve">Lucy  </w:t>
      </w:r>
      <w:r>
        <w:rPr>
          <w:rFonts w:ascii="Arial" w:hAnsi="Arial"/>
          <w:color w:val="5D7284"/>
          <w:sz w:val="22"/>
        </w:rPr>
        <w:t>16:29</w:t>
      </w:r>
    </w:p>
    <w:p>
      <w:pPr>
        <w:spacing w:after="0"/>
      </w:pPr>
      <w:r>
        <w:rPr>
          <w:rFonts w:ascii="Arial" w:hAnsi="Arial"/>
          <w:sz w:val="22"/>
        </w:rPr>
        <w:t>Here's a sandwich if he gets hungry.</w:t>
      </w:r>
    </w:p>
    <w:p>
      <w:pPr>
        <w:spacing w:after="0"/>
      </w:pPr>
    </w:p>
    <w:p>
      <w:pPr>
        <w:spacing w:after="0"/>
      </w:pPr>
      <w:r>
        <w:rPr>
          <w:rFonts w:ascii="Arial" w:hAnsi="Arial"/>
          <w:b/>
          <w:sz w:val="22"/>
        </w:rPr>
        <w:t xml:space="preserve">Daisy  </w:t>
      </w:r>
      <w:r>
        <w:rPr>
          <w:rFonts w:ascii="Arial" w:hAnsi="Arial"/>
          <w:color w:val="5D7284"/>
          <w:sz w:val="22"/>
        </w:rPr>
        <w:t>16:33</w:t>
      </w:r>
    </w:p>
    <w:p>
      <w:pPr>
        <w:spacing w:after="0"/>
      </w:pPr>
      <w:r>
        <w:rPr>
          <w:rFonts w:ascii="Arial" w:hAnsi="Arial"/>
          <w:sz w:val="22"/>
        </w:rPr>
        <w:t>Yeah, our cat followed us down the road to our friend's house one time, maybe it was that</w:t>
      </w:r>
    </w:p>
    <w:p>
      <w:pPr>
        <w:spacing w:after="0"/>
      </w:pPr>
    </w:p>
    <w:p>
      <w:pPr>
        <w:spacing w:after="0"/>
      </w:pPr>
      <w:r>
        <w:rPr>
          <w:rFonts w:ascii="Arial" w:hAnsi="Arial"/>
          <w:b/>
          <w:sz w:val="22"/>
        </w:rPr>
        <w:t xml:space="preserve">Lucy  </w:t>
      </w:r>
      <w:r>
        <w:rPr>
          <w:rFonts w:ascii="Arial" w:hAnsi="Arial"/>
          <w:color w:val="5D7284"/>
          <w:sz w:val="22"/>
        </w:rPr>
        <w:t>16:40</w:t>
      </w:r>
    </w:p>
    <w:p>
      <w:pPr>
        <w:spacing w:after="0"/>
      </w:pPr>
      <w:r>
        <w:rPr>
          <w:rFonts w:ascii="Arial" w:hAnsi="Arial"/>
          <w:sz w:val="22"/>
        </w:rPr>
        <w:t>What the same sort of situation.</w:t>
      </w:r>
    </w:p>
    <w:p>
      <w:pPr>
        <w:spacing w:after="0"/>
      </w:pPr>
    </w:p>
    <w:p>
      <w:pPr>
        <w:spacing w:after="0"/>
      </w:pPr>
      <w:r>
        <w:rPr>
          <w:rFonts w:ascii="Arial" w:hAnsi="Arial"/>
          <w:b/>
          <w:sz w:val="22"/>
        </w:rPr>
        <w:t xml:space="preserve">Daisy  </w:t>
      </w:r>
      <w:r>
        <w:rPr>
          <w:rFonts w:ascii="Arial" w:hAnsi="Arial"/>
          <w:color w:val="5D7284"/>
          <w:sz w:val="22"/>
        </w:rPr>
        <w:t>16:41</w:t>
      </w:r>
    </w:p>
    <w:p>
      <w:pPr>
        <w:spacing w:after="0"/>
      </w:pPr>
      <w:r>
        <w:rPr>
          <w:rFonts w:ascii="Arial" w:hAnsi="Arial"/>
          <w:sz w:val="22"/>
        </w:rPr>
        <w:t>The dog followed him to work and was like, Well, I can't take him home.</w:t>
      </w:r>
    </w:p>
    <w:p>
      <w:pPr>
        <w:spacing w:after="0"/>
      </w:pPr>
    </w:p>
    <w:p>
      <w:pPr>
        <w:spacing w:after="0"/>
      </w:pPr>
      <w:r>
        <w:rPr>
          <w:rFonts w:ascii="Arial" w:hAnsi="Arial"/>
          <w:b/>
          <w:sz w:val="22"/>
        </w:rPr>
        <w:t xml:space="preserve">Lucy  </w:t>
      </w:r>
      <w:r>
        <w:rPr>
          <w:rFonts w:ascii="Arial" w:hAnsi="Arial"/>
          <w:color w:val="5D7284"/>
          <w:sz w:val="22"/>
        </w:rPr>
        <w:t>16:46</w:t>
      </w:r>
    </w:p>
    <w:p>
      <w:pPr>
        <w:spacing w:after="0"/>
      </w:pPr>
      <w:r>
        <w:rPr>
          <w:rFonts w:ascii="Arial" w:hAnsi="Arial"/>
          <w:sz w:val="22"/>
        </w:rPr>
        <w:t>That's not very hygienic either, is it? If you're a doctor and you'll bring a dog into the hospital</w:t>
      </w:r>
    </w:p>
    <w:p>
      <w:pPr>
        <w:spacing w:after="0"/>
      </w:pPr>
    </w:p>
    <w:p>
      <w:pPr>
        <w:spacing w:after="0"/>
      </w:pPr>
      <w:r>
        <w:rPr>
          <w:rFonts w:ascii="Arial" w:hAnsi="Arial"/>
          <w:b/>
          <w:sz w:val="22"/>
        </w:rPr>
        <w:t xml:space="preserve">Daisy  </w:t>
      </w:r>
      <w:r>
        <w:rPr>
          <w:rFonts w:ascii="Arial" w:hAnsi="Arial"/>
          <w:color w:val="5D7284"/>
          <w:sz w:val="22"/>
        </w:rPr>
        <w:t>16:51</w:t>
      </w:r>
    </w:p>
    <w:p>
      <w:pPr>
        <w:spacing w:after="0"/>
      </w:pPr>
      <w:r>
        <w:rPr>
          <w:rFonts w:ascii="Arial" w:hAnsi="Arial"/>
          <w:sz w:val="22"/>
        </w:rPr>
        <w:t>but depending, depending on the era the hospital</w:t>
      </w:r>
    </w:p>
    <w:p>
      <w:pPr>
        <w:spacing w:after="0"/>
      </w:pPr>
    </w:p>
    <w:p>
      <w:pPr>
        <w:spacing w:after="0"/>
      </w:pPr>
      <w:r>
        <w:rPr>
          <w:rFonts w:ascii="Arial" w:hAnsi="Arial"/>
          <w:b/>
          <w:sz w:val="22"/>
        </w:rPr>
        <w:t xml:space="preserve">Lucy  </w:t>
      </w:r>
      <w:r>
        <w:rPr>
          <w:rFonts w:ascii="Arial" w:hAnsi="Arial"/>
          <w:color w:val="5D7284"/>
          <w:sz w:val="22"/>
        </w:rPr>
        <w:t>16:56</w:t>
      </w:r>
    </w:p>
    <w:p>
      <w:pPr>
        <w:spacing w:after="0"/>
      </w:pPr>
      <w:r>
        <w:rPr>
          <w:rFonts w:ascii="Arial" w:hAnsi="Arial"/>
          <w:sz w:val="22"/>
        </w:rPr>
        <w:t>that there is the Yeah, reassuring voice of the historian there.</w:t>
      </w:r>
    </w:p>
    <w:p>
      <w:pPr>
        <w:spacing w:after="0"/>
      </w:pPr>
    </w:p>
    <w:p>
      <w:pPr>
        <w:spacing w:after="0"/>
      </w:pPr>
      <w:r>
        <w:rPr>
          <w:rFonts w:ascii="Arial" w:hAnsi="Arial"/>
          <w:b/>
          <w:sz w:val="22"/>
        </w:rPr>
        <w:t xml:space="preserve">Alice  </w:t>
      </w:r>
      <w:r>
        <w:rPr>
          <w:rFonts w:ascii="Arial" w:hAnsi="Arial"/>
          <w:color w:val="5D7284"/>
          <w:sz w:val="22"/>
        </w:rPr>
        <w:t>17:03</w:t>
      </w:r>
    </w:p>
    <w:p>
      <w:pPr>
        <w:spacing w:after="0"/>
      </w:pPr>
      <w:r>
        <w:rPr>
          <w:rFonts w:ascii="Arial" w:hAnsi="Arial"/>
          <w:sz w:val="22"/>
        </w:rPr>
        <w:t>I think, I think the phrase I've heard the phrase before, that technically, dog spit is cleaner than human. And it's like, I mean, yeah, they have to clean their own asshole, like we have, yeah, yeah.</w:t>
      </w:r>
    </w:p>
    <w:p>
      <w:pPr>
        <w:spacing w:after="0"/>
      </w:pPr>
    </w:p>
    <w:p>
      <w:pPr>
        <w:spacing w:after="0"/>
      </w:pPr>
      <w:r>
        <w:rPr>
          <w:rFonts w:ascii="Arial" w:hAnsi="Arial"/>
          <w:b/>
          <w:sz w:val="22"/>
        </w:rPr>
        <w:t xml:space="preserve">Daisy  </w:t>
      </w:r>
      <w:r>
        <w:rPr>
          <w:rFonts w:ascii="Arial" w:hAnsi="Arial"/>
          <w:color w:val="5D7284"/>
          <w:sz w:val="22"/>
        </w:rPr>
        <w:t>17:16</w:t>
      </w:r>
    </w:p>
    <w:p>
      <w:pPr>
        <w:spacing w:after="0"/>
      </w:pPr>
      <w:r>
        <w:rPr>
          <w:rFonts w:ascii="Arial" w:hAnsi="Arial"/>
          <w:sz w:val="22"/>
        </w:rPr>
        <w:t>I mean, even so I'm not gonna get the dog to lick an open wound. Like even if that was true, which I doubt is,</w:t>
      </w:r>
    </w:p>
    <w:p>
      <w:pPr>
        <w:spacing w:after="0"/>
      </w:pPr>
    </w:p>
    <w:p>
      <w:pPr>
        <w:spacing w:after="0"/>
      </w:pPr>
      <w:r>
        <w:rPr>
          <w:rFonts w:ascii="Arial" w:hAnsi="Arial"/>
          <w:b/>
          <w:sz w:val="22"/>
        </w:rPr>
        <w:t xml:space="preserve">Lucy  </w:t>
      </w:r>
      <w:r>
        <w:rPr>
          <w:rFonts w:ascii="Arial" w:hAnsi="Arial"/>
          <w:color w:val="5D7284"/>
          <w:sz w:val="22"/>
        </w:rPr>
        <w:t>17:28</w:t>
      </w:r>
    </w:p>
    <w:p>
      <w:pPr>
        <w:spacing w:after="0"/>
      </w:pPr>
      <w:r>
        <w:rPr>
          <w:rFonts w:ascii="Arial" w:hAnsi="Arial"/>
          <w:sz w:val="22"/>
        </w:rPr>
        <w:t>I'll stop this Gang Green, just get the dog to lick your wound. Going to university to get myself a medical degree,</w:t>
      </w:r>
    </w:p>
    <w:p>
      <w:pPr>
        <w:spacing w:after="0"/>
      </w:pPr>
    </w:p>
    <w:p>
      <w:pPr>
        <w:spacing w:after="0"/>
      </w:pPr>
      <w:r>
        <w:rPr>
          <w:rFonts w:ascii="Arial" w:hAnsi="Arial"/>
          <w:b/>
          <w:sz w:val="22"/>
        </w:rPr>
        <w:t xml:space="preserve">Alice  </w:t>
      </w:r>
      <w:r>
        <w:rPr>
          <w:rFonts w:ascii="Arial" w:hAnsi="Arial"/>
          <w:color w:val="5D7284"/>
          <w:sz w:val="22"/>
        </w:rPr>
        <w:t>17:39</w:t>
      </w:r>
    </w:p>
    <w:p>
      <w:pPr>
        <w:spacing w:after="0"/>
      </w:pPr>
      <w:r>
        <w:rPr>
          <w:rFonts w:ascii="Arial" w:hAnsi="Arial"/>
          <w:sz w:val="22"/>
        </w:rPr>
        <w:t>said a Labrador. So apparently, apparently, Dr Stalling was so like persuaded that this was the way forward for visually impaired people, but he opened a dedicated school to start training guide dogs in Oldenburg, which is, is in Germany</w:t>
      </w:r>
    </w:p>
    <w:p>
      <w:pPr>
        <w:spacing w:after="0"/>
      </w:pPr>
    </w:p>
    <w:p>
      <w:pPr>
        <w:spacing w:after="0"/>
      </w:pPr>
      <w:r>
        <w:rPr>
          <w:rFonts w:ascii="Arial" w:hAnsi="Arial"/>
          <w:b/>
          <w:sz w:val="22"/>
        </w:rPr>
        <w:t xml:space="preserve">Daisy  </w:t>
      </w:r>
      <w:r>
        <w:rPr>
          <w:rFonts w:ascii="Arial" w:hAnsi="Arial"/>
          <w:color w:val="5D7284"/>
          <w:sz w:val="22"/>
        </w:rPr>
        <w:t>18:07</w:t>
      </w:r>
    </w:p>
    <w:p>
      <w:pPr>
        <w:spacing w:after="0"/>
      </w:pPr>
      <w:r>
        <w:rPr>
          <w:rFonts w:ascii="Arial" w:hAnsi="Arial"/>
          <w:sz w:val="22"/>
        </w:rPr>
        <w:t>a real place, or did you just forget what it was called? I mean,</w:t>
      </w:r>
    </w:p>
    <w:p>
      <w:pPr>
        <w:spacing w:after="0"/>
      </w:pPr>
    </w:p>
    <w:p>
      <w:pPr>
        <w:spacing w:after="0"/>
      </w:pPr>
      <w:r>
        <w:rPr>
          <w:rFonts w:ascii="Arial" w:hAnsi="Arial"/>
          <w:b/>
          <w:sz w:val="22"/>
        </w:rPr>
        <w:t xml:space="preserve">Lucy  </w:t>
      </w:r>
      <w:r>
        <w:rPr>
          <w:rFonts w:ascii="Arial" w:hAnsi="Arial"/>
          <w:color w:val="5D7284"/>
          <w:sz w:val="22"/>
        </w:rPr>
        <w:t>18:11</w:t>
      </w:r>
    </w:p>
    <w:p>
      <w:pPr>
        <w:spacing w:after="0"/>
      </w:pPr>
      <w:r>
        <w:rPr>
          <w:rFonts w:ascii="Arial" w:hAnsi="Arial"/>
          <w:sz w:val="22"/>
        </w:rPr>
        <w:t>that's Alice. Alice. Alice did lose her notes to the like her first set of notes to this, has she just, I don't know, Oldenburg,</w:t>
      </w:r>
    </w:p>
    <w:p>
      <w:pPr>
        <w:spacing w:after="0"/>
      </w:pPr>
    </w:p>
    <w:p>
      <w:pPr>
        <w:spacing w:after="0"/>
      </w:pPr>
      <w:r>
        <w:rPr>
          <w:rFonts w:ascii="Arial" w:hAnsi="Arial"/>
          <w:b/>
          <w:sz w:val="22"/>
        </w:rPr>
        <w:t xml:space="preserve">Alice  </w:t>
      </w:r>
      <w:r>
        <w:rPr>
          <w:rFonts w:ascii="Arial" w:hAnsi="Arial"/>
          <w:color w:val="5D7284"/>
          <w:sz w:val="22"/>
        </w:rPr>
        <w:t>18:21</w:t>
      </w:r>
    </w:p>
    <w:p>
      <w:pPr>
        <w:spacing w:after="0"/>
      </w:pPr>
      <w:r>
        <w:rPr>
          <w:rFonts w:ascii="Arial" w:hAnsi="Arial"/>
          <w:sz w:val="22"/>
        </w:rPr>
        <w:t>Olden timeiesville,</w:t>
      </w:r>
    </w:p>
    <w:p>
      <w:pPr>
        <w:spacing w:after="0"/>
      </w:pPr>
    </w:p>
    <w:p>
      <w:pPr>
        <w:spacing w:after="0"/>
      </w:pPr>
      <w:r>
        <w:rPr>
          <w:rFonts w:ascii="Arial" w:hAnsi="Arial"/>
          <w:b/>
          <w:sz w:val="22"/>
        </w:rPr>
        <w:t xml:space="preserve">Lucy  </w:t>
      </w:r>
      <w:r>
        <w:rPr>
          <w:rFonts w:ascii="Arial" w:hAnsi="Arial"/>
          <w:color w:val="5D7284"/>
          <w:sz w:val="22"/>
        </w:rPr>
        <w:t>18:26</w:t>
      </w:r>
    </w:p>
    <w:p>
      <w:pPr>
        <w:spacing w:after="0"/>
      </w:pPr>
      <w:r>
        <w:rPr>
          <w:rFonts w:ascii="Arial" w:hAnsi="Arial"/>
          <w:sz w:val="22"/>
        </w:rPr>
        <w:t>the land that time forgot.</w:t>
      </w:r>
    </w:p>
    <w:p>
      <w:pPr>
        <w:spacing w:after="0"/>
      </w:pPr>
    </w:p>
    <w:p>
      <w:pPr>
        <w:spacing w:after="0"/>
      </w:pPr>
      <w:r>
        <w:rPr>
          <w:rFonts w:ascii="Arial" w:hAnsi="Arial"/>
          <w:b/>
          <w:sz w:val="22"/>
        </w:rPr>
        <w:t xml:space="preserve">Alice  </w:t>
      </w:r>
      <w:r>
        <w:rPr>
          <w:rFonts w:ascii="Arial" w:hAnsi="Arial"/>
          <w:color w:val="5D7284"/>
          <w:sz w:val="22"/>
        </w:rPr>
        <w:t>18:29</w:t>
      </w:r>
    </w:p>
    <w:p>
      <w:pPr>
        <w:spacing w:after="0"/>
      </w:pPr>
      <w:r>
        <w:rPr>
          <w:rFonts w:ascii="Arial" w:hAnsi="Arial"/>
          <w:sz w:val="22"/>
        </w:rPr>
        <w:t>And that was in 1916 Yeah. And from there, the movement grew. So he ended up Stalling, ended up opening a number of different schools across Germany, Germany, since when's that? What happened across Germany in at least seven locations. This the school train. The School trained about the different schools trained about 600 dogs a year, right, which sounds like quite a lot, but across seven different locations, that's like not even 10 dogs in each year. So when you do the math, it's not that much.</w:t>
      </w:r>
    </w:p>
    <w:p>
      <w:pPr>
        <w:spacing w:after="0"/>
      </w:pPr>
    </w:p>
    <w:p>
      <w:pPr>
        <w:spacing w:after="0"/>
      </w:pPr>
      <w:r>
        <w:rPr>
          <w:rFonts w:ascii="Arial" w:hAnsi="Arial"/>
          <w:b/>
          <w:sz w:val="22"/>
        </w:rPr>
        <w:t xml:space="preserve">Lucy  </w:t>
      </w:r>
      <w:r>
        <w:rPr>
          <w:rFonts w:ascii="Arial" w:hAnsi="Arial"/>
          <w:color w:val="5D7284"/>
          <w:sz w:val="22"/>
        </w:rPr>
        <w:t>19:17</w:t>
      </w:r>
    </w:p>
    <w:p>
      <w:pPr>
        <w:spacing w:after="0"/>
      </w:pPr>
      <w:r>
        <w:rPr>
          <w:rFonts w:ascii="Arial" w:hAnsi="Arial"/>
          <w:sz w:val="22"/>
        </w:rPr>
        <w:t>Well, it's the first try</w:t>
      </w:r>
    </w:p>
    <w:p>
      <w:pPr>
        <w:spacing w:after="0"/>
      </w:pPr>
    </w:p>
    <w:p>
      <w:pPr>
        <w:spacing w:after="0"/>
      </w:pPr>
      <w:r>
        <w:rPr>
          <w:rFonts w:ascii="Arial" w:hAnsi="Arial"/>
          <w:b/>
          <w:sz w:val="22"/>
        </w:rPr>
        <w:t xml:space="preserve">Daisy  </w:t>
      </w:r>
      <w:r>
        <w:rPr>
          <w:rFonts w:ascii="Arial" w:hAnsi="Arial"/>
          <w:color w:val="5D7284"/>
          <w:sz w:val="22"/>
        </w:rPr>
        <w:t>19:19</w:t>
      </w:r>
    </w:p>
    <w:p>
      <w:pPr>
        <w:spacing w:after="0"/>
      </w:pPr>
      <w:r>
        <w:rPr>
          <w:rFonts w:ascii="Arial" w:hAnsi="Arial"/>
          <w:sz w:val="22"/>
        </w:rPr>
        <w:t>That least makes it sound more realistic.</w:t>
      </w:r>
    </w:p>
    <w:p>
      <w:pPr>
        <w:spacing w:after="0"/>
      </w:pPr>
    </w:p>
    <w:p>
      <w:pPr>
        <w:spacing w:after="0"/>
      </w:pPr>
      <w:r>
        <w:rPr>
          <w:rFonts w:ascii="Arial" w:hAnsi="Arial"/>
          <w:b/>
          <w:sz w:val="22"/>
        </w:rPr>
        <w:t xml:space="preserve">Lucy  </w:t>
      </w:r>
      <w:r>
        <w:rPr>
          <w:rFonts w:ascii="Arial" w:hAnsi="Arial"/>
          <w:color w:val="5D7284"/>
          <w:sz w:val="22"/>
        </w:rPr>
        <w:t>19:21</w:t>
      </w:r>
    </w:p>
    <w:p>
      <w:pPr>
        <w:spacing w:after="0"/>
      </w:pPr>
      <w:r>
        <w:rPr>
          <w:rFonts w:ascii="Arial" w:hAnsi="Arial"/>
          <w:sz w:val="22"/>
        </w:rPr>
        <w:t>Yeah, exactly.</w:t>
      </w:r>
    </w:p>
    <w:p>
      <w:pPr>
        <w:spacing w:after="0"/>
      </w:pPr>
    </w:p>
    <w:p>
      <w:pPr>
        <w:spacing w:after="0"/>
      </w:pPr>
      <w:r>
        <w:rPr>
          <w:rFonts w:ascii="Arial" w:hAnsi="Arial"/>
          <w:b/>
          <w:sz w:val="22"/>
        </w:rPr>
        <w:t xml:space="preserve">Daisy  </w:t>
      </w:r>
      <w:r>
        <w:rPr>
          <w:rFonts w:ascii="Arial" w:hAnsi="Arial"/>
          <w:color w:val="5D7284"/>
          <w:sz w:val="22"/>
        </w:rPr>
        <w:t>19:22</w:t>
      </w:r>
    </w:p>
    <w:p>
      <w:pPr>
        <w:spacing w:after="0"/>
      </w:pPr>
      <w:r>
        <w:rPr>
          <w:rFonts w:ascii="Arial" w:hAnsi="Arial"/>
          <w:sz w:val="22"/>
        </w:rPr>
        <w:t>Rather than like, putting them through, like, a single class and being like yep that at least sounds like they were doing it properly.</w:t>
      </w:r>
    </w:p>
    <w:p>
      <w:pPr>
        <w:spacing w:after="0"/>
      </w:pPr>
    </w:p>
    <w:p>
      <w:pPr>
        <w:spacing w:after="0"/>
      </w:pPr>
      <w:r>
        <w:rPr>
          <w:rFonts w:ascii="Arial" w:hAnsi="Arial"/>
          <w:b/>
          <w:sz w:val="22"/>
        </w:rPr>
        <w:t xml:space="preserve">Lucy  </w:t>
      </w:r>
      <w:r>
        <w:rPr>
          <w:rFonts w:ascii="Arial" w:hAnsi="Arial"/>
          <w:color w:val="5D7284"/>
          <w:sz w:val="22"/>
        </w:rPr>
        <w:t>19:30</w:t>
      </w:r>
    </w:p>
    <w:p>
      <w:pPr>
        <w:spacing w:after="0"/>
      </w:pPr>
      <w:r>
        <w:rPr>
          <w:rFonts w:ascii="Arial" w:hAnsi="Arial"/>
          <w:sz w:val="22"/>
        </w:rPr>
        <w:t>Because, like, not even, not even, like, guide dog puppies that are born into the organisation, not even all of those make it to be a guide dog, because some of them just don't aren't suitable. They their behaviour isn't. Yeah, exactly so, but yeah, yeah. So, yeah, one</w:t>
      </w:r>
    </w:p>
    <w:p>
      <w:pPr>
        <w:spacing w:after="0"/>
      </w:pPr>
    </w:p>
    <w:p>
      <w:pPr>
        <w:spacing w:after="0"/>
      </w:pPr>
      <w:r>
        <w:rPr>
          <w:rFonts w:ascii="Arial" w:hAnsi="Arial"/>
          <w:b/>
          <w:sz w:val="22"/>
        </w:rPr>
        <w:t xml:space="preserve">Daisy  </w:t>
      </w:r>
      <w:r>
        <w:rPr>
          <w:rFonts w:ascii="Arial" w:hAnsi="Arial"/>
          <w:color w:val="5D7284"/>
          <w:sz w:val="22"/>
        </w:rPr>
        <w:t>19:52</w:t>
      </w:r>
    </w:p>
    <w:p>
      <w:pPr>
        <w:spacing w:after="0"/>
      </w:pPr>
      <w:r>
        <w:rPr>
          <w:rFonts w:ascii="Arial" w:hAnsi="Arial"/>
          <w:sz w:val="22"/>
        </w:rPr>
        <w:t>of my friends used to have like an old police dog, yeah, who was just very good at his task. But. It only did them when he wanted to</w:t>
      </w:r>
    </w:p>
    <w:p>
      <w:pPr>
        <w:spacing w:after="0"/>
      </w:pPr>
    </w:p>
    <w:p>
      <w:pPr>
        <w:spacing w:after="0"/>
      </w:pPr>
      <w:r>
        <w:rPr>
          <w:rFonts w:ascii="Arial" w:hAnsi="Arial"/>
          <w:b/>
          <w:sz w:val="22"/>
        </w:rPr>
        <w:t xml:space="preserve">Alice  </w:t>
      </w:r>
      <w:r>
        <w:rPr>
          <w:rFonts w:ascii="Arial" w:hAnsi="Arial"/>
          <w:color w:val="5D7284"/>
          <w:sz w:val="22"/>
        </w:rPr>
        <w:t>20:02</w:t>
      </w:r>
    </w:p>
    <w:p>
      <w:pPr>
        <w:spacing w:after="0"/>
      </w:pPr>
      <w:r>
        <w:rPr>
          <w:rFonts w:ascii="Arial" w:hAnsi="Arial"/>
          <w:sz w:val="22"/>
        </w:rPr>
        <w:t>My mother in law had a failed police dog who, the story goes that he was in some like training setting, and there was like 10 kilos of cocaine hidden somewhere that he was supposed to find. But, yeah, there was a guy there, and he just wouldn't stop bothering the guy. And the guy was like, Yeah, I've got cheese sandwich in my bag.</w:t>
      </w:r>
    </w:p>
    <w:p>
      <w:pPr>
        <w:spacing w:after="0"/>
      </w:pPr>
    </w:p>
    <w:p>
      <w:pPr>
        <w:spacing w:after="0"/>
      </w:pPr>
      <w:r>
        <w:rPr>
          <w:rFonts w:ascii="Arial" w:hAnsi="Arial"/>
          <w:b/>
          <w:sz w:val="22"/>
        </w:rPr>
        <w:t xml:space="preserve">Lucy  </w:t>
      </w:r>
      <w:r>
        <w:rPr>
          <w:rFonts w:ascii="Arial" w:hAnsi="Arial"/>
          <w:color w:val="5D7284"/>
          <w:sz w:val="22"/>
        </w:rPr>
        <w:t>20:24</w:t>
      </w:r>
    </w:p>
    <w:p>
      <w:pPr>
        <w:spacing w:after="0"/>
      </w:pPr>
      <w:r>
        <w:rPr>
          <w:rFonts w:ascii="Arial" w:hAnsi="Arial"/>
          <w:sz w:val="22"/>
        </w:rPr>
        <w:t>To be fair. To be fair. That sounds like me like I am</w:t>
      </w:r>
    </w:p>
    <w:p>
      <w:pPr>
        <w:spacing w:after="0"/>
      </w:pPr>
    </w:p>
    <w:p>
      <w:pPr>
        <w:spacing w:after="0"/>
      </w:pPr>
      <w:r>
        <w:rPr>
          <w:rFonts w:ascii="Arial" w:hAnsi="Arial"/>
          <w:b/>
          <w:sz w:val="22"/>
        </w:rPr>
        <w:t xml:space="preserve">Daisy  </w:t>
      </w:r>
      <w:r>
        <w:rPr>
          <w:rFonts w:ascii="Arial" w:hAnsi="Arial"/>
          <w:color w:val="5D7284"/>
          <w:sz w:val="22"/>
        </w:rPr>
        <w:t>20:27</w:t>
      </w:r>
    </w:p>
    <w:p>
      <w:pPr>
        <w:spacing w:after="0"/>
      </w:pPr>
      <w:r>
        <w:rPr>
          <w:rFonts w:ascii="Arial" w:hAnsi="Arial"/>
          <w:sz w:val="22"/>
        </w:rPr>
        <w:t>Oh yeah, I would. I would rather have it have a cheese sandwich than 10 kilos of cocaine. Yeah like what am I gonna do with this?</w:t>
      </w:r>
    </w:p>
    <w:p>
      <w:pPr>
        <w:spacing w:after="0"/>
      </w:pPr>
    </w:p>
    <w:p>
      <w:pPr>
        <w:spacing w:after="0"/>
      </w:pPr>
      <w:r>
        <w:rPr>
          <w:rFonts w:ascii="Arial" w:hAnsi="Arial"/>
          <w:b/>
          <w:sz w:val="22"/>
        </w:rPr>
        <w:t xml:space="preserve">Lucy  </w:t>
      </w:r>
      <w:r>
        <w:rPr>
          <w:rFonts w:ascii="Arial" w:hAnsi="Arial"/>
          <w:color w:val="5D7284"/>
          <w:sz w:val="22"/>
        </w:rPr>
        <w:t>20:37</w:t>
      </w:r>
    </w:p>
    <w:p>
      <w:pPr>
        <w:spacing w:after="0"/>
      </w:pPr>
      <w:r>
        <w:rPr>
          <w:rFonts w:ascii="Arial" w:hAnsi="Arial"/>
          <w:sz w:val="22"/>
        </w:rPr>
        <w:t>What do I do now? I found it. What do I do now?</w:t>
      </w:r>
    </w:p>
    <w:p>
      <w:pPr>
        <w:spacing w:after="0"/>
      </w:pPr>
    </w:p>
    <w:p>
      <w:pPr>
        <w:spacing w:after="0"/>
      </w:pPr>
      <w:r>
        <w:rPr>
          <w:rFonts w:ascii="Arial" w:hAnsi="Arial"/>
          <w:b/>
          <w:sz w:val="22"/>
        </w:rPr>
        <w:t xml:space="preserve">Alice  </w:t>
      </w:r>
      <w:r>
        <w:rPr>
          <w:rFonts w:ascii="Arial" w:hAnsi="Arial"/>
          <w:color w:val="5D7284"/>
          <w:sz w:val="22"/>
        </w:rPr>
        <w:t>20:39</w:t>
      </w:r>
    </w:p>
    <w:p>
      <w:pPr>
        <w:spacing w:after="0"/>
      </w:pPr>
      <w:r>
        <w:rPr>
          <w:rFonts w:ascii="Arial" w:hAnsi="Arial"/>
          <w:sz w:val="22"/>
        </w:rPr>
        <w:t>So So following on from that trend that apparently Dr Stallings schools were all shut down by 1926 due, to quote, a reduction in dog quality. Which I was like</w:t>
      </w:r>
    </w:p>
    <w:p>
      <w:pPr>
        <w:spacing w:after="0"/>
      </w:pPr>
    </w:p>
    <w:p>
      <w:pPr>
        <w:spacing w:after="0"/>
      </w:pPr>
      <w:r>
        <w:rPr>
          <w:rFonts w:ascii="Arial" w:hAnsi="Arial"/>
          <w:b/>
          <w:sz w:val="22"/>
        </w:rPr>
        <w:t xml:space="preserve">Lucy  </w:t>
      </w:r>
      <w:r>
        <w:rPr>
          <w:rFonts w:ascii="Arial" w:hAnsi="Arial"/>
          <w:color w:val="5D7284"/>
          <w:sz w:val="22"/>
        </w:rPr>
        <w:t>20:50</w:t>
      </w:r>
    </w:p>
    <w:p>
      <w:pPr>
        <w:spacing w:after="0"/>
      </w:pPr>
      <w:r>
        <w:rPr>
          <w:rFonts w:ascii="Arial" w:hAnsi="Arial"/>
          <w:sz w:val="22"/>
        </w:rPr>
        <w:t>Naughty Dogs.</w:t>
      </w:r>
    </w:p>
    <w:p>
      <w:pPr>
        <w:spacing w:after="0"/>
      </w:pPr>
    </w:p>
    <w:p>
      <w:pPr>
        <w:spacing w:after="0"/>
      </w:pPr>
      <w:r>
        <w:rPr>
          <w:rFonts w:ascii="Arial" w:hAnsi="Arial"/>
          <w:b/>
          <w:sz w:val="22"/>
        </w:rPr>
        <w:t xml:space="preserve">Alice  </w:t>
      </w:r>
      <w:r>
        <w:rPr>
          <w:rFonts w:ascii="Arial" w:hAnsi="Arial"/>
          <w:color w:val="5D7284"/>
          <w:sz w:val="22"/>
        </w:rPr>
        <w:t>20:50</w:t>
      </w:r>
    </w:p>
    <w:p>
      <w:pPr>
        <w:spacing w:after="0"/>
      </w:pPr>
      <w:r>
        <w:rPr>
          <w:rFonts w:ascii="Arial" w:hAnsi="Arial"/>
          <w:sz w:val="22"/>
        </w:rPr>
        <w:t>Well, I said a reduction in dog quality. I was like, it sounds like somebody's put like a weasel through and been like, well, this dog isn't any good at all.</w:t>
      </w:r>
    </w:p>
    <w:p>
      <w:pPr>
        <w:spacing w:after="0"/>
      </w:pPr>
    </w:p>
    <w:p>
      <w:pPr>
        <w:spacing w:after="0"/>
      </w:pPr>
      <w:r>
        <w:rPr>
          <w:rFonts w:ascii="Arial" w:hAnsi="Arial"/>
          <w:b/>
          <w:sz w:val="22"/>
        </w:rPr>
        <w:t xml:space="preserve">Lucy  </w:t>
      </w:r>
      <w:r>
        <w:rPr>
          <w:rFonts w:ascii="Arial" w:hAnsi="Arial"/>
          <w:color w:val="5D7284"/>
          <w:sz w:val="22"/>
        </w:rPr>
        <w:t>21:03</w:t>
      </w:r>
    </w:p>
    <w:p>
      <w:pPr>
        <w:spacing w:after="0"/>
      </w:pPr>
      <w:r>
        <w:rPr>
          <w:rFonts w:ascii="Arial" w:hAnsi="Arial"/>
          <w:sz w:val="22"/>
        </w:rPr>
        <w:t>He can only find sausage dogs. Yeah, that kind of thing, yeah.</w:t>
      </w:r>
    </w:p>
    <w:p>
      <w:pPr>
        <w:spacing w:after="0"/>
      </w:pPr>
    </w:p>
    <w:p>
      <w:pPr>
        <w:spacing w:after="0"/>
      </w:pPr>
      <w:r>
        <w:rPr>
          <w:rFonts w:ascii="Arial" w:hAnsi="Arial"/>
          <w:b/>
          <w:sz w:val="22"/>
        </w:rPr>
        <w:t xml:space="preserve">Daisy  </w:t>
      </w:r>
      <w:r>
        <w:rPr>
          <w:rFonts w:ascii="Arial" w:hAnsi="Arial"/>
          <w:color w:val="5D7284"/>
          <w:sz w:val="22"/>
        </w:rPr>
        <w:t>21:07</w:t>
      </w:r>
    </w:p>
    <w:p>
      <w:pPr>
        <w:spacing w:after="0"/>
      </w:pPr>
      <w:r>
        <w:rPr>
          <w:rFonts w:ascii="Arial" w:hAnsi="Arial"/>
          <w:sz w:val="22"/>
        </w:rPr>
        <w:t>I want, yeah. I wonder if they had some kind of like thing where they they thought that it would only be if they'd, like, bred together others, yeah, guide dogs. And so they just became too inbred</w:t>
      </w:r>
    </w:p>
    <w:p>
      <w:pPr>
        <w:spacing w:after="0"/>
      </w:pPr>
    </w:p>
    <w:p>
      <w:pPr>
        <w:spacing w:after="0"/>
      </w:pPr>
      <w:r>
        <w:rPr>
          <w:rFonts w:ascii="Arial" w:hAnsi="Arial"/>
          <w:b/>
          <w:sz w:val="22"/>
        </w:rPr>
        <w:t xml:space="preserve">Alice  </w:t>
      </w:r>
      <w:r>
        <w:rPr>
          <w:rFonts w:ascii="Arial" w:hAnsi="Arial"/>
          <w:color w:val="5D7284"/>
          <w:sz w:val="22"/>
        </w:rPr>
        <w:t>21:20</w:t>
      </w:r>
    </w:p>
    <w:p>
      <w:pPr>
        <w:spacing w:after="0"/>
      </w:pPr>
      <w:r>
        <w:rPr>
          <w:rFonts w:ascii="Arial" w:hAnsi="Arial"/>
          <w:sz w:val="22"/>
        </w:rPr>
        <w:t>like, too many, too many legs and not enough eyes between all of them.</w:t>
      </w:r>
    </w:p>
    <w:p>
      <w:pPr>
        <w:spacing w:after="0"/>
      </w:pPr>
    </w:p>
    <w:p>
      <w:pPr>
        <w:spacing w:after="0"/>
      </w:pPr>
      <w:r>
        <w:rPr>
          <w:rFonts w:ascii="Arial" w:hAnsi="Arial"/>
          <w:b/>
          <w:sz w:val="22"/>
        </w:rPr>
        <w:t xml:space="preserve">Daisy  </w:t>
      </w:r>
      <w:r>
        <w:rPr>
          <w:rFonts w:ascii="Arial" w:hAnsi="Arial"/>
          <w:color w:val="5D7284"/>
          <w:sz w:val="22"/>
        </w:rPr>
        <w:t>21:23</w:t>
      </w:r>
    </w:p>
    <w:p>
      <w:pPr>
        <w:spacing w:after="0"/>
      </w:pPr>
      <w:r>
        <w:rPr>
          <w:rFonts w:ascii="Arial" w:hAnsi="Arial"/>
          <w:sz w:val="22"/>
        </w:rPr>
        <w:t xml:space="preserve"> Yeah. Like, it didn't occur to them that they could maybe find an unrelated dog</w:t>
      </w:r>
    </w:p>
    <w:p>
      <w:pPr>
        <w:spacing w:after="0"/>
      </w:pPr>
    </w:p>
    <w:p>
      <w:pPr>
        <w:spacing w:after="0"/>
      </w:pPr>
      <w:r>
        <w:rPr>
          <w:rFonts w:ascii="Arial" w:hAnsi="Arial"/>
          <w:b/>
          <w:sz w:val="22"/>
        </w:rPr>
        <w:t xml:space="preserve">Alice  </w:t>
      </w:r>
      <w:r>
        <w:rPr>
          <w:rFonts w:ascii="Arial" w:hAnsi="Arial"/>
          <w:color w:val="5D7284"/>
          <w:sz w:val="22"/>
        </w:rPr>
        <w:t>21:27</w:t>
      </w:r>
    </w:p>
    <w:p>
      <w:pPr>
        <w:spacing w:after="0"/>
      </w:pPr>
      <w:r>
        <w:rPr>
          <w:rFonts w:ascii="Arial" w:hAnsi="Arial"/>
          <w:sz w:val="22"/>
        </w:rPr>
        <w:t>this would, this would have been the like height of eugenics as well. So they would probably be like, Well, this one must be good, so let's just have more of this one.</w:t>
      </w:r>
    </w:p>
    <w:p>
      <w:pPr>
        <w:spacing w:after="0"/>
      </w:pPr>
    </w:p>
    <w:p>
      <w:pPr>
        <w:spacing w:after="0"/>
      </w:pPr>
      <w:r>
        <w:rPr>
          <w:rFonts w:ascii="Arial" w:hAnsi="Arial"/>
          <w:b/>
          <w:sz w:val="22"/>
        </w:rPr>
        <w:t xml:space="preserve">Lucy  </w:t>
      </w:r>
      <w:r>
        <w:rPr>
          <w:rFonts w:ascii="Arial" w:hAnsi="Arial"/>
          <w:color w:val="5D7284"/>
          <w:sz w:val="22"/>
        </w:rPr>
        <w:t>21:37</w:t>
      </w:r>
    </w:p>
    <w:p>
      <w:pPr>
        <w:spacing w:after="0"/>
      </w:pPr>
      <w:r>
        <w:rPr>
          <w:rFonts w:ascii="Arial" w:hAnsi="Arial"/>
          <w:sz w:val="22"/>
        </w:rPr>
        <w:t>Let's make a super dog.</w:t>
      </w:r>
    </w:p>
    <w:p>
      <w:pPr>
        <w:spacing w:after="0"/>
      </w:pPr>
    </w:p>
    <w:p>
      <w:pPr>
        <w:spacing w:after="0"/>
      </w:pPr>
      <w:r>
        <w:rPr>
          <w:rFonts w:ascii="Arial" w:hAnsi="Arial"/>
          <w:b/>
          <w:sz w:val="22"/>
        </w:rPr>
        <w:t xml:space="preserve">Daisy  </w:t>
      </w:r>
      <w:r>
        <w:rPr>
          <w:rFonts w:ascii="Arial" w:hAnsi="Arial"/>
          <w:color w:val="5D7284"/>
          <w:sz w:val="22"/>
        </w:rPr>
        <w:t>21:39</w:t>
      </w:r>
    </w:p>
    <w:p>
      <w:pPr>
        <w:spacing w:after="0"/>
      </w:pPr>
      <w:r>
        <w:rPr>
          <w:rFonts w:ascii="Arial" w:hAnsi="Arial"/>
          <w:sz w:val="22"/>
        </w:rPr>
        <w:t>Oh, yeah, that's true. When was that?</w:t>
      </w:r>
    </w:p>
    <w:p>
      <w:pPr>
        <w:spacing w:after="0"/>
      </w:pPr>
    </w:p>
    <w:p>
      <w:pPr>
        <w:spacing w:after="0"/>
      </w:pPr>
      <w:r>
        <w:rPr>
          <w:rFonts w:ascii="Arial" w:hAnsi="Arial"/>
          <w:b/>
          <w:sz w:val="22"/>
        </w:rPr>
        <w:t xml:space="preserve">Alice  </w:t>
      </w:r>
      <w:r>
        <w:rPr>
          <w:rFonts w:ascii="Arial" w:hAnsi="Arial"/>
          <w:color w:val="5D7284"/>
          <w:sz w:val="22"/>
        </w:rPr>
        <w:t>21:40</w:t>
      </w:r>
    </w:p>
    <w:p>
      <w:pPr>
        <w:spacing w:after="0"/>
      </w:pPr>
      <w:r>
        <w:rPr>
          <w:rFonts w:ascii="Arial" w:hAnsi="Arial"/>
          <w:sz w:val="22"/>
        </w:rPr>
        <w:t xml:space="preserve"> 1916 to to 1926</w:t>
      </w:r>
    </w:p>
    <w:p>
      <w:pPr>
        <w:spacing w:after="0"/>
      </w:pPr>
    </w:p>
    <w:p>
      <w:pPr>
        <w:spacing w:after="0"/>
      </w:pPr>
      <w:r>
        <w:rPr>
          <w:rFonts w:ascii="Arial" w:hAnsi="Arial"/>
          <w:b/>
          <w:sz w:val="22"/>
        </w:rPr>
        <w:t xml:space="preserve">Daisy  </w:t>
      </w:r>
      <w:r>
        <w:rPr>
          <w:rFonts w:ascii="Arial" w:hAnsi="Arial"/>
          <w:color w:val="5D7284"/>
          <w:sz w:val="22"/>
        </w:rPr>
        <w:t>21:45</w:t>
      </w:r>
    </w:p>
    <w:p>
      <w:pPr>
        <w:spacing w:after="0"/>
      </w:pPr>
      <w:r>
        <w:rPr>
          <w:rFonts w:ascii="Arial" w:hAnsi="Arial"/>
          <w:sz w:val="22"/>
        </w:rPr>
        <w:t>Okay, so, okay, so they, they've, they've got, like, the kennel clubs and all of that, by then they, they know how to be breeding for specific traits. Yeah. So we should hope that it wasn't just that they forgot there were other dogs around</w:t>
      </w:r>
    </w:p>
    <w:p>
      <w:pPr>
        <w:spacing w:after="0"/>
      </w:pPr>
    </w:p>
    <w:p>
      <w:pPr>
        <w:spacing w:after="0"/>
      </w:pPr>
      <w:r>
        <w:rPr>
          <w:rFonts w:ascii="Arial" w:hAnsi="Arial"/>
          <w:b/>
          <w:sz w:val="22"/>
        </w:rPr>
        <w:t xml:space="preserve">Alice  </w:t>
      </w:r>
      <w:r>
        <w:rPr>
          <w:rFonts w:ascii="Arial" w:hAnsi="Arial"/>
          <w:color w:val="5D7284"/>
          <w:sz w:val="22"/>
        </w:rPr>
        <w:t>22:01</w:t>
      </w:r>
    </w:p>
    <w:p>
      <w:pPr>
        <w:spacing w:after="0"/>
      </w:pPr>
      <w:r>
        <w:rPr>
          <w:rFonts w:ascii="Arial" w:hAnsi="Arial"/>
          <w:sz w:val="22"/>
        </w:rPr>
        <w:t>several of the things I read were all like it was a German Shepherd, but I sort of feel like the source is where I read that his first dog was a German Shepherd. I questioned that, because I wonder whether they went well, it was a German man, so it must have been a German Shepherd, German Shepherd. Because, yeah,</w:t>
      </w:r>
    </w:p>
    <w:p>
      <w:pPr>
        <w:spacing w:after="0"/>
      </w:pPr>
    </w:p>
    <w:p>
      <w:pPr>
        <w:spacing w:after="0"/>
      </w:pPr>
      <w:r>
        <w:rPr>
          <w:rFonts w:ascii="Arial" w:hAnsi="Arial"/>
          <w:b/>
          <w:sz w:val="22"/>
        </w:rPr>
        <w:t xml:space="preserve">Daisy  </w:t>
      </w:r>
      <w:r>
        <w:rPr>
          <w:rFonts w:ascii="Arial" w:hAnsi="Arial"/>
          <w:color w:val="5D7284"/>
          <w:sz w:val="22"/>
        </w:rPr>
        <w:t>22:19</w:t>
      </w:r>
    </w:p>
    <w:p>
      <w:pPr>
        <w:spacing w:after="0"/>
      </w:pPr>
      <w:r>
        <w:rPr>
          <w:rFonts w:ascii="Arial" w:hAnsi="Arial"/>
          <w:sz w:val="22"/>
        </w:rPr>
        <w:t>exactly. It was just a regular Shepherd, but with but it was just born in Germany</w:t>
      </w:r>
    </w:p>
    <w:p>
      <w:pPr>
        <w:spacing w:after="0"/>
      </w:pPr>
    </w:p>
    <w:p>
      <w:pPr>
        <w:spacing w:after="0"/>
      </w:pPr>
      <w:r>
        <w:rPr>
          <w:rFonts w:ascii="Arial" w:hAnsi="Arial"/>
          <w:b/>
          <w:sz w:val="22"/>
        </w:rPr>
        <w:t xml:space="preserve">Alice  </w:t>
      </w:r>
      <w:r>
        <w:rPr>
          <w:rFonts w:ascii="Arial" w:hAnsi="Arial"/>
          <w:color w:val="5D7284"/>
          <w:sz w:val="22"/>
        </w:rPr>
        <w:t>22:23</w:t>
      </w:r>
    </w:p>
    <w:p>
      <w:pPr>
        <w:spacing w:after="0"/>
      </w:pPr>
      <w:r>
        <w:rPr>
          <w:rFonts w:ascii="Arial" w:hAnsi="Arial"/>
          <w:sz w:val="22"/>
        </w:rPr>
        <w:t>But also, like German</w:t>
      </w:r>
    </w:p>
    <w:p>
      <w:pPr>
        <w:spacing w:after="0"/>
      </w:pPr>
    </w:p>
    <w:p>
      <w:pPr>
        <w:spacing w:after="0"/>
      </w:pPr>
      <w:r>
        <w:rPr>
          <w:rFonts w:ascii="Arial" w:hAnsi="Arial"/>
          <w:b/>
          <w:sz w:val="22"/>
        </w:rPr>
        <w:t xml:space="preserve">Daisy  </w:t>
      </w:r>
      <w:r>
        <w:rPr>
          <w:rFonts w:ascii="Arial" w:hAnsi="Arial"/>
          <w:color w:val="5D7284"/>
          <w:sz w:val="22"/>
        </w:rPr>
        <w:t>22:26</w:t>
      </w:r>
    </w:p>
    <w:p>
      <w:pPr>
        <w:spacing w:after="0"/>
      </w:pPr>
      <w:r>
        <w:rPr>
          <w:rFonts w:ascii="Arial" w:hAnsi="Arial"/>
          <w:sz w:val="22"/>
        </w:rPr>
        <w:t>here, they just call it a shepherd</w:t>
      </w:r>
    </w:p>
    <w:p>
      <w:pPr>
        <w:spacing w:after="0"/>
      </w:pPr>
    </w:p>
    <w:p>
      <w:pPr>
        <w:spacing w:after="0"/>
      </w:pPr>
      <w:r>
        <w:rPr>
          <w:rFonts w:ascii="Arial" w:hAnsi="Arial"/>
          <w:b/>
          <w:sz w:val="22"/>
        </w:rPr>
        <w:t xml:space="preserve">Alice  </w:t>
      </w:r>
      <w:r>
        <w:rPr>
          <w:rFonts w:ascii="Arial" w:hAnsi="Arial"/>
          <w:color w:val="5D7284"/>
          <w:sz w:val="22"/>
        </w:rPr>
        <w:t>22:28</w:t>
      </w:r>
    </w:p>
    <w:p>
      <w:pPr>
        <w:spacing w:after="0"/>
      </w:pPr>
      <w:r>
        <w:rPr>
          <w:rFonts w:ascii="Arial" w:hAnsi="Arial"/>
          <w:sz w:val="22"/>
        </w:rPr>
        <w:t>but like Alsatians, like, from what I know now as a guide dog user, 100 years later, I know that shepherds don't necessarily make the best guide dogs, so it sort of seems Like I don't know</w:t>
      </w:r>
    </w:p>
    <w:p>
      <w:pPr>
        <w:spacing w:after="0"/>
      </w:pPr>
    </w:p>
    <w:p>
      <w:pPr>
        <w:spacing w:after="0"/>
      </w:pPr>
      <w:r>
        <w:rPr>
          <w:rFonts w:ascii="Arial" w:hAnsi="Arial"/>
          <w:b/>
          <w:sz w:val="22"/>
        </w:rPr>
        <w:t xml:space="preserve">Lucy  </w:t>
      </w:r>
      <w:r>
        <w:rPr>
          <w:rFonts w:ascii="Arial" w:hAnsi="Arial"/>
          <w:color w:val="5D7284"/>
          <w:sz w:val="22"/>
        </w:rPr>
        <w:t>22:41</w:t>
      </w:r>
    </w:p>
    <w:p>
      <w:pPr>
        <w:spacing w:after="0"/>
      </w:pPr>
      <w:r>
        <w:rPr>
          <w:rFonts w:ascii="Arial" w:hAnsi="Arial"/>
          <w:sz w:val="22"/>
        </w:rPr>
        <w:t>And is there any like modern, I know this is like, zoomign forward, but like, is there any like modern, sort of science that tells you what kind of dog is the best kind of dog? Like we see a lot of Labradors. So are Labrador is the best kind dog?</w:t>
      </w:r>
    </w:p>
    <w:p>
      <w:pPr>
        <w:spacing w:after="0"/>
      </w:pPr>
    </w:p>
    <w:p>
      <w:pPr>
        <w:spacing w:after="0"/>
      </w:pPr>
      <w:r>
        <w:rPr>
          <w:rFonts w:ascii="Arial" w:hAnsi="Arial"/>
          <w:b/>
          <w:sz w:val="22"/>
        </w:rPr>
        <w:t xml:space="preserve">Alice  </w:t>
      </w:r>
      <w:r>
        <w:rPr>
          <w:rFonts w:ascii="Arial" w:hAnsi="Arial"/>
          <w:color w:val="5D7284"/>
          <w:sz w:val="22"/>
        </w:rPr>
        <w:t>22:57</w:t>
      </w:r>
    </w:p>
    <w:p>
      <w:pPr>
        <w:spacing w:after="0"/>
      </w:pPr>
      <w:r>
        <w:rPr>
          <w:rFonts w:ascii="Arial" w:hAnsi="Arial"/>
          <w:sz w:val="22"/>
        </w:rPr>
        <w:t>It's about temperament. So the reason they use Labradors is a lot is because dogs, guide dogs, go through a lot of different people before they get matched with their owners. So they'll like they're born most of the most guide dog mums are like, live as sort of semi pets with volunteer families. So they'll be with their their their mum and their mum's family until they're about 12 weeks. Then they'll go to a volunteer until they're about one, one and a half. Then they'll go to another volunteer and also go to training with like a mobility instructor. And then they'll go to a person. And essentially, Labradors are really fickle. One will love anyone that feeds them, whereas, whereas shepherds are really loyal, and so they really struggle with that being moved on and moved on and moving around. Yeah, yeah. So although they're they're very trainable and very intelligent, they find that really difficult,</w:t>
      </w:r>
    </w:p>
    <w:p>
      <w:pPr>
        <w:spacing w:after="0"/>
      </w:pPr>
    </w:p>
    <w:p>
      <w:pPr>
        <w:spacing w:after="0"/>
      </w:pPr>
      <w:r>
        <w:rPr>
          <w:rFonts w:ascii="Arial" w:hAnsi="Arial"/>
          <w:b/>
          <w:sz w:val="22"/>
        </w:rPr>
        <w:t xml:space="preserve">Lucy  </w:t>
      </w:r>
      <w:r>
        <w:rPr>
          <w:rFonts w:ascii="Arial" w:hAnsi="Arial"/>
          <w:color w:val="5D7284"/>
          <w:sz w:val="22"/>
        </w:rPr>
        <w:t>23:59</w:t>
      </w:r>
    </w:p>
    <w:p>
      <w:pPr>
        <w:spacing w:after="0"/>
      </w:pPr>
      <w:r>
        <w:rPr>
          <w:rFonts w:ascii="Arial" w:hAnsi="Arial"/>
          <w:sz w:val="22"/>
        </w:rPr>
        <w:t>and it is that sorry to ask loads of questions. Alice, but is that why they move guide dogs on so often, like early on, so they get used to being not with sort of different people?</w:t>
      </w:r>
    </w:p>
    <w:p>
      <w:pPr>
        <w:spacing w:after="0"/>
      </w:pPr>
    </w:p>
    <w:p>
      <w:pPr>
        <w:spacing w:after="0"/>
      </w:pPr>
      <w:r>
        <w:rPr>
          <w:rFonts w:ascii="Arial" w:hAnsi="Arial"/>
          <w:b/>
          <w:sz w:val="22"/>
        </w:rPr>
        <w:t xml:space="preserve">Alice  </w:t>
      </w:r>
      <w:r>
        <w:rPr>
          <w:rFonts w:ascii="Arial" w:hAnsi="Arial"/>
          <w:color w:val="5D7284"/>
          <w:sz w:val="22"/>
        </w:rPr>
        <w:t>24:11</w:t>
      </w:r>
    </w:p>
    <w:p>
      <w:pPr>
        <w:spacing w:after="0"/>
      </w:pPr>
      <w:r>
        <w:rPr>
          <w:rFonts w:ascii="Arial" w:hAnsi="Arial"/>
          <w:sz w:val="22"/>
        </w:rPr>
        <w:t>I don't think, I think it's as much about resource. So puppy raisers are our volunteers. So they do. They do that. They go to a puppy classes while they're with puppy raisers, but they do the general kind of good dog behaviour stuff, and they expose them to going into shops, crowds and all of that stuff, just to kind of build their resilience. And that's where they get to know their personalities and stuff like that. And then they don't start working with a mobility instructor who really trains them on that like they'll they'll live with a family and go, sort of every day, go with their mobility intructor to learn the specifics, like of finding curbs and navigating obstacles and stuff and that obviously the mobility instructors are, you know, qualified and paid staff members, and that's obviously where the biggest resource kind of is. So that's, I imagine, that's sort of why they do it that way, is because if they put them with a GDMI guide dog mobility instructor, straight away, that's going to cost two years of someone's salary versus actually six to eight months, probably where they're you know</w:t>
      </w:r>
    </w:p>
    <w:p>
      <w:pPr>
        <w:spacing w:after="0"/>
      </w:pPr>
    </w:p>
    <w:p>
      <w:pPr>
        <w:spacing w:after="0"/>
      </w:pPr>
      <w:r>
        <w:rPr>
          <w:rFonts w:ascii="Arial" w:hAnsi="Arial"/>
          <w:b/>
          <w:sz w:val="22"/>
        </w:rPr>
        <w:t xml:space="preserve">Lucy  </w:t>
      </w:r>
      <w:r>
        <w:rPr>
          <w:rFonts w:ascii="Arial" w:hAnsi="Arial"/>
          <w:color w:val="5D7284"/>
          <w:sz w:val="22"/>
        </w:rPr>
        <w:t>25:20</w:t>
      </w:r>
    </w:p>
    <w:p>
      <w:pPr>
        <w:spacing w:after="0"/>
      </w:pPr>
      <w:r>
        <w:rPr>
          <w:rFonts w:ascii="Arial" w:hAnsi="Arial"/>
          <w:sz w:val="22"/>
        </w:rPr>
        <w:t>It was just, it was just a thought, because I, like you know, whether, whether a dog that is used to being moved around and having different people around them all the time, it's a bit different, like my sister's bull dog, for instance, if he was moved around all the time, it'd be like, what, where the hell yeah.</w:t>
      </w:r>
    </w:p>
    <w:p>
      <w:pPr>
        <w:spacing w:after="0"/>
      </w:pPr>
    </w:p>
    <w:p>
      <w:pPr>
        <w:spacing w:after="0"/>
      </w:pPr>
      <w:r>
        <w:rPr>
          <w:rFonts w:ascii="Arial" w:hAnsi="Arial"/>
          <w:b/>
          <w:sz w:val="22"/>
        </w:rPr>
        <w:t xml:space="preserve">Alice  </w:t>
      </w:r>
      <w:r>
        <w:rPr>
          <w:rFonts w:ascii="Arial" w:hAnsi="Arial"/>
          <w:color w:val="5D7284"/>
          <w:sz w:val="22"/>
        </w:rPr>
        <w:t>25:46</w:t>
      </w:r>
    </w:p>
    <w:p>
      <w:pPr>
        <w:spacing w:after="0"/>
      </w:pPr>
      <w:r>
        <w:rPr>
          <w:rFonts w:ascii="Arial" w:hAnsi="Arial"/>
          <w:sz w:val="22"/>
        </w:rPr>
        <w:t>They have to be an element. They have they have to be quite resilient, to be an expression. And because also, like, you know, they try and match a dog based on multiple different things. So for when I had Lola, I was working, walking to work every day in my first job, and then I but I was always exposed to lots of different people. I was quite often exposed to quite vulnerable people. So I needed a dog that was quite sort of resilient, and quite like, you know, could get stuck into things and very kind of right, let's go. Let's get on it. Whereas when I got Dora, we was when we were specifically, like, planning for a family, so they gave me a much calmer, much quieter dog, which has been ideal, while my little one's been, like, growing up, because, like, Lola, Lola, 100% would have jumped on that baby when he was small and just squashed him absolutely, whereas, yeah, Dora will literally, like his his favorite thing to do at the moment is to boop her on the nose. So she will just lie there and just take a three year old putting his hand right in her face and going boop and do it like not, she doesn't do anything. She's she's very, very chill, but on the flip side, like I can't go out on a market day with her because it's too busy and she finds it overwhelming. Yeah? So what I've said is, yeah, I see what you mean for my next dog. I need another really, really resilient one, because I'm going to be doing school runs. So I Yeah need to deal with that</w:t>
      </w:r>
    </w:p>
    <w:p>
      <w:pPr>
        <w:spacing w:after="0"/>
      </w:pPr>
    </w:p>
    <w:p>
      <w:pPr>
        <w:spacing w:after="0"/>
      </w:pPr>
      <w:r>
        <w:rPr>
          <w:rFonts w:ascii="Arial" w:hAnsi="Arial"/>
          <w:b/>
          <w:sz w:val="22"/>
        </w:rPr>
        <w:t xml:space="preserve">Lucy  </w:t>
      </w:r>
      <w:r>
        <w:rPr>
          <w:rFonts w:ascii="Arial" w:hAnsi="Arial"/>
          <w:color w:val="5D7284"/>
          <w:sz w:val="22"/>
        </w:rPr>
        <w:t>27:19</w:t>
      </w:r>
    </w:p>
    <w:p>
      <w:pPr>
        <w:spacing w:after="0"/>
      </w:pPr>
      <w:r>
        <w:rPr>
          <w:rFonts w:ascii="Arial" w:hAnsi="Arial"/>
          <w:sz w:val="22"/>
        </w:rPr>
        <w:t>Your little one will be a bit older as well, won't they? So, you know, you won't have to Yeah,</w:t>
      </w:r>
    </w:p>
    <w:p>
      <w:pPr>
        <w:spacing w:after="0"/>
      </w:pPr>
    </w:p>
    <w:p>
      <w:pPr>
        <w:spacing w:after="0"/>
      </w:pPr>
      <w:r>
        <w:rPr>
          <w:rFonts w:ascii="Arial" w:hAnsi="Arial"/>
          <w:b/>
          <w:sz w:val="22"/>
        </w:rPr>
        <w:t xml:space="preserve">Daisy  </w:t>
      </w:r>
      <w:r>
        <w:rPr>
          <w:rFonts w:ascii="Arial" w:hAnsi="Arial"/>
          <w:color w:val="5D7284"/>
          <w:sz w:val="22"/>
        </w:rPr>
        <w:t>27:25</w:t>
      </w:r>
    </w:p>
    <w:p>
      <w:pPr>
        <w:spacing w:after="0"/>
      </w:pPr>
      <w:r>
        <w:rPr>
          <w:rFonts w:ascii="Arial" w:hAnsi="Arial"/>
          <w:sz w:val="22"/>
        </w:rPr>
        <w:t>and it'll be like, yeah, and his friends coming over and things like that will suddenly be the house will be busier, in general.</w:t>
      </w:r>
    </w:p>
    <w:p>
      <w:pPr>
        <w:spacing w:after="0"/>
      </w:pPr>
    </w:p>
    <w:p>
      <w:pPr>
        <w:spacing w:after="0"/>
      </w:pPr>
      <w:r>
        <w:rPr>
          <w:rFonts w:ascii="Arial" w:hAnsi="Arial"/>
          <w:b/>
          <w:sz w:val="22"/>
        </w:rPr>
        <w:t xml:space="preserve">Alice  </w:t>
      </w:r>
      <w:r>
        <w:rPr>
          <w:rFonts w:ascii="Arial" w:hAnsi="Arial"/>
          <w:color w:val="5D7284"/>
          <w:sz w:val="22"/>
        </w:rPr>
        <w:t>27:31</w:t>
      </w:r>
    </w:p>
    <w:p>
      <w:pPr>
        <w:spacing w:after="0"/>
      </w:pPr>
      <w:r>
        <w:rPr>
          <w:rFonts w:ascii="Arial" w:hAnsi="Arial"/>
          <w:sz w:val="22"/>
        </w:rPr>
        <w:t>So it's it they so, but what I was, the point I was going to make was, is that they, they might match somebody with a dog, and then it might not work out. So I know somebody who got a new dog earlier this year, and he had been matched with two other people, and it broken down, and before he was matched with her, and the instructor actually said to her, like, this is his sort of last chance. If he doesn't take to you, then we're gonna have to retire him, yeah, because he he couldn't form a bond with anybody. And has he Yeah, yeah, Pete's great. He's Yeah. They get on really well. Pete is the dog, not the person I know. I love, I love the dog name.</w:t>
      </w:r>
    </w:p>
    <w:p>
      <w:pPr>
        <w:spacing w:after="0"/>
      </w:pPr>
    </w:p>
    <w:p>
      <w:pPr>
        <w:spacing w:after="0"/>
      </w:pPr>
      <w:r>
        <w:rPr>
          <w:rFonts w:ascii="Arial" w:hAnsi="Arial"/>
          <w:b/>
          <w:sz w:val="22"/>
        </w:rPr>
        <w:t xml:space="preserve">Daisy  </w:t>
      </w:r>
      <w:r>
        <w:rPr>
          <w:rFonts w:ascii="Arial" w:hAnsi="Arial"/>
          <w:color w:val="5D7284"/>
          <w:sz w:val="22"/>
        </w:rPr>
        <w:t>28:18</w:t>
      </w:r>
    </w:p>
    <w:p>
      <w:pPr>
        <w:spacing w:after="0"/>
      </w:pPr>
      <w:r>
        <w:rPr>
          <w:rFonts w:ascii="Arial" w:hAnsi="Arial"/>
          <w:sz w:val="22"/>
        </w:rPr>
        <w:t>Yeah, it's such a good name</w:t>
      </w:r>
    </w:p>
    <w:p>
      <w:pPr>
        <w:spacing w:after="0"/>
      </w:pPr>
    </w:p>
    <w:p>
      <w:pPr>
        <w:spacing w:after="0"/>
      </w:pPr>
      <w:r>
        <w:rPr>
          <w:rFonts w:ascii="Arial" w:hAnsi="Arial"/>
          <w:b/>
          <w:sz w:val="22"/>
        </w:rPr>
        <w:t xml:space="preserve">Lucy  </w:t>
      </w:r>
      <w:r>
        <w:rPr>
          <w:rFonts w:ascii="Arial" w:hAnsi="Arial"/>
          <w:color w:val="5D7284"/>
          <w:sz w:val="22"/>
        </w:rPr>
        <w:t>28:20</w:t>
      </w:r>
    </w:p>
    <w:p>
      <w:pPr>
        <w:spacing w:after="0"/>
      </w:pPr>
      <w:r>
        <w:rPr>
          <w:rFonts w:ascii="Arial" w:hAnsi="Arial"/>
          <w:sz w:val="22"/>
        </w:rPr>
        <w:t>I often find that a lot of Guide Dogs are called Lucy, which I do find a little bit sort of like, it makes me feel a bit funny</w:t>
      </w:r>
    </w:p>
    <w:p>
      <w:pPr>
        <w:spacing w:after="0"/>
      </w:pPr>
    </w:p>
    <w:p>
      <w:pPr>
        <w:spacing w:after="0"/>
      </w:pPr>
      <w:r>
        <w:rPr>
          <w:rFonts w:ascii="Arial" w:hAnsi="Arial"/>
          <w:b/>
          <w:sz w:val="22"/>
        </w:rPr>
        <w:t xml:space="preserve">Daisy  </w:t>
      </w:r>
      <w:r>
        <w:rPr>
          <w:rFonts w:ascii="Arial" w:hAnsi="Arial"/>
          <w:color w:val="5D7284"/>
          <w:sz w:val="22"/>
        </w:rPr>
        <w:t>28:29</w:t>
      </w:r>
    </w:p>
    <w:p>
      <w:pPr>
        <w:spacing w:after="0"/>
      </w:pPr>
      <w:r>
        <w:rPr>
          <w:rFonts w:ascii="Arial" w:hAnsi="Arial"/>
          <w:sz w:val="22"/>
        </w:rPr>
        <w:t>was there a book or something where there was a Labrador called Lucy because thats ringing a bell</w:t>
      </w:r>
    </w:p>
    <w:p>
      <w:pPr>
        <w:spacing w:after="0"/>
      </w:pPr>
    </w:p>
    <w:p>
      <w:pPr>
        <w:spacing w:after="0"/>
      </w:pPr>
      <w:r>
        <w:rPr>
          <w:rFonts w:ascii="Arial" w:hAnsi="Arial"/>
          <w:b/>
          <w:sz w:val="22"/>
        </w:rPr>
        <w:t xml:space="preserve">Lucy  </w:t>
      </w:r>
      <w:r>
        <w:rPr>
          <w:rFonts w:ascii="Arial" w:hAnsi="Arial"/>
          <w:color w:val="5D7284"/>
          <w:sz w:val="22"/>
        </w:rPr>
        <w:t>28:35</w:t>
      </w:r>
    </w:p>
    <w:p>
      <w:pPr>
        <w:spacing w:after="0"/>
      </w:pPr>
      <w:r>
        <w:rPr>
          <w:rFonts w:ascii="Arial" w:hAnsi="Arial"/>
          <w:sz w:val="22"/>
        </w:rPr>
        <w:t>I don't know. It could have been a Blue Peter dog was called Lucy.</w:t>
      </w:r>
    </w:p>
    <w:p>
      <w:pPr>
        <w:spacing w:after="0"/>
      </w:pPr>
    </w:p>
    <w:p>
      <w:pPr>
        <w:spacing w:after="0"/>
      </w:pPr>
      <w:r>
        <w:rPr>
          <w:rFonts w:ascii="Arial" w:hAnsi="Arial"/>
          <w:b/>
          <w:sz w:val="22"/>
        </w:rPr>
        <w:t xml:space="preserve">Lucy  </w:t>
      </w:r>
      <w:r>
        <w:rPr>
          <w:rFonts w:ascii="Arial" w:hAnsi="Arial"/>
          <w:color w:val="5D7284"/>
          <w:sz w:val="22"/>
        </w:rPr>
        <w:t>28:40</w:t>
      </w:r>
    </w:p>
    <w:p>
      <w:pPr>
        <w:spacing w:after="0"/>
      </w:pPr>
      <w:r>
        <w:rPr>
          <w:rFonts w:ascii="Arial" w:hAnsi="Arial"/>
          <w:sz w:val="22"/>
        </w:rPr>
        <w:t xml:space="preserve">Oh, quite possibly, yeah thats plausible </w:t>
      </w:r>
    </w:p>
    <w:p>
      <w:pPr>
        <w:spacing w:after="0"/>
      </w:pPr>
    </w:p>
    <w:p>
      <w:pPr>
        <w:spacing w:after="0"/>
      </w:pPr>
      <w:r>
        <w:rPr>
          <w:rFonts w:ascii="Arial" w:hAnsi="Arial"/>
          <w:b/>
          <w:sz w:val="22"/>
        </w:rPr>
        <w:t xml:space="preserve">Alice  </w:t>
      </w:r>
      <w:r>
        <w:rPr>
          <w:rFonts w:ascii="Arial" w:hAnsi="Arial"/>
          <w:color w:val="5D7284"/>
          <w:sz w:val="22"/>
        </w:rPr>
        <w:t>28:42</w:t>
      </w:r>
    </w:p>
    <w:p>
      <w:pPr>
        <w:spacing w:after="0"/>
      </w:pPr>
      <w:r>
        <w:rPr>
          <w:rFonts w:ascii="Arial" w:hAnsi="Arial"/>
          <w:sz w:val="22"/>
        </w:rPr>
        <w:t>they name them like, each litter alphabetically. So the first litter of the year, or the Yeah, the first litter of the year is all an A, then all B's and all C's, unless there's like, somebody fund raises to name a dog. So you can like, fund it like, or you, quite often, people leave money in their will to have a dog named after them. So there's a lot of dogs with old people names like Vera. And I've definitely, I've definitely met Keith</w:t>
      </w:r>
    </w:p>
    <w:p>
      <w:pPr>
        <w:spacing w:after="0"/>
      </w:pPr>
    </w:p>
    <w:p>
      <w:pPr>
        <w:spacing w:after="0"/>
      </w:pPr>
      <w:r>
        <w:rPr>
          <w:rFonts w:ascii="Arial" w:hAnsi="Arial"/>
          <w:b/>
          <w:sz w:val="22"/>
        </w:rPr>
        <w:t xml:space="preserve">Lucy  </w:t>
      </w:r>
      <w:r>
        <w:rPr>
          <w:rFonts w:ascii="Arial" w:hAnsi="Arial"/>
          <w:color w:val="5D7284"/>
          <w:sz w:val="22"/>
        </w:rPr>
        <w:t>29:10</w:t>
      </w:r>
    </w:p>
    <w:p>
      <w:pPr>
        <w:spacing w:after="0"/>
      </w:pPr>
      <w:r>
        <w:rPr>
          <w:rFonts w:ascii="Arial" w:hAnsi="Arial"/>
          <w:sz w:val="22"/>
        </w:rPr>
        <w:t>Ivy.</w:t>
      </w:r>
    </w:p>
    <w:p>
      <w:pPr>
        <w:spacing w:after="0"/>
      </w:pPr>
    </w:p>
    <w:p>
      <w:pPr>
        <w:spacing w:after="0"/>
      </w:pPr>
      <w:r>
        <w:rPr>
          <w:rFonts w:ascii="Arial" w:hAnsi="Arial"/>
          <w:b/>
          <w:sz w:val="22"/>
        </w:rPr>
        <w:t xml:space="preserve">Alice  </w:t>
      </w:r>
      <w:r>
        <w:rPr>
          <w:rFonts w:ascii="Arial" w:hAnsi="Arial"/>
          <w:color w:val="5D7284"/>
          <w:sz w:val="22"/>
        </w:rPr>
        <w:t>29:12</w:t>
      </w:r>
    </w:p>
    <w:p>
      <w:pPr>
        <w:spacing w:after="0"/>
      </w:pPr>
      <w:r>
        <w:rPr>
          <w:rFonts w:ascii="Arial" w:hAnsi="Arial"/>
          <w:sz w:val="22"/>
        </w:rPr>
        <w:t>So yeah,</w:t>
      </w:r>
    </w:p>
    <w:p>
      <w:pPr>
        <w:spacing w:after="0"/>
      </w:pPr>
    </w:p>
    <w:p>
      <w:pPr>
        <w:spacing w:after="0"/>
      </w:pPr>
      <w:r>
        <w:rPr>
          <w:rFonts w:ascii="Arial" w:hAnsi="Arial"/>
          <w:b/>
          <w:sz w:val="22"/>
        </w:rPr>
        <w:t xml:space="preserve">Daisy  </w:t>
      </w:r>
      <w:r>
        <w:rPr>
          <w:rFonts w:ascii="Arial" w:hAnsi="Arial"/>
          <w:color w:val="5D7284"/>
          <w:sz w:val="22"/>
        </w:rPr>
        <w:t>29:13</w:t>
      </w:r>
    </w:p>
    <w:p>
      <w:pPr>
        <w:spacing w:after="0"/>
      </w:pPr>
      <w:r>
        <w:rPr>
          <w:rFonts w:ascii="Arial" w:hAnsi="Arial"/>
          <w:sz w:val="22"/>
        </w:rPr>
        <w:t>Amazing</w:t>
      </w:r>
    </w:p>
    <w:p>
      <w:pPr>
        <w:spacing w:after="0"/>
      </w:pPr>
    </w:p>
    <w:p>
      <w:pPr>
        <w:spacing w:after="0"/>
      </w:pPr>
      <w:r>
        <w:rPr>
          <w:rFonts w:ascii="Arial" w:hAnsi="Arial"/>
          <w:b/>
          <w:sz w:val="22"/>
        </w:rPr>
        <w:t xml:space="preserve">Alice  </w:t>
      </w:r>
      <w:r>
        <w:rPr>
          <w:rFonts w:ascii="Arial" w:hAnsi="Arial"/>
          <w:color w:val="5D7284"/>
          <w:sz w:val="22"/>
        </w:rPr>
        <w:t>29:16</w:t>
      </w:r>
    </w:p>
    <w:p>
      <w:pPr>
        <w:spacing w:after="0"/>
      </w:pPr>
      <w:r>
        <w:rPr>
          <w:rFonts w:ascii="Arial" w:hAnsi="Arial"/>
          <w:sz w:val="22"/>
        </w:rPr>
        <w:t>We were talking about low quality dogs.</w:t>
      </w:r>
    </w:p>
    <w:p>
      <w:pPr>
        <w:spacing w:after="0"/>
      </w:pPr>
    </w:p>
    <w:p>
      <w:pPr>
        <w:spacing w:after="0"/>
      </w:pPr>
      <w:r>
        <w:rPr>
          <w:rFonts w:ascii="Arial" w:hAnsi="Arial"/>
          <w:b/>
          <w:sz w:val="22"/>
        </w:rPr>
        <w:t xml:space="preserve">Daisy  </w:t>
      </w:r>
      <w:r>
        <w:rPr>
          <w:rFonts w:ascii="Arial" w:hAnsi="Arial"/>
          <w:color w:val="5D7284"/>
          <w:sz w:val="22"/>
        </w:rPr>
        <w:t>29:19</w:t>
      </w:r>
    </w:p>
    <w:p>
      <w:pPr>
        <w:spacing w:after="0"/>
      </w:pPr>
      <w:r>
        <w:rPr>
          <w:rFonts w:ascii="Arial" w:hAnsi="Arial"/>
          <w:sz w:val="22"/>
        </w:rPr>
        <w:t>Yes. Yes. Sorry, this going back to that point, yeah, earlier. If potentially, I'm wondering whether the lack of kind of dog quality dogs maybe was them moving away from the German Shepherds, if they were realising like, as the German Shepherds do, as the, yeah, like as the it becomes more standardised the way they're doing things that the type of dog they've been using before isn't working. And maybe that's part of the reason</w:t>
      </w:r>
    </w:p>
    <w:p>
      <w:pPr>
        <w:spacing w:after="0"/>
      </w:pPr>
    </w:p>
    <w:p>
      <w:pPr>
        <w:spacing w:after="0"/>
      </w:pPr>
      <w:r>
        <w:rPr>
          <w:rFonts w:ascii="Arial" w:hAnsi="Arial"/>
          <w:b/>
          <w:sz w:val="22"/>
        </w:rPr>
        <w:t xml:space="preserve">Alice  </w:t>
      </w:r>
      <w:r>
        <w:rPr>
          <w:rFonts w:ascii="Arial" w:hAnsi="Arial"/>
          <w:color w:val="5D7284"/>
          <w:sz w:val="22"/>
        </w:rPr>
        <w:t>29:56</w:t>
      </w:r>
    </w:p>
    <w:p>
      <w:pPr>
        <w:spacing w:after="0"/>
      </w:pPr>
      <w:r>
        <w:rPr>
          <w:rFonts w:ascii="Arial" w:hAnsi="Arial"/>
          <w:sz w:val="22"/>
        </w:rPr>
        <w:t>That would track. So this is 26 so it's a little bit early for the</w:t>
      </w:r>
    </w:p>
    <w:p>
      <w:pPr>
        <w:spacing w:after="0"/>
      </w:pPr>
    </w:p>
    <w:p>
      <w:pPr>
        <w:spacing w:after="0"/>
      </w:pPr>
      <w:r>
        <w:rPr>
          <w:rFonts w:ascii="Arial" w:hAnsi="Arial"/>
          <w:b/>
          <w:sz w:val="22"/>
        </w:rPr>
        <w:t xml:space="preserve">Lucy  </w:t>
      </w:r>
      <w:r>
        <w:rPr>
          <w:rFonts w:ascii="Arial" w:hAnsi="Arial"/>
          <w:color w:val="5D7284"/>
          <w:sz w:val="22"/>
        </w:rPr>
        <w:t>30:02</w:t>
      </w:r>
    </w:p>
    <w:p>
      <w:pPr>
        <w:spacing w:after="0"/>
      </w:pPr>
      <w:r>
        <w:rPr>
          <w:rFonts w:ascii="Arial" w:hAnsi="Arial"/>
          <w:sz w:val="22"/>
        </w:rPr>
        <w:t>World War,</w:t>
      </w:r>
    </w:p>
    <w:p>
      <w:pPr>
        <w:spacing w:after="0"/>
      </w:pPr>
    </w:p>
    <w:p>
      <w:pPr>
        <w:spacing w:after="0"/>
      </w:pPr>
      <w:r>
        <w:rPr>
          <w:rFonts w:ascii="Arial" w:hAnsi="Arial"/>
          <w:b/>
          <w:sz w:val="22"/>
        </w:rPr>
        <w:t xml:space="preserve">Alice  </w:t>
      </w:r>
      <w:r>
        <w:rPr>
          <w:rFonts w:ascii="Arial" w:hAnsi="Arial"/>
          <w:color w:val="5D7284"/>
          <w:sz w:val="22"/>
        </w:rPr>
        <w:t>30:02</w:t>
      </w:r>
    </w:p>
    <w:p>
      <w:pPr>
        <w:spacing w:after="0"/>
      </w:pPr>
      <w:r>
        <w:rPr>
          <w:rFonts w:ascii="Arial" w:hAnsi="Arial"/>
          <w:sz w:val="22"/>
        </w:rPr>
        <w:t>Second World War. Yeah, but what had happened in the kind of 10 years from when stalling first set up his school was that they've been quite a few competitor schools opened up in like other parts of Europe, like there was one in Italy. There was one just outside Berlin, which feels a bit like, you know, they were like, and they were housing more dogs, so they were churning out more as well than Stalling. Stallings, like I said, they were only doing seven schools were only producing 600 dogs a year. This one, just outside Berlin, was housing 100 dogs at a time.</w:t>
      </w:r>
    </w:p>
    <w:p>
      <w:pPr>
        <w:spacing w:after="0"/>
      </w:pPr>
    </w:p>
    <w:p>
      <w:pPr>
        <w:spacing w:after="0"/>
      </w:pPr>
      <w:r>
        <w:rPr>
          <w:rFonts w:ascii="Arial" w:hAnsi="Arial"/>
          <w:b/>
          <w:sz w:val="22"/>
        </w:rPr>
        <w:t xml:space="preserve">Lucy  </w:t>
      </w:r>
      <w:r>
        <w:rPr>
          <w:rFonts w:ascii="Arial" w:hAnsi="Arial"/>
          <w:color w:val="5D7284"/>
          <w:sz w:val="22"/>
        </w:rPr>
        <w:t>30:46</w:t>
      </w:r>
    </w:p>
    <w:p>
      <w:pPr>
        <w:spacing w:after="0"/>
      </w:pPr>
      <w:r>
        <w:rPr>
          <w:rFonts w:ascii="Arial" w:hAnsi="Arial"/>
          <w:sz w:val="22"/>
        </w:rPr>
        <w:t>Wow, thats like a factory, isn't it?</w:t>
      </w:r>
    </w:p>
    <w:p>
      <w:pPr>
        <w:spacing w:after="0"/>
      </w:pPr>
    </w:p>
    <w:p>
      <w:pPr>
        <w:spacing w:after="0"/>
      </w:pPr>
      <w:r>
        <w:rPr>
          <w:rFonts w:ascii="Arial" w:hAnsi="Arial"/>
          <w:b/>
          <w:sz w:val="22"/>
        </w:rPr>
        <w:t xml:space="preserve">Alice  </w:t>
      </w:r>
      <w:r>
        <w:rPr>
          <w:rFonts w:ascii="Arial" w:hAnsi="Arial"/>
          <w:color w:val="5D7284"/>
          <w:sz w:val="22"/>
        </w:rPr>
        <w:t>30:50</w:t>
      </w:r>
    </w:p>
    <w:p>
      <w:pPr>
        <w:spacing w:after="0"/>
      </w:pPr>
      <w:r>
        <w:rPr>
          <w:rFonts w:ascii="Arial" w:hAnsi="Arial"/>
          <w:sz w:val="22"/>
        </w:rPr>
        <w:t>And they were breaking quite they were breaking new ground in terms of, like, dog training as well. So I suspect it was a combination of the different those different factors. This school in Berlin was training, as was was delivering out 12 fully trained dogs a month,</w:t>
      </w:r>
    </w:p>
    <w:p>
      <w:pPr>
        <w:spacing w:after="0"/>
      </w:pPr>
    </w:p>
    <w:p>
      <w:pPr>
        <w:spacing w:after="0"/>
      </w:pPr>
      <w:r>
        <w:rPr>
          <w:rFonts w:ascii="Arial" w:hAnsi="Arial"/>
          <w:b/>
          <w:sz w:val="22"/>
        </w:rPr>
        <w:t xml:space="preserve">Lucy  </w:t>
      </w:r>
      <w:r>
        <w:rPr>
          <w:rFonts w:ascii="Arial" w:hAnsi="Arial"/>
          <w:color w:val="5D7284"/>
          <w:sz w:val="22"/>
        </w:rPr>
        <w:t>31:13</w:t>
      </w:r>
    </w:p>
    <w:p>
      <w:pPr>
        <w:spacing w:after="0"/>
      </w:pPr>
      <w:r>
        <w:rPr>
          <w:rFonts w:ascii="Arial" w:hAnsi="Arial"/>
          <w:sz w:val="22"/>
        </w:rPr>
        <w:t>Jesus Christ</w:t>
      </w:r>
    </w:p>
    <w:p>
      <w:pPr>
        <w:spacing w:after="0"/>
      </w:pPr>
    </w:p>
    <w:p>
      <w:pPr>
        <w:spacing w:after="0"/>
      </w:pPr>
      <w:r>
        <w:rPr>
          <w:rFonts w:ascii="Arial" w:hAnsi="Arial"/>
          <w:b/>
          <w:sz w:val="22"/>
        </w:rPr>
        <w:t xml:space="preserve">Alice  </w:t>
      </w:r>
      <w:r>
        <w:rPr>
          <w:rFonts w:ascii="Arial" w:hAnsi="Arial"/>
          <w:color w:val="5D7284"/>
          <w:sz w:val="22"/>
        </w:rPr>
        <w:t>31:15</w:t>
      </w:r>
    </w:p>
    <w:p>
      <w:pPr>
        <w:spacing w:after="0"/>
      </w:pPr>
      <w:r>
        <w:rPr>
          <w:rFonts w:ascii="Arial" w:hAnsi="Arial"/>
          <w:sz w:val="22"/>
        </w:rPr>
        <w:t>and but to sort of people all over Europe and even into like like Like, like, the Soviet Union and places like that, yeah,</w:t>
      </w:r>
    </w:p>
    <w:p>
      <w:pPr>
        <w:spacing w:after="0"/>
      </w:pPr>
    </w:p>
    <w:p>
      <w:pPr>
        <w:spacing w:after="0"/>
      </w:pPr>
      <w:r>
        <w:rPr>
          <w:rFonts w:ascii="Arial" w:hAnsi="Arial"/>
          <w:b/>
          <w:sz w:val="22"/>
        </w:rPr>
        <w:t xml:space="preserve">Lucy  </w:t>
      </w:r>
      <w:r>
        <w:rPr>
          <w:rFonts w:ascii="Arial" w:hAnsi="Arial"/>
          <w:color w:val="5D7284"/>
          <w:sz w:val="22"/>
        </w:rPr>
        <w:t>31:24</w:t>
      </w:r>
    </w:p>
    <w:p>
      <w:pPr>
        <w:spacing w:after="0"/>
      </w:pPr>
      <w:r>
        <w:rPr>
          <w:rFonts w:ascii="Arial" w:hAnsi="Arial"/>
          <w:sz w:val="22"/>
        </w:rPr>
        <w:t>different continents</w:t>
      </w:r>
    </w:p>
    <w:p>
      <w:pPr>
        <w:spacing w:after="0"/>
      </w:pPr>
    </w:p>
    <w:p>
      <w:pPr>
        <w:spacing w:after="0"/>
      </w:pPr>
      <w:r>
        <w:rPr>
          <w:rFonts w:ascii="Arial" w:hAnsi="Arial"/>
          <w:b/>
          <w:sz w:val="22"/>
        </w:rPr>
        <w:t xml:space="preserve">Alice  </w:t>
      </w:r>
      <w:r>
        <w:rPr>
          <w:rFonts w:ascii="Arial" w:hAnsi="Arial"/>
          <w:color w:val="5D7284"/>
          <w:sz w:val="22"/>
        </w:rPr>
        <w:t>31:25</w:t>
      </w:r>
    </w:p>
    <w:p>
      <w:pPr>
        <w:spacing w:after="0"/>
      </w:pPr>
      <w:r>
        <w:rPr>
          <w:rFonts w:ascii="Arial" w:hAnsi="Arial"/>
          <w:sz w:val="22"/>
        </w:rPr>
        <w:t>yeah, yeah, that's the word I was looking for. It's like, different world bits,</w:t>
      </w:r>
    </w:p>
    <w:p>
      <w:pPr>
        <w:spacing w:after="0"/>
      </w:pPr>
    </w:p>
    <w:p>
      <w:pPr>
        <w:spacing w:after="0"/>
      </w:pPr>
      <w:r>
        <w:rPr>
          <w:rFonts w:ascii="Arial" w:hAnsi="Arial"/>
          <w:b/>
          <w:sz w:val="22"/>
        </w:rPr>
        <w:t xml:space="preserve">Lucy  </w:t>
      </w:r>
      <w:r>
        <w:rPr>
          <w:rFonts w:ascii="Arial" w:hAnsi="Arial"/>
          <w:color w:val="5D7284"/>
          <w:sz w:val="22"/>
        </w:rPr>
        <w:t>31:32</w:t>
      </w:r>
    </w:p>
    <w:p>
      <w:pPr>
        <w:spacing w:after="0"/>
      </w:pPr>
      <w:r>
        <w:rPr>
          <w:rFonts w:ascii="Arial" w:hAnsi="Arial"/>
          <w:sz w:val="22"/>
        </w:rPr>
        <w:t>the different bits of the world, yeah.</w:t>
      </w:r>
    </w:p>
    <w:p>
      <w:pPr>
        <w:spacing w:after="0"/>
      </w:pPr>
    </w:p>
    <w:p>
      <w:pPr>
        <w:spacing w:after="0"/>
      </w:pPr>
      <w:r>
        <w:rPr>
          <w:rFonts w:ascii="Arial" w:hAnsi="Arial"/>
          <w:b/>
          <w:sz w:val="22"/>
        </w:rPr>
        <w:t xml:space="preserve">Alice  </w:t>
      </w:r>
      <w:r>
        <w:rPr>
          <w:rFonts w:ascii="Arial" w:hAnsi="Arial"/>
          <w:color w:val="5D7284"/>
          <w:sz w:val="22"/>
        </w:rPr>
        <w:t>31:37</w:t>
      </w:r>
    </w:p>
    <w:p>
      <w:pPr>
        <w:spacing w:after="0"/>
      </w:pPr>
      <w:r>
        <w:rPr>
          <w:rFonts w:ascii="Arial" w:hAnsi="Arial"/>
          <w:sz w:val="22"/>
        </w:rPr>
        <w:t>So this is, this is kind of the big turning point. So while all of this was happening, there was this random American woman named, oh, what's her fucking name? Where is it? Dorothy Harrison Eustis,</w:t>
      </w:r>
    </w:p>
    <w:p>
      <w:pPr>
        <w:spacing w:after="0"/>
      </w:pPr>
    </w:p>
    <w:p>
      <w:pPr>
        <w:spacing w:after="0"/>
      </w:pPr>
      <w:r>
        <w:rPr>
          <w:rFonts w:ascii="Arial" w:hAnsi="Arial"/>
          <w:b/>
          <w:sz w:val="22"/>
        </w:rPr>
        <w:t xml:space="preserve">Lucy  </w:t>
      </w:r>
      <w:r>
        <w:rPr>
          <w:rFonts w:ascii="Arial" w:hAnsi="Arial"/>
          <w:color w:val="5D7284"/>
          <w:sz w:val="22"/>
        </w:rPr>
        <w:t>31:54</w:t>
      </w:r>
    </w:p>
    <w:p>
      <w:pPr>
        <w:spacing w:after="0"/>
      </w:pPr>
      <w:r>
        <w:rPr>
          <w:rFonts w:ascii="Arial" w:hAnsi="Arial"/>
          <w:sz w:val="22"/>
        </w:rPr>
        <w:t>yeah, she sounds like a busy body. God, love her.</w:t>
      </w:r>
    </w:p>
    <w:p>
      <w:pPr>
        <w:spacing w:after="0"/>
      </w:pPr>
    </w:p>
    <w:p>
      <w:pPr>
        <w:spacing w:after="0"/>
      </w:pPr>
      <w:r>
        <w:rPr>
          <w:rFonts w:ascii="Arial" w:hAnsi="Arial"/>
          <w:b/>
          <w:sz w:val="22"/>
        </w:rPr>
        <w:t xml:space="preserve">Alice  </w:t>
      </w:r>
      <w:r>
        <w:rPr>
          <w:rFonts w:ascii="Arial" w:hAnsi="Arial"/>
          <w:color w:val="5D7284"/>
          <w:sz w:val="22"/>
        </w:rPr>
        <w:t>31:58</w:t>
      </w:r>
    </w:p>
    <w:p>
      <w:pPr>
        <w:spacing w:after="0"/>
      </w:pPr>
      <w:r>
        <w:rPr>
          <w:rFonts w:ascii="Arial" w:hAnsi="Arial"/>
          <w:sz w:val="22"/>
        </w:rPr>
        <w:t>So she was training dogs. She was training dogs for the Swiss Army and customs services, apparently. Oh no, the Swiss police and custom services, my mistake. Yeah, Swiss. I was like, Switzerland. That's where Swiss people are. That's right. And she heard about these, she heard about these school like, these ther schools</w:t>
      </w:r>
    </w:p>
    <w:p>
      <w:pPr>
        <w:spacing w:after="0"/>
      </w:pPr>
    </w:p>
    <w:p>
      <w:pPr>
        <w:spacing w:after="0"/>
      </w:pPr>
      <w:r>
        <w:rPr>
          <w:rFonts w:ascii="Arial" w:hAnsi="Arial"/>
          <w:b/>
          <w:sz w:val="22"/>
        </w:rPr>
        <w:t xml:space="preserve">Lucy  </w:t>
      </w:r>
      <w:r>
        <w:rPr>
          <w:rFonts w:ascii="Arial" w:hAnsi="Arial"/>
          <w:color w:val="5D7284"/>
          <w:sz w:val="22"/>
        </w:rPr>
        <w:t>32:21</w:t>
      </w:r>
    </w:p>
    <w:p>
      <w:pPr>
        <w:spacing w:after="0"/>
      </w:pPr>
      <w:r>
        <w:rPr>
          <w:rFonts w:ascii="Arial" w:hAnsi="Arial"/>
          <w:sz w:val="22"/>
        </w:rPr>
        <w:t>German dogs, and she thought, I could do this</w:t>
      </w:r>
    </w:p>
    <w:p>
      <w:pPr>
        <w:spacing w:after="0"/>
      </w:pPr>
    </w:p>
    <w:p>
      <w:pPr>
        <w:spacing w:after="0"/>
      </w:pPr>
      <w:r>
        <w:rPr>
          <w:rFonts w:ascii="Arial" w:hAnsi="Arial"/>
          <w:b/>
          <w:sz w:val="22"/>
        </w:rPr>
        <w:t xml:space="preserve">Alice  </w:t>
      </w:r>
      <w:r>
        <w:rPr>
          <w:rFonts w:ascii="Arial" w:hAnsi="Arial"/>
          <w:color w:val="5D7284"/>
          <w:sz w:val="22"/>
        </w:rPr>
        <w:t>32:23</w:t>
      </w:r>
    </w:p>
    <w:p>
      <w:pPr>
        <w:spacing w:after="0"/>
      </w:pPr>
      <w:r>
        <w:rPr>
          <w:rFonts w:ascii="Arial" w:hAnsi="Arial"/>
          <w:sz w:val="22"/>
        </w:rPr>
        <w:t>Well she, she, she was 100% a busy body, because</w:t>
      </w:r>
    </w:p>
    <w:p>
      <w:pPr>
        <w:spacing w:after="0"/>
      </w:pPr>
    </w:p>
    <w:p>
      <w:pPr>
        <w:spacing w:after="0"/>
      </w:pPr>
      <w:r>
        <w:rPr>
          <w:rFonts w:ascii="Arial" w:hAnsi="Arial"/>
          <w:b/>
          <w:sz w:val="22"/>
        </w:rPr>
        <w:t xml:space="preserve">Lucy  </w:t>
      </w:r>
      <w:r>
        <w:rPr>
          <w:rFonts w:ascii="Arial" w:hAnsi="Arial"/>
          <w:color w:val="5D7284"/>
          <w:sz w:val="22"/>
        </w:rPr>
        <w:t>32:28</w:t>
      </w:r>
    </w:p>
    <w:p>
      <w:pPr>
        <w:spacing w:after="0"/>
      </w:pPr>
      <w:r>
        <w:rPr>
          <w:rFonts w:ascii="Arial" w:hAnsi="Arial"/>
          <w:sz w:val="22"/>
        </w:rPr>
        <w:t>she like the Barbara wood house of a day</w:t>
      </w:r>
    </w:p>
    <w:p>
      <w:pPr>
        <w:spacing w:after="0"/>
      </w:pPr>
    </w:p>
    <w:p>
      <w:pPr>
        <w:spacing w:after="0"/>
      </w:pPr>
      <w:r>
        <w:rPr>
          <w:rFonts w:ascii="Arial" w:hAnsi="Arial"/>
          <w:b/>
          <w:sz w:val="22"/>
        </w:rPr>
        <w:t xml:space="preserve">Alice  </w:t>
      </w:r>
      <w:r>
        <w:rPr>
          <w:rFonts w:ascii="Arial" w:hAnsi="Arial"/>
          <w:color w:val="5D7284"/>
          <w:sz w:val="22"/>
        </w:rPr>
        <w:t>32:31</w:t>
      </w:r>
    </w:p>
    <w:p>
      <w:pPr>
        <w:spacing w:after="0"/>
      </w:pPr>
      <w:r>
        <w:rPr>
          <w:rFonts w:ascii="Arial" w:hAnsi="Arial"/>
          <w:sz w:val="22"/>
        </w:rPr>
        <w:t>Honestly, she, she took herself off to this school in Potsdam, but the one just outside Berlin, to be like, I'm so interested in what you're doing. It's like you fully went down there to thieve all of their ideas.</w:t>
      </w:r>
    </w:p>
    <w:p>
      <w:pPr>
        <w:spacing w:after="0"/>
      </w:pPr>
    </w:p>
    <w:p>
      <w:pPr>
        <w:spacing w:after="0"/>
      </w:pPr>
      <w:r>
        <w:rPr>
          <w:rFonts w:ascii="Arial" w:hAnsi="Arial"/>
          <w:b/>
          <w:sz w:val="22"/>
        </w:rPr>
        <w:t xml:space="preserve">Lucy  </w:t>
      </w:r>
      <w:r>
        <w:rPr>
          <w:rFonts w:ascii="Arial" w:hAnsi="Arial"/>
          <w:color w:val="5D7284"/>
          <w:sz w:val="22"/>
        </w:rPr>
        <w:t>32:46</w:t>
      </w:r>
    </w:p>
    <w:p>
      <w:pPr>
        <w:spacing w:after="0"/>
      </w:pPr>
      <w:r>
        <w:rPr>
          <w:rFonts w:ascii="Arial" w:hAnsi="Arial"/>
          <w:sz w:val="22"/>
        </w:rPr>
        <w:t>Absolutely she did, yeah</w:t>
      </w:r>
    </w:p>
    <w:p>
      <w:pPr>
        <w:spacing w:after="0"/>
      </w:pPr>
    </w:p>
    <w:p>
      <w:pPr>
        <w:spacing w:after="0"/>
      </w:pPr>
      <w:r>
        <w:rPr>
          <w:rFonts w:ascii="Arial" w:hAnsi="Arial"/>
          <w:b/>
          <w:sz w:val="22"/>
        </w:rPr>
        <w:t xml:space="preserve">Alice  </w:t>
      </w:r>
      <w:r>
        <w:rPr>
          <w:rFonts w:ascii="Arial" w:hAnsi="Arial"/>
          <w:color w:val="5D7284"/>
          <w:sz w:val="22"/>
        </w:rPr>
        <w:t>32:48</w:t>
      </w:r>
    </w:p>
    <w:p>
      <w:pPr>
        <w:spacing w:after="0"/>
      </w:pPr>
      <w:r>
        <w:rPr>
          <w:rFonts w:ascii="Arial" w:hAnsi="Arial"/>
          <w:sz w:val="22"/>
        </w:rPr>
        <w:t>fucking Dorothy.</w:t>
      </w:r>
    </w:p>
    <w:p>
      <w:pPr>
        <w:spacing w:after="0"/>
      </w:pPr>
    </w:p>
    <w:p>
      <w:pPr>
        <w:spacing w:after="0"/>
      </w:pPr>
      <w:r>
        <w:rPr>
          <w:rFonts w:ascii="Arial" w:hAnsi="Arial"/>
          <w:b/>
          <w:sz w:val="22"/>
        </w:rPr>
        <w:t xml:space="preserve">Lucy  </w:t>
      </w:r>
      <w:r>
        <w:rPr>
          <w:rFonts w:ascii="Arial" w:hAnsi="Arial"/>
          <w:color w:val="5D7284"/>
          <w:sz w:val="22"/>
        </w:rPr>
        <w:t>32:51</w:t>
      </w:r>
    </w:p>
    <w:p>
      <w:pPr>
        <w:spacing w:after="0"/>
      </w:pPr>
      <w:r>
        <w:rPr>
          <w:rFonts w:ascii="Arial" w:hAnsi="Arial"/>
          <w:sz w:val="22"/>
        </w:rPr>
        <w:t>Sit down. Dorothy, calm yourself</w:t>
      </w:r>
    </w:p>
    <w:p>
      <w:pPr>
        <w:spacing w:after="0"/>
      </w:pPr>
    </w:p>
    <w:p>
      <w:pPr>
        <w:spacing w:after="0"/>
      </w:pPr>
      <w:r>
        <w:rPr>
          <w:rFonts w:ascii="Arial" w:hAnsi="Arial"/>
          <w:b/>
          <w:sz w:val="22"/>
        </w:rPr>
        <w:t xml:space="preserve">Alice  </w:t>
      </w:r>
      <w:r>
        <w:rPr>
          <w:rFonts w:ascii="Arial" w:hAnsi="Arial"/>
          <w:color w:val="5D7284"/>
          <w:sz w:val="22"/>
        </w:rPr>
        <w:t>32:53</w:t>
      </w:r>
    </w:p>
    <w:p>
      <w:pPr>
        <w:spacing w:after="0"/>
      </w:pPr>
      <w:r>
        <w:rPr>
          <w:rFonts w:ascii="Arial" w:hAnsi="Arial"/>
          <w:sz w:val="22"/>
        </w:rPr>
        <w:t>Well and she was so impressed after she visited</w:t>
      </w:r>
    </w:p>
    <w:p>
      <w:pPr>
        <w:spacing w:after="0"/>
      </w:pPr>
    </w:p>
    <w:p>
      <w:pPr>
        <w:spacing w:after="0"/>
      </w:pPr>
      <w:r>
        <w:rPr>
          <w:rFonts w:ascii="Arial" w:hAnsi="Arial"/>
          <w:b/>
          <w:sz w:val="22"/>
        </w:rPr>
        <w:t xml:space="preserve">Lucy  </w:t>
      </w:r>
      <w:r>
        <w:rPr>
          <w:rFonts w:ascii="Arial" w:hAnsi="Arial"/>
          <w:color w:val="5D7284"/>
          <w:sz w:val="22"/>
        </w:rPr>
        <w:t>32:57</w:t>
      </w:r>
    </w:p>
    <w:p>
      <w:pPr>
        <w:spacing w:after="0"/>
      </w:pPr>
      <w:r>
        <w:rPr>
          <w:rFonts w:ascii="Arial" w:hAnsi="Arial"/>
          <w:sz w:val="22"/>
        </w:rPr>
        <w:t>Of course, she was, of course, she was, pass me my notebook</w:t>
      </w:r>
    </w:p>
    <w:p>
      <w:pPr>
        <w:spacing w:after="0"/>
      </w:pPr>
    </w:p>
    <w:p>
      <w:pPr>
        <w:spacing w:after="0"/>
      </w:pPr>
      <w:r>
        <w:rPr>
          <w:rFonts w:ascii="Arial" w:hAnsi="Arial"/>
          <w:b/>
          <w:sz w:val="22"/>
        </w:rPr>
        <w:t xml:space="preserve">Alice  </w:t>
      </w:r>
      <w:r>
        <w:rPr>
          <w:rFonts w:ascii="Arial" w:hAnsi="Arial"/>
          <w:color w:val="5D7284"/>
          <w:sz w:val="22"/>
        </w:rPr>
        <w:t>33:07</w:t>
      </w:r>
    </w:p>
    <w:p>
      <w:pPr>
        <w:spacing w:after="0"/>
      </w:pPr>
      <w:r>
        <w:rPr>
          <w:rFonts w:ascii="Arial" w:hAnsi="Arial"/>
          <w:sz w:val="22"/>
        </w:rPr>
        <w:t>she spent, she spent several months there. I know, right,</w:t>
      </w:r>
    </w:p>
    <w:p>
      <w:pPr>
        <w:spacing w:after="0"/>
      </w:pPr>
    </w:p>
    <w:p>
      <w:pPr>
        <w:spacing w:after="0"/>
      </w:pPr>
      <w:r>
        <w:rPr>
          <w:rFonts w:ascii="Arial" w:hAnsi="Arial"/>
          <w:b/>
          <w:sz w:val="22"/>
        </w:rPr>
        <w:t xml:space="preserve">Lucy  </w:t>
      </w:r>
      <w:r>
        <w:rPr>
          <w:rFonts w:ascii="Arial" w:hAnsi="Arial"/>
          <w:color w:val="5D7284"/>
          <w:sz w:val="22"/>
        </w:rPr>
        <w:t>33:15</w:t>
      </w:r>
    </w:p>
    <w:p>
      <w:pPr>
        <w:spacing w:after="0"/>
      </w:pPr>
      <w:r>
        <w:rPr>
          <w:rFonts w:ascii="Arial" w:hAnsi="Arial"/>
          <w:sz w:val="22"/>
        </w:rPr>
        <w:t>yes, we know what you're doing Dorothy.</w:t>
      </w:r>
    </w:p>
    <w:p>
      <w:pPr>
        <w:spacing w:after="0"/>
      </w:pPr>
    </w:p>
    <w:p>
      <w:pPr>
        <w:spacing w:after="0"/>
      </w:pPr>
      <w:r>
        <w:rPr>
          <w:rFonts w:ascii="Arial" w:hAnsi="Arial"/>
          <w:b/>
          <w:sz w:val="22"/>
        </w:rPr>
        <w:t xml:space="preserve">Alice  </w:t>
      </w:r>
      <w:r>
        <w:rPr>
          <w:rFonts w:ascii="Arial" w:hAnsi="Arial"/>
          <w:color w:val="5D7284"/>
          <w:sz w:val="22"/>
        </w:rPr>
        <w:t>33:17</w:t>
      </w:r>
    </w:p>
    <w:p>
      <w:pPr>
        <w:spacing w:after="0"/>
      </w:pPr>
      <w:r>
        <w:rPr>
          <w:rFonts w:ascii="Arial" w:hAnsi="Arial"/>
          <w:sz w:val="22"/>
        </w:rPr>
        <w:t>Just made herself at fucking home. Yeah, writing in notes. And she's going, and, can someone bring me a coffee please?</w:t>
      </w:r>
    </w:p>
    <w:p>
      <w:pPr>
        <w:spacing w:after="0"/>
      </w:pPr>
    </w:p>
    <w:p>
      <w:pPr>
        <w:spacing w:after="0"/>
      </w:pPr>
      <w:r>
        <w:rPr>
          <w:rFonts w:ascii="Arial" w:hAnsi="Arial"/>
          <w:b/>
          <w:sz w:val="22"/>
        </w:rPr>
        <w:t xml:space="preserve">Lucy  </w:t>
      </w:r>
      <w:r>
        <w:rPr>
          <w:rFonts w:ascii="Arial" w:hAnsi="Arial"/>
          <w:color w:val="5D7284"/>
          <w:sz w:val="22"/>
        </w:rPr>
        <w:t>33:26</w:t>
      </w:r>
    </w:p>
    <w:p>
      <w:pPr>
        <w:spacing w:after="0"/>
      </w:pPr>
      <w:r>
        <w:rPr>
          <w:rFonts w:ascii="Arial" w:hAnsi="Arial"/>
          <w:sz w:val="22"/>
        </w:rPr>
        <w:t>Don't worry about me. I'm just writing in my diary. So what dog are you using? What's that? What's that? Clicker training. Clicker training, right? I'll write that down</w:t>
      </w:r>
    </w:p>
    <w:p>
      <w:pPr>
        <w:spacing w:after="0"/>
      </w:pPr>
    </w:p>
    <w:p>
      <w:pPr>
        <w:spacing w:after="0"/>
      </w:pPr>
      <w:r>
        <w:rPr>
          <w:rFonts w:ascii="Arial" w:hAnsi="Arial"/>
          <w:b/>
          <w:sz w:val="22"/>
        </w:rPr>
        <w:t xml:space="preserve">Alice  </w:t>
      </w:r>
      <w:r>
        <w:rPr>
          <w:rFonts w:ascii="Arial" w:hAnsi="Arial"/>
          <w:color w:val="5D7284"/>
          <w:sz w:val="22"/>
        </w:rPr>
        <w:t>33:40</w:t>
      </w:r>
    </w:p>
    <w:p>
      <w:pPr>
        <w:spacing w:after="0"/>
      </w:pPr>
      <w:r>
        <w:rPr>
          <w:rFonts w:ascii="Arial" w:hAnsi="Arial"/>
          <w:sz w:val="22"/>
        </w:rPr>
        <w:t>And so. So this is this weirdly, this is the thing that makes me think, yeah, this is why this is this is how you know exactly what sort person Dorothy was. She took it upon herself to write an article for the Saturday Evening Post in America.</w:t>
      </w:r>
    </w:p>
    <w:p>
      <w:pPr>
        <w:spacing w:after="0"/>
      </w:pPr>
    </w:p>
    <w:p>
      <w:pPr>
        <w:spacing w:after="0"/>
      </w:pPr>
      <w:r>
        <w:rPr>
          <w:rFonts w:ascii="Arial" w:hAnsi="Arial"/>
          <w:b/>
          <w:sz w:val="22"/>
        </w:rPr>
        <w:t xml:space="preserve">Lucy  </w:t>
      </w:r>
      <w:r>
        <w:rPr>
          <w:rFonts w:ascii="Arial" w:hAnsi="Arial"/>
          <w:color w:val="5D7284"/>
          <w:sz w:val="22"/>
        </w:rPr>
        <w:t>33:54</w:t>
      </w:r>
    </w:p>
    <w:p>
      <w:pPr>
        <w:spacing w:after="0"/>
      </w:pPr>
      <w:r>
        <w:rPr>
          <w:rFonts w:ascii="Arial" w:hAnsi="Arial"/>
          <w:sz w:val="22"/>
        </w:rPr>
        <w:t>I think when you start any anything off with she took it upon herself. You know, they're a busy body in any way, shape or form, about anything you took it upon yourself too, yes and</w:t>
      </w:r>
    </w:p>
    <w:p>
      <w:pPr>
        <w:spacing w:after="0"/>
      </w:pPr>
    </w:p>
    <w:p>
      <w:pPr>
        <w:spacing w:after="0"/>
      </w:pPr>
      <w:r>
        <w:rPr>
          <w:rFonts w:ascii="Arial" w:hAnsi="Arial"/>
          <w:b/>
          <w:sz w:val="22"/>
        </w:rPr>
        <w:t xml:space="preserve">Alice  </w:t>
      </w:r>
      <w:r>
        <w:rPr>
          <w:rFonts w:ascii="Arial" w:hAnsi="Arial"/>
          <w:color w:val="5D7284"/>
          <w:sz w:val="22"/>
        </w:rPr>
        <w:t>34:07</w:t>
      </w:r>
    </w:p>
    <w:p>
      <w:pPr>
        <w:spacing w:after="0"/>
      </w:pPr>
      <w:r>
        <w:rPr>
          <w:rFonts w:ascii="Arial" w:hAnsi="Arial"/>
          <w:sz w:val="22"/>
        </w:rPr>
        <w:t>yeah. So, so basically, somebody who has no real connection to this, this school has done nothing to contribute towards their work. Just decided to, like, make something of it herself, and wrote an article in another language, being published in another country, about how great the school is. Yeah, yeah. But that article was read was read by a blind man. It was 1927 it was read by a blind man named Maurice Frank, who then wrote to Dorothy to say that he would be interested in so the phrase, the phrase use is, he wanted to introduce the guide dogs system to America. But I think what he did was write to Dorothy and go, can I have a dog please?</w:t>
      </w:r>
    </w:p>
    <w:p>
      <w:pPr>
        <w:spacing w:after="0"/>
      </w:pPr>
    </w:p>
    <w:p>
      <w:pPr>
        <w:spacing w:after="0"/>
      </w:pPr>
      <w:r>
        <w:rPr>
          <w:rFonts w:ascii="Arial" w:hAnsi="Arial"/>
          <w:b/>
          <w:sz w:val="22"/>
        </w:rPr>
        <w:t xml:space="preserve">Lucy  </w:t>
      </w:r>
      <w:r>
        <w:rPr>
          <w:rFonts w:ascii="Arial" w:hAnsi="Arial"/>
          <w:color w:val="5D7284"/>
          <w:sz w:val="22"/>
        </w:rPr>
        <w:t>34:57</w:t>
      </w:r>
    </w:p>
    <w:p>
      <w:pPr>
        <w:spacing w:after="0"/>
      </w:pPr>
      <w:r>
        <w:rPr>
          <w:rFonts w:ascii="Arial" w:hAnsi="Arial"/>
          <w:sz w:val="22"/>
        </w:rPr>
        <w:t>Yeah, Dorothy's got herself a business partner. There hasn't she really</w:t>
      </w:r>
    </w:p>
    <w:p>
      <w:pPr>
        <w:spacing w:after="0"/>
      </w:pPr>
    </w:p>
    <w:p>
      <w:pPr>
        <w:spacing w:after="0"/>
      </w:pPr>
      <w:r>
        <w:rPr>
          <w:rFonts w:ascii="Arial" w:hAnsi="Arial"/>
          <w:b/>
          <w:sz w:val="22"/>
        </w:rPr>
        <w:t xml:space="preserve">Alice  </w:t>
      </w:r>
      <w:r>
        <w:rPr>
          <w:rFonts w:ascii="Arial" w:hAnsi="Arial"/>
          <w:color w:val="5D7284"/>
          <w:sz w:val="22"/>
        </w:rPr>
        <w:t>35:02</w:t>
      </w:r>
    </w:p>
    <w:p>
      <w:pPr>
        <w:spacing w:after="0"/>
      </w:pPr>
      <w:r>
        <w:rPr>
          <w:rFonts w:ascii="Arial" w:hAnsi="Arial"/>
          <w:sz w:val="22"/>
        </w:rPr>
        <w:t>She's certainly got herself her first willing victim.</w:t>
      </w:r>
    </w:p>
    <w:p>
      <w:pPr>
        <w:spacing w:after="0"/>
      </w:pPr>
    </w:p>
    <w:p>
      <w:pPr>
        <w:spacing w:after="0"/>
      </w:pPr>
      <w:r>
        <w:rPr>
          <w:rFonts w:ascii="Arial" w:hAnsi="Arial"/>
          <w:b/>
          <w:sz w:val="22"/>
        </w:rPr>
        <w:t xml:space="preserve">Daisy  </w:t>
      </w:r>
      <w:r>
        <w:rPr>
          <w:rFonts w:ascii="Arial" w:hAnsi="Arial"/>
          <w:color w:val="5D7284"/>
          <w:sz w:val="22"/>
        </w:rPr>
        <w:t>35:09</w:t>
      </w:r>
    </w:p>
    <w:p>
      <w:pPr>
        <w:spacing w:after="0"/>
      </w:pPr>
      <w:r>
        <w:rPr>
          <w:rFonts w:ascii="Arial" w:hAnsi="Arial"/>
          <w:sz w:val="22"/>
        </w:rPr>
        <w:t>Oh no, it's gonna take a really dark turn</w:t>
      </w:r>
    </w:p>
    <w:p>
      <w:pPr>
        <w:spacing w:after="0"/>
      </w:pPr>
    </w:p>
    <w:p>
      <w:pPr>
        <w:spacing w:after="0"/>
      </w:pPr>
      <w:r>
        <w:rPr>
          <w:rFonts w:ascii="Arial" w:hAnsi="Arial"/>
          <w:b/>
          <w:sz w:val="22"/>
        </w:rPr>
        <w:t xml:space="preserve">Alice  </w:t>
      </w:r>
      <w:r>
        <w:rPr>
          <w:rFonts w:ascii="Arial" w:hAnsi="Arial"/>
          <w:color w:val="5D7284"/>
          <w:sz w:val="22"/>
        </w:rPr>
        <w:t>35:11</w:t>
      </w:r>
    </w:p>
    <w:p>
      <w:pPr>
        <w:spacing w:after="0"/>
      </w:pPr>
      <w:r>
        <w:rPr>
          <w:rFonts w:ascii="Arial" w:hAnsi="Arial"/>
          <w:sz w:val="22"/>
        </w:rPr>
        <w:t>No no it's lovely.</w:t>
      </w:r>
    </w:p>
    <w:p>
      <w:pPr>
        <w:spacing w:after="0"/>
      </w:pPr>
    </w:p>
    <w:p>
      <w:pPr>
        <w:spacing w:after="0"/>
      </w:pPr>
      <w:r>
        <w:rPr>
          <w:rFonts w:ascii="Arial" w:hAnsi="Arial"/>
          <w:b/>
          <w:sz w:val="22"/>
        </w:rPr>
        <w:t xml:space="preserve">Daisy  </w:t>
      </w:r>
      <w:r>
        <w:rPr>
          <w:rFonts w:ascii="Arial" w:hAnsi="Arial"/>
          <w:color w:val="5D7284"/>
          <w:sz w:val="22"/>
        </w:rPr>
        <w:t>35:14</w:t>
      </w:r>
    </w:p>
    <w:p>
      <w:pPr>
        <w:spacing w:after="0"/>
      </w:pPr>
      <w:r>
        <w:rPr>
          <w:rFonts w:ascii="Arial" w:hAnsi="Arial"/>
          <w:sz w:val="22"/>
        </w:rPr>
        <w:t>The guide dog school is secretly a murder house. Yeah, yeah, this is, this is now a true crime podcast.</w:t>
      </w:r>
    </w:p>
    <w:p>
      <w:pPr>
        <w:spacing w:after="0"/>
      </w:pPr>
    </w:p>
    <w:p>
      <w:pPr>
        <w:spacing w:after="0"/>
      </w:pPr>
      <w:r>
        <w:rPr>
          <w:rFonts w:ascii="Arial" w:hAnsi="Arial"/>
          <w:b/>
          <w:sz w:val="22"/>
        </w:rPr>
        <w:t xml:space="preserve">Alice  </w:t>
      </w:r>
      <w:r>
        <w:rPr>
          <w:rFonts w:ascii="Arial" w:hAnsi="Arial"/>
          <w:color w:val="5D7284"/>
          <w:sz w:val="22"/>
        </w:rPr>
        <w:t>35:26</w:t>
      </w:r>
    </w:p>
    <w:p>
      <w:pPr>
        <w:spacing w:after="0"/>
      </w:pPr>
      <w:r>
        <w:rPr>
          <w:rFonts w:ascii="Arial" w:hAnsi="Arial"/>
          <w:sz w:val="22"/>
        </w:rPr>
        <w:t>No, I said I was gonna do a nice one, because I always do really horrible ones</w:t>
      </w:r>
    </w:p>
    <w:p>
      <w:pPr>
        <w:spacing w:after="0"/>
      </w:pPr>
    </w:p>
    <w:p>
      <w:pPr>
        <w:spacing w:after="0"/>
      </w:pPr>
      <w:r>
        <w:rPr>
          <w:rFonts w:ascii="Arial" w:hAnsi="Arial"/>
          <w:b/>
          <w:sz w:val="22"/>
        </w:rPr>
        <w:t xml:space="preserve">Daisy  </w:t>
      </w:r>
      <w:r>
        <w:rPr>
          <w:rFonts w:ascii="Arial" w:hAnsi="Arial"/>
          <w:color w:val="5D7284"/>
          <w:sz w:val="22"/>
        </w:rPr>
        <w:t>35:35</w:t>
      </w:r>
    </w:p>
    <w:p>
      <w:pPr>
        <w:spacing w:after="0"/>
      </w:pPr>
      <w:r>
        <w:rPr>
          <w:rFonts w:ascii="Arial" w:hAnsi="Arial"/>
          <w:sz w:val="22"/>
        </w:rPr>
        <w:t>You're the one who called him a victim. Don't get on at me like, this is my fault.</w:t>
      </w:r>
    </w:p>
    <w:p>
      <w:pPr>
        <w:spacing w:after="0"/>
      </w:pPr>
    </w:p>
    <w:p>
      <w:pPr>
        <w:spacing w:after="0"/>
      </w:pPr>
      <w:r>
        <w:rPr>
          <w:rFonts w:ascii="Arial" w:hAnsi="Arial"/>
          <w:b/>
          <w:sz w:val="22"/>
        </w:rPr>
        <w:t xml:space="preserve">Alice  </w:t>
      </w:r>
      <w:r>
        <w:rPr>
          <w:rFonts w:ascii="Arial" w:hAnsi="Arial"/>
          <w:color w:val="5D7284"/>
          <w:sz w:val="22"/>
        </w:rPr>
        <w:t>35:42</w:t>
      </w:r>
    </w:p>
    <w:p>
      <w:pPr>
        <w:spacing w:after="0"/>
      </w:pPr>
      <w:r>
        <w:rPr>
          <w:rFonts w:ascii="Arial" w:hAnsi="Arial"/>
          <w:sz w:val="22"/>
        </w:rPr>
        <w:t>Dorothy brought him to Switzerland</w:t>
      </w:r>
    </w:p>
    <w:p>
      <w:pPr>
        <w:spacing w:after="0"/>
      </w:pPr>
    </w:p>
    <w:p>
      <w:pPr>
        <w:spacing w:after="0"/>
      </w:pPr>
      <w:r>
        <w:rPr>
          <w:rFonts w:ascii="Arial" w:hAnsi="Arial"/>
          <w:b/>
          <w:sz w:val="22"/>
        </w:rPr>
        <w:t xml:space="preserve">Lucy  </w:t>
      </w:r>
      <w:r>
        <w:rPr>
          <w:rFonts w:ascii="Arial" w:hAnsi="Arial"/>
          <w:color w:val="5D7284"/>
          <w:sz w:val="22"/>
        </w:rPr>
        <w:t>35:45</w:t>
      </w:r>
    </w:p>
    <w:p>
      <w:pPr>
        <w:spacing w:after="0"/>
      </w:pPr>
      <w:r>
        <w:rPr>
          <w:rFonts w:ascii="Arial" w:hAnsi="Arial"/>
          <w:sz w:val="22"/>
        </w:rPr>
        <w:t>Who the man or the guide dog?</w:t>
      </w:r>
    </w:p>
    <w:p>
      <w:pPr>
        <w:spacing w:after="0"/>
      </w:pPr>
    </w:p>
    <w:p>
      <w:pPr>
        <w:spacing w:after="0"/>
      </w:pPr>
      <w:r>
        <w:rPr>
          <w:rFonts w:ascii="Arial" w:hAnsi="Arial"/>
          <w:b/>
          <w:sz w:val="22"/>
        </w:rPr>
        <w:t xml:space="preserve">Alice  </w:t>
      </w:r>
      <w:r>
        <w:rPr>
          <w:rFonts w:ascii="Arial" w:hAnsi="Arial"/>
          <w:color w:val="5D7284"/>
          <w:sz w:val="22"/>
        </w:rPr>
        <w:t>35:48</w:t>
      </w:r>
    </w:p>
    <w:p>
      <w:pPr>
        <w:spacing w:after="0"/>
      </w:pPr>
      <w:r>
        <w:rPr>
          <w:rFonts w:ascii="Arial" w:hAnsi="Arial"/>
          <w:sz w:val="22"/>
        </w:rPr>
        <w:t>She brought Morris, Morris Frank, to Switzerland, and matched him with a dog named Buddy, who she started training him right, like training them together. And upon the his return to America, Buddy and Morris are considered to be the first guide dog partnership in the US. Congratulations.</w:t>
      </w:r>
    </w:p>
    <w:p>
      <w:pPr>
        <w:spacing w:after="0"/>
      </w:pPr>
    </w:p>
    <w:p>
      <w:pPr>
        <w:spacing w:after="0"/>
      </w:pPr>
      <w:r>
        <w:rPr>
          <w:rFonts w:ascii="Arial" w:hAnsi="Arial"/>
          <w:b/>
          <w:sz w:val="22"/>
        </w:rPr>
        <w:t xml:space="preserve">Lucy  </w:t>
      </w:r>
      <w:r>
        <w:rPr>
          <w:rFonts w:ascii="Arial" w:hAnsi="Arial"/>
          <w:color w:val="5D7284"/>
          <w:sz w:val="22"/>
        </w:rPr>
        <w:t>36:12</w:t>
      </w:r>
    </w:p>
    <w:p>
      <w:pPr>
        <w:spacing w:after="0"/>
      </w:pPr>
      <w:r>
        <w:rPr>
          <w:rFonts w:ascii="Arial" w:hAnsi="Arial"/>
          <w:sz w:val="22"/>
        </w:rPr>
        <w:t>Now in America, don't they call them seeing eye dogs.</w:t>
      </w:r>
    </w:p>
    <w:p>
      <w:pPr>
        <w:spacing w:after="0"/>
      </w:pPr>
    </w:p>
    <w:p>
      <w:pPr>
        <w:spacing w:after="0"/>
      </w:pPr>
      <w:r>
        <w:rPr>
          <w:rFonts w:ascii="Arial" w:hAnsi="Arial"/>
          <w:b/>
          <w:sz w:val="22"/>
        </w:rPr>
        <w:t xml:space="preserve">Alice  </w:t>
      </w:r>
      <w:r>
        <w:rPr>
          <w:rFonts w:ascii="Arial" w:hAnsi="Arial"/>
          <w:color w:val="5D7284"/>
          <w:sz w:val="22"/>
        </w:rPr>
        <w:t>36:16</w:t>
      </w:r>
    </w:p>
    <w:p>
      <w:pPr>
        <w:spacing w:after="0"/>
      </w:pPr>
      <w:r>
        <w:rPr>
          <w:rFonts w:ascii="Arial" w:hAnsi="Arial"/>
          <w:sz w:val="22"/>
        </w:rPr>
        <w:t>So what is on my next slide is that after the success of Morris and Buddy, Eustis, went on to set up the A like guide dog school that she called the seeing eye, which is a quote from the bible</w:t>
      </w:r>
    </w:p>
    <w:p>
      <w:pPr>
        <w:spacing w:after="0"/>
      </w:pPr>
    </w:p>
    <w:p>
      <w:pPr>
        <w:spacing w:after="0"/>
      </w:pPr>
      <w:r>
        <w:rPr>
          <w:rFonts w:ascii="Arial" w:hAnsi="Arial"/>
          <w:b/>
          <w:sz w:val="22"/>
        </w:rPr>
        <w:t xml:space="preserve">Lucy  </w:t>
      </w:r>
      <w:r>
        <w:rPr>
          <w:rFonts w:ascii="Arial" w:hAnsi="Arial"/>
          <w:color w:val="5D7284"/>
          <w:sz w:val="22"/>
        </w:rPr>
        <w:t>36:37</w:t>
      </w:r>
    </w:p>
    <w:p>
      <w:pPr>
        <w:spacing w:after="0"/>
      </w:pPr>
      <w:r>
        <w:rPr>
          <w:rFonts w:ascii="Arial" w:hAnsi="Arial"/>
          <w:sz w:val="22"/>
        </w:rPr>
        <w:t>That's why they call them. Oh, I never knew that</w:t>
      </w:r>
    </w:p>
    <w:p>
      <w:pPr>
        <w:spacing w:after="0"/>
      </w:pPr>
    </w:p>
    <w:p>
      <w:pPr>
        <w:spacing w:after="0"/>
      </w:pPr>
      <w:r>
        <w:rPr>
          <w:rFonts w:ascii="Arial" w:hAnsi="Arial"/>
          <w:b/>
          <w:sz w:val="22"/>
        </w:rPr>
        <w:t xml:space="preserve">Daisy  </w:t>
      </w:r>
      <w:r>
        <w:rPr>
          <w:rFonts w:ascii="Arial" w:hAnsi="Arial"/>
          <w:color w:val="5D7284"/>
          <w:sz w:val="22"/>
        </w:rPr>
        <w:t>36:40</w:t>
      </w:r>
    </w:p>
    <w:p>
      <w:pPr>
        <w:spacing w:after="0"/>
      </w:pPr>
      <w:r>
        <w:rPr>
          <w:rFonts w:ascii="Arial" w:hAnsi="Arial"/>
          <w:sz w:val="22"/>
        </w:rPr>
        <w:t>makes so much more sense, because a seeing eye dog makes no sense of two different grounds, one of them being what, as opposed to seeing nothing, and two the dog is not seeing for you, that's yeah, there's no kind of relay between the Dog a</w:t>
      </w:r>
    </w:p>
    <w:p>
      <w:pPr>
        <w:spacing w:after="0"/>
      </w:pPr>
    </w:p>
    <w:p>
      <w:pPr>
        <w:spacing w:after="0"/>
      </w:pPr>
      <w:r>
        <w:rPr>
          <w:rFonts w:ascii="Arial" w:hAnsi="Arial"/>
          <w:b/>
          <w:sz w:val="22"/>
        </w:rPr>
        <w:t xml:space="preserve">Lucy  </w:t>
      </w:r>
      <w:r>
        <w:rPr>
          <w:rFonts w:ascii="Arial" w:hAnsi="Arial"/>
          <w:color w:val="5D7284"/>
          <w:sz w:val="22"/>
        </w:rPr>
        <w:t>36:59</w:t>
      </w:r>
    </w:p>
    <w:p>
      <w:pPr>
        <w:spacing w:after="0"/>
      </w:pPr>
      <w:r>
        <w:rPr>
          <w:rFonts w:ascii="Arial" w:hAnsi="Arial"/>
          <w:sz w:val="22"/>
        </w:rPr>
        <w:t>It's a brand name rather than a</w:t>
      </w:r>
    </w:p>
    <w:p>
      <w:pPr>
        <w:spacing w:after="0"/>
      </w:pPr>
    </w:p>
    <w:p>
      <w:pPr>
        <w:spacing w:after="0"/>
      </w:pPr>
      <w:r>
        <w:rPr>
          <w:rFonts w:ascii="Arial" w:hAnsi="Arial"/>
          <w:b/>
          <w:sz w:val="22"/>
        </w:rPr>
        <w:t xml:space="preserve">Alice  </w:t>
      </w:r>
      <w:r>
        <w:rPr>
          <w:rFonts w:ascii="Arial" w:hAnsi="Arial"/>
          <w:color w:val="5D7284"/>
          <w:sz w:val="22"/>
        </w:rPr>
        <w:t>37:01</w:t>
      </w:r>
    </w:p>
    <w:p>
      <w:pPr>
        <w:spacing w:after="0"/>
      </w:pPr>
      <w:r>
        <w:rPr>
          <w:rFonts w:ascii="Arial" w:hAnsi="Arial"/>
          <w:sz w:val="22"/>
        </w:rPr>
        <w:t>Yeah, it's old. Yeah, I think it's Old Testament. It's something like the seeing eye and the hearing ear, which, or to me, sounds a bit</w:t>
      </w:r>
    </w:p>
    <w:p>
      <w:pPr>
        <w:spacing w:after="0"/>
      </w:pPr>
    </w:p>
    <w:p>
      <w:pPr>
        <w:spacing w:after="0"/>
      </w:pPr>
      <w:r>
        <w:rPr>
          <w:rFonts w:ascii="Arial" w:hAnsi="Arial"/>
          <w:b/>
          <w:sz w:val="22"/>
        </w:rPr>
        <w:t xml:space="preserve">Daisy  </w:t>
      </w:r>
      <w:r>
        <w:rPr>
          <w:rFonts w:ascii="Arial" w:hAnsi="Arial"/>
          <w:color w:val="5D7284"/>
          <w:sz w:val="22"/>
        </w:rPr>
        <w:t>37:10</w:t>
      </w:r>
    </w:p>
    <w:p>
      <w:pPr>
        <w:spacing w:after="0"/>
      </w:pPr>
      <w:r>
        <w:rPr>
          <w:rFonts w:ascii="Arial" w:hAnsi="Arial"/>
          <w:sz w:val="22"/>
        </w:rPr>
        <w:t>Bible</w:t>
      </w:r>
    </w:p>
    <w:p>
      <w:pPr>
        <w:spacing w:after="0"/>
      </w:pPr>
    </w:p>
    <w:p>
      <w:pPr>
        <w:spacing w:after="0"/>
      </w:pPr>
      <w:r>
        <w:rPr>
          <w:rFonts w:ascii="Arial" w:hAnsi="Arial"/>
          <w:b/>
          <w:sz w:val="22"/>
        </w:rPr>
        <w:t xml:space="preserve">Alice  </w:t>
      </w:r>
      <w:r>
        <w:rPr>
          <w:rFonts w:ascii="Arial" w:hAnsi="Arial"/>
          <w:color w:val="5D7284"/>
          <w:sz w:val="22"/>
        </w:rPr>
        <w:t>37:10</w:t>
      </w:r>
    </w:p>
    <w:p>
      <w:pPr>
        <w:spacing w:after="0"/>
      </w:pPr>
      <w:r>
        <w:rPr>
          <w:rFonts w:ascii="Arial" w:hAnsi="Arial"/>
          <w:sz w:val="22"/>
        </w:rPr>
        <w:t>I was gonna say it all. It all sounds a little bit Handmaid's Tale, if you ask me but</w:t>
      </w:r>
    </w:p>
    <w:p>
      <w:pPr>
        <w:spacing w:after="0"/>
      </w:pPr>
    </w:p>
    <w:p>
      <w:pPr>
        <w:spacing w:after="0"/>
      </w:pPr>
      <w:r>
        <w:rPr>
          <w:rFonts w:ascii="Arial" w:hAnsi="Arial"/>
          <w:b/>
          <w:sz w:val="22"/>
        </w:rPr>
        <w:t xml:space="preserve">Lucy  </w:t>
      </w:r>
      <w:r>
        <w:rPr>
          <w:rFonts w:ascii="Arial" w:hAnsi="Arial"/>
          <w:color w:val="5D7284"/>
          <w:sz w:val="22"/>
        </w:rPr>
        <w:t>37:14</w:t>
      </w:r>
    </w:p>
    <w:p>
      <w:pPr>
        <w:spacing w:after="0"/>
      </w:pPr>
      <w:r>
        <w:rPr>
          <w:rFonts w:ascii="Arial" w:hAnsi="Arial"/>
          <w:sz w:val="22"/>
        </w:rPr>
        <w:t>it all sounds a bit, let me pray for you, doesn't it really a little bit. You know, with that makes sense that I've learned something today.</w:t>
      </w:r>
    </w:p>
    <w:p>
      <w:pPr>
        <w:spacing w:after="0"/>
      </w:pPr>
    </w:p>
    <w:p>
      <w:pPr>
        <w:spacing w:after="0"/>
      </w:pPr>
      <w:r>
        <w:rPr>
          <w:rFonts w:ascii="Arial" w:hAnsi="Arial"/>
          <w:b/>
          <w:sz w:val="22"/>
        </w:rPr>
        <w:t xml:space="preserve">Alice  </w:t>
      </w:r>
      <w:r>
        <w:rPr>
          <w:rFonts w:ascii="Arial" w:hAnsi="Arial"/>
          <w:color w:val="5D7284"/>
          <w:sz w:val="22"/>
        </w:rPr>
        <w:t>37:26</w:t>
      </w:r>
    </w:p>
    <w:p>
      <w:pPr>
        <w:spacing w:after="0"/>
      </w:pPr>
      <w:r>
        <w:rPr>
          <w:rFonts w:ascii="Arial" w:hAnsi="Arial"/>
          <w:sz w:val="22"/>
        </w:rPr>
        <w:t>I'm sort of sad that we've been recording for half an hour and you're only now feel like you've learned something.</w:t>
      </w:r>
    </w:p>
    <w:p>
      <w:pPr>
        <w:spacing w:after="0"/>
      </w:pPr>
    </w:p>
    <w:p>
      <w:pPr>
        <w:spacing w:after="0"/>
      </w:pPr>
      <w:r>
        <w:rPr>
          <w:rFonts w:ascii="Arial" w:hAnsi="Arial"/>
          <w:b/>
          <w:sz w:val="22"/>
        </w:rPr>
        <w:t xml:space="preserve">Lucy  </w:t>
      </w:r>
      <w:r>
        <w:rPr>
          <w:rFonts w:ascii="Arial" w:hAnsi="Arial"/>
          <w:color w:val="5D7284"/>
          <w:sz w:val="22"/>
        </w:rPr>
        <w:t>37:32</w:t>
      </w:r>
    </w:p>
    <w:p>
      <w:pPr>
        <w:spacing w:after="0"/>
      </w:pPr>
      <w:r>
        <w:rPr>
          <w:rFonts w:ascii="Arial" w:hAnsi="Arial"/>
          <w:sz w:val="22"/>
        </w:rPr>
        <w:t>I mean, you know, it's good pub quiz knowledge, though, in it, it's going in, yeah, I mean, some useful stuff's come out, but it's gone in.</w:t>
      </w:r>
    </w:p>
    <w:p>
      <w:pPr>
        <w:spacing w:after="0"/>
      </w:pPr>
    </w:p>
    <w:p>
      <w:pPr>
        <w:spacing w:after="0"/>
      </w:pPr>
      <w:r>
        <w:rPr>
          <w:rFonts w:ascii="Arial" w:hAnsi="Arial"/>
          <w:b/>
          <w:sz w:val="22"/>
        </w:rPr>
        <w:t xml:space="preserve">Alice  </w:t>
      </w:r>
      <w:r>
        <w:rPr>
          <w:rFonts w:ascii="Arial" w:hAnsi="Arial"/>
          <w:color w:val="5D7284"/>
          <w:sz w:val="22"/>
        </w:rPr>
        <w:t>37:42</w:t>
      </w:r>
    </w:p>
    <w:p>
      <w:pPr>
        <w:spacing w:after="0"/>
      </w:pPr>
      <w:r>
        <w:rPr>
          <w:rFonts w:ascii="Arial" w:hAnsi="Arial"/>
          <w:sz w:val="22"/>
        </w:rPr>
        <w:t>Lucy, I Lucy can no longer, no longer knows what two times four is. But no,</w:t>
      </w:r>
    </w:p>
    <w:p>
      <w:pPr>
        <w:spacing w:after="0"/>
      </w:pPr>
    </w:p>
    <w:p>
      <w:pPr>
        <w:spacing w:after="0"/>
      </w:pPr>
      <w:r>
        <w:rPr>
          <w:rFonts w:ascii="Arial" w:hAnsi="Arial"/>
          <w:b/>
          <w:sz w:val="22"/>
        </w:rPr>
        <w:t xml:space="preserve">Lucy  </w:t>
      </w:r>
      <w:r>
        <w:rPr>
          <w:rFonts w:ascii="Arial" w:hAnsi="Arial"/>
          <w:color w:val="5D7284"/>
          <w:sz w:val="22"/>
        </w:rPr>
        <w:t>37:47</w:t>
      </w:r>
    </w:p>
    <w:p>
      <w:pPr>
        <w:spacing w:after="0"/>
      </w:pPr>
      <w:r>
        <w:rPr>
          <w:rFonts w:ascii="Arial" w:hAnsi="Arial"/>
          <w:sz w:val="22"/>
        </w:rPr>
        <w:t>I mean, I'm terrible at maths anyway. Of course, I don't</w:t>
      </w:r>
    </w:p>
    <w:p>
      <w:pPr>
        <w:spacing w:after="0"/>
      </w:pPr>
    </w:p>
    <w:p>
      <w:pPr>
        <w:spacing w:after="0"/>
      </w:pPr>
      <w:r>
        <w:rPr>
          <w:rFonts w:ascii="Arial" w:hAnsi="Arial"/>
          <w:b/>
          <w:sz w:val="22"/>
        </w:rPr>
        <w:t xml:space="preserve">Daisy  </w:t>
      </w:r>
      <w:r>
        <w:rPr>
          <w:rFonts w:ascii="Arial" w:hAnsi="Arial"/>
          <w:color w:val="5D7284"/>
          <w:sz w:val="22"/>
        </w:rPr>
        <w:t>37:52</w:t>
      </w:r>
    </w:p>
    <w:p>
      <w:pPr>
        <w:spacing w:after="0"/>
      </w:pPr>
      <w:r>
        <w:rPr>
          <w:rFonts w:ascii="Arial" w:hAnsi="Arial"/>
          <w:sz w:val="22"/>
        </w:rPr>
        <w:t>there's a bit of the senses where they do that. It's like, I'll remember when I took that home wine making course and I forgot how to drive exactly.</w:t>
      </w:r>
    </w:p>
    <w:p>
      <w:pPr>
        <w:spacing w:after="0"/>
      </w:pPr>
    </w:p>
    <w:p>
      <w:pPr>
        <w:spacing w:after="0"/>
      </w:pPr>
      <w:r>
        <w:rPr>
          <w:rFonts w:ascii="Arial" w:hAnsi="Arial"/>
          <w:b/>
          <w:sz w:val="22"/>
        </w:rPr>
        <w:t xml:space="preserve">Alice  </w:t>
      </w:r>
      <w:r>
        <w:rPr>
          <w:rFonts w:ascii="Arial" w:hAnsi="Arial"/>
          <w:color w:val="5D7284"/>
          <w:sz w:val="22"/>
        </w:rPr>
        <w:t>38:05</w:t>
      </w:r>
    </w:p>
    <w:p>
      <w:pPr>
        <w:spacing w:after="0"/>
      </w:pPr>
      <w:r>
        <w:rPr>
          <w:rFonts w:ascii="Arial" w:hAnsi="Arial"/>
          <w:sz w:val="22"/>
        </w:rPr>
        <w:t>So Morris said that the five cents that the newspaper cost him gave him something that was worth more than a million dollars. It changed my life.</w:t>
      </w:r>
    </w:p>
    <w:p>
      <w:pPr>
        <w:spacing w:after="0"/>
      </w:pPr>
    </w:p>
    <w:p>
      <w:pPr>
        <w:spacing w:after="0"/>
      </w:pPr>
      <w:r>
        <w:rPr>
          <w:rFonts w:ascii="Arial" w:hAnsi="Arial"/>
          <w:b/>
          <w:sz w:val="22"/>
        </w:rPr>
        <w:t xml:space="preserve">Lucy  </w:t>
      </w:r>
      <w:r>
        <w:rPr>
          <w:rFonts w:ascii="Arial" w:hAnsi="Arial"/>
          <w:color w:val="5D7284"/>
          <w:sz w:val="22"/>
        </w:rPr>
        <w:t>38:16</w:t>
      </w:r>
    </w:p>
    <w:p>
      <w:pPr>
        <w:spacing w:after="0"/>
      </w:pPr>
      <w:r>
        <w:rPr>
          <w:rFonts w:ascii="Arial" w:hAnsi="Arial"/>
          <w:sz w:val="22"/>
        </w:rPr>
        <w:t>What a quote? What that on a poster?</w:t>
      </w:r>
    </w:p>
    <w:p>
      <w:pPr>
        <w:spacing w:after="0"/>
      </w:pPr>
    </w:p>
    <w:p>
      <w:pPr>
        <w:spacing w:after="0"/>
      </w:pPr>
      <w:r>
        <w:rPr>
          <w:rFonts w:ascii="Arial" w:hAnsi="Arial"/>
          <w:b/>
          <w:sz w:val="22"/>
        </w:rPr>
        <w:t xml:space="preserve">Alice  </w:t>
      </w:r>
      <w:r>
        <w:rPr>
          <w:rFonts w:ascii="Arial" w:hAnsi="Arial"/>
          <w:color w:val="5D7284"/>
          <w:sz w:val="22"/>
        </w:rPr>
        <w:t>38:20</w:t>
      </w:r>
    </w:p>
    <w:p>
      <w:pPr>
        <w:spacing w:after="0"/>
      </w:pPr>
      <w:r>
        <w:rPr>
          <w:rFonts w:ascii="Arial" w:hAnsi="Arial"/>
          <w:sz w:val="22"/>
        </w:rPr>
        <w:t>Cute, isn't it?</w:t>
      </w:r>
    </w:p>
    <w:p>
      <w:pPr>
        <w:spacing w:after="0"/>
      </w:pPr>
    </w:p>
    <w:p>
      <w:pPr>
        <w:spacing w:after="0"/>
      </w:pPr>
      <w:r>
        <w:rPr>
          <w:rFonts w:ascii="Arial" w:hAnsi="Arial"/>
          <w:b/>
          <w:sz w:val="22"/>
        </w:rPr>
        <w:t xml:space="preserve">Lucy  </w:t>
      </w:r>
      <w:r>
        <w:rPr>
          <w:rFonts w:ascii="Arial" w:hAnsi="Arial"/>
          <w:color w:val="5D7284"/>
          <w:sz w:val="22"/>
        </w:rPr>
        <w:t>38:23</w:t>
      </w:r>
    </w:p>
    <w:p>
      <w:pPr>
        <w:spacing w:after="0"/>
      </w:pPr>
      <w:r>
        <w:rPr>
          <w:rFonts w:ascii="Arial" w:hAnsi="Arial"/>
          <w:sz w:val="22"/>
        </w:rPr>
        <w:t>I bet that did well for business. Cha Ching,</w:t>
      </w:r>
    </w:p>
    <w:p>
      <w:pPr>
        <w:spacing w:after="0"/>
      </w:pPr>
    </w:p>
    <w:p>
      <w:pPr>
        <w:spacing w:after="0"/>
      </w:pPr>
      <w:r>
        <w:rPr>
          <w:rFonts w:ascii="Arial" w:hAnsi="Arial"/>
          <w:b/>
          <w:sz w:val="22"/>
        </w:rPr>
        <w:t xml:space="preserve">Alice  </w:t>
      </w:r>
      <w:r>
        <w:rPr>
          <w:rFonts w:ascii="Arial" w:hAnsi="Arial"/>
          <w:color w:val="5D7284"/>
          <w:sz w:val="22"/>
        </w:rPr>
        <w:t>38:30</w:t>
      </w:r>
    </w:p>
    <w:p>
      <w:pPr>
        <w:spacing w:after="0"/>
      </w:pPr>
      <w:r>
        <w:rPr>
          <w:rFonts w:ascii="Arial" w:hAnsi="Arial"/>
          <w:sz w:val="22"/>
        </w:rPr>
        <w:t>so this is my slide about the seeing eye, which we've already talked about. I don't think there's anything else useful on this slide.</w:t>
      </w:r>
    </w:p>
    <w:p>
      <w:pPr>
        <w:spacing w:after="0"/>
      </w:pPr>
    </w:p>
    <w:p>
      <w:pPr>
        <w:spacing w:after="0"/>
      </w:pPr>
      <w:r>
        <w:rPr>
          <w:rFonts w:ascii="Arial" w:hAnsi="Arial"/>
          <w:b/>
          <w:sz w:val="22"/>
        </w:rPr>
        <w:t xml:space="preserve">Lucy  </w:t>
      </w:r>
      <w:r>
        <w:rPr>
          <w:rFonts w:ascii="Arial" w:hAnsi="Arial"/>
          <w:color w:val="5D7284"/>
          <w:sz w:val="22"/>
        </w:rPr>
        <w:t>38:40</w:t>
      </w:r>
    </w:p>
    <w:p>
      <w:pPr>
        <w:spacing w:after="0"/>
      </w:pPr>
      <w:r>
        <w:rPr>
          <w:rFonts w:ascii="Arial" w:hAnsi="Arial"/>
          <w:sz w:val="22"/>
        </w:rPr>
        <w:t>Was she religious. Then I take it she was, if she's...</w:t>
      </w:r>
    </w:p>
    <w:p>
      <w:pPr>
        <w:spacing w:after="0"/>
      </w:pPr>
    </w:p>
    <w:p>
      <w:pPr>
        <w:spacing w:after="0"/>
      </w:pPr>
      <w:r>
        <w:rPr>
          <w:rFonts w:ascii="Arial" w:hAnsi="Arial"/>
          <w:b/>
          <w:sz w:val="22"/>
        </w:rPr>
        <w:t xml:space="preserve">Alice  </w:t>
      </w:r>
      <w:r>
        <w:rPr>
          <w:rFonts w:ascii="Arial" w:hAnsi="Arial"/>
          <w:color w:val="5D7284"/>
          <w:sz w:val="22"/>
        </w:rPr>
        <w:t>38:43</w:t>
      </w:r>
    </w:p>
    <w:p>
      <w:pPr>
        <w:spacing w:after="0"/>
      </w:pPr>
      <w:r>
        <w:rPr>
          <w:rFonts w:ascii="Arial" w:hAnsi="Arial"/>
          <w:sz w:val="22"/>
        </w:rPr>
        <w:t>I mean it was the 1920s and she was a busy body. So I should think so those things, I feel like those things go hand in hand,</w:t>
      </w:r>
    </w:p>
    <w:p>
      <w:pPr>
        <w:spacing w:after="0"/>
      </w:pPr>
    </w:p>
    <w:p>
      <w:pPr>
        <w:spacing w:after="0"/>
      </w:pPr>
      <w:r>
        <w:rPr>
          <w:rFonts w:ascii="Arial" w:hAnsi="Arial"/>
          <w:b/>
          <w:sz w:val="22"/>
        </w:rPr>
        <w:t xml:space="preserve">Lucy  </w:t>
      </w:r>
      <w:r>
        <w:rPr>
          <w:rFonts w:ascii="Arial" w:hAnsi="Arial"/>
          <w:color w:val="5D7284"/>
          <w:sz w:val="22"/>
        </w:rPr>
        <w:t>38:54</w:t>
      </w:r>
    </w:p>
    <w:p>
      <w:pPr>
        <w:spacing w:after="0"/>
      </w:pPr>
      <w:r>
        <w:rPr>
          <w:rFonts w:ascii="Arial" w:hAnsi="Arial"/>
          <w:sz w:val="22"/>
        </w:rPr>
        <w:t>yeah? Go to church on a Sunday. Just a nose on everybody else. Yeah? Church, yeah, we've got your number, Dorothy.</w:t>
      </w:r>
    </w:p>
    <w:p>
      <w:pPr>
        <w:spacing w:after="0"/>
      </w:pPr>
    </w:p>
    <w:p>
      <w:pPr>
        <w:spacing w:after="0"/>
      </w:pPr>
      <w:r>
        <w:rPr>
          <w:rFonts w:ascii="Arial" w:hAnsi="Arial"/>
          <w:b/>
          <w:sz w:val="22"/>
        </w:rPr>
        <w:t xml:space="preserve">Alice  </w:t>
      </w:r>
      <w:r>
        <w:rPr>
          <w:rFonts w:ascii="Arial" w:hAnsi="Arial"/>
          <w:color w:val="5D7284"/>
          <w:sz w:val="22"/>
        </w:rPr>
        <w:t>39:05</w:t>
      </w:r>
    </w:p>
    <w:p>
      <w:pPr>
        <w:spacing w:after="0"/>
      </w:pPr>
      <w:r>
        <w:rPr>
          <w:rFonts w:ascii="Arial" w:hAnsi="Arial"/>
          <w:sz w:val="22"/>
        </w:rPr>
        <w:t>So in 1930 two British women, I've got the name Muriel Crook and Rosamond Bond heard about the success that Dorothy had been having with the seeing eye, and they wrote to her to be like we would like to help. The same thing as before, the soldiers who had come back to war, and Dorothy sent over one of her trainers to teach Rosamond and Muriel all of their techniques and tricks and everything. And in 1931 the Guide Dogs for the Blind, as it was then known, was established in the UK.</w:t>
      </w:r>
    </w:p>
    <w:p>
      <w:pPr>
        <w:spacing w:after="0"/>
      </w:pPr>
    </w:p>
    <w:p>
      <w:pPr>
        <w:spacing w:after="0"/>
      </w:pPr>
      <w:r>
        <w:rPr>
          <w:rFonts w:ascii="Arial" w:hAnsi="Arial"/>
          <w:b/>
          <w:sz w:val="22"/>
        </w:rPr>
        <w:t xml:space="preserve">Lucy  </w:t>
      </w:r>
      <w:r>
        <w:rPr>
          <w:rFonts w:ascii="Arial" w:hAnsi="Arial"/>
          <w:color w:val="5D7284"/>
          <w:sz w:val="22"/>
        </w:rPr>
        <w:t>39:52</w:t>
      </w:r>
    </w:p>
    <w:p>
      <w:pPr>
        <w:spacing w:after="0"/>
      </w:pPr>
      <w:r>
        <w:rPr>
          <w:rFonts w:ascii="Arial" w:hAnsi="Arial"/>
          <w:sz w:val="22"/>
        </w:rPr>
        <w:t>Well done, everybody.</w:t>
      </w:r>
    </w:p>
    <w:p>
      <w:pPr>
        <w:spacing w:after="0"/>
      </w:pPr>
    </w:p>
    <w:p>
      <w:pPr>
        <w:spacing w:after="0"/>
      </w:pPr>
      <w:r>
        <w:rPr>
          <w:rFonts w:ascii="Arial" w:hAnsi="Arial"/>
          <w:b/>
          <w:sz w:val="22"/>
        </w:rPr>
        <w:t xml:space="preserve">Alice  </w:t>
      </w:r>
      <w:r>
        <w:rPr>
          <w:rFonts w:ascii="Arial" w:hAnsi="Arial"/>
          <w:color w:val="5D7284"/>
          <w:sz w:val="22"/>
        </w:rPr>
        <w:t>39:54</w:t>
      </w:r>
    </w:p>
    <w:p>
      <w:pPr>
        <w:spacing w:after="0"/>
      </w:pPr>
      <w:r>
        <w:rPr>
          <w:rFonts w:ascii="Arial" w:hAnsi="Arial"/>
          <w:sz w:val="22"/>
        </w:rPr>
        <w:t>I'm not finished.</w:t>
      </w:r>
    </w:p>
    <w:p>
      <w:pPr>
        <w:spacing w:after="0"/>
      </w:pPr>
    </w:p>
    <w:p>
      <w:pPr>
        <w:spacing w:after="0"/>
      </w:pPr>
      <w:r>
        <w:rPr>
          <w:rFonts w:ascii="Arial" w:hAnsi="Arial"/>
          <w:b/>
          <w:sz w:val="22"/>
        </w:rPr>
        <w:t xml:space="preserve">Lucy  </w:t>
      </w:r>
      <w:r>
        <w:rPr>
          <w:rFonts w:ascii="Arial" w:hAnsi="Arial"/>
          <w:color w:val="5D7284"/>
          <w:sz w:val="22"/>
        </w:rPr>
        <w:t>39:56</w:t>
      </w:r>
    </w:p>
    <w:p>
      <w:pPr>
        <w:spacing w:after="0"/>
      </w:pPr>
      <w:r>
        <w:rPr>
          <w:rFonts w:ascii="Arial" w:hAnsi="Arial"/>
          <w:sz w:val="22"/>
        </w:rPr>
        <w:t>No i know you're not I'm just congratulating everybody so far.</w:t>
      </w:r>
    </w:p>
    <w:p>
      <w:pPr>
        <w:spacing w:after="0"/>
      </w:pPr>
    </w:p>
    <w:p>
      <w:pPr>
        <w:spacing w:after="0"/>
      </w:pPr>
      <w:r>
        <w:rPr>
          <w:rFonts w:ascii="Arial" w:hAnsi="Arial"/>
          <w:b/>
          <w:sz w:val="22"/>
        </w:rPr>
        <w:t xml:space="preserve">Alice  </w:t>
      </w:r>
      <w:r>
        <w:rPr>
          <w:rFonts w:ascii="Arial" w:hAnsi="Arial"/>
          <w:color w:val="5D7284"/>
          <w:sz w:val="22"/>
        </w:rPr>
        <w:t>40:01</w:t>
      </w:r>
    </w:p>
    <w:p>
      <w:pPr>
        <w:spacing w:after="0"/>
      </w:pPr>
      <w:r>
        <w:rPr>
          <w:rFonts w:ascii="Arial" w:hAnsi="Arial"/>
          <w:sz w:val="22"/>
        </w:rPr>
        <w:t>So they started off with just four dogs trained in their first year. Guide Dogs Association, as it is now called, has now trained. Oh, so it's become the largest breeder of assistance dogs in the world,</w:t>
      </w:r>
    </w:p>
    <w:p>
      <w:pPr>
        <w:spacing w:after="0"/>
      </w:pPr>
    </w:p>
    <w:p>
      <w:pPr>
        <w:spacing w:after="0"/>
      </w:pPr>
      <w:r>
        <w:rPr>
          <w:rFonts w:ascii="Arial" w:hAnsi="Arial"/>
          <w:b/>
          <w:sz w:val="22"/>
        </w:rPr>
        <w:t xml:space="preserve">Lucy  </w:t>
      </w:r>
      <w:r>
        <w:rPr>
          <w:rFonts w:ascii="Arial" w:hAnsi="Arial"/>
          <w:color w:val="5D7284"/>
          <w:sz w:val="22"/>
        </w:rPr>
        <w:t>40:21</w:t>
      </w:r>
    </w:p>
    <w:p>
      <w:pPr>
        <w:spacing w:after="0"/>
      </w:pPr>
      <w:r>
        <w:rPr>
          <w:rFonts w:ascii="Arial" w:hAnsi="Arial"/>
          <w:sz w:val="22"/>
        </w:rPr>
        <w:t>Yes, come on!</w:t>
      </w:r>
    </w:p>
    <w:p>
      <w:pPr>
        <w:spacing w:after="0"/>
      </w:pPr>
    </w:p>
    <w:p>
      <w:pPr>
        <w:spacing w:after="0"/>
      </w:pPr>
      <w:r>
        <w:rPr>
          <w:rFonts w:ascii="Arial" w:hAnsi="Arial"/>
          <w:b/>
          <w:sz w:val="22"/>
        </w:rPr>
        <w:t xml:space="preserve">Alice  </w:t>
      </w:r>
      <w:r>
        <w:rPr>
          <w:rFonts w:ascii="Arial" w:hAnsi="Arial"/>
          <w:color w:val="5D7284"/>
          <w:sz w:val="22"/>
        </w:rPr>
        <w:t>40:22</w:t>
      </w:r>
    </w:p>
    <w:p>
      <w:pPr>
        <w:spacing w:after="0"/>
      </w:pPr>
      <w:r>
        <w:rPr>
          <w:rFonts w:ascii="Arial" w:hAnsi="Arial"/>
          <w:sz w:val="22"/>
        </w:rPr>
        <w:t>They provide dogs to other charities internationally that and they are the like the a world leader in training and research into genetics and development for dogs</w:t>
      </w:r>
    </w:p>
    <w:p>
      <w:pPr>
        <w:spacing w:after="0"/>
      </w:pPr>
    </w:p>
    <w:p>
      <w:pPr>
        <w:spacing w:after="0"/>
      </w:pPr>
      <w:r>
        <w:rPr>
          <w:rFonts w:ascii="Arial" w:hAnsi="Arial"/>
          <w:b/>
          <w:sz w:val="22"/>
        </w:rPr>
        <w:t xml:space="preserve">Alice  </w:t>
      </w:r>
      <w:r>
        <w:rPr>
          <w:rFonts w:ascii="Arial" w:hAnsi="Arial"/>
          <w:color w:val="5D7284"/>
          <w:sz w:val="22"/>
        </w:rPr>
        <w:t>40:23</w:t>
      </w:r>
    </w:p>
    <w:p>
      <w:pPr>
        <w:spacing w:after="0"/>
      </w:pPr>
      <w:r>
        <w:rPr>
          <w:rFonts w:ascii="Arial" w:hAnsi="Arial"/>
          <w:sz w:val="22"/>
        </w:rPr>
        <w:t>Is this over here, this one over here?</w:t>
      </w:r>
    </w:p>
    <w:p>
      <w:pPr>
        <w:spacing w:after="0"/>
      </w:pPr>
    </w:p>
    <w:p>
      <w:pPr>
        <w:spacing w:after="0"/>
      </w:pPr>
      <w:r>
        <w:rPr>
          <w:rFonts w:ascii="Arial" w:hAnsi="Arial"/>
          <w:b/>
          <w:sz w:val="22"/>
        </w:rPr>
        <w:t xml:space="preserve">Alice  </w:t>
      </w:r>
      <w:r>
        <w:rPr>
          <w:rFonts w:ascii="Arial" w:hAnsi="Arial"/>
          <w:color w:val="5D7284"/>
          <w:sz w:val="22"/>
        </w:rPr>
        <w:t>40:46</w:t>
      </w:r>
    </w:p>
    <w:p>
      <w:pPr>
        <w:spacing w:after="0"/>
      </w:pPr>
      <w:r>
        <w:rPr>
          <w:rFonts w:ascii="Arial" w:hAnsi="Arial"/>
          <w:sz w:val="22"/>
        </w:rPr>
        <w:t>Yep, yep. So guide dogs association is the UK one, starting with just as I said, four in their first year in 1931 guide dogs has since trained 36,000 dogs. That's 36 36,000 people. Which is you? Would you? So if you think that on average, a working dog would work from the age of about two to maybe, like 8/9/10, and obviously, you know you can, you can have a dog from the age of 18. I found a stat somewhere that says an average person has about four, sometimes many as like six or seven dogs in their lifetime. Wow. So 36,000 people, times like times four dogs is maths I can't do.</w:t>
      </w:r>
    </w:p>
    <w:p>
      <w:pPr>
        <w:spacing w:after="0"/>
      </w:pPr>
    </w:p>
    <w:p>
      <w:pPr>
        <w:spacing w:after="0"/>
      </w:pPr>
      <w:r>
        <w:rPr>
          <w:rFonts w:ascii="Arial" w:hAnsi="Arial"/>
          <w:b/>
          <w:sz w:val="22"/>
        </w:rPr>
        <w:t xml:space="preserve">Lucy  </w:t>
      </w:r>
      <w:r>
        <w:rPr>
          <w:rFonts w:ascii="Arial" w:hAnsi="Arial"/>
          <w:color w:val="5D7284"/>
          <w:sz w:val="22"/>
        </w:rPr>
        <w:t>41:46</w:t>
      </w:r>
    </w:p>
    <w:p>
      <w:pPr>
        <w:spacing w:after="0"/>
      </w:pPr>
      <w:r>
        <w:rPr>
          <w:rFonts w:ascii="Arial" w:hAnsi="Arial"/>
          <w:sz w:val="22"/>
        </w:rPr>
        <w:t>No, I can't do, don't ask me. I can't even put dates in the calendar right, to be honest.</w:t>
      </w:r>
    </w:p>
    <w:p>
      <w:pPr>
        <w:spacing w:after="0"/>
      </w:pPr>
    </w:p>
    <w:p>
      <w:pPr>
        <w:spacing w:after="0"/>
      </w:pPr>
      <w:r>
        <w:rPr>
          <w:rFonts w:ascii="Arial" w:hAnsi="Arial"/>
          <w:b/>
          <w:sz w:val="22"/>
        </w:rPr>
        <w:t xml:space="preserve">Alice  </w:t>
      </w:r>
      <w:r>
        <w:rPr>
          <w:rFonts w:ascii="Arial" w:hAnsi="Arial"/>
          <w:color w:val="5D7284"/>
          <w:sz w:val="22"/>
        </w:rPr>
        <w:t>41:55</w:t>
      </w:r>
    </w:p>
    <w:p>
      <w:pPr>
        <w:spacing w:after="0"/>
      </w:pPr>
      <w:r>
        <w:rPr>
          <w:rFonts w:ascii="Arial" w:hAnsi="Arial"/>
          <w:sz w:val="22"/>
        </w:rPr>
        <w:t>So they were originally just providing dogs for service men who had lost their sight in the war. Guide Dogs now. They now provide dogs for children who are not old, and so you have to be 18 to have dog. So they provide buddy dogs for visually impaired children to support with confidence and get them used to having a dog around to kind but they don't do the guiding and the orientation stuff</w:t>
      </w:r>
    </w:p>
    <w:p>
      <w:pPr>
        <w:spacing w:after="0"/>
      </w:pPr>
    </w:p>
    <w:p>
      <w:pPr>
        <w:spacing w:after="0"/>
      </w:pPr>
      <w:r>
        <w:rPr>
          <w:rFonts w:ascii="Arial" w:hAnsi="Arial"/>
          <w:b/>
          <w:sz w:val="22"/>
        </w:rPr>
        <w:t xml:space="preserve">Lucy  </w:t>
      </w:r>
      <w:r>
        <w:rPr>
          <w:rFonts w:ascii="Arial" w:hAnsi="Arial"/>
          <w:color w:val="5D7284"/>
          <w:sz w:val="22"/>
        </w:rPr>
        <w:t>42:25</w:t>
      </w:r>
    </w:p>
    <w:p>
      <w:pPr>
        <w:spacing w:after="0"/>
      </w:pPr>
      <w:r>
        <w:rPr>
          <w:rFonts w:ascii="Arial" w:hAnsi="Arial"/>
          <w:sz w:val="22"/>
        </w:rPr>
        <w:t>No, no, but that's nice, and I suppose that helps that anxiety as well. Growing up with, like, a blindness or difference, being able to have a dog there to, like, manage anxiety and things like, I imagine</w:t>
      </w:r>
    </w:p>
    <w:p>
      <w:pPr>
        <w:spacing w:after="0"/>
      </w:pPr>
    </w:p>
    <w:p>
      <w:pPr>
        <w:spacing w:after="0"/>
      </w:pPr>
      <w:r>
        <w:rPr>
          <w:rFonts w:ascii="Arial" w:hAnsi="Arial"/>
          <w:b/>
          <w:sz w:val="22"/>
        </w:rPr>
        <w:t xml:space="preserve">Alice  </w:t>
      </w:r>
      <w:r>
        <w:rPr>
          <w:rFonts w:ascii="Arial" w:hAnsi="Arial"/>
          <w:color w:val="5D7284"/>
          <w:sz w:val="22"/>
        </w:rPr>
        <w:t>42:40</w:t>
      </w:r>
    </w:p>
    <w:p>
      <w:pPr>
        <w:spacing w:after="0"/>
      </w:pPr>
      <w:r>
        <w:rPr>
          <w:rFonts w:ascii="Arial" w:hAnsi="Arial"/>
          <w:sz w:val="22"/>
        </w:rPr>
        <w:t>I would say that the the biggest difference that having a dog makes to me is not the physical safety of orientation, but the emotional safety of feeling though I've got a supportive partner with me wherever I go</w:t>
      </w:r>
    </w:p>
    <w:p>
      <w:pPr>
        <w:spacing w:after="0"/>
      </w:pPr>
    </w:p>
    <w:p>
      <w:pPr>
        <w:spacing w:after="0"/>
      </w:pPr>
      <w:r>
        <w:rPr>
          <w:rFonts w:ascii="Arial" w:hAnsi="Arial"/>
          <w:b/>
          <w:sz w:val="22"/>
        </w:rPr>
        <w:t xml:space="preserve">Lucy  </w:t>
      </w:r>
      <w:r>
        <w:rPr>
          <w:rFonts w:ascii="Arial" w:hAnsi="Arial"/>
          <w:color w:val="5D7284"/>
          <w:sz w:val="22"/>
        </w:rPr>
        <w:t>42:59</w:t>
      </w:r>
    </w:p>
    <w:p>
      <w:pPr>
        <w:spacing w:after="0"/>
      </w:pPr>
      <w:r>
        <w:rPr>
          <w:rFonts w:ascii="Arial" w:hAnsi="Arial"/>
          <w:sz w:val="22"/>
        </w:rPr>
        <w:t>Yeah, I get that</w:t>
      </w:r>
    </w:p>
    <w:p>
      <w:pPr>
        <w:spacing w:after="0"/>
      </w:pPr>
    </w:p>
    <w:p>
      <w:pPr>
        <w:spacing w:after="0"/>
      </w:pPr>
      <w:r>
        <w:rPr>
          <w:rFonts w:ascii="Arial" w:hAnsi="Arial"/>
          <w:b/>
          <w:sz w:val="22"/>
        </w:rPr>
        <w:t xml:space="preserve">Alice  </w:t>
      </w:r>
      <w:r>
        <w:rPr>
          <w:rFonts w:ascii="Arial" w:hAnsi="Arial"/>
          <w:color w:val="5D7284"/>
          <w:sz w:val="22"/>
        </w:rPr>
        <w:t>43:02</w:t>
      </w:r>
    </w:p>
    <w:p>
      <w:pPr>
        <w:spacing w:after="0"/>
      </w:pPr>
      <w:r>
        <w:rPr>
          <w:rFonts w:ascii="Arial" w:hAnsi="Arial"/>
          <w:sz w:val="22"/>
        </w:rPr>
        <w:t>They breed about 1000 new assistance dogs a year, but obviously it's not as many. They don't all stay within guide dogs.</w:t>
      </w:r>
    </w:p>
    <w:p>
      <w:pPr>
        <w:spacing w:after="0"/>
      </w:pPr>
    </w:p>
    <w:p>
      <w:pPr>
        <w:spacing w:after="0"/>
      </w:pPr>
      <w:r>
        <w:rPr>
          <w:rFonts w:ascii="Arial" w:hAnsi="Arial"/>
          <w:b/>
          <w:sz w:val="22"/>
        </w:rPr>
        <w:t xml:space="preserve">Lucy  </w:t>
      </w:r>
      <w:r>
        <w:rPr>
          <w:rFonts w:ascii="Arial" w:hAnsi="Arial"/>
          <w:color w:val="5D7284"/>
          <w:sz w:val="22"/>
        </w:rPr>
        <w:t>43:11</w:t>
      </w:r>
    </w:p>
    <w:p>
      <w:pPr>
        <w:spacing w:after="0"/>
      </w:pPr>
      <w:r>
        <w:rPr>
          <w:rFonts w:ascii="Arial" w:hAnsi="Arial"/>
          <w:sz w:val="22"/>
        </w:rPr>
        <w:t>That's amazing.</w:t>
      </w:r>
    </w:p>
    <w:p>
      <w:pPr>
        <w:spacing w:after="0"/>
      </w:pPr>
    </w:p>
    <w:p>
      <w:pPr>
        <w:spacing w:after="0"/>
      </w:pPr>
      <w:r>
        <w:rPr>
          <w:rFonts w:ascii="Arial" w:hAnsi="Arial"/>
          <w:b/>
          <w:sz w:val="22"/>
        </w:rPr>
        <w:t xml:space="preserve">Alice  </w:t>
      </w:r>
      <w:r>
        <w:rPr>
          <w:rFonts w:ascii="Arial" w:hAnsi="Arial"/>
          <w:color w:val="5D7284"/>
          <w:sz w:val="22"/>
        </w:rPr>
        <w:t>43:12</w:t>
      </w:r>
    </w:p>
    <w:p>
      <w:pPr>
        <w:spacing w:after="0"/>
      </w:pPr>
      <w:r>
        <w:rPr>
          <w:rFonts w:ascii="Arial" w:hAnsi="Arial"/>
          <w:sz w:val="22"/>
        </w:rPr>
        <w:t>Yeah, so that's, that's guide dogs, Daisy. I think you so. I tried to do a little bit of research on sort of generally assistance dogs, but I think you were going to talk to us a little bit about other kinds of assistance dogs.</w:t>
      </w:r>
    </w:p>
    <w:p>
      <w:pPr>
        <w:spacing w:after="0"/>
      </w:pPr>
    </w:p>
    <w:p>
      <w:pPr>
        <w:spacing w:after="0"/>
      </w:pPr>
      <w:r>
        <w:rPr>
          <w:rFonts w:ascii="Arial" w:hAnsi="Arial"/>
          <w:b/>
          <w:sz w:val="22"/>
        </w:rPr>
        <w:t xml:space="preserve">Daisy  </w:t>
      </w:r>
      <w:r>
        <w:rPr>
          <w:rFonts w:ascii="Arial" w:hAnsi="Arial"/>
          <w:color w:val="5D7284"/>
          <w:sz w:val="22"/>
        </w:rPr>
        <w:t>43:27</w:t>
      </w:r>
    </w:p>
    <w:p>
      <w:pPr>
        <w:spacing w:after="0"/>
      </w:pPr>
      <w:r>
        <w:rPr>
          <w:rFonts w:ascii="Arial" w:hAnsi="Arial"/>
          <w:sz w:val="22"/>
        </w:rPr>
        <w:t>Yes</w:t>
      </w:r>
    </w:p>
    <w:p>
      <w:pPr>
        <w:spacing w:after="0"/>
      </w:pPr>
    </w:p>
    <w:p>
      <w:pPr>
        <w:spacing w:after="0"/>
      </w:pPr>
      <w:r>
        <w:rPr>
          <w:rFonts w:ascii="Arial" w:hAnsi="Arial"/>
          <w:b/>
          <w:sz w:val="22"/>
        </w:rPr>
        <w:t xml:space="preserve">Lucy  </w:t>
      </w:r>
      <w:r>
        <w:rPr>
          <w:rFonts w:ascii="Arial" w:hAnsi="Arial"/>
          <w:color w:val="5D7284"/>
          <w:sz w:val="22"/>
        </w:rPr>
        <w:t>43:28</w:t>
      </w:r>
    </w:p>
    <w:p>
      <w:pPr>
        <w:spacing w:after="0"/>
      </w:pPr>
      <w:r>
        <w:rPr>
          <w:rFonts w:ascii="Arial" w:hAnsi="Arial"/>
          <w:sz w:val="22"/>
        </w:rPr>
        <w:t xml:space="preserve">Because there's dogs that there's dogs that can help you, like, get the washing out the washing machine, take your socks off, that kind of thing. </w:t>
      </w:r>
    </w:p>
    <w:p>
      <w:pPr>
        <w:spacing w:after="0"/>
      </w:pPr>
    </w:p>
    <w:p>
      <w:pPr>
        <w:spacing w:after="0"/>
      </w:pPr>
      <w:r>
        <w:rPr>
          <w:rFonts w:ascii="Arial" w:hAnsi="Arial"/>
          <w:b/>
          <w:sz w:val="22"/>
        </w:rPr>
        <w:t xml:space="preserve">Daisy  </w:t>
      </w:r>
      <w:r>
        <w:rPr>
          <w:rFonts w:ascii="Arial" w:hAnsi="Arial"/>
          <w:color w:val="5D7284"/>
          <w:sz w:val="22"/>
        </w:rPr>
        <w:t>43:37</w:t>
      </w:r>
    </w:p>
    <w:p>
      <w:pPr>
        <w:spacing w:after="0"/>
      </w:pPr>
      <w:r>
        <w:rPr>
          <w:rFonts w:ascii="Arial" w:hAnsi="Arial"/>
          <w:sz w:val="22"/>
        </w:rPr>
        <w:t>I don't think I've covered those specifically.</w:t>
      </w:r>
    </w:p>
    <w:p>
      <w:pPr>
        <w:spacing w:after="0"/>
      </w:pPr>
    </w:p>
    <w:p>
      <w:pPr>
        <w:spacing w:after="0"/>
      </w:pPr>
      <w:r>
        <w:rPr>
          <w:rFonts w:ascii="Arial" w:hAnsi="Arial"/>
          <w:b/>
          <w:sz w:val="22"/>
        </w:rPr>
        <w:t xml:space="preserve">Lucy  </w:t>
      </w:r>
      <w:r>
        <w:rPr>
          <w:rFonts w:ascii="Arial" w:hAnsi="Arial"/>
          <w:color w:val="5D7284"/>
          <w:sz w:val="22"/>
        </w:rPr>
        <w:t>43:40</w:t>
      </w:r>
    </w:p>
    <w:p>
      <w:pPr>
        <w:spacing w:after="0"/>
      </w:pPr>
      <w:r>
        <w:rPr>
          <w:rFonts w:ascii="Arial" w:hAnsi="Arial"/>
          <w:sz w:val="22"/>
        </w:rPr>
        <w:t>Well, I don't actually know what kind of assistance dog they're called. Can you take your sock off dog? I don't know</w:t>
      </w:r>
    </w:p>
    <w:p>
      <w:pPr>
        <w:spacing w:after="0"/>
      </w:pPr>
    </w:p>
    <w:p>
      <w:pPr>
        <w:spacing w:after="0"/>
      </w:pPr>
      <w:r>
        <w:rPr>
          <w:rFonts w:ascii="Arial" w:hAnsi="Arial"/>
          <w:b/>
          <w:sz w:val="22"/>
        </w:rPr>
        <w:t xml:space="preserve">Alice  </w:t>
      </w:r>
      <w:r>
        <w:rPr>
          <w:rFonts w:ascii="Arial" w:hAnsi="Arial"/>
          <w:color w:val="5D7284"/>
          <w:sz w:val="22"/>
        </w:rPr>
        <w:t>43:48</w:t>
      </w:r>
    </w:p>
    <w:p>
      <w:pPr>
        <w:spacing w:after="0"/>
      </w:pPr>
      <w:r>
        <w:rPr>
          <w:rFonts w:ascii="Arial" w:hAnsi="Arial"/>
          <w:sz w:val="22"/>
        </w:rPr>
        <w:t>I think the charity dogs for good. I think they used to be called dogs for the disabled dogs for good. Do, yeah, that sort of work. And there's, obviously, there's Hearing Dogs as well. There's all sorts of, all sorts of assistance dogs out there now,</w:t>
      </w:r>
    </w:p>
    <w:p>
      <w:pPr>
        <w:spacing w:after="0"/>
      </w:pPr>
    </w:p>
    <w:p>
      <w:pPr>
        <w:spacing w:after="0"/>
      </w:pPr>
      <w:r>
        <w:rPr>
          <w:rFonts w:ascii="Arial" w:hAnsi="Arial"/>
          <w:b/>
          <w:sz w:val="22"/>
        </w:rPr>
        <w:t xml:space="preserve">Lucy  </w:t>
      </w:r>
      <w:r>
        <w:rPr>
          <w:rFonts w:ascii="Arial" w:hAnsi="Arial"/>
          <w:color w:val="5D7284"/>
          <w:sz w:val="22"/>
        </w:rPr>
        <w:t>44:01</w:t>
      </w:r>
    </w:p>
    <w:p>
      <w:pPr>
        <w:spacing w:after="0"/>
      </w:pPr>
      <w:r>
        <w:rPr>
          <w:rFonts w:ascii="Arial" w:hAnsi="Arial"/>
          <w:sz w:val="22"/>
        </w:rPr>
        <w:t>like anxiety dogs now, as well, dogs for autism and stuff like that.</w:t>
      </w:r>
    </w:p>
    <w:p>
      <w:pPr>
        <w:spacing w:after="0"/>
      </w:pPr>
    </w:p>
    <w:p>
      <w:pPr>
        <w:spacing w:after="0"/>
      </w:pPr>
      <w:r>
        <w:rPr>
          <w:rFonts w:ascii="Arial" w:hAnsi="Arial"/>
          <w:b/>
          <w:sz w:val="22"/>
        </w:rPr>
        <w:t xml:space="preserve">Alice  </w:t>
      </w:r>
      <w:r>
        <w:rPr>
          <w:rFonts w:ascii="Arial" w:hAnsi="Arial"/>
          <w:color w:val="5D7284"/>
          <w:sz w:val="22"/>
        </w:rPr>
        <w:t>44:08</w:t>
      </w:r>
    </w:p>
    <w:p>
      <w:pPr>
        <w:spacing w:after="0"/>
      </w:pPr>
      <w:r>
        <w:rPr>
          <w:rFonts w:ascii="Arial" w:hAnsi="Arial"/>
          <w:sz w:val="22"/>
        </w:rPr>
        <w:t>So, so, yeah, dogs for autism and so there are certain I wrote a whole article about this for our bonus content ages ago, but there are only certain dogs can be recognised as assistance dogs, and therefore are covered by the Equality Act. So they have to come from, they have to be registered with one of, I think it's only six or eight assistance dogs. This is in the UK, assistance dogs agencies, if I remember correctly, generally, like there are autism support dogs, but in people who have a jacket for their dog that says emotional support dog, unless it's got branding, like a branded, you know, a. And jacket dogs for good, or Darwin dogs, or whatever the organization is, it might just be a jacket they bought off the internet and put on their pet dog. So okay, and though, and those dogs, those dogs obviously aren't covered by the Equality Act, only assistance dogs that are registered with the what's it called, assistance dogs Association, I think</w:t>
      </w:r>
    </w:p>
    <w:p>
      <w:pPr>
        <w:spacing w:after="0"/>
      </w:pPr>
    </w:p>
    <w:p>
      <w:pPr>
        <w:spacing w:after="0"/>
      </w:pPr>
      <w:r>
        <w:rPr>
          <w:rFonts w:ascii="Arial" w:hAnsi="Arial"/>
          <w:b/>
          <w:sz w:val="22"/>
        </w:rPr>
        <w:t xml:space="preserve">Lucy  </w:t>
      </w:r>
      <w:r>
        <w:rPr>
          <w:rFonts w:ascii="Arial" w:hAnsi="Arial"/>
          <w:color w:val="5D7284"/>
          <w:sz w:val="22"/>
        </w:rPr>
        <w:t>45:22</w:t>
      </w:r>
    </w:p>
    <w:p>
      <w:pPr>
        <w:spacing w:after="0"/>
      </w:pPr>
      <w:r>
        <w:rPr>
          <w:rFonts w:ascii="Arial" w:hAnsi="Arial"/>
          <w:sz w:val="22"/>
        </w:rPr>
        <w:t>that's a very important point. Alice, thank you for that.</w:t>
      </w:r>
    </w:p>
    <w:p>
      <w:pPr>
        <w:spacing w:after="0"/>
      </w:pPr>
    </w:p>
    <w:p>
      <w:pPr>
        <w:spacing w:after="0"/>
      </w:pPr>
      <w:r>
        <w:rPr>
          <w:rFonts w:ascii="Arial" w:hAnsi="Arial"/>
          <w:b/>
          <w:sz w:val="22"/>
        </w:rPr>
        <w:t xml:space="preserve">Daisy  </w:t>
      </w:r>
      <w:r>
        <w:rPr>
          <w:rFonts w:ascii="Arial" w:hAnsi="Arial"/>
          <w:color w:val="5D7284"/>
          <w:sz w:val="22"/>
        </w:rPr>
        <w:t>45:25</w:t>
      </w:r>
    </w:p>
    <w:p>
      <w:pPr>
        <w:spacing w:after="0"/>
      </w:pPr>
      <w:r>
        <w:rPr>
          <w:rFonts w:ascii="Arial" w:hAnsi="Arial"/>
          <w:sz w:val="22"/>
        </w:rPr>
        <w:t>Yes and there are, there are a lot of people who try and quote American laws, yeah, yes for Yeah, why their dog should be allowed inside a shop, for example, and what people are allowed to ask them about their dog, right? Yeah.</w:t>
      </w:r>
    </w:p>
    <w:p>
      <w:pPr>
        <w:spacing w:after="0"/>
      </w:pPr>
    </w:p>
    <w:p>
      <w:pPr>
        <w:spacing w:after="0"/>
      </w:pPr>
      <w:r>
        <w:rPr>
          <w:rFonts w:ascii="Arial" w:hAnsi="Arial"/>
          <w:b/>
          <w:sz w:val="22"/>
        </w:rPr>
        <w:t xml:space="preserve">Alice  </w:t>
      </w:r>
      <w:r>
        <w:rPr>
          <w:rFonts w:ascii="Arial" w:hAnsi="Arial"/>
          <w:color w:val="5D7284"/>
          <w:sz w:val="22"/>
        </w:rPr>
        <w:t>45:41</w:t>
      </w:r>
    </w:p>
    <w:p>
      <w:pPr>
        <w:spacing w:after="0"/>
      </w:pPr>
      <w:r>
        <w:rPr>
          <w:rFonts w:ascii="Arial" w:hAnsi="Arial"/>
          <w:sz w:val="22"/>
        </w:rPr>
        <w:t>A lot of people will be like, You can't ask me about my dogs. Then that's No, you need to be able to demonstrate this is a register. It's like,</w:t>
      </w:r>
    </w:p>
    <w:p>
      <w:pPr>
        <w:spacing w:after="0"/>
      </w:pPr>
    </w:p>
    <w:p>
      <w:pPr>
        <w:spacing w:after="0"/>
      </w:pPr>
      <w:r>
        <w:rPr>
          <w:rFonts w:ascii="Arial" w:hAnsi="Arial"/>
          <w:b/>
          <w:sz w:val="22"/>
        </w:rPr>
        <w:t xml:space="preserve">Daisy  </w:t>
      </w:r>
      <w:r>
        <w:rPr>
          <w:rFonts w:ascii="Arial" w:hAnsi="Arial"/>
          <w:color w:val="5D7284"/>
          <w:sz w:val="22"/>
        </w:rPr>
        <w:t>45:50</w:t>
      </w:r>
    </w:p>
    <w:p>
      <w:pPr>
        <w:spacing w:after="0"/>
      </w:pPr>
      <w:r>
        <w:rPr>
          <w:rFonts w:ascii="Arial" w:hAnsi="Arial"/>
          <w:sz w:val="22"/>
        </w:rPr>
        <w:t>yes, like, Yes, I can in this country, yeah. So, yeah. So I've got a little bit on the autism assistance dogs at the end, but it's mainly on seizure alert dogs, which is a much more comparatively recent history than, you know, Guide Dogs for blind people. And then you know the history I tend to cover here. But you know, disability history is often much more recent than Well, we</w:t>
      </w:r>
    </w:p>
    <w:p>
      <w:pPr>
        <w:spacing w:after="0"/>
      </w:pPr>
    </w:p>
    <w:p>
      <w:pPr>
        <w:spacing w:after="0"/>
      </w:pPr>
      <w:r>
        <w:rPr>
          <w:rFonts w:ascii="Arial" w:hAnsi="Arial"/>
          <w:b/>
          <w:sz w:val="22"/>
        </w:rPr>
        <w:t xml:space="preserve">Alice  </w:t>
      </w:r>
      <w:r>
        <w:rPr>
          <w:rFonts w:ascii="Arial" w:hAnsi="Arial"/>
          <w:color w:val="5D7284"/>
          <w:sz w:val="22"/>
        </w:rPr>
        <w:t>46:22</w:t>
      </w:r>
    </w:p>
    <w:p>
      <w:pPr>
        <w:spacing w:after="0"/>
      </w:pPr>
      <w:r>
        <w:rPr>
          <w:rFonts w:ascii="Arial" w:hAnsi="Arial"/>
          <w:sz w:val="22"/>
        </w:rPr>
        <w:t>didn't exist before, before, like 1997 did we?</w:t>
      </w:r>
    </w:p>
    <w:p>
      <w:pPr>
        <w:spacing w:after="0"/>
      </w:pPr>
    </w:p>
    <w:p>
      <w:pPr>
        <w:spacing w:after="0"/>
      </w:pPr>
      <w:r>
        <w:rPr>
          <w:rFonts w:ascii="Arial" w:hAnsi="Arial"/>
          <w:b/>
          <w:sz w:val="22"/>
        </w:rPr>
        <w:t xml:space="preserve">Alice  </w:t>
      </w:r>
      <w:r>
        <w:rPr>
          <w:rFonts w:ascii="Arial" w:hAnsi="Arial"/>
          <w:color w:val="5D7284"/>
          <w:sz w:val="22"/>
        </w:rPr>
        <w:t>46:26</w:t>
      </w:r>
    </w:p>
    <w:p>
      <w:pPr>
        <w:spacing w:after="0"/>
      </w:pPr>
      <w:r>
        <w:rPr>
          <w:rFonts w:ascii="Arial" w:hAnsi="Arial"/>
          <w:sz w:val="22"/>
        </w:rPr>
        <w:t>So? No, no, we just popped up.</w:t>
      </w:r>
    </w:p>
    <w:p>
      <w:pPr>
        <w:spacing w:after="0"/>
      </w:pPr>
    </w:p>
    <w:p>
      <w:pPr>
        <w:spacing w:after="0"/>
      </w:pPr>
      <w:r>
        <w:rPr>
          <w:rFonts w:ascii="Arial" w:hAnsi="Arial"/>
          <w:b/>
          <w:sz w:val="22"/>
        </w:rPr>
        <w:t xml:space="preserve">Lucy  </w:t>
      </w:r>
      <w:r>
        <w:rPr>
          <w:rFonts w:ascii="Arial" w:hAnsi="Arial"/>
          <w:color w:val="5D7284"/>
          <w:sz w:val="22"/>
        </w:rPr>
        <w:t>46:30</w:t>
      </w:r>
    </w:p>
    <w:p>
      <w:pPr>
        <w:spacing w:after="0"/>
      </w:pPr>
      <w:r>
        <w:rPr>
          <w:rFonts w:ascii="Arial" w:hAnsi="Arial"/>
          <w:sz w:val="22"/>
        </w:rPr>
        <w:t>Popped up, very angry and cross about everything.</w:t>
      </w:r>
    </w:p>
    <w:p>
      <w:pPr>
        <w:spacing w:after="0"/>
      </w:pPr>
    </w:p>
    <w:p>
      <w:pPr>
        <w:spacing w:after="0"/>
      </w:pPr>
      <w:r>
        <w:rPr>
          <w:rFonts w:ascii="Arial" w:hAnsi="Arial"/>
          <w:b/>
          <w:sz w:val="22"/>
        </w:rPr>
        <w:t xml:space="preserve">Daisy  </w:t>
      </w:r>
      <w:r>
        <w:rPr>
          <w:rFonts w:ascii="Arial" w:hAnsi="Arial"/>
          <w:color w:val="5D7284"/>
          <w:sz w:val="22"/>
        </w:rPr>
        <w:t>46:33</w:t>
      </w:r>
    </w:p>
    <w:p>
      <w:pPr>
        <w:spacing w:after="0"/>
      </w:pPr>
      <w:r>
        <w:rPr>
          <w:rFonts w:ascii="Arial" w:hAnsi="Arial"/>
          <w:sz w:val="22"/>
        </w:rPr>
        <w:t>Two years after the Disability Discrimination Act. It was really confusing. What's the only reason they agreed to it? They didn't think there were any disabled people that were actually gonna need it out. So yeah, so there have been reports and studies about seizure alert docs that have been published since kind of the 1980s that's probably when you get the first, like, official things being like, Hmm, I think this dog can do this thing. But, like, realistically, people will have noticed that their dog has an ability to detect when they're going to have a seizure for, you know, decades. So there's a guy from San Francisco called James Maask, I believe, but it's, it's got two as and I never really know what your</w:t>
      </w:r>
    </w:p>
    <w:p>
      <w:pPr>
        <w:spacing w:after="0"/>
      </w:pPr>
    </w:p>
    <w:p>
      <w:pPr>
        <w:spacing w:after="0"/>
      </w:pPr>
      <w:r>
        <w:rPr>
          <w:rFonts w:ascii="Arial" w:hAnsi="Arial"/>
          <w:b/>
          <w:sz w:val="22"/>
        </w:rPr>
        <w:t xml:space="preserve">Lucy  </w:t>
      </w:r>
      <w:r>
        <w:rPr>
          <w:rFonts w:ascii="Arial" w:hAnsi="Arial"/>
          <w:color w:val="5D7284"/>
          <w:sz w:val="22"/>
        </w:rPr>
        <w:t>47:30</w:t>
      </w:r>
    </w:p>
    <w:p>
      <w:pPr>
        <w:spacing w:after="0"/>
      </w:pPr>
      <w:r>
        <w:rPr>
          <w:rFonts w:ascii="Arial" w:hAnsi="Arial"/>
          <w:sz w:val="22"/>
        </w:rPr>
        <w:t>maask. Maaask,</w:t>
      </w:r>
    </w:p>
    <w:p>
      <w:pPr>
        <w:spacing w:after="0"/>
      </w:pPr>
    </w:p>
    <w:p>
      <w:pPr>
        <w:spacing w:after="0"/>
      </w:pPr>
      <w:r>
        <w:rPr>
          <w:rFonts w:ascii="Arial" w:hAnsi="Arial"/>
          <w:b/>
          <w:sz w:val="22"/>
        </w:rPr>
        <w:t xml:space="preserve">Daisy  </w:t>
      </w:r>
      <w:r>
        <w:rPr>
          <w:rFonts w:ascii="Arial" w:hAnsi="Arial"/>
          <w:color w:val="5D7284"/>
          <w:sz w:val="22"/>
        </w:rPr>
        <w:t>47:33</w:t>
      </w:r>
    </w:p>
    <w:p>
      <w:pPr>
        <w:spacing w:after="0"/>
      </w:pPr>
      <w:r>
        <w:rPr>
          <w:rFonts w:ascii="Arial" w:hAnsi="Arial"/>
          <w:sz w:val="22"/>
        </w:rPr>
        <w:t xml:space="preserve">see, he told journalists in 1988 that he discovered his dogs. I've written powers here like it's magic, but I'm </w:t>
      </w:r>
    </w:p>
    <w:p>
      <w:pPr>
        <w:spacing w:after="0"/>
      </w:pPr>
    </w:p>
    <w:p>
      <w:pPr>
        <w:spacing w:after="0"/>
      </w:pPr>
      <w:r>
        <w:rPr>
          <w:rFonts w:ascii="Arial" w:hAnsi="Arial"/>
          <w:b/>
          <w:sz w:val="22"/>
        </w:rPr>
        <w:t xml:space="preserve">Lucy  </w:t>
      </w:r>
      <w:r>
        <w:rPr>
          <w:rFonts w:ascii="Arial" w:hAnsi="Arial"/>
          <w:color w:val="5D7284"/>
          <w:sz w:val="22"/>
        </w:rPr>
        <w:t>47:42</w:t>
      </w:r>
    </w:p>
    <w:p>
      <w:pPr>
        <w:spacing w:after="0"/>
      </w:pPr>
      <w:r>
        <w:rPr>
          <w:rFonts w:ascii="Arial" w:hAnsi="Arial"/>
          <w:sz w:val="22"/>
        </w:rPr>
        <w:t>super dog,</w:t>
      </w:r>
    </w:p>
    <w:p>
      <w:pPr>
        <w:spacing w:after="0"/>
      </w:pPr>
    </w:p>
    <w:p>
      <w:pPr>
        <w:spacing w:after="0"/>
      </w:pPr>
      <w:r>
        <w:rPr>
          <w:rFonts w:ascii="Arial" w:hAnsi="Arial"/>
          <w:b/>
          <w:sz w:val="22"/>
        </w:rPr>
        <w:t xml:space="preserve">Daisy  </w:t>
      </w:r>
      <w:r>
        <w:rPr>
          <w:rFonts w:ascii="Arial" w:hAnsi="Arial"/>
          <w:color w:val="5D7284"/>
          <w:sz w:val="22"/>
        </w:rPr>
        <w:t>47:43</w:t>
      </w:r>
    </w:p>
    <w:p>
      <w:pPr>
        <w:spacing w:after="0"/>
      </w:pPr>
      <w:r>
        <w:rPr>
          <w:rFonts w:ascii="Arial" w:hAnsi="Arial"/>
          <w:sz w:val="22"/>
        </w:rPr>
        <w:t>not what I mean, you know, sure, yeah. But he discovered it by chance as he woke up one morning and his dog, Aggie, started following him around the house and just staring at him.</w:t>
      </w:r>
    </w:p>
    <w:p>
      <w:pPr>
        <w:spacing w:after="0"/>
      </w:pPr>
    </w:p>
    <w:p>
      <w:pPr>
        <w:spacing w:after="0"/>
      </w:pPr>
      <w:r>
        <w:rPr>
          <w:rFonts w:ascii="Arial" w:hAnsi="Arial"/>
          <w:b/>
          <w:sz w:val="22"/>
        </w:rPr>
        <w:t xml:space="preserve">Lucy  </w:t>
      </w:r>
      <w:r>
        <w:rPr>
          <w:rFonts w:ascii="Arial" w:hAnsi="Arial"/>
          <w:color w:val="5D7284"/>
          <w:sz w:val="22"/>
        </w:rPr>
        <w:t>47:59</w:t>
      </w:r>
    </w:p>
    <w:p>
      <w:pPr>
        <w:spacing w:after="0"/>
      </w:pPr>
      <w:r>
        <w:rPr>
          <w:rFonts w:ascii="Arial" w:hAnsi="Arial"/>
          <w:sz w:val="22"/>
        </w:rPr>
        <w:t>Oh, staring, not sniffing him or anything.</w:t>
      </w:r>
    </w:p>
    <w:p>
      <w:pPr>
        <w:spacing w:after="0"/>
      </w:pPr>
    </w:p>
    <w:p>
      <w:pPr>
        <w:spacing w:after="0"/>
      </w:pPr>
      <w:r>
        <w:rPr>
          <w:rFonts w:ascii="Arial" w:hAnsi="Arial"/>
          <w:b/>
          <w:sz w:val="22"/>
        </w:rPr>
        <w:t xml:space="preserve">Alice  </w:t>
      </w:r>
      <w:r>
        <w:rPr>
          <w:rFonts w:ascii="Arial" w:hAnsi="Arial"/>
          <w:color w:val="5D7284"/>
          <w:sz w:val="22"/>
        </w:rPr>
        <w:t>48:01</w:t>
      </w:r>
    </w:p>
    <w:p>
      <w:pPr>
        <w:spacing w:after="0"/>
      </w:pPr>
      <w:r>
        <w:rPr>
          <w:rFonts w:ascii="Arial" w:hAnsi="Arial"/>
          <w:sz w:val="22"/>
        </w:rPr>
        <w:t>My, my, my dog does that. It usually means she needs to do a poo. But, I mean, yeah, maybe he didn't. Maybe tried that and it didn't work, yeah</w:t>
      </w:r>
    </w:p>
    <w:p>
      <w:pPr>
        <w:spacing w:after="0"/>
      </w:pPr>
    </w:p>
    <w:p>
      <w:pPr>
        <w:spacing w:after="0"/>
      </w:pPr>
      <w:r>
        <w:rPr>
          <w:rFonts w:ascii="Arial" w:hAnsi="Arial"/>
          <w:b/>
          <w:sz w:val="22"/>
        </w:rPr>
        <w:t xml:space="preserve">Daisy  </w:t>
      </w:r>
      <w:r>
        <w:rPr>
          <w:rFonts w:ascii="Arial" w:hAnsi="Arial"/>
          <w:color w:val="5D7284"/>
          <w:sz w:val="22"/>
        </w:rPr>
        <w:t>48:09</w:t>
      </w:r>
    </w:p>
    <w:p>
      <w:pPr>
        <w:spacing w:after="0"/>
      </w:pPr>
      <w:r>
        <w:rPr>
          <w:rFonts w:ascii="Arial" w:hAnsi="Arial"/>
          <w:sz w:val="22"/>
        </w:rPr>
        <w:t>He described it as a fixed look.</w:t>
      </w:r>
    </w:p>
    <w:p>
      <w:pPr>
        <w:spacing w:after="0"/>
      </w:pPr>
    </w:p>
    <w:p>
      <w:pPr>
        <w:spacing w:after="0"/>
      </w:pPr>
      <w:r>
        <w:rPr>
          <w:rFonts w:ascii="Arial" w:hAnsi="Arial"/>
          <w:b/>
          <w:sz w:val="22"/>
        </w:rPr>
        <w:t xml:space="preserve">Alice  </w:t>
      </w:r>
      <w:r>
        <w:rPr>
          <w:rFonts w:ascii="Arial" w:hAnsi="Arial"/>
          <w:color w:val="5D7284"/>
          <w:sz w:val="22"/>
        </w:rPr>
        <w:t>48:12</w:t>
      </w:r>
    </w:p>
    <w:p>
      <w:pPr>
        <w:spacing w:after="0"/>
      </w:pPr>
      <w:r>
        <w:rPr>
          <w:rFonts w:ascii="Arial" w:hAnsi="Arial"/>
          <w:sz w:val="22"/>
        </w:rPr>
        <w:t>I again, again, I will take some photos of Dora. She's, it's, it's like, I can see your soul</w:t>
      </w:r>
    </w:p>
    <w:p>
      <w:pPr>
        <w:spacing w:after="0"/>
      </w:pPr>
    </w:p>
    <w:p>
      <w:pPr>
        <w:spacing w:after="0"/>
      </w:pPr>
      <w:r>
        <w:rPr>
          <w:rFonts w:ascii="Arial" w:hAnsi="Arial"/>
          <w:b/>
          <w:sz w:val="22"/>
        </w:rPr>
        <w:t xml:space="preserve">Daisy  </w:t>
      </w:r>
      <w:r>
        <w:rPr>
          <w:rFonts w:ascii="Arial" w:hAnsi="Arial"/>
          <w:color w:val="5D7284"/>
          <w:sz w:val="22"/>
        </w:rPr>
        <w:t>48:20</w:t>
      </w:r>
    </w:p>
    <w:p>
      <w:pPr>
        <w:spacing w:after="0"/>
      </w:pPr>
      <w:r>
        <w:rPr>
          <w:rFonts w:ascii="Arial" w:hAnsi="Arial"/>
          <w:sz w:val="22"/>
        </w:rPr>
        <w:t>So once the dog was kind of following him around, he went back and looked at his like his bed sheets, and saw that they were all ripped and crumpled up, which indicated that he had a seizure in the night, which is what his dog was trying to tell him, being like, you should take it easy today. Okay, come on, sit down. So at the time, someone from the representative of the epilepsy society denied the statement. I don't know how you can deny the statement. Just be like, No, I think my, I think my, yes, I think my dog was able to tell that I had a seizure, no, like, that's not an option</w:t>
      </w:r>
    </w:p>
    <w:p>
      <w:pPr>
        <w:spacing w:after="0"/>
      </w:pPr>
    </w:p>
    <w:p>
      <w:pPr>
        <w:spacing w:after="0"/>
      </w:pPr>
      <w:r>
        <w:rPr>
          <w:rFonts w:ascii="Arial" w:hAnsi="Arial"/>
          <w:b/>
          <w:sz w:val="22"/>
        </w:rPr>
        <w:t xml:space="preserve">Lucy  </w:t>
      </w:r>
      <w:r>
        <w:rPr>
          <w:rFonts w:ascii="Arial" w:hAnsi="Arial"/>
          <w:color w:val="5D7284"/>
          <w:sz w:val="22"/>
        </w:rPr>
        <w:t>49:03</w:t>
      </w:r>
    </w:p>
    <w:p>
      <w:pPr>
        <w:spacing w:after="0"/>
      </w:pPr>
      <w:r>
        <w:rPr>
          <w:rFonts w:ascii="Arial" w:hAnsi="Arial"/>
          <w:sz w:val="22"/>
        </w:rPr>
        <w:t>did not know, did it?</w:t>
      </w:r>
    </w:p>
    <w:p>
      <w:pPr>
        <w:spacing w:after="0"/>
      </w:pPr>
    </w:p>
    <w:p>
      <w:pPr>
        <w:spacing w:after="0"/>
      </w:pPr>
      <w:r>
        <w:rPr>
          <w:rFonts w:ascii="Arial" w:hAnsi="Arial"/>
          <w:b/>
          <w:sz w:val="22"/>
        </w:rPr>
        <w:t xml:space="preserve">Alice  </w:t>
      </w:r>
      <w:r>
        <w:rPr>
          <w:rFonts w:ascii="Arial" w:hAnsi="Arial"/>
          <w:color w:val="5D7284"/>
          <w:sz w:val="22"/>
        </w:rPr>
        <w:t>49:06</w:t>
      </w:r>
    </w:p>
    <w:p>
      <w:pPr>
        <w:spacing w:after="0"/>
      </w:pPr>
      <w:r>
        <w:rPr>
          <w:rFonts w:ascii="Arial" w:hAnsi="Arial"/>
          <w:sz w:val="22"/>
        </w:rPr>
        <w:t>Liar!</w:t>
      </w:r>
    </w:p>
    <w:p>
      <w:pPr>
        <w:spacing w:after="0"/>
      </w:pPr>
    </w:p>
    <w:p>
      <w:pPr>
        <w:spacing w:after="0"/>
      </w:pPr>
      <w:r>
        <w:rPr>
          <w:rFonts w:ascii="Arial" w:hAnsi="Arial"/>
          <w:b/>
          <w:sz w:val="22"/>
        </w:rPr>
        <w:t xml:space="preserve">Daisy  </w:t>
      </w:r>
      <w:r>
        <w:rPr>
          <w:rFonts w:ascii="Arial" w:hAnsi="Arial"/>
          <w:color w:val="5D7284"/>
          <w:sz w:val="22"/>
        </w:rPr>
        <w:t>49:10</w:t>
      </w:r>
    </w:p>
    <w:p>
      <w:pPr>
        <w:spacing w:after="0"/>
      </w:pPr>
      <w:r>
        <w:rPr>
          <w:rFonts w:ascii="Arial" w:hAnsi="Arial"/>
          <w:sz w:val="22"/>
        </w:rPr>
        <w:t>Yeah, they started doing some, I mean, not the epilepsy society, but scientists started doing some small scale research, figuring out whether certain dogs could detect seizures in like the 90s and 2000s which involved 63 individuals with epilepsy, answering, answering a survey,</w:t>
      </w:r>
    </w:p>
    <w:p>
      <w:pPr>
        <w:spacing w:after="0"/>
      </w:pPr>
    </w:p>
    <w:p>
      <w:pPr>
        <w:spacing w:after="0"/>
      </w:pPr>
      <w:r>
        <w:rPr>
          <w:rFonts w:ascii="Arial" w:hAnsi="Arial"/>
          <w:b/>
          <w:sz w:val="22"/>
        </w:rPr>
        <w:t xml:space="preserve">Lucy  </w:t>
      </w:r>
      <w:r>
        <w:rPr>
          <w:rFonts w:ascii="Arial" w:hAnsi="Arial"/>
          <w:color w:val="5D7284"/>
          <w:sz w:val="22"/>
        </w:rPr>
        <w:t>49:32</w:t>
      </w:r>
    </w:p>
    <w:p>
      <w:pPr>
        <w:spacing w:after="0"/>
      </w:pPr>
      <w:r>
        <w:rPr>
          <w:rFonts w:ascii="Arial" w:hAnsi="Arial"/>
          <w:sz w:val="22"/>
        </w:rPr>
        <w:t xml:space="preserve">63 is that all? </w:t>
      </w:r>
    </w:p>
    <w:p>
      <w:pPr>
        <w:spacing w:after="0"/>
      </w:pPr>
    </w:p>
    <w:p>
      <w:pPr>
        <w:spacing w:after="0"/>
      </w:pPr>
      <w:r>
        <w:rPr>
          <w:rFonts w:ascii="Arial" w:hAnsi="Arial"/>
          <w:b/>
          <w:sz w:val="22"/>
        </w:rPr>
        <w:t xml:space="preserve">Daisy  </w:t>
      </w:r>
      <w:r>
        <w:rPr>
          <w:rFonts w:ascii="Arial" w:hAnsi="Arial"/>
          <w:color w:val="5D7284"/>
          <w:sz w:val="22"/>
        </w:rPr>
        <w:t>49:35</w:t>
      </w:r>
    </w:p>
    <w:p>
      <w:pPr>
        <w:spacing w:after="0"/>
      </w:pPr>
      <w:r>
        <w:rPr>
          <w:rFonts w:ascii="Arial" w:hAnsi="Arial"/>
          <w:sz w:val="22"/>
        </w:rPr>
        <w:t>Yeah. But like, for a first, for the first piece of published research</w:t>
      </w:r>
    </w:p>
    <w:p>
      <w:pPr>
        <w:spacing w:after="0"/>
      </w:pPr>
    </w:p>
    <w:p>
      <w:pPr>
        <w:spacing w:after="0"/>
      </w:pPr>
      <w:r>
        <w:rPr>
          <w:rFonts w:ascii="Arial" w:hAnsi="Arial"/>
          <w:b/>
          <w:sz w:val="22"/>
        </w:rPr>
        <w:t xml:space="preserve">Lucy  </w:t>
      </w:r>
      <w:r>
        <w:rPr>
          <w:rFonts w:ascii="Arial" w:hAnsi="Arial"/>
          <w:color w:val="5D7284"/>
          <w:sz w:val="22"/>
        </w:rPr>
        <w:t>49:40</w:t>
      </w:r>
    </w:p>
    <w:p>
      <w:pPr>
        <w:spacing w:after="0"/>
      </w:pPr>
      <w:r>
        <w:rPr>
          <w:rFonts w:ascii="Arial" w:hAnsi="Arial"/>
          <w:sz w:val="22"/>
        </w:rPr>
        <w:t>That's quite good, is it? Yeah, okay</w:t>
      </w:r>
    </w:p>
    <w:p>
      <w:pPr>
        <w:spacing w:after="0"/>
      </w:pPr>
    </w:p>
    <w:p>
      <w:pPr>
        <w:spacing w:after="0"/>
      </w:pPr>
      <w:r>
        <w:rPr>
          <w:rFonts w:ascii="Arial" w:hAnsi="Arial"/>
          <w:b/>
          <w:sz w:val="22"/>
        </w:rPr>
        <w:t xml:space="preserve">Daisy  </w:t>
      </w:r>
      <w:r>
        <w:rPr>
          <w:rFonts w:ascii="Arial" w:hAnsi="Arial"/>
          <w:color w:val="5D7284"/>
          <w:sz w:val="22"/>
        </w:rPr>
        <w:t>49:43</w:t>
      </w:r>
    </w:p>
    <w:p>
      <w:pPr>
        <w:spacing w:after="0"/>
      </w:pPr>
      <w:r>
        <w:rPr>
          <w:rFonts w:ascii="Arial" w:hAnsi="Arial"/>
          <w:sz w:val="22"/>
        </w:rPr>
        <w:t>well, it's, it's pretty standard, like, you wouldn't get funding to do more than that until you'd at least, like, proved that it was worth studying, right? But of those 63, 29 of them had dogs as pets, right? Right? Yeah. And 9 out of the 29 said that their dogs reacted to a seizure</w:t>
      </w:r>
    </w:p>
    <w:p>
      <w:pPr>
        <w:spacing w:after="0"/>
      </w:pPr>
    </w:p>
    <w:p>
      <w:pPr>
        <w:spacing w:after="0"/>
      </w:pPr>
      <w:r>
        <w:rPr>
          <w:rFonts w:ascii="Arial" w:hAnsi="Arial"/>
          <w:b/>
          <w:sz w:val="22"/>
        </w:rPr>
        <w:t xml:space="preserve">Alice  </w:t>
      </w:r>
      <w:r>
        <w:rPr>
          <w:rFonts w:ascii="Arial" w:hAnsi="Arial"/>
          <w:color w:val="5D7284"/>
          <w:sz w:val="22"/>
        </w:rPr>
        <w:t>50:04</w:t>
      </w:r>
    </w:p>
    <w:p>
      <w:pPr>
        <w:spacing w:after="0"/>
      </w:pPr>
      <w:r>
        <w:rPr>
          <w:rFonts w:ascii="Arial" w:hAnsi="Arial"/>
          <w:sz w:val="22"/>
        </w:rPr>
        <w:t>So there were, there was nearly, what, 30 odd people who were answering questions in a survey that was like, Can your dog tell that you've got a seizure? I do not have a dog. What does your dog do when you have seizure? I do not have a dog.</w:t>
      </w:r>
    </w:p>
    <w:p>
      <w:pPr>
        <w:spacing w:after="0"/>
      </w:pPr>
    </w:p>
    <w:p>
      <w:pPr>
        <w:spacing w:after="0"/>
      </w:pPr>
      <w:r>
        <w:rPr>
          <w:rFonts w:ascii="Arial" w:hAnsi="Arial"/>
          <w:b/>
          <w:sz w:val="22"/>
        </w:rPr>
        <w:t xml:space="preserve">Daisy  </w:t>
      </w:r>
      <w:r>
        <w:rPr>
          <w:rFonts w:ascii="Arial" w:hAnsi="Arial"/>
          <w:color w:val="5D7284"/>
          <w:sz w:val="22"/>
        </w:rPr>
        <w:t>50:17</w:t>
      </w:r>
    </w:p>
    <w:p>
      <w:pPr>
        <w:spacing w:after="0"/>
      </w:pPr>
      <w:r>
        <w:rPr>
          <w:rFonts w:ascii="Arial" w:hAnsi="Arial"/>
          <w:sz w:val="22"/>
        </w:rPr>
        <w:t>I don't I don't know why. About this was maybe a survey about a lot of things. It's like, you know, do you have a dog? Do you have a cat? Do you have a budgie?</w:t>
      </w:r>
    </w:p>
    <w:p>
      <w:pPr>
        <w:spacing w:after="0"/>
      </w:pPr>
    </w:p>
    <w:p>
      <w:pPr>
        <w:spacing w:after="0"/>
      </w:pPr>
      <w:r>
        <w:rPr>
          <w:rFonts w:ascii="Arial" w:hAnsi="Arial"/>
          <w:b/>
          <w:sz w:val="22"/>
        </w:rPr>
        <w:t xml:space="preserve">Lucy  </w:t>
      </w:r>
      <w:r>
        <w:rPr>
          <w:rFonts w:ascii="Arial" w:hAnsi="Arial"/>
          <w:color w:val="5D7284"/>
          <w:sz w:val="22"/>
        </w:rPr>
        <w:t>50:28</w:t>
      </w:r>
    </w:p>
    <w:p>
      <w:pPr>
        <w:spacing w:after="0"/>
      </w:pPr>
      <w:r>
        <w:rPr>
          <w:rFonts w:ascii="Arial" w:hAnsi="Arial"/>
          <w:sz w:val="22"/>
        </w:rPr>
        <w:t>Guinea pig? Hamster, Parrot?</w:t>
      </w:r>
    </w:p>
    <w:p>
      <w:pPr>
        <w:spacing w:after="0"/>
      </w:pPr>
    </w:p>
    <w:p>
      <w:pPr>
        <w:spacing w:after="0"/>
      </w:pPr>
      <w:r>
        <w:rPr>
          <w:rFonts w:ascii="Arial" w:hAnsi="Arial"/>
          <w:b/>
          <w:sz w:val="22"/>
        </w:rPr>
        <w:t xml:space="preserve">Daisy  </w:t>
      </w:r>
      <w:r>
        <w:rPr>
          <w:rFonts w:ascii="Arial" w:hAnsi="Arial"/>
          <w:color w:val="5D7284"/>
          <w:sz w:val="22"/>
        </w:rPr>
        <w:t>50:30</w:t>
      </w:r>
    </w:p>
    <w:p>
      <w:pPr>
        <w:spacing w:after="0"/>
      </w:pPr>
      <w:r>
        <w:rPr>
          <w:rFonts w:ascii="Arial" w:hAnsi="Arial"/>
          <w:sz w:val="22"/>
        </w:rPr>
        <w:t>So maybe, maybe it was just a Yeah, general pets, pet ownership thing, yeah? Or something about, like, how you can tell if you've had a seizure, if you live alone, or something</w:t>
      </w:r>
    </w:p>
    <w:p>
      <w:pPr>
        <w:spacing w:after="0"/>
      </w:pPr>
    </w:p>
    <w:p>
      <w:pPr>
        <w:spacing w:after="0"/>
      </w:pPr>
      <w:r>
        <w:rPr>
          <w:rFonts w:ascii="Arial" w:hAnsi="Arial"/>
          <w:b/>
          <w:sz w:val="22"/>
        </w:rPr>
        <w:t xml:space="preserve">Lucy  </w:t>
      </w:r>
      <w:r>
        <w:rPr>
          <w:rFonts w:ascii="Arial" w:hAnsi="Arial"/>
          <w:color w:val="5D7284"/>
          <w:sz w:val="22"/>
        </w:rPr>
        <w:t>50:47</w:t>
      </w:r>
    </w:p>
    <w:p>
      <w:pPr>
        <w:spacing w:after="0"/>
      </w:pPr>
      <w:r>
        <w:rPr>
          <w:rFonts w:ascii="Arial" w:hAnsi="Arial"/>
          <w:sz w:val="22"/>
        </w:rPr>
        <w:t>yeah, maybe, maybe.</w:t>
      </w:r>
    </w:p>
    <w:p>
      <w:pPr>
        <w:spacing w:after="0"/>
      </w:pPr>
    </w:p>
    <w:p>
      <w:pPr>
        <w:spacing w:after="0"/>
      </w:pPr>
      <w:r>
        <w:rPr>
          <w:rFonts w:ascii="Arial" w:hAnsi="Arial"/>
          <w:b/>
          <w:sz w:val="22"/>
        </w:rPr>
        <w:t xml:space="preserve">Daisy  </w:t>
      </w:r>
      <w:r>
        <w:rPr>
          <w:rFonts w:ascii="Arial" w:hAnsi="Arial"/>
          <w:color w:val="5D7284"/>
          <w:sz w:val="22"/>
        </w:rPr>
        <w:t>50:48</w:t>
      </w:r>
    </w:p>
    <w:p>
      <w:pPr>
        <w:spacing w:after="0"/>
      </w:pPr>
      <w:r>
        <w:rPr>
          <w:rFonts w:ascii="Arial" w:hAnsi="Arial"/>
          <w:sz w:val="22"/>
        </w:rPr>
        <w:t>But yeah, it seems that the entire purpose of the study probably wasn't about whether the dogs could determine the seizure otherwise, yeah, I feel like they wouldn't have asked the extra 34 people. But yes, these people that were saying their dogs did react to it, saying that during the seizure and right after, the dogs would stay right by them, like either standing there or sitting next to them or on them, and sometimes licking their hands and face</w:t>
      </w:r>
    </w:p>
    <w:p>
      <w:pPr>
        <w:spacing w:after="0"/>
      </w:pPr>
    </w:p>
    <w:p>
      <w:pPr>
        <w:spacing w:after="0"/>
      </w:pPr>
      <w:r>
        <w:rPr>
          <w:rFonts w:ascii="Arial" w:hAnsi="Arial"/>
          <w:b/>
          <w:sz w:val="22"/>
        </w:rPr>
        <w:t xml:space="preserve">Alice  </w:t>
      </w:r>
      <w:r>
        <w:rPr>
          <w:rFonts w:ascii="Arial" w:hAnsi="Arial"/>
          <w:color w:val="5D7284"/>
          <w:sz w:val="22"/>
        </w:rPr>
        <w:t>51:24</w:t>
      </w:r>
    </w:p>
    <w:p>
      <w:pPr>
        <w:spacing w:after="0"/>
      </w:pPr>
      <w:r>
        <w:rPr>
          <w:rFonts w:ascii="Arial" w:hAnsi="Arial"/>
          <w:sz w:val="22"/>
        </w:rPr>
        <w:t>again. Dora does that if I've just had a sandwich.</w:t>
      </w:r>
    </w:p>
    <w:p>
      <w:pPr>
        <w:spacing w:after="0"/>
      </w:pPr>
    </w:p>
    <w:p>
      <w:pPr>
        <w:spacing w:after="0"/>
      </w:pPr>
      <w:r>
        <w:rPr>
          <w:rFonts w:ascii="Arial" w:hAnsi="Arial"/>
          <w:b/>
          <w:sz w:val="22"/>
        </w:rPr>
        <w:t xml:space="preserve">Daisy  </w:t>
      </w:r>
      <w:r>
        <w:rPr>
          <w:rFonts w:ascii="Arial" w:hAnsi="Arial"/>
          <w:color w:val="5D7284"/>
          <w:sz w:val="22"/>
        </w:rPr>
        <w:t>51:28</w:t>
      </w:r>
    </w:p>
    <w:p>
      <w:pPr>
        <w:spacing w:after="0"/>
      </w:pPr>
      <w:r>
        <w:rPr>
          <w:rFonts w:ascii="Arial" w:hAnsi="Arial"/>
          <w:sz w:val="22"/>
        </w:rPr>
        <w:t>Well, yeah. So this is just, just like,</w:t>
      </w:r>
    </w:p>
    <w:p>
      <w:pPr>
        <w:spacing w:after="0"/>
      </w:pPr>
    </w:p>
    <w:p>
      <w:pPr>
        <w:spacing w:after="0"/>
      </w:pPr>
      <w:r>
        <w:rPr>
          <w:rFonts w:ascii="Arial" w:hAnsi="Arial"/>
          <w:b/>
          <w:sz w:val="22"/>
        </w:rPr>
        <w:t xml:space="preserve">Alice  </w:t>
      </w:r>
      <w:r>
        <w:rPr>
          <w:rFonts w:ascii="Arial" w:hAnsi="Arial"/>
          <w:color w:val="5D7284"/>
          <w:sz w:val="22"/>
        </w:rPr>
        <w:t>51:30</w:t>
      </w:r>
    </w:p>
    <w:p>
      <w:pPr>
        <w:spacing w:after="0"/>
      </w:pPr>
      <w:r>
        <w:rPr>
          <w:rFonts w:ascii="Arial" w:hAnsi="Arial"/>
          <w:sz w:val="22"/>
        </w:rPr>
        <w:t>how dogs, how close to your crotch can I get and lick you? Yeah?</w:t>
      </w:r>
    </w:p>
    <w:p>
      <w:pPr>
        <w:spacing w:after="0"/>
      </w:pPr>
    </w:p>
    <w:p>
      <w:pPr>
        <w:spacing w:after="0"/>
      </w:pPr>
      <w:r>
        <w:rPr>
          <w:rFonts w:ascii="Arial" w:hAnsi="Arial"/>
          <w:b/>
          <w:sz w:val="22"/>
        </w:rPr>
        <w:t xml:space="preserve">Daisy  </w:t>
      </w:r>
      <w:r>
        <w:rPr>
          <w:rFonts w:ascii="Arial" w:hAnsi="Arial"/>
          <w:color w:val="5D7284"/>
          <w:sz w:val="22"/>
        </w:rPr>
        <w:t>51:35</w:t>
      </w:r>
    </w:p>
    <w:p>
      <w:pPr>
        <w:spacing w:after="0"/>
      </w:pPr>
      <w:r>
        <w:rPr>
          <w:rFonts w:ascii="Arial" w:hAnsi="Arial"/>
          <w:sz w:val="22"/>
        </w:rPr>
        <w:t>So of those, these nine dogs are just, are just the ones who notice a seizure. Of those nine, three of them were able to react and warn their humans that there was a seizure about to happen.</w:t>
      </w:r>
    </w:p>
    <w:p>
      <w:pPr>
        <w:spacing w:after="0"/>
      </w:pPr>
    </w:p>
    <w:p>
      <w:pPr>
        <w:spacing w:after="0"/>
      </w:pPr>
      <w:r>
        <w:rPr>
          <w:rFonts w:ascii="Arial" w:hAnsi="Arial"/>
          <w:b/>
          <w:sz w:val="22"/>
        </w:rPr>
        <w:t xml:space="preserve">Lucy  </w:t>
      </w:r>
      <w:r>
        <w:rPr>
          <w:rFonts w:ascii="Arial" w:hAnsi="Arial"/>
          <w:color w:val="5D7284"/>
          <w:sz w:val="22"/>
        </w:rPr>
        <w:t>51:50</w:t>
      </w:r>
    </w:p>
    <w:p>
      <w:pPr>
        <w:spacing w:after="0"/>
      </w:pPr>
      <w:r>
        <w:rPr>
          <w:rFonts w:ascii="Arial" w:hAnsi="Arial"/>
          <w:sz w:val="22"/>
        </w:rPr>
        <w:t>You say, I think that is incredible. I do think that, yeah. I mean, it's truly incredible. Oh yeah, yeah. You know to be able to sense that there's something wrong with you, like something imminent is about to happen</w:t>
      </w:r>
    </w:p>
    <w:p>
      <w:pPr>
        <w:spacing w:after="0"/>
      </w:pPr>
    </w:p>
    <w:p>
      <w:pPr>
        <w:spacing w:after="0"/>
      </w:pPr>
      <w:r>
        <w:rPr>
          <w:rFonts w:ascii="Arial" w:hAnsi="Arial"/>
          <w:b/>
          <w:sz w:val="22"/>
        </w:rPr>
        <w:t xml:space="preserve">Daisy  </w:t>
      </w:r>
      <w:r>
        <w:rPr>
          <w:rFonts w:ascii="Arial" w:hAnsi="Arial"/>
          <w:color w:val="5D7284"/>
          <w:sz w:val="22"/>
        </w:rPr>
        <w:t>52:01</w:t>
      </w:r>
    </w:p>
    <w:p>
      <w:pPr>
        <w:spacing w:after="0"/>
      </w:pPr>
      <w:r>
        <w:rPr>
          <w:rFonts w:ascii="Arial" w:hAnsi="Arial"/>
          <w:sz w:val="22"/>
        </w:rPr>
        <w:t>Yes, three, three out of 29 is pretty, is pretty, pretty good. Consider, well, it's pretty good odds, considering that there's, like, no consideration for, like, what breed these dogs are, how old they are, or how long you've had them for, and, you know, no training or anything,</w:t>
      </w:r>
    </w:p>
    <w:p>
      <w:pPr>
        <w:spacing w:after="0"/>
      </w:pPr>
    </w:p>
    <w:p>
      <w:pPr>
        <w:spacing w:after="0"/>
      </w:pPr>
      <w:r>
        <w:rPr>
          <w:rFonts w:ascii="Arial" w:hAnsi="Arial"/>
          <w:b/>
          <w:sz w:val="22"/>
        </w:rPr>
        <w:t xml:space="preserve">Alice  </w:t>
      </w:r>
      <w:r>
        <w:rPr>
          <w:rFonts w:ascii="Arial" w:hAnsi="Arial"/>
          <w:color w:val="5D7284"/>
          <w:sz w:val="22"/>
        </w:rPr>
        <w:t>52:20</w:t>
      </w:r>
    </w:p>
    <w:p>
      <w:pPr>
        <w:spacing w:after="0"/>
      </w:pPr>
      <w:r>
        <w:rPr>
          <w:rFonts w:ascii="Arial" w:hAnsi="Arial"/>
          <w:sz w:val="22"/>
        </w:rPr>
        <w:t>I mean, I guess it is because it's not the same as guiding. It's something that they're trained to do is it's the sensing is coming from, probably like sense of smell do we think?</w:t>
      </w:r>
    </w:p>
    <w:p>
      <w:pPr>
        <w:spacing w:after="0"/>
      </w:pPr>
    </w:p>
    <w:p>
      <w:pPr>
        <w:spacing w:after="0"/>
      </w:pPr>
      <w:r>
        <w:rPr>
          <w:rFonts w:ascii="Arial" w:hAnsi="Arial"/>
          <w:b/>
          <w:sz w:val="22"/>
        </w:rPr>
        <w:t xml:space="preserve">Lucy  </w:t>
      </w:r>
      <w:r>
        <w:rPr>
          <w:rFonts w:ascii="Arial" w:hAnsi="Arial"/>
          <w:color w:val="5D7284"/>
          <w:sz w:val="22"/>
        </w:rPr>
        <w:t>52:34</w:t>
      </w:r>
    </w:p>
    <w:p>
      <w:pPr>
        <w:spacing w:after="0"/>
      </w:pPr>
      <w:r>
        <w:rPr>
          <w:rFonts w:ascii="Arial" w:hAnsi="Arial"/>
          <w:sz w:val="22"/>
        </w:rPr>
        <w:t>Yeah, well, because there are dogs that can smell like cancer, if like cancer, and I think there's a, there's a dog somewhere, I don't know. I think he's in Wales that can smell Parkinson's disease before</w:t>
      </w:r>
    </w:p>
    <w:p>
      <w:pPr>
        <w:spacing w:after="0"/>
      </w:pPr>
    </w:p>
    <w:p>
      <w:pPr>
        <w:spacing w:after="0"/>
      </w:pPr>
      <w:r>
        <w:rPr>
          <w:rFonts w:ascii="Arial" w:hAnsi="Arial"/>
          <w:b/>
          <w:sz w:val="22"/>
        </w:rPr>
        <w:t xml:space="preserve">Daisy  </w:t>
      </w:r>
      <w:r>
        <w:rPr>
          <w:rFonts w:ascii="Arial" w:hAnsi="Arial"/>
          <w:color w:val="5D7284"/>
          <w:sz w:val="22"/>
        </w:rPr>
        <w:t>52:49</w:t>
      </w:r>
    </w:p>
    <w:p>
      <w:pPr>
        <w:spacing w:after="0"/>
      </w:pPr>
      <w:r>
        <w:rPr>
          <w:rFonts w:ascii="Arial" w:hAnsi="Arial"/>
          <w:sz w:val="22"/>
        </w:rPr>
        <w:t>Isnt there a person who can smell Parkinson's aswell?</w:t>
      </w:r>
    </w:p>
    <w:p>
      <w:pPr>
        <w:spacing w:after="0"/>
      </w:pPr>
    </w:p>
    <w:p>
      <w:pPr>
        <w:spacing w:after="0"/>
      </w:pPr>
      <w:r>
        <w:rPr>
          <w:rFonts w:ascii="Arial" w:hAnsi="Arial"/>
          <w:b/>
          <w:sz w:val="22"/>
        </w:rPr>
        <w:t xml:space="preserve">Lucy  </w:t>
      </w:r>
      <w:r>
        <w:rPr>
          <w:rFonts w:ascii="Arial" w:hAnsi="Arial"/>
          <w:color w:val="5D7284"/>
          <w:sz w:val="22"/>
        </w:rPr>
        <w:t>52:50</w:t>
      </w:r>
    </w:p>
    <w:p>
      <w:pPr>
        <w:spacing w:after="0"/>
      </w:pPr>
      <w:r>
        <w:rPr>
          <w:rFonts w:ascii="Arial" w:hAnsi="Arial"/>
          <w:sz w:val="22"/>
        </w:rPr>
        <w:t xml:space="preserve">it's a person, It might be a person. </w:t>
      </w:r>
    </w:p>
    <w:p>
      <w:pPr>
        <w:spacing w:after="0"/>
      </w:pPr>
    </w:p>
    <w:p>
      <w:pPr>
        <w:spacing w:after="0"/>
      </w:pPr>
      <w:r>
        <w:rPr>
          <w:rFonts w:ascii="Arial" w:hAnsi="Arial"/>
          <w:b/>
          <w:sz w:val="22"/>
        </w:rPr>
        <w:t xml:space="preserve">Daisy  </w:t>
      </w:r>
      <w:r>
        <w:rPr>
          <w:rFonts w:ascii="Arial" w:hAnsi="Arial"/>
          <w:color w:val="5D7284"/>
          <w:sz w:val="22"/>
        </w:rPr>
        <w:t>52:50</w:t>
      </w:r>
    </w:p>
    <w:p>
      <w:pPr>
        <w:spacing w:after="0"/>
      </w:pPr>
      <w:r>
        <w:rPr>
          <w:rFonts w:ascii="Arial" w:hAnsi="Arial"/>
          <w:sz w:val="22"/>
        </w:rPr>
        <w:t xml:space="preserve">What I mean, realistically, if a person can do it, a dog can probably do it as well. Dogs are better at smelling. </w:t>
      </w:r>
    </w:p>
    <w:p>
      <w:pPr>
        <w:spacing w:after="0"/>
      </w:pPr>
    </w:p>
    <w:p>
      <w:pPr>
        <w:spacing w:after="0"/>
      </w:pPr>
      <w:r>
        <w:rPr>
          <w:rFonts w:ascii="Arial" w:hAnsi="Arial"/>
          <w:b/>
          <w:sz w:val="22"/>
        </w:rPr>
        <w:t xml:space="preserve">Lucy  </w:t>
      </w:r>
      <w:r>
        <w:rPr>
          <w:rFonts w:ascii="Arial" w:hAnsi="Arial"/>
          <w:color w:val="5D7284"/>
          <w:sz w:val="22"/>
        </w:rPr>
        <w:t>52:59</w:t>
      </w:r>
    </w:p>
    <w:p>
      <w:pPr>
        <w:spacing w:after="0"/>
      </w:pPr>
      <w:r>
        <w:rPr>
          <w:rFonts w:ascii="Arial" w:hAnsi="Arial"/>
          <w:sz w:val="22"/>
        </w:rPr>
        <w:t>I think that is incredible that a dog can sense something when the person is actually displaying as perfectly healthy, nothing wrong with them.</w:t>
      </w:r>
    </w:p>
    <w:p>
      <w:pPr>
        <w:spacing w:after="0"/>
      </w:pPr>
    </w:p>
    <w:p>
      <w:pPr>
        <w:spacing w:after="0"/>
      </w:pPr>
      <w:r>
        <w:rPr>
          <w:rFonts w:ascii="Arial" w:hAnsi="Arial"/>
          <w:b/>
          <w:sz w:val="22"/>
        </w:rPr>
        <w:t xml:space="preserve">Alice  </w:t>
      </w:r>
      <w:r>
        <w:rPr>
          <w:rFonts w:ascii="Arial" w:hAnsi="Arial"/>
          <w:color w:val="5D7284"/>
          <w:sz w:val="22"/>
        </w:rPr>
        <w:t>53:13</w:t>
      </w:r>
    </w:p>
    <w:p>
      <w:pPr>
        <w:spacing w:after="0"/>
      </w:pPr>
      <w:r>
        <w:rPr>
          <w:rFonts w:ascii="Arial" w:hAnsi="Arial"/>
          <w:sz w:val="22"/>
        </w:rPr>
        <w:t>I have, I have a an unrelated question, or semi related question, how do you discover that you can smell Parkinson's disease</w:t>
      </w:r>
    </w:p>
    <w:p>
      <w:pPr>
        <w:spacing w:after="0"/>
      </w:pPr>
    </w:p>
    <w:p>
      <w:pPr>
        <w:spacing w:after="0"/>
      </w:pPr>
      <w:r>
        <w:rPr>
          <w:rFonts w:ascii="Arial" w:hAnsi="Arial"/>
          <w:b/>
          <w:sz w:val="22"/>
        </w:rPr>
        <w:t xml:space="preserve">Lucy  </w:t>
      </w:r>
      <w:r>
        <w:rPr>
          <w:rFonts w:ascii="Arial" w:hAnsi="Arial"/>
          <w:color w:val="5D7284"/>
          <w:sz w:val="22"/>
        </w:rPr>
        <w:t>53:25</w:t>
      </w:r>
    </w:p>
    <w:p>
      <w:pPr>
        <w:spacing w:after="0"/>
      </w:pPr>
      <w:r>
        <w:rPr>
          <w:rFonts w:ascii="Arial" w:hAnsi="Arial"/>
          <w:sz w:val="22"/>
        </w:rPr>
        <w:t>as a person?</w:t>
      </w:r>
    </w:p>
    <w:p>
      <w:pPr>
        <w:spacing w:after="0"/>
      </w:pPr>
    </w:p>
    <w:p>
      <w:pPr>
        <w:spacing w:after="0"/>
      </w:pPr>
      <w:r>
        <w:rPr>
          <w:rFonts w:ascii="Arial" w:hAnsi="Arial"/>
          <w:b/>
          <w:sz w:val="22"/>
        </w:rPr>
        <w:t xml:space="preserve">Alice  </w:t>
      </w:r>
      <w:r>
        <w:rPr>
          <w:rFonts w:ascii="Arial" w:hAnsi="Arial"/>
          <w:color w:val="5D7284"/>
          <w:sz w:val="22"/>
        </w:rPr>
        <w:t>53:26</w:t>
      </w:r>
    </w:p>
    <w:p>
      <w:pPr>
        <w:spacing w:after="0"/>
      </w:pPr>
      <w:r>
        <w:rPr>
          <w:rFonts w:ascii="Arial" w:hAnsi="Arial"/>
          <w:sz w:val="22"/>
        </w:rPr>
        <w:t>Yeah? Like</w:t>
      </w:r>
    </w:p>
    <w:p>
      <w:pPr>
        <w:spacing w:after="0"/>
      </w:pPr>
    </w:p>
    <w:p>
      <w:pPr>
        <w:spacing w:after="0"/>
      </w:pPr>
      <w:r>
        <w:rPr>
          <w:rFonts w:ascii="Arial" w:hAnsi="Arial"/>
          <w:b/>
          <w:sz w:val="22"/>
        </w:rPr>
        <w:t xml:space="preserve">Lucy  </w:t>
      </w:r>
      <w:r>
        <w:rPr>
          <w:rFonts w:ascii="Arial" w:hAnsi="Arial"/>
          <w:color w:val="5D7284"/>
          <w:sz w:val="22"/>
        </w:rPr>
        <w:t>53:27</w:t>
      </w:r>
    </w:p>
    <w:p>
      <w:pPr>
        <w:spacing w:after="0"/>
      </w:pPr>
      <w:r>
        <w:rPr>
          <w:rFonts w:ascii="Arial" w:hAnsi="Arial"/>
          <w:sz w:val="22"/>
        </w:rPr>
        <w:t>God, I don't know</w:t>
      </w:r>
    </w:p>
    <w:p>
      <w:pPr>
        <w:spacing w:after="0"/>
      </w:pPr>
    </w:p>
    <w:p>
      <w:pPr>
        <w:spacing w:after="0"/>
      </w:pPr>
      <w:r>
        <w:rPr>
          <w:rFonts w:ascii="Arial" w:hAnsi="Arial"/>
          <w:b/>
          <w:sz w:val="22"/>
        </w:rPr>
        <w:t xml:space="preserve">Alice  </w:t>
      </w:r>
      <w:r>
        <w:rPr>
          <w:rFonts w:ascii="Arial" w:hAnsi="Arial"/>
          <w:color w:val="5D7284"/>
          <w:sz w:val="22"/>
        </w:rPr>
        <w:t>53:28</w:t>
      </w:r>
    </w:p>
    <w:p>
      <w:pPr>
        <w:spacing w:after="0"/>
      </w:pPr>
      <w:r>
        <w:rPr>
          <w:rFonts w:ascii="Arial" w:hAnsi="Arial"/>
          <w:sz w:val="22"/>
        </w:rPr>
        <w:t>At what point are you like *sniff sniff*</w:t>
      </w:r>
    </w:p>
    <w:p>
      <w:pPr>
        <w:spacing w:after="0"/>
      </w:pPr>
    </w:p>
    <w:p>
      <w:pPr>
        <w:spacing w:after="0"/>
      </w:pPr>
      <w:r>
        <w:rPr>
          <w:rFonts w:ascii="Arial" w:hAnsi="Arial"/>
          <w:b/>
          <w:sz w:val="22"/>
        </w:rPr>
        <w:t xml:space="preserve">Lucy  </w:t>
      </w:r>
      <w:r>
        <w:rPr>
          <w:rFonts w:ascii="Arial" w:hAnsi="Arial"/>
          <w:color w:val="5D7284"/>
          <w:sz w:val="22"/>
        </w:rPr>
        <w:t>53:30</w:t>
      </w:r>
    </w:p>
    <w:p>
      <w:pPr>
        <w:spacing w:after="0"/>
      </w:pPr>
      <w:r>
        <w:rPr>
          <w:rFonts w:ascii="Arial" w:hAnsi="Arial"/>
          <w:sz w:val="22"/>
        </w:rPr>
        <w:t>Parkinson's</w:t>
      </w:r>
    </w:p>
    <w:p>
      <w:pPr>
        <w:spacing w:after="0"/>
      </w:pPr>
    </w:p>
    <w:p>
      <w:pPr>
        <w:spacing w:after="0"/>
      </w:pPr>
      <w:r>
        <w:rPr>
          <w:rFonts w:ascii="Arial" w:hAnsi="Arial"/>
          <w:b/>
          <w:sz w:val="22"/>
        </w:rPr>
        <w:t xml:space="preserve">Alice  </w:t>
      </w:r>
      <w:r>
        <w:rPr>
          <w:rFonts w:ascii="Arial" w:hAnsi="Arial"/>
          <w:color w:val="5D7284"/>
          <w:sz w:val="22"/>
        </w:rPr>
        <w:t>53:31</w:t>
      </w:r>
    </w:p>
    <w:p>
      <w:pPr>
        <w:spacing w:after="0"/>
      </w:pPr>
      <w:r>
        <w:rPr>
          <w:rFonts w:ascii="Arial" w:hAnsi="Arial"/>
          <w:sz w:val="22"/>
        </w:rPr>
        <w:t>Yeah? Like</w:t>
      </w:r>
    </w:p>
    <w:p>
      <w:pPr>
        <w:spacing w:after="0"/>
      </w:pPr>
    </w:p>
    <w:p>
      <w:pPr>
        <w:spacing w:after="0"/>
      </w:pPr>
      <w:r>
        <w:rPr>
          <w:rFonts w:ascii="Arial" w:hAnsi="Arial"/>
          <w:b/>
          <w:sz w:val="22"/>
        </w:rPr>
        <w:t xml:space="preserve">Lucy  </w:t>
      </w:r>
      <w:r>
        <w:rPr>
          <w:rFonts w:ascii="Arial" w:hAnsi="Arial"/>
          <w:color w:val="5D7284"/>
          <w:sz w:val="22"/>
        </w:rPr>
        <w:t>53:35</w:t>
      </w:r>
    </w:p>
    <w:p>
      <w:pPr>
        <w:spacing w:after="0"/>
      </w:pPr>
      <w:r>
        <w:rPr>
          <w:rFonts w:ascii="Arial" w:hAnsi="Arial"/>
          <w:sz w:val="22"/>
        </w:rPr>
        <w:t>I don't know.</w:t>
      </w:r>
    </w:p>
    <w:p>
      <w:pPr>
        <w:spacing w:after="0"/>
      </w:pPr>
    </w:p>
    <w:p>
      <w:pPr>
        <w:spacing w:after="0"/>
      </w:pPr>
      <w:r>
        <w:rPr>
          <w:rFonts w:ascii="Arial" w:hAnsi="Arial"/>
          <w:b/>
          <w:sz w:val="22"/>
        </w:rPr>
        <w:t xml:space="preserve">Daisy  </w:t>
      </w:r>
      <w:r>
        <w:rPr>
          <w:rFonts w:ascii="Arial" w:hAnsi="Arial"/>
          <w:color w:val="5D7284"/>
          <w:sz w:val="22"/>
        </w:rPr>
        <w:t>53:36</w:t>
      </w:r>
    </w:p>
    <w:p>
      <w:pPr>
        <w:spacing w:after="0"/>
      </w:pPr>
      <w:r>
        <w:rPr>
          <w:rFonts w:ascii="Arial" w:hAnsi="Arial"/>
          <w:sz w:val="22"/>
        </w:rPr>
        <w:t>Just you would, you would have to know a lot of people who then went on to have Parkinson's and had that in order to like, notice that there was a similarity?</w:t>
      </w:r>
    </w:p>
    <w:p>
      <w:pPr>
        <w:spacing w:after="0"/>
      </w:pPr>
    </w:p>
    <w:p>
      <w:pPr>
        <w:spacing w:after="0"/>
      </w:pPr>
      <w:r>
        <w:rPr>
          <w:rFonts w:ascii="Arial" w:hAnsi="Arial"/>
          <w:b/>
          <w:sz w:val="22"/>
        </w:rPr>
        <w:t xml:space="preserve">Lucy  </w:t>
      </w:r>
      <w:r>
        <w:rPr>
          <w:rFonts w:ascii="Arial" w:hAnsi="Arial"/>
          <w:color w:val="5D7284"/>
          <w:sz w:val="22"/>
        </w:rPr>
        <w:t>53:46</w:t>
      </w:r>
    </w:p>
    <w:p>
      <w:pPr>
        <w:spacing w:after="0"/>
      </w:pPr>
      <w:r>
        <w:rPr>
          <w:rFonts w:ascii="Arial" w:hAnsi="Arial"/>
          <w:sz w:val="22"/>
        </w:rPr>
        <w:t>Well, I think that's what happened, to start off with, with this person, and then it got so ridiculous. How many people she could like, smell it on that then got Parkinson's. She the hospital went, the hospital went and, like, did tests on her, you know, up her nose and stuff. I just think it's incredible,</w:t>
      </w:r>
    </w:p>
    <w:p>
      <w:pPr>
        <w:spacing w:after="0"/>
      </w:pPr>
    </w:p>
    <w:p>
      <w:pPr>
        <w:spacing w:after="0"/>
      </w:pPr>
      <w:r>
        <w:rPr>
          <w:rFonts w:ascii="Arial" w:hAnsi="Arial"/>
          <w:b/>
          <w:sz w:val="22"/>
        </w:rPr>
        <w:t xml:space="preserve">Daisy  </w:t>
      </w:r>
      <w:r>
        <w:rPr>
          <w:rFonts w:ascii="Arial" w:hAnsi="Arial"/>
          <w:color w:val="5D7284"/>
          <w:sz w:val="22"/>
        </w:rPr>
        <w:t>54:11</w:t>
      </w:r>
    </w:p>
    <w:p>
      <w:pPr>
        <w:spacing w:after="0"/>
      </w:pPr>
      <w:r>
        <w:rPr>
          <w:rFonts w:ascii="Arial" w:hAnsi="Arial"/>
          <w:sz w:val="22"/>
        </w:rPr>
        <w:t>yeah, kind of like we were saying about the different breeds and ages and things of the dogs that they even the study that they did, it was the University of Florida who did it. So the sample size, you know, too small to draw any major conclusions, but it did sort of imply that it didn't matter what kind of breed, age or even gender the dog was, that some of them could, you know, detect and alert, kind of across the board. Yeah. Similarly, the study found that the dog was more likely to warn someone who had a particular kind of seizure.</w:t>
      </w:r>
    </w:p>
    <w:p>
      <w:pPr>
        <w:spacing w:after="0"/>
      </w:pPr>
    </w:p>
    <w:p>
      <w:pPr>
        <w:spacing w:after="0"/>
      </w:pPr>
      <w:r>
        <w:rPr>
          <w:rFonts w:ascii="Arial" w:hAnsi="Arial"/>
          <w:b/>
          <w:sz w:val="22"/>
        </w:rPr>
        <w:t xml:space="preserve">Lucy  </w:t>
      </w:r>
      <w:r>
        <w:rPr>
          <w:rFonts w:ascii="Arial" w:hAnsi="Arial"/>
          <w:color w:val="5D7284"/>
          <w:sz w:val="22"/>
        </w:rPr>
        <w:t>54:50</w:t>
      </w:r>
    </w:p>
    <w:p>
      <w:pPr>
        <w:spacing w:after="0"/>
      </w:pPr>
      <w:r>
        <w:rPr>
          <w:rFonts w:ascii="Arial" w:hAnsi="Arial"/>
          <w:sz w:val="22"/>
        </w:rPr>
        <w:t>Ohhh</w:t>
      </w:r>
    </w:p>
    <w:p>
      <w:pPr>
        <w:spacing w:after="0"/>
      </w:pPr>
    </w:p>
    <w:p>
      <w:pPr>
        <w:spacing w:after="0"/>
      </w:pPr>
      <w:r>
        <w:rPr>
          <w:rFonts w:ascii="Arial" w:hAnsi="Arial"/>
          <w:b/>
          <w:sz w:val="22"/>
        </w:rPr>
        <w:t xml:space="preserve">Daisy  </w:t>
      </w:r>
      <w:r>
        <w:rPr>
          <w:rFonts w:ascii="Arial" w:hAnsi="Arial"/>
          <w:color w:val="5D7284"/>
          <w:sz w:val="22"/>
        </w:rPr>
        <w:t>54:51</w:t>
      </w:r>
    </w:p>
    <w:p>
      <w:pPr>
        <w:spacing w:after="0"/>
      </w:pPr>
      <w:r>
        <w:rPr>
          <w:rFonts w:ascii="Arial" w:hAnsi="Arial"/>
          <w:sz w:val="22"/>
        </w:rPr>
        <w:t>Yeah. So a particular kind of seizure, migraine headaches or auras with specific types. So I guess that was the rest of the study. Yeah. It wasn't that there were lots of people with who had seizures but didn't have dogs</w:t>
      </w:r>
    </w:p>
    <w:p>
      <w:pPr>
        <w:spacing w:after="0"/>
      </w:pPr>
    </w:p>
    <w:p>
      <w:pPr>
        <w:spacing w:after="0"/>
      </w:pPr>
      <w:r>
        <w:rPr>
          <w:rFonts w:ascii="Arial" w:hAnsi="Arial"/>
          <w:b/>
          <w:sz w:val="22"/>
        </w:rPr>
        <w:t xml:space="preserve">Lucy  </w:t>
      </w:r>
      <w:r>
        <w:rPr>
          <w:rFonts w:ascii="Arial" w:hAnsi="Arial"/>
          <w:color w:val="5D7284"/>
          <w:sz w:val="22"/>
        </w:rPr>
        <w:t>55:07</w:t>
      </w:r>
    </w:p>
    <w:p>
      <w:pPr>
        <w:spacing w:after="0"/>
      </w:pPr>
      <w:r>
        <w:rPr>
          <w:rFonts w:ascii="Arial" w:hAnsi="Arial"/>
          <w:sz w:val="22"/>
        </w:rPr>
        <w:t>but hadn't got an aura or whatever.</w:t>
      </w:r>
    </w:p>
    <w:p>
      <w:pPr>
        <w:spacing w:after="0"/>
      </w:pPr>
    </w:p>
    <w:p>
      <w:pPr>
        <w:spacing w:after="0"/>
      </w:pPr>
      <w:r>
        <w:rPr>
          <w:rFonts w:ascii="Arial" w:hAnsi="Arial"/>
          <w:b/>
          <w:sz w:val="22"/>
        </w:rPr>
        <w:t xml:space="preserve">Daisy  </w:t>
      </w:r>
      <w:r>
        <w:rPr>
          <w:rFonts w:ascii="Arial" w:hAnsi="Arial"/>
          <w:color w:val="5D7284"/>
          <w:sz w:val="22"/>
        </w:rPr>
        <w:t>55:11</w:t>
      </w:r>
    </w:p>
    <w:p>
      <w:pPr>
        <w:spacing w:after="0"/>
      </w:pPr>
      <w:r>
        <w:rPr>
          <w:rFonts w:ascii="Arial" w:hAnsi="Arial"/>
          <w:sz w:val="22"/>
        </w:rPr>
        <w:t>So yeah, they also found that the kind of reliability of the sort of a dog alerting for seizures is largely dependent on the human companions, capacity to identify and react correctly to the alerting behaviour, which think makes sense. Who's been around a pet? It's like, you know, they can, they can, like, notice a lot of things. You just have to, like, know when that seizure is about to happen</w:t>
      </w:r>
    </w:p>
    <w:p>
      <w:pPr>
        <w:spacing w:after="0"/>
      </w:pPr>
    </w:p>
    <w:p>
      <w:pPr>
        <w:spacing w:after="0"/>
      </w:pPr>
      <w:r>
        <w:rPr>
          <w:rFonts w:ascii="Arial" w:hAnsi="Arial"/>
          <w:b/>
          <w:sz w:val="22"/>
        </w:rPr>
        <w:t xml:space="preserve">Lucy  </w:t>
      </w:r>
      <w:r>
        <w:rPr>
          <w:rFonts w:ascii="Arial" w:hAnsi="Arial"/>
          <w:color w:val="5D7284"/>
          <w:sz w:val="22"/>
        </w:rPr>
        <w:t>55:39</w:t>
      </w:r>
    </w:p>
    <w:p>
      <w:pPr>
        <w:spacing w:after="0"/>
      </w:pPr>
      <w:r>
        <w:rPr>
          <w:rFonts w:ascii="Arial" w:hAnsi="Arial"/>
          <w:sz w:val="22"/>
        </w:rPr>
        <w:t>yeah, exactly of course you do don't you?</w:t>
      </w:r>
    </w:p>
    <w:p>
      <w:pPr>
        <w:spacing w:after="0"/>
      </w:pPr>
    </w:p>
    <w:p>
      <w:pPr>
        <w:spacing w:after="0"/>
      </w:pPr>
      <w:r>
        <w:rPr>
          <w:rFonts w:ascii="Arial" w:hAnsi="Arial"/>
          <w:b/>
          <w:sz w:val="22"/>
        </w:rPr>
        <w:t xml:space="preserve">Alice  </w:t>
      </w:r>
      <w:r>
        <w:rPr>
          <w:rFonts w:ascii="Arial" w:hAnsi="Arial"/>
          <w:color w:val="5D7284"/>
          <w:sz w:val="22"/>
        </w:rPr>
        <w:t>55:41</w:t>
      </w:r>
    </w:p>
    <w:p>
      <w:pPr>
        <w:spacing w:after="0"/>
      </w:pPr>
      <w:r>
        <w:rPr>
          <w:rFonts w:ascii="Arial" w:hAnsi="Arial"/>
          <w:sz w:val="22"/>
        </w:rPr>
        <w:t>I'd also say, like, a part of the guide dog training, like, one of the things that you learn to understand is like, so obviously, you're holding the harness, you're holding the lead, but the more you're with your particular dog, as well as, kind of generally, like, the more you use a guide dog at all, Like, the what the harness is doing, what the dog is doing, like you can I, I can usually tell when Dora is like, stopping, or when Dora is sniffing, yeah, yeah, without having to, but without having to look at her, because you get a feel for and it is as much about kind of the muscle memory and knowing her and knowing and so I can, I can get that like,</w:t>
      </w:r>
    </w:p>
    <w:p>
      <w:pPr>
        <w:spacing w:after="0"/>
      </w:pPr>
    </w:p>
    <w:p>
      <w:pPr>
        <w:spacing w:after="0"/>
      </w:pPr>
      <w:r>
        <w:rPr>
          <w:rFonts w:ascii="Arial" w:hAnsi="Arial"/>
          <w:b/>
          <w:sz w:val="22"/>
        </w:rPr>
        <w:t xml:space="preserve">Lucy  </w:t>
      </w:r>
      <w:r>
        <w:rPr>
          <w:rFonts w:ascii="Arial" w:hAnsi="Arial"/>
          <w:color w:val="5D7284"/>
          <w:sz w:val="22"/>
        </w:rPr>
        <w:t>56:21</w:t>
      </w:r>
    </w:p>
    <w:p>
      <w:pPr>
        <w:spacing w:after="0"/>
      </w:pPr>
      <w:r>
        <w:rPr>
          <w:rFonts w:ascii="Arial" w:hAnsi="Arial"/>
          <w:sz w:val="22"/>
        </w:rPr>
        <w:t>yeah, what it feels like when she's slowing down or stopping or hesitant or something like that.</w:t>
      </w:r>
    </w:p>
    <w:p>
      <w:pPr>
        <w:spacing w:after="0"/>
      </w:pPr>
    </w:p>
    <w:p>
      <w:pPr>
        <w:spacing w:after="0"/>
      </w:pPr>
      <w:r>
        <w:rPr>
          <w:rFonts w:ascii="Arial" w:hAnsi="Arial"/>
          <w:b/>
          <w:sz w:val="22"/>
        </w:rPr>
        <w:t xml:space="preserve">Alice  </w:t>
      </w:r>
      <w:r>
        <w:rPr>
          <w:rFonts w:ascii="Arial" w:hAnsi="Arial"/>
          <w:color w:val="5D7284"/>
          <w:sz w:val="22"/>
        </w:rPr>
        <w:t>56:28</w:t>
      </w:r>
    </w:p>
    <w:p>
      <w:pPr>
        <w:spacing w:after="0"/>
      </w:pPr>
      <w:r>
        <w:rPr>
          <w:rFonts w:ascii="Arial" w:hAnsi="Arial"/>
          <w:sz w:val="22"/>
        </w:rPr>
        <w:t>And like I said, like Dora's, Dora is a starer, like she will just stare at you, like she, she comes and sits at night and puts her chin on the edge of the bed and just looks at you in a sort of, I'm not missing anything interesting, am I?</w:t>
      </w:r>
    </w:p>
    <w:p>
      <w:pPr>
        <w:spacing w:after="0"/>
      </w:pPr>
    </w:p>
    <w:p>
      <w:pPr>
        <w:spacing w:after="0"/>
      </w:pPr>
      <w:r>
        <w:rPr>
          <w:rFonts w:ascii="Arial" w:hAnsi="Arial"/>
          <w:b/>
          <w:sz w:val="22"/>
        </w:rPr>
        <w:t xml:space="preserve">Lucy  </w:t>
      </w:r>
      <w:r>
        <w:rPr>
          <w:rFonts w:ascii="Arial" w:hAnsi="Arial"/>
          <w:color w:val="5D7284"/>
          <w:sz w:val="22"/>
        </w:rPr>
        <w:t>56:43</w:t>
      </w:r>
    </w:p>
    <w:p>
      <w:pPr>
        <w:spacing w:after="0"/>
      </w:pPr>
      <w:r>
        <w:rPr>
          <w:rFonts w:ascii="Arial" w:hAnsi="Arial"/>
          <w:sz w:val="22"/>
        </w:rPr>
        <w:t>You don't need me do you?</w:t>
      </w:r>
    </w:p>
    <w:p>
      <w:pPr>
        <w:spacing w:after="0"/>
      </w:pPr>
    </w:p>
    <w:p>
      <w:pPr>
        <w:spacing w:after="0"/>
      </w:pPr>
      <w:r>
        <w:rPr>
          <w:rFonts w:ascii="Arial" w:hAnsi="Arial"/>
          <w:b/>
          <w:sz w:val="22"/>
        </w:rPr>
        <w:t xml:space="preserve">Alice  </w:t>
      </w:r>
      <w:r>
        <w:rPr>
          <w:rFonts w:ascii="Arial" w:hAnsi="Arial"/>
          <w:color w:val="5D7284"/>
          <w:sz w:val="22"/>
        </w:rPr>
        <w:t>56:45</w:t>
      </w:r>
    </w:p>
    <w:p>
      <w:pPr>
        <w:spacing w:after="0"/>
      </w:pPr>
      <w:r>
        <w:rPr>
          <w:rFonts w:ascii="Arial" w:hAnsi="Arial"/>
          <w:sz w:val="22"/>
        </w:rPr>
        <w:t>But when I first got her, yeah, I was getting up three or four times in the night to see if she needed the toilet. Because, yeah, it was just like she wanted a bit of reassurance.</w:t>
      </w:r>
    </w:p>
    <w:p>
      <w:pPr>
        <w:spacing w:after="0"/>
      </w:pPr>
    </w:p>
    <w:p>
      <w:pPr>
        <w:spacing w:after="0"/>
      </w:pPr>
      <w:r>
        <w:rPr>
          <w:rFonts w:ascii="Arial" w:hAnsi="Arial"/>
          <w:b/>
          <w:sz w:val="22"/>
        </w:rPr>
        <w:t xml:space="preserve">Lucy  </w:t>
      </w:r>
      <w:r>
        <w:rPr>
          <w:rFonts w:ascii="Arial" w:hAnsi="Arial"/>
          <w:color w:val="5D7284"/>
          <w:sz w:val="22"/>
        </w:rPr>
        <w:t>56:56</w:t>
      </w:r>
    </w:p>
    <w:p>
      <w:pPr>
        <w:spacing w:after="0"/>
      </w:pPr>
      <w:r>
        <w:rPr>
          <w:rFonts w:ascii="Arial" w:hAnsi="Arial"/>
          <w:sz w:val="22"/>
        </w:rPr>
        <w:t>She was making sure you were all right.</w:t>
      </w:r>
    </w:p>
    <w:p>
      <w:pPr>
        <w:spacing w:after="0"/>
      </w:pPr>
    </w:p>
    <w:p>
      <w:pPr>
        <w:spacing w:after="0"/>
      </w:pPr>
      <w:r>
        <w:rPr>
          <w:rFonts w:ascii="Arial" w:hAnsi="Arial"/>
          <w:b/>
          <w:sz w:val="22"/>
        </w:rPr>
        <w:t xml:space="preserve">Alice  </w:t>
      </w:r>
      <w:r>
        <w:rPr>
          <w:rFonts w:ascii="Arial" w:hAnsi="Arial"/>
          <w:color w:val="5D7284"/>
          <w:sz w:val="22"/>
        </w:rPr>
        <w:t>56:58</w:t>
      </w:r>
    </w:p>
    <w:p>
      <w:pPr>
        <w:spacing w:after="0"/>
      </w:pPr>
      <w:r>
        <w:rPr>
          <w:rFonts w:ascii="Arial" w:hAnsi="Arial"/>
          <w:sz w:val="22"/>
        </w:rPr>
        <w:t>And so I can, I can, I can understand that be for people to be like, oh, I need to, like, you've got to know what, what you're seeing. You've got to know what it means. Because otherwise you might be like, Why the fuck is the dog bothering me</w:t>
      </w:r>
    </w:p>
    <w:p>
      <w:pPr>
        <w:spacing w:after="0"/>
      </w:pPr>
    </w:p>
    <w:p>
      <w:pPr>
        <w:spacing w:after="0"/>
      </w:pPr>
      <w:r>
        <w:rPr>
          <w:rFonts w:ascii="Arial" w:hAnsi="Arial"/>
          <w:b/>
          <w:sz w:val="22"/>
        </w:rPr>
        <w:t xml:space="preserve">Lucy  </w:t>
      </w:r>
      <w:r>
        <w:rPr>
          <w:rFonts w:ascii="Arial" w:hAnsi="Arial"/>
          <w:color w:val="5D7284"/>
          <w:sz w:val="22"/>
        </w:rPr>
        <w:t>57:11</w:t>
      </w:r>
    </w:p>
    <w:p>
      <w:pPr>
        <w:spacing w:after="0"/>
      </w:pPr>
      <w:r>
        <w:rPr>
          <w:rFonts w:ascii="Arial" w:hAnsi="Arial"/>
          <w:sz w:val="22"/>
        </w:rPr>
        <w:t>Yeah, yeah.</w:t>
      </w:r>
    </w:p>
    <w:p>
      <w:pPr>
        <w:spacing w:after="0"/>
      </w:pPr>
    </w:p>
    <w:p>
      <w:pPr>
        <w:spacing w:after="0"/>
      </w:pPr>
      <w:r>
        <w:rPr>
          <w:rFonts w:ascii="Arial" w:hAnsi="Arial"/>
          <w:b/>
          <w:sz w:val="22"/>
        </w:rPr>
        <w:t xml:space="preserve">Alice  </w:t>
      </w:r>
      <w:r>
        <w:rPr>
          <w:rFonts w:ascii="Arial" w:hAnsi="Arial"/>
          <w:color w:val="5D7284"/>
          <w:sz w:val="22"/>
        </w:rPr>
        <w:t>57:14</w:t>
      </w:r>
    </w:p>
    <w:p>
      <w:pPr>
        <w:spacing w:after="0"/>
      </w:pPr>
      <w:r>
        <w:rPr>
          <w:rFonts w:ascii="Arial" w:hAnsi="Arial"/>
          <w:sz w:val="22"/>
        </w:rPr>
        <w:t>It's a bit, it's a bit like babies, like you get used to going, Oh, it's probably this, like, there's definitely, you know, an amount of guesswork with it, but you sort of go, oh, well, this time, like they're, they're doing this particular thing, it probably means this, yeah.</w:t>
      </w:r>
    </w:p>
    <w:p>
      <w:pPr>
        <w:spacing w:after="0"/>
      </w:pPr>
    </w:p>
    <w:p>
      <w:pPr>
        <w:spacing w:after="0"/>
      </w:pPr>
      <w:r>
        <w:rPr>
          <w:rFonts w:ascii="Arial" w:hAnsi="Arial"/>
          <w:b/>
          <w:sz w:val="22"/>
        </w:rPr>
        <w:t xml:space="preserve">Daisy  </w:t>
      </w:r>
      <w:r>
        <w:rPr>
          <w:rFonts w:ascii="Arial" w:hAnsi="Arial"/>
          <w:color w:val="5D7284"/>
          <w:sz w:val="22"/>
        </w:rPr>
        <w:t>57:30</w:t>
      </w:r>
    </w:p>
    <w:p>
      <w:pPr>
        <w:spacing w:after="0"/>
      </w:pPr>
      <w:r>
        <w:rPr>
          <w:rFonts w:ascii="Arial" w:hAnsi="Arial"/>
          <w:sz w:val="22"/>
        </w:rPr>
        <w:t>So yeah, the results weren't, like, hugely conclusive, as they would be, but it did suggest that that having a dog just, you know, had a benefit to quality of life. What also suggested that it seemed to lessen the frequency of seizures, which is wild.</w:t>
      </w:r>
    </w:p>
    <w:p>
      <w:pPr>
        <w:spacing w:after="0"/>
      </w:pPr>
    </w:p>
    <w:p>
      <w:pPr>
        <w:spacing w:after="0"/>
      </w:pPr>
      <w:r>
        <w:rPr>
          <w:rFonts w:ascii="Arial" w:hAnsi="Arial"/>
          <w:b/>
          <w:sz w:val="22"/>
        </w:rPr>
        <w:t xml:space="preserve">Alice  </w:t>
      </w:r>
      <w:r>
        <w:rPr>
          <w:rFonts w:ascii="Arial" w:hAnsi="Arial"/>
          <w:color w:val="5D7284"/>
          <w:sz w:val="22"/>
        </w:rPr>
        <w:t>57:50</w:t>
      </w:r>
    </w:p>
    <w:p>
      <w:pPr>
        <w:spacing w:after="0"/>
      </w:pPr>
      <w:r>
        <w:rPr>
          <w:rFonts w:ascii="Arial" w:hAnsi="Arial"/>
          <w:sz w:val="22"/>
        </w:rPr>
        <w:t>I mean, they do say that, like stroking dogs can like it lowers your blood pressure. So I guess if your seizures are perhaps linked to stress or anxiety</w:t>
      </w:r>
    </w:p>
    <w:p>
      <w:pPr>
        <w:spacing w:after="0"/>
      </w:pPr>
    </w:p>
    <w:p>
      <w:pPr>
        <w:spacing w:after="0"/>
      </w:pPr>
      <w:r>
        <w:rPr>
          <w:rFonts w:ascii="Arial" w:hAnsi="Arial"/>
          <w:b/>
          <w:sz w:val="22"/>
        </w:rPr>
        <w:t xml:space="preserve">Daisy  </w:t>
      </w:r>
      <w:r>
        <w:rPr>
          <w:rFonts w:ascii="Arial" w:hAnsi="Arial"/>
          <w:color w:val="5D7284"/>
          <w:sz w:val="22"/>
        </w:rPr>
        <w:t>58:03</w:t>
      </w:r>
    </w:p>
    <w:p>
      <w:pPr>
        <w:spacing w:after="0"/>
      </w:pPr>
      <w:r>
        <w:rPr>
          <w:rFonts w:ascii="Arial" w:hAnsi="Arial"/>
          <w:sz w:val="22"/>
        </w:rPr>
        <w:t>Of course yeah, that makes sense, yeah. So a lot of this information I got from a pioneer, the Oh yeah, medical historian, who has epilepsy, and, you know, wrote, wrote the book on historical epilepsy, as well as an article from the Wellcome collection. So she's experienced the benefit from dog Charlie. And there was the article on the Wellcome collection website about this was very interesting. We will link it. And there's a picture of the dog as well which is really cute</w:t>
      </w:r>
    </w:p>
    <w:p>
      <w:pPr>
        <w:spacing w:after="0"/>
      </w:pPr>
    </w:p>
    <w:p>
      <w:pPr>
        <w:spacing w:after="0"/>
      </w:pPr>
      <w:r>
        <w:rPr>
          <w:rFonts w:ascii="Arial" w:hAnsi="Arial"/>
          <w:b/>
          <w:sz w:val="22"/>
        </w:rPr>
        <w:t xml:space="preserve">Lucy  </w:t>
      </w:r>
      <w:r>
        <w:rPr>
          <w:rFonts w:ascii="Arial" w:hAnsi="Arial"/>
          <w:color w:val="5D7284"/>
          <w:sz w:val="22"/>
        </w:rPr>
        <w:t>58:40</w:t>
      </w:r>
    </w:p>
    <w:p>
      <w:pPr>
        <w:spacing w:after="0"/>
      </w:pPr>
      <w:r>
        <w:rPr>
          <w:rFonts w:ascii="Arial" w:hAnsi="Arial"/>
          <w:sz w:val="22"/>
        </w:rPr>
        <w:t>Well yeah, winner,</w:t>
      </w:r>
    </w:p>
    <w:p>
      <w:pPr>
        <w:spacing w:after="0"/>
      </w:pPr>
    </w:p>
    <w:p>
      <w:pPr>
        <w:spacing w:after="0"/>
      </w:pPr>
      <w:r>
        <w:rPr>
          <w:rFonts w:ascii="Arial" w:hAnsi="Arial"/>
          <w:b/>
          <w:sz w:val="22"/>
        </w:rPr>
        <w:t xml:space="preserve">Daisy  </w:t>
      </w:r>
      <w:r>
        <w:rPr>
          <w:rFonts w:ascii="Arial" w:hAnsi="Arial"/>
          <w:color w:val="5D7284"/>
          <w:sz w:val="22"/>
        </w:rPr>
        <w:t>58:42</w:t>
      </w:r>
    </w:p>
    <w:p>
      <w:pPr>
        <w:spacing w:after="0"/>
      </w:pPr>
      <w:r>
        <w:rPr>
          <w:rFonts w:ascii="Arial" w:hAnsi="Arial"/>
          <w:sz w:val="22"/>
        </w:rPr>
        <w:t>yeah, but yes, it's kind of impossible to know what the dogs are picking up on. Like, you can get a decent guess. Like, it could be, you know, a smell. It could be changes in behaviour that is, like, so minimal that, like, the person themselves wouldn't pick up on it. Or, like, you know, changes in heart rate, you know, things like that</w:t>
      </w:r>
    </w:p>
    <w:p>
      <w:pPr>
        <w:spacing w:after="0"/>
      </w:pPr>
    </w:p>
    <w:p>
      <w:pPr>
        <w:spacing w:after="0"/>
      </w:pPr>
      <w:r>
        <w:rPr>
          <w:rFonts w:ascii="Arial" w:hAnsi="Arial"/>
          <w:b/>
          <w:sz w:val="22"/>
        </w:rPr>
        <w:t xml:space="preserve">Alice  </w:t>
      </w:r>
      <w:r>
        <w:rPr>
          <w:rFonts w:ascii="Arial" w:hAnsi="Arial"/>
          <w:color w:val="5D7284"/>
          <w:sz w:val="22"/>
        </w:rPr>
        <w:t>59:04</w:t>
      </w:r>
    </w:p>
    <w:p>
      <w:pPr>
        <w:spacing w:after="0"/>
      </w:pPr>
      <w:r>
        <w:rPr>
          <w:rFonts w:ascii="Arial" w:hAnsi="Arial"/>
          <w:sz w:val="22"/>
        </w:rPr>
        <w:t>I did, in my old job. One of one of my colleagues, was pregnant. She she had IVF, so she didn't tell anybody until really, like, quite late on in her pregnancy, because she she'd had several losses, and she basically, she didn't like say anything, but I remember, after she told everybody we were on maternity leave, at the same time, she came back, and she was like, I was so worried that people were going to guess, because Dora suddenly started paying loads of attention to me. And it's like, I hadn't noticed it, but she was like, I was really conscious that she was, like, if there was a group of us in the room, she'd be putting her chin on Michelle's lap and, like, smelling Michelle and stuff like that, because, and she was sure that it was because she could smell, obviously, the hormonal changes and stuff even before, like, before she was showing</w:t>
      </w:r>
    </w:p>
    <w:p>
      <w:pPr>
        <w:spacing w:after="0"/>
      </w:pPr>
    </w:p>
    <w:p>
      <w:pPr>
        <w:spacing w:after="0"/>
      </w:pPr>
      <w:r>
        <w:rPr>
          <w:rFonts w:ascii="Arial" w:hAnsi="Arial"/>
          <w:b/>
          <w:sz w:val="22"/>
        </w:rPr>
        <w:t xml:space="preserve">Daisy  </w:t>
      </w:r>
      <w:r>
        <w:rPr>
          <w:rFonts w:ascii="Arial" w:hAnsi="Arial"/>
          <w:color w:val="5D7284"/>
          <w:sz w:val="22"/>
        </w:rPr>
        <w:t>59:59</w:t>
      </w:r>
    </w:p>
    <w:p>
      <w:pPr>
        <w:spacing w:after="0"/>
      </w:pPr>
      <w:r>
        <w:rPr>
          <w:rFonts w:ascii="Arial" w:hAnsi="Arial"/>
          <w:sz w:val="22"/>
        </w:rPr>
        <w:t>Because. I stopped like, looking at most of my social media sites so much I now spend most of my time looking at Reddit. I like to tell myself, it's different. It's just swapping one thing for another. But most of the things I follow are like, you know, cat pages and things and so often you'll get someone go the cat is being really weird, like the cat has entirely changed their behaviour towards me. You know, what is going on? Is the cat ill? We took the cat to the vet. The cat is fine, and it's someone going, is there any chance you're pregnant? And they go, Ah, shit.</w:t>
      </w:r>
    </w:p>
    <w:p>
      <w:pPr>
        <w:spacing w:after="0"/>
      </w:pPr>
    </w:p>
    <w:p>
      <w:pPr>
        <w:spacing w:after="0"/>
      </w:pPr>
      <w:r>
        <w:rPr>
          <w:rFonts w:ascii="Arial" w:hAnsi="Arial"/>
          <w:b/>
          <w:sz w:val="22"/>
        </w:rPr>
        <w:t xml:space="preserve">Lucy  </w:t>
      </w:r>
      <w:r>
        <w:rPr>
          <w:rFonts w:ascii="Arial" w:hAnsi="Arial"/>
          <w:color w:val="5D7284"/>
          <w:sz w:val="22"/>
        </w:rPr>
        <w:t>1:00:38</w:t>
      </w:r>
    </w:p>
    <w:p>
      <w:pPr>
        <w:spacing w:after="0"/>
      </w:pPr>
      <w:r>
        <w:rPr>
          <w:rFonts w:ascii="Arial" w:hAnsi="Arial"/>
          <w:sz w:val="22"/>
        </w:rPr>
        <w:t>Oh yeah.</w:t>
      </w:r>
    </w:p>
    <w:p>
      <w:pPr>
        <w:spacing w:after="0"/>
      </w:pPr>
    </w:p>
    <w:p>
      <w:pPr>
        <w:spacing w:after="0"/>
      </w:pPr>
      <w:r>
        <w:rPr>
          <w:rFonts w:ascii="Arial" w:hAnsi="Arial"/>
          <w:b/>
          <w:sz w:val="22"/>
        </w:rPr>
        <w:t xml:space="preserve">Daisy  </w:t>
      </w:r>
      <w:r>
        <w:rPr>
          <w:rFonts w:ascii="Arial" w:hAnsi="Arial"/>
          <w:color w:val="5D7284"/>
          <w:sz w:val="22"/>
        </w:rPr>
        <w:t>1:00:38</w:t>
      </w:r>
    </w:p>
    <w:p>
      <w:pPr>
        <w:spacing w:after="0"/>
      </w:pPr>
      <w:r>
        <w:rPr>
          <w:rFonts w:ascii="Arial" w:hAnsi="Arial"/>
          <w:sz w:val="22"/>
        </w:rPr>
        <w:t>It's really common that, yeah, it seems to be surprisingly common that the first sign someone will get that they're pregnant is that one of their pets starts acting really weird and they don't pick up on it. Because why would they?</w:t>
      </w:r>
    </w:p>
    <w:p>
      <w:pPr>
        <w:spacing w:after="0"/>
      </w:pPr>
    </w:p>
    <w:p>
      <w:pPr>
        <w:spacing w:after="0"/>
      </w:pPr>
      <w:r>
        <w:rPr>
          <w:rFonts w:ascii="Arial" w:hAnsi="Arial"/>
          <w:b/>
          <w:sz w:val="22"/>
        </w:rPr>
        <w:t xml:space="preserve">Lucy  </w:t>
      </w:r>
      <w:r>
        <w:rPr>
          <w:rFonts w:ascii="Arial" w:hAnsi="Arial"/>
          <w:color w:val="5D7284"/>
          <w:sz w:val="22"/>
        </w:rPr>
        <w:t>1:00:44</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1:00:45</w:t>
      </w:r>
    </w:p>
    <w:p>
      <w:pPr>
        <w:spacing w:after="0"/>
      </w:pPr>
      <w:r>
        <w:rPr>
          <w:rFonts w:ascii="Arial" w:hAnsi="Arial"/>
          <w:sz w:val="22"/>
        </w:rPr>
        <w:t>I get it like Lola was particularly bad for if you were on your period, like Lola would be like, hello, I have to sniff your crotch, yeah. And so you'd feel, you'd feel like she'd basically just waved a tampon in front of everybody.</w:t>
      </w:r>
    </w:p>
    <w:p>
      <w:pPr>
        <w:spacing w:after="0"/>
      </w:pPr>
    </w:p>
    <w:p>
      <w:pPr>
        <w:spacing w:after="0"/>
      </w:pPr>
      <w:r>
        <w:rPr>
          <w:rFonts w:ascii="Arial" w:hAnsi="Arial"/>
          <w:b/>
          <w:sz w:val="22"/>
        </w:rPr>
        <w:t xml:space="preserve">Lucy  </w:t>
      </w:r>
      <w:r>
        <w:rPr>
          <w:rFonts w:ascii="Arial" w:hAnsi="Arial"/>
          <w:color w:val="5D7284"/>
          <w:sz w:val="22"/>
        </w:rPr>
        <w:t>1:01:08</w:t>
      </w:r>
    </w:p>
    <w:p>
      <w:pPr>
        <w:spacing w:after="0"/>
      </w:pPr>
      <w:r>
        <w:rPr>
          <w:rFonts w:ascii="Arial" w:hAnsi="Arial"/>
          <w:sz w:val="22"/>
        </w:rPr>
        <w:t>You're telling everybody,</w:t>
      </w:r>
    </w:p>
    <w:p>
      <w:pPr>
        <w:spacing w:after="0"/>
      </w:pPr>
    </w:p>
    <w:p>
      <w:pPr>
        <w:spacing w:after="0"/>
      </w:pPr>
      <w:r>
        <w:rPr>
          <w:rFonts w:ascii="Arial" w:hAnsi="Arial"/>
          <w:b/>
          <w:sz w:val="22"/>
        </w:rPr>
        <w:t xml:space="preserve">Alice  </w:t>
      </w:r>
      <w:r>
        <w:rPr>
          <w:rFonts w:ascii="Arial" w:hAnsi="Arial"/>
          <w:color w:val="5D7284"/>
          <w:sz w:val="22"/>
        </w:rPr>
        <w:t>1:01:12</w:t>
      </w:r>
    </w:p>
    <w:p>
      <w:pPr>
        <w:spacing w:after="0"/>
      </w:pPr>
      <w:r>
        <w:rPr>
          <w:rFonts w:ascii="Arial" w:hAnsi="Arial"/>
          <w:sz w:val="22"/>
        </w:rPr>
        <w:t>but And so, and for that, you sort of, it sort of makes more sense, because there is external element to it. But, you know, for somebody who's like, 2, 3, 4, Weeks Pregnant, where it's like, it's it still sells at that point, like, the fact that your hormones have changed enough for a dog to be like *sniff sniff* is that a burger? What's going on?</w:t>
      </w:r>
    </w:p>
    <w:p>
      <w:pPr>
        <w:spacing w:after="0"/>
      </w:pPr>
    </w:p>
    <w:p>
      <w:pPr>
        <w:spacing w:after="0"/>
      </w:pPr>
      <w:r>
        <w:rPr>
          <w:rFonts w:ascii="Arial" w:hAnsi="Arial"/>
          <w:b/>
          <w:sz w:val="22"/>
        </w:rPr>
        <w:t xml:space="preserve">Lucy  </w:t>
      </w:r>
      <w:r>
        <w:rPr>
          <w:rFonts w:ascii="Arial" w:hAnsi="Arial"/>
          <w:color w:val="5D7284"/>
          <w:sz w:val="22"/>
        </w:rPr>
        <w:t>1:01:38</w:t>
      </w:r>
    </w:p>
    <w:p>
      <w:pPr>
        <w:spacing w:after="0"/>
      </w:pPr>
      <w:r>
        <w:rPr>
          <w:rFonts w:ascii="Arial" w:hAnsi="Arial"/>
          <w:sz w:val="22"/>
        </w:rPr>
        <w:t>Excuse me</w:t>
      </w:r>
    </w:p>
    <w:p>
      <w:pPr>
        <w:spacing w:after="0"/>
      </w:pPr>
    </w:p>
    <w:p>
      <w:pPr>
        <w:spacing w:after="0"/>
      </w:pPr>
      <w:r>
        <w:rPr>
          <w:rFonts w:ascii="Arial" w:hAnsi="Arial"/>
          <w:b/>
          <w:sz w:val="22"/>
        </w:rPr>
        <w:t xml:space="preserve">Daisy  </w:t>
      </w:r>
      <w:r>
        <w:rPr>
          <w:rFonts w:ascii="Arial" w:hAnsi="Arial"/>
          <w:color w:val="5D7284"/>
          <w:sz w:val="22"/>
        </w:rPr>
        <w:t>1:01:40</w:t>
      </w:r>
    </w:p>
    <w:p>
      <w:pPr>
        <w:spacing w:after="0"/>
      </w:pPr>
      <w:r>
        <w:rPr>
          <w:rFonts w:ascii="Arial" w:hAnsi="Arial"/>
          <w:sz w:val="22"/>
        </w:rPr>
        <w:t>yeah, yeah. I mean, the scientists are really undecided about whether this is something that dogs can actually be trained to do, or whether it's just something that certain dogs are able to spot and notice. So, I mean, yeah, it seems to be all breeds can do it. Many sort of patients and organisations seem to think that, you know, any dog could do it, if you, you know, learn kind of, yeah, yeah, trained it to give the right cue, yeah. So it'd be difficult to train it to notice something it wasn't noticing, but you could potentially train it to act on something that it had already known</w:t>
      </w:r>
    </w:p>
    <w:p>
      <w:pPr>
        <w:spacing w:after="0"/>
      </w:pPr>
    </w:p>
    <w:p>
      <w:pPr>
        <w:spacing w:after="0"/>
      </w:pPr>
      <w:r>
        <w:rPr>
          <w:rFonts w:ascii="Arial" w:hAnsi="Arial"/>
          <w:b/>
          <w:sz w:val="22"/>
        </w:rPr>
        <w:t xml:space="preserve">Lucy  </w:t>
      </w:r>
      <w:r>
        <w:rPr>
          <w:rFonts w:ascii="Arial" w:hAnsi="Arial"/>
          <w:color w:val="5D7284"/>
          <w:sz w:val="22"/>
        </w:rPr>
        <w:t>1:02:20</w:t>
      </w:r>
    </w:p>
    <w:p>
      <w:pPr>
        <w:spacing w:after="0"/>
      </w:pPr>
      <w:r>
        <w:rPr>
          <w:rFonts w:ascii="Arial" w:hAnsi="Arial"/>
          <w:sz w:val="22"/>
        </w:rPr>
        <w:t>yeah, exactly</w:t>
      </w:r>
    </w:p>
    <w:p>
      <w:pPr>
        <w:spacing w:after="0"/>
      </w:pPr>
    </w:p>
    <w:p>
      <w:pPr>
        <w:spacing w:after="0"/>
      </w:pPr>
      <w:r>
        <w:rPr>
          <w:rFonts w:ascii="Arial" w:hAnsi="Arial"/>
          <w:b/>
          <w:sz w:val="22"/>
        </w:rPr>
        <w:t xml:space="preserve">Daisy  </w:t>
      </w:r>
      <w:r>
        <w:rPr>
          <w:rFonts w:ascii="Arial" w:hAnsi="Arial"/>
          <w:color w:val="5D7284"/>
          <w:sz w:val="22"/>
        </w:rPr>
        <w:t>1:02:22</w:t>
      </w:r>
    </w:p>
    <w:p>
      <w:pPr>
        <w:spacing w:after="0"/>
      </w:pPr>
      <w:r>
        <w:rPr>
          <w:rFonts w:ascii="Arial" w:hAnsi="Arial"/>
          <w:sz w:val="22"/>
        </w:rPr>
        <w:t>if that makes sense. So, yeah, it's super interesting. There isn't an awful lot else written down on this really</w:t>
      </w:r>
    </w:p>
    <w:p>
      <w:pPr>
        <w:spacing w:after="0"/>
      </w:pPr>
    </w:p>
    <w:p>
      <w:pPr>
        <w:spacing w:after="0"/>
      </w:pPr>
      <w:r>
        <w:rPr>
          <w:rFonts w:ascii="Arial" w:hAnsi="Arial"/>
          <w:b/>
          <w:sz w:val="22"/>
        </w:rPr>
        <w:t xml:space="preserve">Lucy  </w:t>
      </w:r>
      <w:r>
        <w:rPr>
          <w:rFonts w:ascii="Arial" w:hAnsi="Arial"/>
          <w:color w:val="5D7284"/>
          <w:sz w:val="22"/>
        </w:rPr>
        <w:t>1:02:31</w:t>
      </w:r>
    </w:p>
    <w:p>
      <w:pPr>
        <w:spacing w:after="0"/>
      </w:pPr>
      <w:r>
        <w:rPr>
          <w:rFonts w:ascii="Arial" w:hAnsi="Arial"/>
          <w:sz w:val="22"/>
        </w:rPr>
        <w:t>I honestly do think it is fascinating that animals can be so perceptive. It's like, you know we were, just talking about people who are pregnant. When I am not feeling very well, or I'm aching, or something like that. The dog can sense that there is something not quite right with me, and everything's hurting, and I need to be slower and steadier, and they won't leave my side usually if I'm hurt, because I think they just want to be like, close to you to give you comfort. And I just think it's amazing, really, that animals can do that without actually saying a word, like going, are you alright. Do you need anything. They're there, aren't they? And it's, I just think it's incredible. And, yeah, you know that they that somebody has trained dogs to to help people, guide people, assist people. I think is an incredible feat in itself. Back, you know, back in the early days, like you were saying in the like, First World War and all that kind of, like, after the First World War. I think that is an incredible thing, whether, like, whether we believe half of the stuff. The German doctor actually said it could have been a ham sandwich in the pocket situation. You don't know,</w:t>
      </w:r>
    </w:p>
    <w:p>
      <w:pPr>
        <w:spacing w:after="0"/>
      </w:pPr>
    </w:p>
    <w:p>
      <w:pPr>
        <w:spacing w:after="0"/>
      </w:pPr>
      <w:r>
        <w:rPr>
          <w:rFonts w:ascii="Arial" w:hAnsi="Arial"/>
          <w:b/>
          <w:sz w:val="22"/>
        </w:rPr>
        <w:t xml:space="preserve">Daisy  </w:t>
      </w:r>
      <w:r>
        <w:rPr>
          <w:rFonts w:ascii="Arial" w:hAnsi="Arial"/>
          <w:color w:val="5D7284"/>
          <w:sz w:val="22"/>
        </w:rPr>
        <w:t>1:03:49</w:t>
      </w:r>
    </w:p>
    <w:p>
      <w:pPr>
        <w:spacing w:after="0"/>
      </w:pPr>
      <w:r>
        <w:rPr>
          <w:rFonts w:ascii="Arial" w:hAnsi="Arial"/>
          <w:sz w:val="22"/>
        </w:rPr>
        <w:t>you're so skeptical.</w:t>
      </w:r>
    </w:p>
    <w:p>
      <w:pPr>
        <w:spacing w:after="0"/>
      </w:pPr>
    </w:p>
    <w:p>
      <w:pPr>
        <w:spacing w:after="0"/>
      </w:pPr>
      <w:r>
        <w:rPr>
          <w:rFonts w:ascii="Arial" w:hAnsi="Arial"/>
          <w:b/>
          <w:sz w:val="22"/>
        </w:rPr>
        <w:t xml:space="preserve">Alice  </w:t>
      </w:r>
      <w:r>
        <w:rPr>
          <w:rFonts w:ascii="Arial" w:hAnsi="Arial"/>
          <w:color w:val="5D7284"/>
          <w:sz w:val="22"/>
        </w:rPr>
        <w:t>1:03:50</w:t>
      </w:r>
    </w:p>
    <w:p>
      <w:pPr>
        <w:spacing w:after="0"/>
      </w:pPr>
      <w:r>
        <w:rPr>
          <w:rFonts w:ascii="Arial" w:hAnsi="Arial"/>
          <w:sz w:val="22"/>
        </w:rPr>
        <w:t>But, I mean, I would say, like, I'm a bit skeptical of that first story. But yeah, the evidence is that he went on to, you know, his him and his training techniques did go on to train 600 dogs to, like, you know, 600 dogs a year, to guide people. There were no associated stories about people being walked under busses and off of bridges and stuff.</w:t>
      </w:r>
    </w:p>
    <w:p>
      <w:pPr>
        <w:spacing w:after="0"/>
      </w:pPr>
    </w:p>
    <w:p>
      <w:pPr>
        <w:spacing w:after="0"/>
      </w:pPr>
      <w:r>
        <w:rPr>
          <w:rFonts w:ascii="Arial" w:hAnsi="Arial"/>
          <w:b/>
          <w:sz w:val="22"/>
        </w:rPr>
        <w:t xml:space="preserve">Lucy  </w:t>
      </w:r>
      <w:r>
        <w:rPr>
          <w:rFonts w:ascii="Arial" w:hAnsi="Arial"/>
          <w:color w:val="5D7284"/>
          <w:sz w:val="22"/>
        </w:rPr>
        <w:t>1:04:17</w:t>
      </w:r>
    </w:p>
    <w:p>
      <w:pPr>
        <w:spacing w:after="0"/>
      </w:pPr>
      <w:r>
        <w:rPr>
          <w:rFonts w:ascii="Arial" w:hAnsi="Arial"/>
          <w:sz w:val="22"/>
        </w:rPr>
        <w:t>no so it obviously worked. I mean, to have that thought, go, oh, this, this might work. Hang on a minute.</w:t>
      </w:r>
    </w:p>
    <w:p>
      <w:pPr>
        <w:spacing w:after="0"/>
      </w:pPr>
    </w:p>
    <w:p>
      <w:pPr>
        <w:spacing w:after="0"/>
      </w:pPr>
      <w:r>
        <w:rPr>
          <w:rFonts w:ascii="Arial" w:hAnsi="Arial"/>
          <w:b/>
          <w:sz w:val="22"/>
        </w:rPr>
        <w:t xml:space="preserve">Daisy  </w:t>
      </w:r>
      <w:r>
        <w:rPr>
          <w:rFonts w:ascii="Arial" w:hAnsi="Arial"/>
          <w:color w:val="5D7284"/>
          <w:sz w:val="22"/>
        </w:rPr>
        <w:t>1:04:24</w:t>
      </w:r>
    </w:p>
    <w:p>
      <w:pPr>
        <w:spacing w:after="0"/>
      </w:pPr>
      <w:r>
        <w:rPr>
          <w:rFonts w:ascii="Arial" w:hAnsi="Arial"/>
          <w:sz w:val="22"/>
        </w:rPr>
        <w:t xml:space="preserve">So, yeah, maybe just the initial story was a bit more fluffy, because the actual realistic was a bit kind of sterile. </w:t>
      </w:r>
    </w:p>
    <w:p>
      <w:pPr>
        <w:spacing w:after="0"/>
      </w:pPr>
    </w:p>
    <w:p>
      <w:pPr>
        <w:spacing w:after="0"/>
      </w:pPr>
      <w:r>
        <w:rPr>
          <w:rFonts w:ascii="Arial" w:hAnsi="Arial"/>
          <w:b/>
          <w:sz w:val="22"/>
        </w:rPr>
        <w:t xml:space="preserve">Alice  </w:t>
      </w:r>
      <w:r>
        <w:rPr>
          <w:rFonts w:ascii="Arial" w:hAnsi="Arial"/>
          <w:color w:val="5D7284"/>
          <w:sz w:val="22"/>
        </w:rPr>
        <w:t>1:04:35</w:t>
      </w:r>
    </w:p>
    <w:p>
      <w:pPr>
        <w:spacing w:after="0"/>
      </w:pPr>
      <w:r>
        <w:rPr>
          <w:rFonts w:ascii="Arial" w:hAnsi="Arial"/>
          <w:sz w:val="22"/>
        </w:rPr>
        <w:t>And I think, I think that's like what you were saying there, Lucy, about your sister's dog and stuff. Like, I'm I'm a bit cynical about people being like, oh, you know, my dog knows me so well. And stuff</w:t>
      </w:r>
    </w:p>
    <w:p>
      <w:pPr>
        <w:spacing w:after="0"/>
      </w:pPr>
    </w:p>
    <w:p>
      <w:pPr>
        <w:spacing w:after="0"/>
      </w:pPr>
      <w:r>
        <w:rPr>
          <w:rFonts w:ascii="Arial" w:hAnsi="Arial"/>
          <w:b/>
          <w:sz w:val="22"/>
        </w:rPr>
        <w:t xml:space="preserve">Lucy  </w:t>
      </w:r>
      <w:r>
        <w:rPr>
          <w:rFonts w:ascii="Arial" w:hAnsi="Arial"/>
          <w:color w:val="5D7284"/>
          <w:sz w:val="22"/>
        </w:rPr>
        <w:t>1:04:45</w:t>
      </w:r>
    </w:p>
    <w:p>
      <w:pPr>
        <w:spacing w:after="0"/>
      </w:pPr>
      <w:r>
        <w:rPr>
          <w:rFonts w:ascii="Arial" w:hAnsi="Arial"/>
          <w:sz w:val="22"/>
        </w:rPr>
        <w:t>like, because, oh no, I'm not saying that he knows me so well, but I just know that he can sense when I'm not feeling altogether happy with life.</w:t>
      </w:r>
    </w:p>
    <w:p>
      <w:pPr>
        <w:spacing w:after="0"/>
      </w:pPr>
    </w:p>
    <w:p>
      <w:pPr>
        <w:spacing w:after="0"/>
      </w:pPr>
      <w:r>
        <w:rPr>
          <w:rFonts w:ascii="Arial" w:hAnsi="Arial"/>
          <w:b/>
          <w:sz w:val="22"/>
        </w:rPr>
        <w:t xml:space="preserve">Alice  </w:t>
      </w:r>
      <w:r>
        <w:rPr>
          <w:rFonts w:ascii="Arial" w:hAnsi="Arial"/>
          <w:color w:val="5D7284"/>
          <w:sz w:val="22"/>
        </w:rPr>
        <w:t>1:04:55</w:t>
      </w:r>
    </w:p>
    <w:p>
      <w:pPr>
        <w:spacing w:after="0"/>
      </w:pPr>
      <w:r>
        <w:rPr>
          <w:rFonts w:ascii="Arial" w:hAnsi="Arial"/>
          <w:sz w:val="22"/>
        </w:rPr>
        <w:t>Yeah, I mean, I guess that that that's sort of what I. I think that dogs do pick up on behaviour, and they do pick up on actions and stuff like that. But I think it's I personally like, having had times where I have been really, really down or really, really frustrated or really, really struggling. And like, you know, we always had dogs when I was growing up. And there were definitely times where there were like, you know, times where I was having a really difficult time, and Lola was just like, I don't care. I want to lick this lamp post. I think, I think we, I think we answer them,</w:t>
      </w:r>
    </w:p>
    <w:p>
      <w:pPr>
        <w:spacing w:after="0"/>
      </w:pPr>
    </w:p>
    <w:p>
      <w:pPr>
        <w:spacing w:after="0"/>
      </w:pPr>
      <w:r>
        <w:rPr>
          <w:rFonts w:ascii="Arial" w:hAnsi="Arial"/>
          <w:b/>
          <w:sz w:val="22"/>
        </w:rPr>
        <w:t xml:space="preserve">Lucy  </w:t>
      </w:r>
      <w:r>
        <w:rPr>
          <w:rFonts w:ascii="Arial" w:hAnsi="Arial"/>
          <w:color w:val="5D7284"/>
          <w:sz w:val="22"/>
        </w:rPr>
        <w:t>1:05:33</w:t>
      </w:r>
    </w:p>
    <w:p>
      <w:pPr>
        <w:spacing w:after="0"/>
      </w:pPr>
      <w:r>
        <w:rPr>
          <w:rFonts w:ascii="Arial" w:hAnsi="Arial"/>
          <w:sz w:val="22"/>
        </w:rPr>
        <w:t>yeah, I know you mean. Anthropomorphize,</w:t>
      </w:r>
    </w:p>
    <w:p>
      <w:pPr>
        <w:spacing w:after="0"/>
      </w:pPr>
    </w:p>
    <w:p>
      <w:pPr>
        <w:spacing w:after="0"/>
      </w:pPr>
      <w:r>
        <w:rPr>
          <w:rFonts w:ascii="Arial" w:hAnsi="Arial"/>
          <w:b/>
          <w:sz w:val="22"/>
        </w:rPr>
        <w:t xml:space="preserve">Alice  </w:t>
      </w:r>
      <w:r>
        <w:rPr>
          <w:rFonts w:ascii="Arial" w:hAnsi="Arial"/>
          <w:color w:val="5D7284"/>
          <w:sz w:val="22"/>
        </w:rPr>
        <w:t>1:05:36</w:t>
      </w:r>
    </w:p>
    <w:p>
      <w:pPr>
        <w:spacing w:after="0"/>
      </w:pPr>
      <w:r>
        <w:rPr>
          <w:rFonts w:ascii="Arial" w:hAnsi="Arial"/>
          <w:sz w:val="22"/>
        </w:rPr>
        <w:t>Daisy. You're the intelligent one. Can you say it?</w:t>
      </w:r>
    </w:p>
    <w:p>
      <w:pPr>
        <w:spacing w:after="0"/>
      </w:pPr>
    </w:p>
    <w:p>
      <w:pPr>
        <w:spacing w:after="0"/>
      </w:pPr>
      <w:r>
        <w:rPr>
          <w:rFonts w:ascii="Arial" w:hAnsi="Arial"/>
          <w:b/>
          <w:sz w:val="22"/>
        </w:rPr>
        <w:t xml:space="preserve">Daisy  </w:t>
      </w:r>
      <w:r>
        <w:rPr>
          <w:rFonts w:ascii="Arial" w:hAnsi="Arial"/>
          <w:color w:val="5D7284"/>
          <w:sz w:val="22"/>
        </w:rPr>
        <w:t>1:05:40</w:t>
      </w:r>
    </w:p>
    <w:p>
      <w:pPr>
        <w:spacing w:after="0"/>
      </w:pPr>
      <w:r>
        <w:rPr>
          <w:rFonts w:ascii="Arial" w:hAnsi="Arial"/>
          <w:sz w:val="22"/>
        </w:rPr>
        <w:t>Anthropomorphize?</w:t>
      </w:r>
    </w:p>
    <w:p>
      <w:pPr>
        <w:spacing w:after="0"/>
      </w:pPr>
    </w:p>
    <w:p>
      <w:pPr>
        <w:spacing w:after="0"/>
      </w:pPr>
      <w:r>
        <w:rPr>
          <w:rFonts w:ascii="Arial" w:hAnsi="Arial"/>
          <w:b/>
          <w:sz w:val="22"/>
        </w:rPr>
        <w:t xml:space="preserve">Alice  </w:t>
      </w:r>
      <w:r>
        <w:rPr>
          <w:rFonts w:ascii="Arial" w:hAnsi="Arial"/>
          <w:color w:val="5D7284"/>
          <w:sz w:val="22"/>
        </w:rPr>
        <w:t>1:05:41</w:t>
      </w:r>
    </w:p>
    <w:p>
      <w:pPr>
        <w:spacing w:after="0"/>
      </w:pPr>
      <w:r>
        <w:rPr>
          <w:rFonts w:ascii="Arial" w:hAnsi="Arial"/>
          <w:sz w:val="22"/>
        </w:rPr>
        <w:t>Thank you.</w:t>
      </w:r>
    </w:p>
    <w:p>
      <w:pPr>
        <w:spacing w:after="0"/>
      </w:pPr>
    </w:p>
    <w:p>
      <w:pPr>
        <w:spacing w:after="0"/>
      </w:pPr>
      <w:r>
        <w:rPr>
          <w:rFonts w:ascii="Arial" w:hAnsi="Arial"/>
          <w:b/>
          <w:sz w:val="22"/>
        </w:rPr>
        <w:t xml:space="preserve">Lucy  </w:t>
      </w:r>
      <w:r>
        <w:rPr>
          <w:rFonts w:ascii="Arial" w:hAnsi="Arial"/>
          <w:color w:val="5D7284"/>
          <w:sz w:val="22"/>
        </w:rPr>
        <w:t>1:05:42</w:t>
      </w:r>
    </w:p>
    <w:p>
      <w:pPr>
        <w:spacing w:after="0"/>
      </w:pPr>
      <w:r>
        <w:rPr>
          <w:rFonts w:ascii="Arial" w:hAnsi="Arial"/>
          <w:sz w:val="22"/>
        </w:rPr>
        <w:t>I said, That's what I said, play the tape</w:t>
      </w:r>
    </w:p>
    <w:p>
      <w:pPr>
        <w:spacing w:after="0"/>
      </w:pPr>
    </w:p>
    <w:p>
      <w:pPr>
        <w:spacing w:after="0"/>
      </w:pPr>
      <w:r>
        <w:rPr>
          <w:rFonts w:ascii="Arial" w:hAnsi="Arial"/>
          <w:b/>
          <w:sz w:val="22"/>
        </w:rPr>
        <w:t xml:space="preserve">Alice  </w:t>
      </w:r>
      <w:r>
        <w:rPr>
          <w:rFonts w:ascii="Arial" w:hAnsi="Arial"/>
          <w:color w:val="5D7284"/>
          <w:sz w:val="22"/>
        </w:rPr>
        <w:t>1:05:48</w:t>
      </w:r>
    </w:p>
    <w:p>
      <w:pPr>
        <w:spacing w:after="0"/>
      </w:pPr>
      <w:r>
        <w:rPr>
          <w:rFonts w:ascii="Arial" w:hAnsi="Arial"/>
          <w:sz w:val="22"/>
        </w:rPr>
        <w:t>that they that we do. We do that to animals a lot. Yeah, think that. I personally, I'm a little bit skeptical, but I think, I think at the end of the end of the day, it doesn't matter if we get comfort from it and they are happy doing it, then it doesn't doesn't matter whether it's something that they intuited or whether they were like, oh, this person is sitting on the floor, and I don't know why, but I'm gonna put my nose in their face and see what happens.</w:t>
      </w:r>
    </w:p>
    <w:p>
      <w:pPr>
        <w:spacing w:after="0"/>
      </w:pPr>
    </w:p>
    <w:p>
      <w:pPr>
        <w:spacing w:after="0"/>
      </w:pPr>
      <w:r>
        <w:rPr>
          <w:rFonts w:ascii="Arial" w:hAnsi="Arial"/>
          <w:b/>
          <w:sz w:val="22"/>
        </w:rPr>
        <w:t xml:space="preserve">Daisy  </w:t>
      </w:r>
      <w:r>
        <w:rPr>
          <w:rFonts w:ascii="Arial" w:hAnsi="Arial"/>
          <w:color w:val="5D7284"/>
          <w:sz w:val="22"/>
        </w:rPr>
        <w:t>1:06:16</w:t>
      </w:r>
    </w:p>
    <w:p>
      <w:pPr>
        <w:spacing w:after="0"/>
      </w:pPr>
      <w:r>
        <w:rPr>
          <w:rFonts w:ascii="Arial" w:hAnsi="Arial"/>
          <w:sz w:val="22"/>
        </w:rPr>
        <w:t>Well, it could also be that your dog did know that you were unhappy and just didn't care. Well, yeah,</w:t>
      </w:r>
    </w:p>
    <w:p>
      <w:pPr>
        <w:spacing w:after="0"/>
      </w:pPr>
    </w:p>
    <w:p>
      <w:pPr>
        <w:spacing w:after="0"/>
      </w:pPr>
      <w:r>
        <w:rPr>
          <w:rFonts w:ascii="Arial" w:hAnsi="Arial"/>
          <w:b/>
          <w:sz w:val="22"/>
        </w:rPr>
        <w:t xml:space="preserve">Alice  </w:t>
      </w:r>
      <w:r>
        <w:rPr>
          <w:rFonts w:ascii="Arial" w:hAnsi="Arial"/>
          <w:color w:val="5D7284"/>
          <w:sz w:val="22"/>
        </w:rPr>
        <w:t>1:06:23</w:t>
      </w:r>
    </w:p>
    <w:p>
      <w:pPr>
        <w:spacing w:after="0"/>
      </w:pPr>
      <w:r>
        <w:rPr>
          <w:rFonts w:ascii="Arial" w:hAnsi="Arial"/>
          <w:sz w:val="22"/>
        </w:rPr>
        <w:t>Lola, definitely cared about Lola and not anybody else</w:t>
      </w:r>
    </w:p>
    <w:p>
      <w:pPr>
        <w:spacing w:after="0"/>
      </w:pPr>
    </w:p>
    <w:p>
      <w:pPr>
        <w:spacing w:after="0"/>
      </w:pPr>
      <w:r>
        <w:rPr>
          <w:rFonts w:ascii="Arial" w:hAnsi="Arial"/>
          <w:b/>
          <w:sz w:val="22"/>
        </w:rPr>
        <w:t xml:space="preserve">Lucy  </w:t>
      </w:r>
      <w:r>
        <w:rPr>
          <w:rFonts w:ascii="Arial" w:hAnsi="Arial"/>
          <w:color w:val="5D7284"/>
          <w:sz w:val="22"/>
        </w:rPr>
        <w:t>1:06:26</w:t>
      </w:r>
    </w:p>
    <w:p>
      <w:pPr>
        <w:spacing w:after="0"/>
      </w:pPr>
      <w:r>
        <w:rPr>
          <w:rFonts w:ascii="Arial" w:hAnsi="Arial"/>
          <w:sz w:val="22"/>
        </w:rPr>
        <w:t>I like to think that Bertie, boo, bless him, is my best friend, and so therefore has always got like an eye out for me. But that's just me. Like you say, I'm making him like a he I got, he's got human feelings and emotions, and he will also believe that people who have done me wrong are wankers, so, but I don't, I don't think he does that</w:t>
      </w:r>
    </w:p>
    <w:p>
      <w:pPr>
        <w:spacing w:after="0"/>
      </w:pPr>
    </w:p>
    <w:p>
      <w:pPr>
        <w:spacing w:after="0"/>
      </w:pPr>
      <w:r>
        <w:rPr>
          <w:rFonts w:ascii="Arial" w:hAnsi="Arial"/>
          <w:b/>
          <w:sz w:val="22"/>
        </w:rPr>
        <w:t xml:space="preserve">Alice  </w:t>
      </w:r>
      <w:r>
        <w:rPr>
          <w:rFonts w:ascii="Arial" w:hAnsi="Arial"/>
          <w:color w:val="5D7284"/>
          <w:sz w:val="22"/>
        </w:rPr>
        <w:t>1:06:50</w:t>
      </w:r>
    </w:p>
    <w:p>
      <w:pPr>
        <w:spacing w:after="0"/>
      </w:pPr>
      <w:r>
        <w:rPr>
          <w:rFonts w:ascii="Arial" w:hAnsi="Arial"/>
          <w:sz w:val="22"/>
        </w:rPr>
        <w:t>Whereas I believe that if you and Bertie were locked in a room and you died, he'd eat you.</w:t>
      </w:r>
    </w:p>
    <w:p>
      <w:pPr>
        <w:spacing w:after="0"/>
      </w:pPr>
    </w:p>
    <w:p>
      <w:pPr>
        <w:spacing w:after="0"/>
      </w:pPr>
      <w:r>
        <w:rPr>
          <w:rFonts w:ascii="Arial" w:hAnsi="Arial"/>
          <w:b/>
          <w:sz w:val="22"/>
        </w:rPr>
        <w:t xml:space="preserve">Lucy  </w:t>
      </w:r>
      <w:r>
        <w:rPr>
          <w:rFonts w:ascii="Arial" w:hAnsi="Arial"/>
          <w:color w:val="5D7284"/>
          <w:sz w:val="22"/>
        </w:rPr>
        <w:t>1:06:57</w:t>
      </w:r>
    </w:p>
    <w:p>
      <w:pPr>
        <w:spacing w:after="0"/>
      </w:pPr>
      <w:r>
        <w:rPr>
          <w:rFonts w:ascii="Arial" w:hAnsi="Arial"/>
          <w:sz w:val="22"/>
        </w:rPr>
        <w:t>Yeah, he might leave it a bit before, like, he wouldn't, like, drop down dead but yeah, yeah, I get you. I get you.</w:t>
      </w:r>
    </w:p>
    <w:p>
      <w:pPr>
        <w:spacing w:after="0"/>
      </w:pPr>
    </w:p>
    <w:p>
      <w:pPr>
        <w:spacing w:after="0"/>
      </w:pPr>
      <w:r>
        <w:rPr>
          <w:rFonts w:ascii="Arial" w:hAnsi="Arial"/>
          <w:b/>
          <w:sz w:val="22"/>
        </w:rPr>
        <w:t xml:space="preserve">Daisy  </w:t>
      </w:r>
      <w:r>
        <w:rPr>
          <w:rFonts w:ascii="Arial" w:hAnsi="Arial"/>
          <w:color w:val="5D7284"/>
          <w:sz w:val="22"/>
        </w:rPr>
        <w:t>1:07:05</w:t>
      </w:r>
    </w:p>
    <w:p>
      <w:pPr>
        <w:spacing w:after="0"/>
      </w:pPr>
      <w:r>
        <w:rPr>
          <w:rFonts w:ascii="Arial" w:hAnsi="Arial"/>
          <w:sz w:val="22"/>
        </w:rPr>
        <w:t>Wouldn't you want him to?</w:t>
      </w:r>
    </w:p>
    <w:p>
      <w:pPr>
        <w:spacing w:after="0"/>
      </w:pPr>
    </w:p>
    <w:p>
      <w:pPr>
        <w:spacing w:after="0"/>
      </w:pPr>
      <w:r>
        <w:rPr>
          <w:rFonts w:ascii="Arial" w:hAnsi="Arial"/>
          <w:b/>
          <w:sz w:val="22"/>
        </w:rPr>
        <w:t xml:space="preserve">Alice  </w:t>
      </w:r>
      <w:r>
        <w:rPr>
          <w:rFonts w:ascii="Arial" w:hAnsi="Arial"/>
          <w:color w:val="5D7284"/>
          <w:sz w:val="22"/>
        </w:rPr>
        <w:t>1:07:06</w:t>
      </w:r>
    </w:p>
    <w:p>
      <w:pPr>
        <w:spacing w:after="0"/>
      </w:pPr>
      <w:r>
        <w:rPr>
          <w:rFonts w:ascii="Arial" w:hAnsi="Arial"/>
          <w:sz w:val="22"/>
        </w:rPr>
        <w:t>Yeah, definitely. Full on, full on. Let the dog live. If I'm dead, the dog can eat me.</w:t>
      </w:r>
    </w:p>
    <w:p>
      <w:pPr>
        <w:spacing w:after="0"/>
      </w:pPr>
    </w:p>
    <w:p>
      <w:pPr>
        <w:spacing w:after="0"/>
      </w:pPr>
      <w:r>
        <w:rPr>
          <w:rFonts w:ascii="Arial" w:hAnsi="Arial"/>
          <w:b/>
          <w:sz w:val="22"/>
        </w:rPr>
        <w:t xml:space="preserve">Lucy  </w:t>
      </w:r>
      <w:r>
        <w:rPr>
          <w:rFonts w:ascii="Arial" w:hAnsi="Arial"/>
          <w:color w:val="5D7284"/>
          <w:sz w:val="22"/>
        </w:rPr>
        <w:t>1:07:10</w:t>
      </w:r>
    </w:p>
    <w:p>
      <w:pPr>
        <w:spacing w:after="0"/>
      </w:pPr>
      <w:r>
        <w:rPr>
          <w:rFonts w:ascii="Arial" w:hAnsi="Arial"/>
          <w:sz w:val="22"/>
        </w:rPr>
        <w:t>This has gone a bit Halloween esque.</w:t>
      </w:r>
    </w:p>
    <w:p>
      <w:pPr>
        <w:spacing w:after="0"/>
      </w:pPr>
    </w:p>
    <w:p>
      <w:pPr>
        <w:spacing w:after="0"/>
      </w:pPr>
      <w:r>
        <w:rPr>
          <w:rFonts w:ascii="Arial" w:hAnsi="Arial"/>
          <w:b/>
          <w:sz w:val="22"/>
        </w:rPr>
        <w:t xml:space="preserve">Alice  </w:t>
      </w:r>
      <w:r>
        <w:rPr>
          <w:rFonts w:ascii="Arial" w:hAnsi="Arial"/>
          <w:color w:val="5D7284"/>
          <w:sz w:val="22"/>
        </w:rPr>
        <w:t>1:07:15</w:t>
      </w:r>
    </w:p>
    <w:p>
      <w:pPr>
        <w:spacing w:after="0"/>
      </w:pPr>
      <w:r>
        <w:rPr>
          <w:rFonts w:ascii="Arial" w:hAnsi="Arial"/>
          <w:sz w:val="22"/>
        </w:rPr>
        <w:t>I have, I have Daisy. Did you have any more to say?</w:t>
      </w:r>
    </w:p>
    <w:p>
      <w:pPr>
        <w:spacing w:after="0"/>
      </w:pPr>
    </w:p>
    <w:p>
      <w:pPr>
        <w:spacing w:after="0"/>
      </w:pPr>
      <w:r>
        <w:rPr>
          <w:rFonts w:ascii="Arial" w:hAnsi="Arial"/>
          <w:b/>
          <w:sz w:val="22"/>
        </w:rPr>
        <w:t xml:space="preserve">Daisy  </w:t>
      </w:r>
      <w:r>
        <w:rPr>
          <w:rFonts w:ascii="Arial" w:hAnsi="Arial"/>
          <w:color w:val="5D7284"/>
          <w:sz w:val="22"/>
        </w:rPr>
        <w:t>1:07:19</w:t>
      </w:r>
    </w:p>
    <w:p>
      <w:pPr>
        <w:spacing w:after="0"/>
      </w:pPr>
      <w:r>
        <w:rPr>
          <w:rFonts w:ascii="Arial" w:hAnsi="Arial"/>
          <w:sz w:val="22"/>
        </w:rPr>
        <w:t>Yes, I've got more on the the autisms support dogs.</w:t>
      </w:r>
    </w:p>
    <w:p>
      <w:pPr>
        <w:spacing w:after="0"/>
      </w:pPr>
    </w:p>
    <w:p>
      <w:pPr>
        <w:spacing w:after="0"/>
      </w:pPr>
      <w:r>
        <w:rPr>
          <w:rFonts w:ascii="Arial" w:hAnsi="Arial"/>
          <w:b/>
          <w:sz w:val="22"/>
        </w:rPr>
        <w:t xml:space="preserve">Lucy  </w:t>
      </w:r>
      <w:r>
        <w:rPr>
          <w:rFonts w:ascii="Arial" w:hAnsi="Arial"/>
          <w:color w:val="5D7284"/>
          <w:sz w:val="22"/>
        </w:rPr>
        <w:t>1:07:19</w:t>
      </w:r>
    </w:p>
    <w:p>
      <w:pPr>
        <w:spacing w:after="0"/>
      </w:pPr>
      <w:r>
        <w:rPr>
          <w:rFonts w:ascii="Arial" w:hAnsi="Arial"/>
          <w:sz w:val="22"/>
        </w:rPr>
        <w:t>Okay, sorry, we thought you'd</w:t>
      </w:r>
    </w:p>
    <w:p>
      <w:pPr>
        <w:spacing w:after="0"/>
      </w:pPr>
    </w:p>
    <w:p>
      <w:pPr>
        <w:spacing w:after="0"/>
      </w:pPr>
      <w:r>
        <w:rPr>
          <w:rFonts w:ascii="Arial" w:hAnsi="Arial"/>
          <w:b/>
          <w:sz w:val="22"/>
        </w:rPr>
        <w:t xml:space="preserve">Daisy  </w:t>
      </w:r>
      <w:r>
        <w:rPr>
          <w:rFonts w:ascii="Arial" w:hAnsi="Arial"/>
          <w:color w:val="5D7284"/>
          <w:sz w:val="22"/>
        </w:rPr>
        <w:t>1:07:19</w:t>
      </w:r>
    </w:p>
    <w:p>
      <w:pPr>
        <w:spacing w:after="0"/>
      </w:pPr>
      <w:r>
        <w:rPr>
          <w:rFonts w:ascii="Arial" w:hAnsi="Arial"/>
          <w:sz w:val="22"/>
        </w:rPr>
        <w:t>You don't have to hear it if you don't wanna?</w:t>
      </w:r>
    </w:p>
    <w:p>
      <w:pPr>
        <w:spacing w:after="0"/>
      </w:pPr>
    </w:p>
    <w:p>
      <w:pPr>
        <w:spacing w:after="0"/>
      </w:pPr>
      <w:r>
        <w:rPr>
          <w:rFonts w:ascii="Arial" w:hAnsi="Arial"/>
          <w:b/>
          <w:sz w:val="22"/>
        </w:rPr>
        <w:t xml:space="preserve">Alice  </w:t>
      </w:r>
      <w:r>
        <w:rPr>
          <w:rFonts w:ascii="Arial" w:hAnsi="Arial"/>
          <w:color w:val="5D7284"/>
          <w:sz w:val="22"/>
        </w:rPr>
        <w:t>1:07:19</w:t>
      </w:r>
    </w:p>
    <w:p>
      <w:pPr>
        <w:spacing w:after="0"/>
      </w:pPr>
      <w:r>
        <w:rPr>
          <w:rFonts w:ascii="Arial" w:hAnsi="Arial"/>
          <w:sz w:val="22"/>
        </w:rPr>
        <w:t>No, I want to hear about it</w:t>
      </w:r>
    </w:p>
    <w:p>
      <w:pPr>
        <w:spacing w:after="0"/>
      </w:pPr>
    </w:p>
    <w:p>
      <w:pPr>
        <w:spacing w:after="0"/>
      </w:pPr>
      <w:r>
        <w:rPr>
          <w:rFonts w:ascii="Arial" w:hAnsi="Arial"/>
          <w:b/>
          <w:sz w:val="22"/>
        </w:rPr>
        <w:t xml:space="preserve">Daisy  </w:t>
      </w:r>
      <w:r>
        <w:rPr>
          <w:rFonts w:ascii="Arial" w:hAnsi="Arial"/>
          <w:color w:val="5D7284"/>
          <w:sz w:val="22"/>
        </w:rPr>
        <w:t>1:07:19</w:t>
      </w:r>
    </w:p>
    <w:p>
      <w:pPr>
        <w:spacing w:after="0"/>
      </w:pPr>
      <w:r>
        <w:rPr>
          <w:rFonts w:ascii="Arial" w:hAnsi="Arial"/>
          <w:sz w:val="22"/>
        </w:rPr>
        <w:t>because it's a different topic. So it's hard to kind of segue from one into the other. Yeah, so just chat for a bit instead.</w:t>
      </w:r>
    </w:p>
    <w:p>
      <w:pPr>
        <w:spacing w:after="0"/>
      </w:pPr>
    </w:p>
    <w:p>
      <w:pPr>
        <w:spacing w:after="0"/>
      </w:pPr>
      <w:r>
        <w:rPr>
          <w:rFonts w:ascii="Arial" w:hAnsi="Arial"/>
          <w:b/>
          <w:sz w:val="22"/>
        </w:rPr>
        <w:t xml:space="preserve">Lucy  </w:t>
      </w:r>
      <w:r>
        <w:rPr>
          <w:rFonts w:ascii="Arial" w:hAnsi="Arial"/>
          <w:color w:val="5D7284"/>
          <w:sz w:val="22"/>
        </w:rPr>
        <w:t>1:07:40</w:t>
      </w:r>
    </w:p>
    <w:p>
      <w:pPr>
        <w:spacing w:after="0"/>
      </w:pPr>
      <w:r>
        <w:rPr>
          <w:rFonts w:ascii="Arial" w:hAnsi="Arial"/>
          <w:sz w:val="22"/>
        </w:rPr>
        <w:t>For how long?</w:t>
      </w:r>
    </w:p>
    <w:p>
      <w:pPr>
        <w:spacing w:after="0"/>
      </w:pPr>
    </w:p>
    <w:p>
      <w:pPr>
        <w:spacing w:after="0"/>
      </w:pPr>
      <w:r>
        <w:rPr>
          <w:rFonts w:ascii="Arial" w:hAnsi="Arial"/>
          <w:b/>
          <w:sz w:val="22"/>
        </w:rPr>
        <w:t xml:space="preserve">Alice  </w:t>
      </w:r>
      <w:r>
        <w:rPr>
          <w:rFonts w:ascii="Arial" w:hAnsi="Arial"/>
          <w:color w:val="5D7284"/>
          <w:sz w:val="22"/>
        </w:rPr>
        <w:t>1:07:43</w:t>
      </w:r>
    </w:p>
    <w:p>
      <w:pPr>
        <w:spacing w:after="0"/>
      </w:pPr>
      <w:r>
        <w:rPr>
          <w:rFonts w:ascii="Arial" w:hAnsi="Arial"/>
          <w:sz w:val="22"/>
        </w:rPr>
        <w:t>until Daisy hears the Segway</w:t>
      </w:r>
    </w:p>
    <w:p>
      <w:pPr>
        <w:spacing w:after="0"/>
      </w:pPr>
    </w:p>
    <w:p>
      <w:pPr>
        <w:spacing w:after="0"/>
      </w:pPr>
      <w:r>
        <w:rPr>
          <w:rFonts w:ascii="Arial" w:hAnsi="Arial"/>
          <w:b/>
          <w:sz w:val="22"/>
        </w:rPr>
        <w:t xml:space="preserve">Lucy  </w:t>
      </w:r>
      <w:r>
        <w:rPr>
          <w:rFonts w:ascii="Arial" w:hAnsi="Arial"/>
          <w:color w:val="5D7284"/>
          <w:sz w:val="22"/>
        </w:rPr>
        <w:t>1:07:47</w:t>
      </w:r>
    </w:p>
    <w:p>
      <w:pPr>
        <w:spacing w:after="0"/>
      </w:pPr>
      <w:r>
        <w:rPr>
          <w:rFonts w:ascii="Arial" w:hAnsi="Arial"/>
          <w:sz w:val="22"/>
        </w:rPr>
        <w:t>Until Daisy hears a Clacton,</w:t>
      </w:r>
    </w:p>
    <w:p>
      <w:pPr>
        <w:spacing w:after="0"/>
      </w:pPr>
    </w:p>
    <w:p>
      <w:pPr>
        <w:spacing w:after="0"/>
      </w:pPr>
      <w:r>
        <w:rPr>
          <w:rFonts w:ascii="Arial" w:hAnsi="Arial"/>
          <w:b/>
          <w:sz w:val="22"/>
        </w:rPr>
        <w:t xml:space="preserve">Daisy  </w:t>
      </w:r>
      <w:r>
        <w:rPr>
          <w:rFonts w:ascii="Arial" w:hAnsi="Arial"/>
          <w:color w:val="5D7284"/>
          <w:sz w:val="22"/>
        </w:rPr>
        <w:t>1:07:50</w:t>
      </w:r>
    </w:p>
    <w:p>
      <w:pPr>
        <w:spacing w:after="0"/>
      </w:pPr>
      <w:r>
        <w:rPr>
          <w:rFonts w:ascii="Arial" w:hAnsi="Arial"/>
          <w:sz w:val="22"/>
        </w:rPr>
        <w:t>yeah, the special buzzer that says I'm allowed to talk again. Yeah. So I was complaining that the not complaining that the history of the seizure alert dogs was very recent, but the history of the autism support dogs is even more recent. So there's a number of organisations that train these dogs for children with the purpose of like, either protecting them, so you know, stopping them from crossing a road or leaving a house, for example, as it might often have a different, you know, sense of danger than a lot of neurotypical people, as well as, like the comfort and calm recovering from meltdowns and things. What's worth noting, while I was researching this, at one point, Google assumed that I wanted to search for the question, Can assistance dog owners pet their own dogs?</w:t>
      </w:r>
    </w:p>
    <w:p>
      <w:pPr>
        <w:spacing w:after="0"/>
      </w:pPr>
    </w:p>
    <w:p>
      <w:pPr>
        <w:spacing w:after="0"/>
      </w:pPr>
      <w:r>
        <w:rPr>
          <w:rFonts w:ascii="Arial" w:hAnsi="Arial"/>
          <w:b/>
          <w:sz w:val="22"/>
        </w:rPr>
        <w:t xml:space="preserve">Lucy  </w:t>
      </w:r>
      <w:r>
        <w:rPr>
          <w:rFonts w:ascii="Arial" w:hAnsi="Arial"/>
          <w:color w:val="5D7284"/>
          <w:sz w:val="22"/>
        </w:rPr>
        <w:t>1:08:47</w:t>
      </w:r>
    </w:p>
    <w:p>
      <w:pPr>
        <w:spacing w:after="0"/>
      </w:pPr>
      <w:r>
        <w:rPr>
          <w:rFonts w:ascii="Arial" w:hAnsi="Arial"/>
          <w:sz w:val="22"/>
        </w:rPr>
        <w:t>Thanks, guys.</w:t>
      </w:r>
    </w:p>
    <w:p>
      <w:pPr>
        <w:spacing w:after="0"/>
      </w:pPr>
    </w:p>
    <w:p>
      <w:pPr>
        <w:spacing w:after="0"/>
      </w:pPr>
      <w:r>
        <w:rPr>
          <w:rFonts w:ascii="Arial" w:hAnsi="Arial"/>
          <w:b/>
          <w:sz w:val="22"/>
        </w:rPr>
        <w:t xml:space="preserve">Alice  </w:t>
      </w:r>
      <w:r>
        <w:rPr>
          <w:rFonts w:ascii="Arial" w:hAnsi="Arial"/>
          <w:color w:val="5D7284"/>
          <w:sz w:val="22"/>
        </w:rPr>
        <w:t>1:08:48</w:t>
      </w:r>
    </w:p>
    <w:p>
      <w:pPr>
        <w:spacing w:after="0"/>
      </w:pPr>
      <w:r>
        <w:rPr>
          <w:rFonts w:ascii="Arial" w:hAnsi="Arial"/>
          <w:sz w:val="22"/>
        </w:rPr>
        <w:t>I was I so I was on, I was on a bus on my way home from work once, and Lola was sitting in between my knees with her harness on, and a woman reached over, like I was sitting in one of the accessible seats, and a woman reached over the pole that sort of separates the accessible people from the real people, you know what I mean, people in the accessible seating. And she reached over and started touching Dora err Lola and I went, sorry, and she's working dog. You're not supposed to touch her its distracting. And and she sort of went, Oh. And then I obviously was just absent mindedly, like stroking my dog. And she went, she actually stood up and started shouting at me on the bus to be like, you're not supposed to be touching her. You just had a go at me for touching her. And I was like, she's my dog. I'm allowed</w:t>
      </w:r>
    </w:p>
    <w:p>
      <w:pPr>
        <w:spacing w:after="0"/>
      </w:pPr>
    </w:p>
    <w:p>
      <w:pPr>
        <w:spacing w:after="0"/>
      </w:pPr>
      <w:r>
        <w:rPr>
          <w:rFonts w:ascii="Arial" w:hAnsi="Arial"/>
          <w:b/>
          <w:sz w:val="22"/>
        </w:rPr>
        <w:t xml:space="preserve">Lucy  </w:t>
      </w:r>
      <w:r>
        <w:rPr>
          <w:rFonts w:ascii="Arial" w:hAnsi="Arial"/>
          <w:color w:val="5D7284"/>
          <w:sz w:val="22"/>
        </w:rPr>
        <w:t>1:09:44</w:t>
      </w:r>
    </w:p>
    <w:p>
      <w:pPr>
        <w:spacing w:after="0"/>
      </w:pPr>
      <w:r>
        <w:rPr>
          <w:rFonts w:ascii="Arial" w:hAnsi="Arial"/>
          <w:sz w:val="22"/>
        </w:rPr>
        <w:t>What is what an absolute, what an absolute bus, wanker. What is wrong with people? Jesus Christ. Oh, shit.</w:t>
      </w:r>
    </w:p>
    <w:p>
      <w:pPr>
        <w:spacing w:after="0"/>
      </w:pPr>
    </w:p>
    <w:p>
      <w:pPr>
        <w:spacing w:after="0"/>
      </w:pPr>
      <w:r>
        <w:rPr>
          <w:rFonts w:ascii="Arial" w:hAnsi="Arial"/>
          <w:b/>
          <w:sz w:val="22"/>
        </w:rPr>
        <w:t xml:space="preserve">Daisy  </w:t>
      </w:r>
      <w:r>
        <w:rPr>
          <w:rFonts w:ascii="Arial" w:hAnsi="Arial"/>
          <w:color w:val="5D7284"/>
          <w:sz w:val="22"/>
        </w:rPr>
        <w:t>1:10:00</w:t>
      </w:r>
    </w:p>
    <w:p>
      <w:pPr>
        <w:spacing w:after="0"/>
      </w:pPr>
      <w:r>
        <w:rPr>
          <w:rFonts w:ascii="Arial" w:hAnsi="Arial"/>
          <w:sz w:val="22"/>
        </w:rPr>
        <w:t>Yes. So yeah, the guy, the guy was credited with training the first like autism assistance dog. It's a Canadian guy called Chris, naturally,</w:t>
      </w:r>
    </w:p>
    <w:p>
      <w:pPr>
        <w:spacing w:after="0"/>
      </w:pPr>
    </w:p>
    <w:p>
      <w:pPr>
        <w:spacing w:after="0"/>
      </w:pPr>
      <w:r>
        <w:rPr>
          <w:rFonts w:ascii="Arial" w:hAnsi="Arial"/>
          <w:b/>
          <w:sz w:val="22"/>
        </w:rPr>
        <w:t xml:space="preserve">Lucy  </w:t>
      </w:r>
      <w:r>
        <w:rPr>
          <w:rFonts w:ascii="Arial" w:hAnsi="Arial"/>
          <w:color w:val="5D7284"/>
          <w:sz w:val="22"/>
        </w:rPr>
        <w:t>1:10:11</w:t>
      </w:r>
    </w:p>
    <w:p>
      <w:pPr>
        <w:spacing w:after="0"/>
      </w:pPr>
      <w:r>
        <w:rPr>
          <w:rFonts w:ascii="Arial" w:hAnsi="Arial"/>
          <w:sz w:val="22"/>
        </w:rPr>
        <w:t>no, yeah. He sounds like a cool dude. Yeah.</w:t>
      </w:r>
    </w:p>
    <w:p>
      <w:pPr>
        <w:spacing w:after="0"/>
      </w:pPr>
    </w:p>
    <w:p>
      <w:pPr>
        <w:spacing w:after="0"/>
      </w:pPr>
      <w:r>
        <w:rPr>
          <w:rFonts w:ascii="Arial" w:hAnsi="Arial"/>
          <w:b/>
          <w:sz w:val="22"/>
        </w:rPr>
        <w:t xml:space="preserve">Daisy  </w:t>
      </w:r>
      <w:r>
        <w:rPr>
          <w:rFonts w:ascii="Arial" w:hAnsi="Arial"/>
          <w:color w:val="5D7284"/>
          <w:sz w:val="22"/>
        </w:rPr>
        <w:t>1:10:15</w:t>
      </w:r>
    </w:p>
    <w:p>
      <w:pPr>
        <w:spacing w:after="0"/>
      </w:pPr>
      <w:r>
        <w:rPr>
          <w:rFonts w:ascii="Arial" w:hAnsi="Arial"/>
          <w:sz w:val="22"/>
        </w:rPr>
        <w:t>We started training assistant dogs, people with physical disabilities, and no one's written down. Why? What made him train an assistance dog for an autistic person for the first time, right? We just don't know</w:t>
      </w:r>
    </w:p>
    <w:p>
      <w:pPr>
        <w:spacing w:after="0"/>
      </w:pPr>
    </w:p>
    <w:p>
      <w:pPr>
        <w:spacing w:after="0"/>
      </w:pPr>
      <w:r>
        <w:rPr>
          <w:rFonts w:ascii="Arial" w:hAnsi="Arial"/>
          <w:b/>
          <w:sz w:val="22"/>
        </w:rPr>
        <w:t xml:space="preserve">Alice  </w:t>
      </w:r>
      <w:r>
        <w:rPr>
          <w:rFonts w:ascii="Arial" w:hAnsi="Arial"/>
          <w:color w:val="5D7284"/>
          <w:sz w:val="22"/>
        </w:rPr>
        <w:t>1:10:30</w:t>
      </w:r>
    </w:p>
    <w:p>
      <w:pPr>
        <w:spacing w:after="0"/>
      </w:pPr>
      <w:r>
        <w:rPr>
          <w:rFonts w:ascii="Arial" w:hAnsi="Arial"/>
          <w:sz w:val="22"/>
        </w:rPr>
        <w:t>Yeah. I could only assume it would be like, you know, somebody with multiple disabilities, he found that the dog</w:t>
      </w:r>
    </w:p>
    <w:p>
      <w:pPr>
        <w:spacing w:after="0"/>
      </w:pPr>
    </w:p>
    <w:p>
      <w:pPr>
        <w:spacing w:after="0"/>
      </w:pPr>
      <w:r>
        <w:rPr>
          <w:rFonts w:ascii="Arial" w:hAnsi="Arial"/>
          <w:b/>
          <w:sz w:val="22"/>
        </w:rPr>
        <w:t xml:space="preserve">Lucy  </w:t>
      </w:r>
      <w:r>
        <w:rPr>
          <w:rFonts w:ascii="Arial" w:hAnsi="Arial"/>
          <w:color w:val="5D7284"/>
          <w:sz w:val="22"/>
        </w:rPr>
        <w:t>1:10:37</w:t>
      </w:r>
    </w:p>
    <w:p>
      <w:pPr>
        <w:spacing w:after="0"/>
      </w:pPr>
      <w:r>
        <w:rPr>
          <w:rFonts w:ascii="Arial" w:hAnsi="Arial"/>
          <w:sz w:val="22"/>
        </w:rPr>
        <w:t>also helped with the autism side of stuff, yeah.</w:t>
      </w:r>
    </w:p>
    <w:p>
      <w:pPr>
        <w:spacing w:after="0"/>
      </w:pPr>
    </w:p>
    <w:p>
      <w:pPr>
        <w:spacing w:after="0"/>
      </w:pPr>
      <w:r>
        <w:rPr>
          <w:rFonts w:ascii="Arial" w:hAnsi="Arial"/>
          <w:b/>
          <w:sz w:val="22"/>
        </w:rPr>
        <w:t xml:space="preserve">Alice  </w:t>
      </w:r>
      <w:r>
        <w:rPr>
          <w:rFonts w:ascii="Arial" w:hAnsi="Arial"/>
          <w:color w:val="5D7284"/>
          <w:sz w:val="22"/>
        </w:rPr>
        <w:t>1:10:42</w:t>
      </w:r>
    </w:p>
    <w:p>
      <w:pPr>
        <w:spacing w:after="0"/>
      </w:pPr>
      <w:r>
        <w:rPr>
          <w:rFonts w:ascii="Arial" w:hAnsi="Arial"/>
          <w:sz w:val="22"/>
        </w:rPr>
        <w:t>Maybe was, you know, their their bond helped reduce anxiety or support after meltdowns or whatever, yeah,</w:t>
      </w:r>
    </w:p>
    <w:p>
      <w:pPr>
        <w:spacing w:after="0"/>
      </w:pPr>
    </w:p>
    <w:p>
      <w:pPr>
        <w:spacing w:after="0"/>
      </w:pPr>
      <w:r>
        <w:rPr>
          <w:rFonts w:ascii="Arial" w:hAnsi="Arial"/>
          <w:b/>
          <w:sz w:val="22"/>
        </w:rPr>
        <w:t xml:space="preserve">Daisy  </w:t>
      </w:r>
      <w:r>
        <w:rPr>
          <w:rFonts w:ascii="Arial" w:hAnsi="Arial"/>
          <w:color w:val="5D7284"/>
          <w:sz w:val="22"/>
        </w:rPr>
        <w:t>1:10:49</w:t>
      </w:r>
    </w:p>
    <w:p>
      <w:pPr>
        <w:spacing w:after="0"/>
      </w:pPr>
      <w:r>
        <w:rPr>
          <w:rFonts w:ascii="Arial" w:hAnsi="Arial"/>
          <w:sz w:val="22"/>
        </w:rPr>
        <w:t>quite possibly, that makes sense. But yeah, so he co founded the first program in 1996</w:t>
      </w:r>
    </w:p>
    <w:p>
      <w:pPr>
        <w:spacing w:after="0"/>
      </w:pPr>
    </w:p>
    <w:p>
      <w:pPr>
        <w:spacing w:after="0"/>
      </w:pPr>
      <w:r>
        <w:rPr>
          <w:rFonts w:ascii="Arial" w:hAnsi="Arial"/>
          <w:b/>
          <w:sz w:val="22"/>
        </w:rPr>
        <w:t xml:space="preserve">Lucy  </w:t>
      </w:r>
      <w:r>
        <w:rPr>
          <w:rFonts w:ascii="Arial" w:hAnsi="Arial"/>
          <w:color w:val="5D7284"/>
          <w:sz w:val="22"/>
        </w:rPr>
        <w:t>1:10:56</w:t>
      </w:r>
    </w:p>
    <w:p>
      <w:pPr>
        <w:spacing w:after="0"/>
      </w:pPr>
      <w:r>
        <w:rPr>
          <w:rFonts w:ascii="Arial" w:hAnsi="Arial"/>
          <w:sz w:val="22"/>
        </w:rPr>
        <w:t>this was so recent that seems like yesterday.</w:t>
      </w:r>
    </w:p>
    <w:p>
      <w:pPr>
        <w:spacing w:after="0"/>
      </w:pPr>
    </w:p>
    <w:p>
      <w:pPr>
        <w:spacing w:after="0"/>
      </w:pPr>
      <w:r>
        <w:rPr>
          <w:rFonts w:ascii="Arial" w:hAnsi="Arial"/>
          <w:b/>
          <w:sz w:val="22"/>
        </w:rPr>
        <w:t xml:space="preserve">Daisy  </w:t>
      </w:r>
      <w:r>
        <w:rPr>
          <w:rFonts w:ascii="Arial" w:hAnsi="Arial"/>
          <w:color w:val="5D7284"/>
          <w:sz w:val="22"/>
        </w:rPr>
        <w:t>1:11:01</w:t>
      </w:r>
    </w:p>
    <w:p>
      <w:pPr>
        <w:spacing w:after="0"/>
      </w:pPr>
      <w:r>
        <w:rPr>
          <w:rFonts w:ascii="Arial" w:hAnsi="Arial"/>
          <w:sz w:val="22"/>
        </w:rPr>
        <w:t>Deployed specially trained dogs to help families and children with autism worldwide. So yes, training and apprenticeship program, breeding and puppy program, and yeah, he did a bunch of like, the interviews and evaluations and placement and after care and all of that like himself, which is Yeah, wild, yeah, doing all that himself. Because, yeah, he spent a lot of the early to mid noughties training other organisations around the world in how to do,</w:t>
      </w:r>
    </w:p>
    <w:p>
      <w:pPr>
        <w:spacing w:after="0"/>
      </w:pPr>
    </w:p>
    <w:p>
      <w:pPr>
        <w:spacing w:after="0"/>
      </w:pPr>
      <w:r>
        <w:rPr>
          <w:rFonts w:ascii="Arial" w:hAnsi="Arial"/>
          <w:b/>
          <w:sz w:val="22"/>
        </w:rPr>
        <w:t xml:space="preserve">Lucy  </w:t>
      </w:r>
      <w:r>
        <w:rPr>
          <w:rFonts w:ascii="Arial" w:hAnsi="Arial"/>
          <w:color w:val="5D7284"/>
          <w:sz w:val="22"/>
        </w:rPr>
        <w:t>1:11:33</w:t>
      </w:r>
    </w:p>
    <w:p>
      <w:pPr>
        <w:spacing w:after="0"/>
      </w:pPr>
      <w:r>
        <w:rPr>
          <w:rFonts w:ascii="Arial" w:hAnsi="Arial"/>
          <w:sz w:val="22"/>
        </w:rPr>
        <w:t>oh, like, this is how, yeah, this is how I do it kind of thing, yeah.</w:t>
      </w:r>
    </w:p>
    <w:p>
      <w:pPr>
        <w:spacing w:after="0"/>
      </w:pPr>
    </w:p>
    <w:p>
      <w:pPr>
        <w:spacing w:after="0"/>
      </w:pPr>
      <w:r>
        <w:rPr>
          <w:rFonts w:ascii="Arial" w:hAnsi="Arial"/>
          <w:b/>
          <w:sz w:val="22"/>
        </w:rPr>
        <w:t xml:space="preserve">Daisy  </w:t>
      </w:r>
      <w:r>
        <w:rPr>
          <w:rFonts w:ascii="Arial" w:hAnsi="Arial"/>
          <w:color w:val="5D7284"/>
          <w:sz w:val="22"/>
        </w:rPr>
        <w:t>1:11:39</w:t>
      </w:r>
    </w:p>
    <w:p>
      <w:pPr>
        <w:spacing w:after="0"/>
      </w:pPr>
      <w:r>
        <w:rPr>
          <w:rFonts w:ascii="Arial" w:hAnsi="Arial"/>
          <w:sz w:val="22"/>
        </w:rPr>
        <w:t>He got, like a bunch of places in the US, doing it, a place in Ireland, doing it so that they could have their own assistance dogs. So apparently, training those takes between 12,000 to 30,000 dollars Wow, which is, I estimated that as 9000 to 22,000 pounds.</w:t>
      </w:r>
    </w:p>
    <w:p>
      <w:pPr>
        <w:spacing w:after="0"/>
      </w:pPr>
    </w:p>
    <w:p>
      <w:pPr>
        <w:spacing w:after="0"/>
      </w:pPr>
      <w:r>
        <w:rPr>
          <w:rFonts w:ascii="Arial" w:hAnsi="Arial"/>
          <w:b/>
          <w:sz w:val="22"/>
        </w:rPr>
        <w:t xml:space="preserve">Alice  </w:t>
      </w:r>
      <w:r>
        <w:rPr>
          <w:rFonts w:ascii="Arial" w:hAnsi="Arial"/>
          <w:color w:val="5D7284"/>
          <w:sz w:val="22"/>
        </w:rPr>
        <w:t>1:12:03</w:t>
      </w:r>
    </w:p>
    <w:p>
      <w:pPr>
        <w:spacing w:after="0"/>
      </w:pPr>
      <w:r>
        <w:rPr>
          <w:rFonts w:ascii="Arial" w:hAnsi="Arial"/>
          <w:sz w:val="22"/>
        </w:rPr>
        <w:t>So I know that when I was training with Lola, they said that it costs about 35,000 pounds just to get a dog to qualifying with their owner, and an additional about 15,000 per dog in their life. So about 50 grand for in a dog's lifetime. It was costing guide dogs. That was when I got Lola in 2013 I saw literally about three weeks ago on guide dogs Facebook that It now costs about 150,000 pounds per dog in their lifetime, because they pay for all their vet bills. They pay for all their food and everything but the training up front and stuff. Yeah, exactly. It's the training costs up front</w:t>
      </w:r>
    </w:p>
    <w:p>
      <w:pPr>
        <w:spacing w:after="0"/>
      </w:pPr>
    </w:p>
    <w:p>
      <w:pPr>
        <w:spacing w:after="0"/>
      </w:pPr>
      <w:r>
        <w:rPr>
          <w:rFonts w:ascii="Arial" w:hAnsi="Arial"/>
          <w:b/>
          <w:sz w:val="22"/>
        </w:rPr>
        <w:t xml:space="preserve">Alice  </w:t>
      </w:r>
      <w:r>
        <w:rPr>
          <w:rFonts w:ascii="Arial" w:hAnsi="Arial"/>
          <w:color w:val="5D7284"/>
          <w:sz w:val="22"/>
        </w:rPr>
        <w:t>1:12:53</w:t>
      </w:r>
    </w:p>
    <w:p>
      <w:pPr>
        <w:spacing w:after="0"/>
      </w:pPr>
      <w:r>
        <w:rPr>
          <w:rFonts w:ascii="Arial" w:hAnsi="Arial"/>
          <w:sz w:val="22"/>
        </w:rPr>
        <w:t>Yeah, that's would be very cool.</w:t>
      </w:r>
    </w:p>
    <w:p>
      <w:pPr>
        <w:spacing w:after="0"/>
      </w:pPr>
    </w:p>
    <w:p>
      <w:pPr>
        <w:spacing w:after="0"/>
      </w:pPr>
      <w:r>
        <w:rPr>
          <w:rFonts w:ascii="Arial" w:hAnsi="Arial"/>
          <w:b/>
          <w:sz w:val="22"/>
        </w:rPr>
        <w:t xml:space="preserve">Lucy  </w:t>
      </w:r>
      <w:r>
        <w:rPr>
          <w:rFonts w:ascii="Arial" w:hAnsi="Arial"/>
          <w:color w:val="5D7284"/>
          <w:sz w:val="22"/>
        </w:rPr>
        <w:t>1:12:53</w:t>
      </w:r>
    </w:p>
    <w:p>
      <w:pPr>
        <w:spacing w:after="0"/>
      </w:pPr>
      <w:r>
        <w:rPr>
          <w:rFonts w:ascii="Arial" w:hAnsi="Arial"/>
          <w:sz w:val="22"/>
        </w:rPr>
        <w:t>I tell you what we will do for this episode. I will put like links to guide dogs UK. So if you want, if anybody listening to this wants to donate, they can do via our show notes on website as well. I think</w:t>
      </w:r>
    </w:p>
    <w:p>
      <w:pPr>
        <w:spacing w:after="0"/>
      </w:pPr>
    </w:p>
    <w:p>
      <w:pPr>
        <w:spacing w:after="0"/>
      </w:pPr>
      <w:r>
        <w:rPr>
          <w:rFonts w:ascii="Arial" w:hAnsi="Arial"/>
          <w:b/>
          <w:sz w:val="22"/>
        </w:rPr>
        <w:t xml:space="preserve">Lucy  </w:t>
      </w:r>
      <w:r>
        <w:rPr>
          <w:rFonts w:ascii="Arial" w:hAnsi="Arial"/>
          <w:color w:val="5D7284"/>
          <w:sz w:val="22"/>
        </w:rPr>
        <w:t>1:13:04</w:t>
      </w:r>
    </w:p>
    <w:p>
      <w:pPr>
        <w:spacing w:after="0"/>
      </w:pPr>
      <w:r>
        <w:rPr>
          <w:rFonts w:ascii="Arial" w:hAnsi="Arial"/>
          <w:sz w:val="22"/>
        </w:rPr>
        <w:t>I think it's very important, and it's something that isn't and I think as well, this is gonna sound like completely ridiculous, but since knowing you Alice, and because you also have a guide dog. I've realised just what difference guide dogs make to people with sight diff. You know, sight difference, so I am very acutely. I always notice when the advert comes on the telly, when anybody's talking about guide dogs. I noticed when people are volunteering, I always put a couple of quid in the bucket, like when I'm walking past because, like, it's because of, like, personal experience of knowing somebody with a guide dog, and the different difference it makes, is it, like, brings it home, doesn't it?</w:t>
      </w:r>
    </w:p>
    <w:p>
      <w:pPr>
        <w:spacing w:after="0"/>
      </w:pPr>
    </w:p>
    <w:p>
      <w:pPr>
        <w:spacing w:after="0"/>
      </w:pPr>
      <w:r>
        <w:rPr>
          <w:rFonts w:ascii="Arial" w:hAnsi="Arial"/>
          <w:b/>
          <w:sz w:val="22"/>
        </w:rPr>
        <w:t xml:space="preserve">Alice  </w:t>
      </w:r>
      <w:r>
        <w:rPr>
          <w:rFonts w:ascii="Arial" w:hAnsi="Arial"/>
          <w:color w:val="5D7284"/>
          <w:sz w:val="22"/>
        </w:rPr>
        <w:t>1:13:53</w:t>
      </w:r>
    </w:p>
    <w:p>
      <w:pPr>
        <w:spacing w:after="0"/>
      </w:pPr>
      <w:r>
        <w:rPr>
          <w:rFonts w:ascii="Arial" w:hAnsi="Arial"/>
          <w:sz w:val="22"/>
        </w:rPr>
        <w:t>And I would say, like, I would say that having Lola, like, it changed my life. Feels like a really, like, overused word. It's like, it literally transformed my life, yeah, to be like, just the just to allow me to be more than me. I always wanted to be, and I always felt I was, yeah.</w:t>
      </w:r>
    </w:p>
    <w:p>
      <w:pPr>
        <w:spacing w:after="0"/>
      </w:pPr>
    </w:p>
    <w:p>
      <w:pPr>
        <w:spacing w:after="0"/>
      </w:pPr>
      <w:r>
        <w:rPr>
          <w:rFonts w:ascii="Arial" w:hAnsi="Arial"/>
          <w:b/>
          <w:sz w:val="22"/>
        </w:rPr>
        <w:t xml:space="preserve">Lucy  </w:t>
      </w:r>
      <w:r>
        <w:rPr>
          <w:rFonts w:ascii="Arial" w:hAnsi="Arial"/>
          <w:color w:val="5D7284"/>
          <w:sz w:val="22"/>
        </w:rPr>
        <w:t>1:14:19</w:t>
      </w:r>
    </w:p>
    <w:p>
      <w:pPr>
        <w:spacing w:after="0"/>
      </w:pPr>
      <w:r>
        <w:rPr>
          <w:rFonts w:ascii="Arial" w:hAnsi="Arial"/>
          <w:sz w:val="22"/>
        </w:rPr>
        <w:t>So we will, we will put the details of Guide Dogs UK onto our website as well so that you can find out more about the work they do and how to donate. Have you got anything else to say, Daisy, before we wrap up</w:t>
      </w:r>
    </w:p>
    <w:p>
      <w:pPr>
        <w:spacing w:after="0"/>
      </w:pPr>
    </w:p>
    <w:p>
      <w:pPr>
        <w:spacing w:after="0"/>
      </w:pPr>
      <w:r>
        <w:rPr>
          <w:rFonts w:ascii="Arial" w:hAnsi="Arial"/>
          <w:b/>
          <w:sz w:val="22"/>
        </w:rPr>
        <w:t xml:space="preserve">Daisy  </w:t>
      </w:r>
      <w:r>
        <w:rPr>
          <w:rFonts w:ascii="Arial" w:hAnsi="Arial"/>
          <w:color w:val="5D7284"/>
          <w:sz w:val="22"/>
        </w:rPr>
        <w:t>1:14:35</w:t>
      </w:r>
    </w:p>
    <w:p>
      <w:pPr>
        <w:spacing w:after="0"/>
      </w:pPr>
      <w:r>
        <w:rPr>
          <w:rFonts w:ascii="Arial" w:hAnsi="Arial"/>
          <w:sz w:val="22"/>
        </w:rPr>
        <w:t>just a couple of the last points from here? It's that one of the things that the dogs train to, I know it could be, it can be seen as kind of a bit like, you know, emotional support animals. I think that the sort of dogs for supporting people with autism, but they are often trained in a sort of deep pressure therapy, kind of like, you know, sort of like how a weighted blanket would help, yeah, and in adults, they can help. They can help people to identify, like, if there's a lot of things going on, which thing needs to be responded to. So, for example, you know, if you're in kind of, kind of in an incredibly busy, loud place, and a fire alarm starts going off, you might not be able to literally just take in all of the different things that are happening to determine, Okay, we've got to leave the building, and so the dogs can help with that. And also balance for you know, if a situation is really overwhelming, it can mess with balance, yeah, and lead to falling over and stuff. So you know, while the science says that you know, evidence for the benefit of it is, you know, limited, which is unsurprising considering the benefit of providers like something that you just can't really test for people who have them say that, much like Alice, it's sort of really transformed what they're able to do on a day to day basis.</w:t>
      </w:r>
    </w:p>
    <w:p>
      <w:pPr>
        <w:spacing w:after="0"/>
      </w:pPr>
    </w:p>
    <w:p>
      <w:pPr>
        <w:spacing w:after="0"/>
      </w:pPr>
      <w:r>
        <w:rPr>
          <w:rFonts w:ascii="Arial" w:hAnsi="Arial"/>
          <w:b/>
          <w:sz w:val="22"/>
        </w:rPr>
        <w:t xml:space="preserve">Alice  </w:t>
      </w:r>
      <w:r>
        <w:rPr>
          <w:rFonts w:ascii="Arial" w:hAnsi="Arial"/>
          <w:color w:val="5D7284"/>
          <w:sz w:val="22"/>
        </w:rPr>
        <w:t>1:16:08</w:t>
      </w:r>
    </w:p>
    <w:p>
      <w:pPr>
        <w:spacing w:after="0"/>
      </w:pPr>
      <w:r>
        <w:rPr>
          <w:rFonts w:ascii="Arial" w:hAnsi="Arial"/>
          <w:sz w:val="22"/>
        </w:rPr>
        <w:t>I worked with somebody in my last job who was 19, autistic and almost non verbal, and obviously brought Dora to every meeting that I had with her, and she would, she wouldn't talk to me to my face, but she would talk to the dog</w:t>
      </w:r>
    </w:p>
    <w:p>
      <w:pPr>
        <w:spacing w:after="0"/>
      </w:pPr>
    </w:p>
    <w:p>
      <w:pPr>
        <w:spacing w:after="0"/>
      </w:pPr>
      <w:r>
        <w:rPr>
          <w:rFonts w:ascii="Arial" w:hAnsi="Arial"/>
          <w:b/>
          <w:sz w:val="22"/>
        </w:rPr>
        <w:t xml:space="preserve">Lucy  </w:t>
      </w:r>
      <w:r>
        <w:rPr>
          <w:rFonts w:ascii="Arial" w:hAnsi="Arial"/>
          <w:color w:val="5D7284"/>
          <w:sz w:val="22"/>
        </w:rPr>
        <w:t>1:16:31</w:t>
      </w:r>
    </w:p>
    <w:p>
      <w:pPr>
        <w:spacing w:after="0"/>
      </w:pPr>
      <w:r>
        <w:rPr>
          <w:rFonts w:ascii="Arial" w:hAnsi="Arial"/>
          <w:sz w:val="22"/>
        </w:rPr>
        <w:t>To you through the dog</w:t>
      </w:r>
    </w:p>
    <w:p>
      <w:pPr>
        <w:spacing w:after="0"/>
      </w:pPr>
    </w:p>
    <w:p>
      <w:pPr>
        <w:spacing w:after="0"/>
      </w:pPr>
      <w:r>
        <w:rPr>
          <w:rFonts w:ascii="Arial" w:hAnsi="Arial"/>
          <w:b/>
          <w:sz w:val="22"/>
        </w:rPr>
        <w:t xml:space="preserve">Alice  </w:t>
      </w:r>
      <w:r>
        <w:rPr>
          <w:rFonts w:ascii="Arial" w:hAnsi="Arial"/>
          <w:color w:val="5D7284"/>
          <w:sz w:val="22"/>
        </w:rPr>
        <w:t>1:16:33</w:t>
      </w:r>
    </w:p>
    <w:p>
      <w:pPr>
        <w:spacing w:after="0"/>
      </w:pPr>
      <w:r>
        <w:rPr>
          <w:rFonts w:ascii="Arial" w:hAnsi="Arial"/>
          <w:sz w:val="22"/>
        </w:rPr>
        <w:t>Essentially, she talked to the dog. She'd look at the dog, she'd engage with the dog. By the time I finished working with the family, I'd supported her to contact a couple of different organisations that do autism support dogs, because it had made like she was like, I, you know, she would not do anything without family. And then she was like, I could walk a dog, like she would go out on her own, walk a dog and stuff like that. I have a bit of a bit of a left turn to tell you guys about if you would be interested in hearing about it very, very quickly</w:t>
      </w:r>
    </w:p>
    <w:p>
      <w:pPr>
        <w:spacing w:after="0"/>
      </w:pPr>
    </w:p>
    <w:p>
      <w:pPr>
        <w:spacing w:after="0"/>
      </w:pPr>
      <w:r>
        <w:rPr>
          <w:rFonts w:ascii="Arial" w:hAnsi="Arial"/>
          <w:b/>
          <w:sz w:val="22"/>
        </w:rPr>
        <w:t xml:space="preserve">Lucy  </w:t>
      </w:r>
      <w:r>
        <w:rPr>
          <w:rFonts w:ascii="Arial" w:hAnsi="Arial"/>
          <w:color w:val="5D7284"/>
          <w:sz w:val="22"/>
        </w:rPr>
        <w:t>1:17:09</w:t>
      </w:r>
    </w:p>
    <w:p>
      <w:pPr>
        <w:spacing w:after="0"/>
      </w:pPr>
      <w:r>
        <w:rPr>
          <w:rFonts w:ascii="Arial" w:hAnsi="Arial"/>
          <w:sz w:val="22"/>
        </w:rPr>
        <w:t>What's happening</w:t>
      </w:r>
    </w:p>
    <w:p>
      <w:pPr>
        <w:spacing w:after="0"/>
      </w:pPr>
    </w:p>
    <w:p>
      <w:pPr>
        <w:spacing w:after="0"/>
      </w:pPr>
      <w:r>
        <w:rPr>
          <w:rFonts w:ascii="Arial" w:hAnsi="Arial"/>
          <w:b/>
          <w:sz w:val="22"/>
        </w:rPr>
        <w:t xml:space="preserve">Alice  </w:t>
      </w:r>
      <w:r>
        <w:rPr>
          <w:rFonts w:ascii="Arial" w:hAnsi="Arial"/>
          <w:color w:val="5D7284"/>
          <w:sz w:val="22"/>
        </w:rPr>
        <w:t>1:17:11</w:t>
      </w:r>
    </w:p>
    <w:p>
      <w:pPr>
        <w:spacing w:after="0"/>
      </w:pPr>
      <w:r>
        <w:rPr>
          <w:rFonts w:ascii="Arial" w:hAnsi="Arial"/>
          <w:sz w:val="22"/>
        </w:rPr>
        <w:t>so in the late 1990s a horse breeder named Janet Bolson noticed that one of her race horses</w:t>
      </w:r>
    </w:p>
    <w:p>
      <w:pPr>
        <w:spacing w:after="0"/>
      </w:pPr>
    </w:p>
    <w:p>
      <w:pPr>
        <w:spacing w:after="0"/>
      </w:pPr>
      <w:r>
        <w:rPr>
          <w:rFonts w:ascii="Arial" w:hAnsi="Arial"/>
          <w:b/>
          <w:sz w:val="22"/>
        </w:rPr>
        <w:t xml:space="preserve">Lucy  </w:t>
      </w:r>
      <w:r>
        <w:rPr>
          <w:rFonts w:ascii="Arial" w:hAnsi="Arial"/>
          <w:color w:val="5D7284"/>
          <w:sz w:val="22"/>
        </w:rPr>
        <w:t>1:17:25</w:t>
      </w:r>
    </w:p>
    <w:p>
      <w:pPr>
        <w:spacing w:after="0"/>
      </w:pPr>
      <w:r>
        <w:rPr>
          <w:rFonts w:ascii="Arial" w:hAnsi="Arial"/>
          <w:sz w:val="22"/>
        </w:rPr>
        <w:t>Alice can i just say, the way you did this left turn, I was panicking. I was like, she's gonna run out. She's leaving the podcast. Oh my god, what am I gonna do? Right? Carry on the horse.</w:t>
      </w:r>
    </w:p>
    <w:p>
      <w:pPr>
        <w:spacing w:after="0"/>
      </w:pPr>
    </w:p>
    <w:p>
      <w:pPr>
        <w:spacing w:after="0"/>
      </w:pPr>
      <w:r>
        <w:rPr>
          <w:rFonts w:ascii="Arial" w:hAnsi="Arial"/>
          <w:b/>
          <w:sz w:val="22"/>
        </w:rPr>
        <w:t xml:space="preserve">Alice  </w:t>
      </w:r>
      <w:r>
        <w:rPr>
          <w:rFonts w:ascii="Arial" w:hAnsi="Arial"/>
          <w:color w:val="5D7284"/>
          <w:sz w:val="22"/>
        </w:rPr>
        <w:t>1:17:37</w:t>
      </w:r>
    </w:p>
    <w:p>
      <w:pPr>
        <w:spacing w:after="0"/>
      </w:pPr>
      <w:r>
        <w:rPr>
          <w:rFonts w:ascii="Arial" w:hAnsi="Arial"/>
          <w:sz w:val="22"/>
        </w:rPr>
        <w:t>A horse breeder named Janet Bolson noticed that one of the riders in her race, who was visually impaired, was being guided around obstacles by the horse she was riding</w:t>
      </w:r>
    </w:p>
    <w:p>
      <w:pPr>
        <w:spacing w:after="0"/>
      </w:pPr>
    </w:p>
    <w:p>
      <w:pPr>
        <w:spacing w:after="0"/>
      </w:pPr>
      <w:r>
        <w:rPr>
          <w:rFonts w:ascii="Arial" w:hAnsi="Arial"/>
          <w:b/>
          <w:sz w:val="22"/>
        </w:rPr>
        <w:t xml:space="preserve">Lucy  </w:t>
      </w:r>
      <w:r>
        <w:rPr>
          <w:rFonts w:ascii="Arial" w:hAnsi="Arial"/>
          <w:color w:val="5D7284"/>
          <w:sz w:val="22"/>
        </w:rPr>
        <w:t>1:17:47</w:t>
      </w:r>
    </w:p>
    <w:p>
      <w:pPr>
        <w:spacing w:after="0"/>
      </w:pPr>
      <w:r>
        <w:rPr>
          <w:rFonts w:ascii="Arial" w:hAnsi="Arial"/>
          <w:sz w:val="22"/>
        </w:rPr>
        <w:t>Amazing</w:t>
      </w:r>
    </w:p>
    <w:p>
      <w:pPr>
        <w:spacing w:after="0"/>
      </w:pPr>
    </w:p>
    <w:p>
      <w:pPr>
        <w:spacing w:after="0"/>
      </w:pPr>
      <w:r>
        <w:rPr>
          <w:rFonts w:ascii="Arial" w:hAnsi="Arial"/>
          <w:b/>
          <w:sz w:val="22"/>
        </w:rPr>
        <w:t xml:space="preserve">Alice  </w:t>
      </w:r>
      <w:r>
        <w:rPr>
          <w:rFonts w:ascii="Arial" w:hAnsi="Arial"/>
          <w:color w:val="5D7284"/>
          <w:sz w:val="22"/>
        </w:rPr>
        <w:t>1:17:49</w:t>
      </w:r>
    </w:p>
    <w:p>
      <w:pPr>
        <w:spacing w:after="0"/>
      </w:pPr>
      <w:r>
        <w:rPr>
          <w:rFonts w:ascii="Arial" w:hAnsi="Arial"/>
          <w:sz w:val="22"/>
        </w:rPr>
        <w:t>had been breeding miniature horses for 30 years and and so She decided that she was going to try and train miniature horses, to act as guides</w:t>
      </w:r>
    </w:p>
    <w:p>
      <w:pPr>
        <w:spacing w:after="0"/>
      </w:pPr>
    </w:p>
    <w:p>
      <w:pPr>
        <w:spacing w:after="0"/>
      </w:pPr>
      <w:r>
        <w:rPr>
          <w:rFonts w:ascii="Arial" w:hAnsi="Arial"/>
          <w:b/>
          <w:sz w:val="22"/>
        </w:rPr>
        <w:t xml:space="preserve">Lucy  </w:t>
      </w:r>
      <w:r>
        <w:rPr>
          <w:rFonts w:ascii="Arial" w:hAnsi="Arial"/>
          <w:color w:val="5D7284"/>
          <w:sz w:val="22"/>
        </w:rPr>
        <w:t>1:18:07</w:t>
      </w:r>
    </w:p>
    <w:p>
      <w:pPr>
        <w:spacing w:after="0"/>
      </w:pPr>
      <w:r>
        <w:rPr>
          <w:rFonts w:ascii="Arial" w:hAnsi="Arial"/>
          <w:sz w:val="22"/>
        </w:rPr>
        <w:t>okay, what they're holding on to the reins of the hook</w:t>
      </w:r>
    </w:p>
    <w:p>
      <w:pPr>
        <w:spacing w:after="0"/>
      </w:pPr>
    </w:p>
    <w:p>
      <w:pPr>
        <w:spacing w:after="0"/>
      </w:pPr>
      <w:r>
        <w:rPr>
          <w:rFonts w:ascii="Arial" w:hAnsi="Arial"/>
          <w:b/>
          <w:sz w:val="22"/>
        </w:rPr>
        <w:t xml:space="preserve">Alice  </w:t>
      </w:r>
      <w:r>
        <w:rPr>
          <w:rFonts w:ascii="Arial" w:hAnsi="Arial"/>
          <w:color w:val="5D7284"/>
          <w:sz w:val="22"/>
        </w:rPr>
        <w:t>1:18:12</w:t>
      </w:r>
    </w:p>
    <w:p>
      <w:pPr>
        <w:spacing w:after="0"/>
      </w:pPr>
      <w:r>
        <w:rPr>
          <w:rFonts w:ascii="Arial" w:hAnsi="Arial"/>
          <w:sz w:val="22"/>
        </w:rPr>
        <w:t>she had a particular miniature horse called Twinkie, who was small enough to fit on the back seat in the back of their mini van. So they practiced on Twinkie.</w:t>
      </w:r>
    </w:p>
    <w:p>
      <w:pPr>
        <w:spacing w:after="0"/>
      </w:pPr>
    </w:p>
    <w:p>
      <w:pPr>
        <w:spacing w:after="0"/>
      </w:pPr>
      <w:r>
        <w:rPr>
          <w:rFonts w:ascii="Arial" w:hAnsi="Arial"/>
          <w:b/>
          <w:sz w:val="22"/>
        </w:rPr>
        <w:t xml:space="preserve">Lucy  </w:t>
      </w:r>
      <w:r>
        <w:rPr>
          <w:rFonts w:ascii="Arial" w:hAnsi="Arial"/>
          <w:color w:val="5D7284"/>
          <w:sz w:val="22"/>
        </w:rPr>
        <w:t>1:18:34</w:t>
      </w:r>
    </w:p>
    <w:p>
      <w:pPr>
        <w:spacing w:after="0"/>
      </w:pPr>
      <w:r>
        <w:rPr>
          <w:rFonts w:ascii="Arial" w:hAnsi="Arial"/>
          <w:sz w:val="22"/>
        </w:rPr>
        <w:t>How did it work? Please tell me how it worked</w:t>
      </w:r>
    </w:p>
    <w:p>
      <w:pPr>
        <w:spacing w:after="0"/>
      </w:pPr>
    </w:p>
    <w:p>
      <w:pPr>
        <w:spacing w:after="0"/>
      </w:pPr>
      <w:r>
        <w:rPr>
          <w:rFonts w:ascii="Arial" w:hAnsi="Arial"/>
          <w:b/>
          <w:sz w:val="22"/>
        </w:rPr>
        <w:t xml:space="preserve">Alice  </w:t>
      </w:r>
      <w:r>
        <w:rPr>
          <w:rFonts w:ascii="Arial" w:hAnsi="Arial"/>
          <w:color w:val="5D7284"/>
          <w:sz w:val="22"/>
        </w:rPr>
        <w:t>1:18:39</w:t>
      </w:r>
    </w:p>
    <w:p>
      <w:pPr>
        <w:spacing w:after="0"/>
      </w:pPr>
      <w:r>
        <w:rPr>
          <w:rFonts w:ascii="Arial" w:hAnsi="Arial"/>
          <w:sz w:val="22"/>
        </w:rPr>
        <w:t>a combination of techniques used for like systematic, systematic training, techniques used by both guide dogs and used and those used on police horses, right? I like riot, Riot training,</w:t>
      </w:r>
    </w:p>
    <w:p>
      <w:pPr>
        <w:spacing w:after="0"/>
      </w:pPr>
    </w:p>
    <w:p>
      <w:pPr>
        <w:spacing w:after="0"/>
      </w:pPr>
      <w:r>
        <w:rPr>
          <w:rFonts w:ascii="Arial" w:hAnsi="Arial"/>
          <w:b/>
          <w:sz w:val="22"/>
        </w:rPr>
        <w:t xml:space="preserve">Lucy  </w:t>
      </w:r>
      <w:r>
        <w:rPr>
          <w:rFonts w:ascii="Arial" w:hAnsi="Arial"/>
          <w:color w:val="5D7284"/>
          <w:sz w:val="22"/>
        </w:rPr>
        <w:t>1:18:54</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1:18:57</w:t>
      </w:r>
    </w:p>
    <w:p>
      <w:pPr>
        <w:spacing w:after="0"/>
      </w:pPr>
      <w:r>
        <w:rPr>
          <w:rFonts w:ascii="Arial" w:hAnsi="Arial"/>
          <w:sz w:val="22"/>
        </w:rPr>
        <w:t>and it was, it was aimed at people living in rural areas and people who didn't feel that a dog was suitable for them apparently</w:t>
      </w:r>
    </w:p>
    <w:p>
      <w:pPr>
        <w:spacing w:after="0"/>
      </w:pPr>
    </w:p>
    <w:p>
      <w:pPr>
        <w:spacing w:after="0"/>
      </w:pPr>
      <w:r>
        <w:rPr>
          <w:rFonts w:ascii="Arial" w:hAnsi="Arial"/>
          <w:b/>
          <w:sz w:val="22"/>
        </w:rPr>
        <w:t xml:space="preserve">Daisy  </w:t>
      </w:r>
      <w:r>
        <w:rPr>
          <w:rFonts w:ascii="Arial" w:hAnsi="Arial"/>
          <w:color w:val="5D7284"/>
          <w:sz w:val="22"/>
        </w:rPr>
        <w:t>1:19:08</w:t>
      </w:r>
    </w:p>
    <w:p>
      <w:pPr>
        <w:spacing w:after="0"/>
      </w:pPr>
      <w:r>
        <w:rPr>
          <w:rFonts w:ascii="Arial" w:hAnsi="Arial"/>
          <w:sz w:val="22"/>
        </w:rPr>
        <w:t>I'm sure i've heard this like more recently, supposedly it can be good for people who might be allergic to dogs, but also they live longer.</w:t>
      </w:r>
    </w:p>
    <w:p>
      <w:pPr>
        <w:spacing w:after="0"/>
      </w:pPr>
    </w:p>
    <w:p>
      <w:pPr>
        <w:spacing w:after="0"/>
      </w:pPr>
      <w:r>
        <w:rPr>
          <w:rFonts w:ascii="Arial" w:hAnsi="Arial"/>
          <w:b/>
          <w:sz w:val="22"/>
        </w:rPr>
        <w:t xml:space="preserve">Alice  </w:t>
      </w:r>
      <w:r>
        <w:rPr>
          <w:rFonts w:ascii="Arial" w:hAnsi="Arial"/>
          <w:color w:val="5D7284"/>
          <w:sz w:val="22"/>
        </w:rPr>
        <w:t>1:19:16</w:t>
      </w:r>
    </w:p>
    <w:p>
      <w:pPr>
        <w:spacing w:after="0"/>
      </w:pPr>
      <w:r>
        <w:rPr>
          <w:rFonts w:ascii="Arial" w:hAnsi="Arial"/>
          <w:sz w:val="22"/>
        </w:rPr>
        <w:t>Yep. So this is the thing I read. It is, yeah. So the first, the first person to qualify was a guy who has the same eye condition as me, who'd had a pet dog growing up, yeah, and had really struggled when he'd lost his pet dog, right? And so a horse lives, they can live for 30 years, yeah? So you might, literally, you</w:t>
      </w:r>
    </w:p>
    <w:p>
      <w:pPr>
        <w:spacing w:after="0"/>
      </w:pPr>
    </w:p>
    <w:p>
      <w:pPr>
        <w:spacing w:after="0"/>
      </w:pPr>
      <w:r>
        <w:rPr>
          <w:rFonts w:ascii="Arial" w:hAnsi="Arial"/>
          <w:b/>
          <w:sz w:val="22"/>
        </w:rPr>
        <w:t xml:space="preserve">Lucy  </w:t>
      </w:r>
      <w:r>
        <w:rPr>
          <w:rFonts w:ascii="Arial" w:hAnsi="Arial"/>
          <w:color w:val="5D7284"/>
          <w:sz w:val="22"/>
        </w:rPr>
        <w:t>1:19:39</w:t>
      </w:r>
    </w:p>
    <w:p>
      <w:pPr>
        <w:spacing w:after="0"/>
      </w:pPr>
      <w:r>
        <w:rPr>
          <w:rFonts w:ascii="Arial" w:hAnsi="Arial"/>
          <w:sz w:val="22"/>
        </w:rPr>
        <w:t>might be our age, and it would outlive us.</w:t>
      </w:r>
    </w:p>
    <w:p>
      <w:pPr>
        <w:spacing w:after="0"/>
      </w:pPr>
    </w:p>
    <w:p>
      <w:pPr>
        <w:spacing w:after="0"/>
      </w:pPr>
      <w:r>
        <w:rPr>
          <w:rFonts w:ascii="Arial" w:hAnsi="Arial"/>
          <w:b/>
          <w:sz w:val="22"/>
        </w:rPr>
        <w:t xml:space="preserve">Alice  </w:t>
      </w:r>
      <w:r>
        <w:rPr>
          <w:rFonts w:ascii="Arial" w:hAnsi="Arial"/>
          <w:color w:val="5D7284"/>
          <w:sz w:val="22"/>
        </w:rPr>
        <w:t>1:19:43</w:t>
      </w:r>
    </w:p>
    <w:p>
      <w:pPr>
        <w:spacing w:after="0"/>
      </w:pPr>
      <w:r>
        <w:rPr>
          <w:rFonts w:ascii="Arial" w:hAnsi="Arial"/>
          <w:sz w:val="22"/>
        </w:rPr>
        <w:t>I mean, I hope I live past 68 Luce</w:t>
      </w:r>
    </w:p>
    <w:p>
      <w:pPr>
        <w:spacing w:after="0"/>
      </w:pPr>
    </w:p>
    <w:p>
      <w:pPr>
        <w:spacing w:after="0"/>
      </w:pPr>
      <w:r>
        <w:rPr>
          <w:rFonts w:ascii="Arial" w:hAnsi="Arial"/>
          <w:b/>
          <w:sz w:val="22"/>
        </w:rPr>
        <w:t xml:space="preserve">Lucy  </w:t>
      </w:r>
      <w:r>
        <w:rPr>
          <w:rFonts w:ascii="Arial" w:hAnsi="Arial"/>
          <w:color w:val="5D7284"/>
          <w:sz w:val="22"/>
        </w:rPr>
        <w:t>1:19:46</w:t>
      </w:r>
    </w:p>
    <w:p>
      <w:pPr>
        <w:spacing w:after="0"/>
      </w:pPr>
      <w:r>
        <w:rPr>
          <w:rFonts w:ascii="Arial" w:hAnsi="Arial"/>
          <w:sz w:val="22"/>
        </w:rPr>
        <w:t>you know what? I mean, no, because, like, 30 is like minimum. It's not maximum is it</w:t>
      </w:r>
    </w:p>
    <w:p>
      <w:pPr>
        <w:spacing w:after="0"/>
      </w:pPr>
    </w:p>
    <w:p>
      <w:pPr>
        <w:spacing w:after="0"/>
      </w:pPr>
      <w:r>
        <w:rPr>
          <w:rFonts w:ascii="Arial" w:hAnsi="Arial"/>
          <w:b/>
          <w:sz w:val="22"/>
        </w:rPr>
        <w:t xml:space="preserve">Daisy  </w:t>
      </w:r>
      <w:r>
        <w:rPr>
          <w:rFonts w:ascii="Arial" w:hAnsi="Arial"/>
          <w:color w:val="5D7284"/>
          <w:sz w:val="22"/>
        </w:rPr>
        <w:t>1:19:55</w:t>
      </w:r>
    </w:p>
    <w:p>
      <w:pPr>
        <w:spacing w:after="0"/>
      </w:pPr>
      <w:r>
        <w:rPr>
          <w:rFonts w:ascii="Arial" w:hAnsi="Arial"/>
          <w:sz w:val="22"/>
        </w:rPr>
        <w:t>For what it's worth they're living creatures, I think they can't they are capable of dying before that.</w:t>
      </w:r>
    </w:p>
    <w:p>
      <w:pPr>
        <w:spacing w:after="0"/>
      </w:pPr>
    </w:p>
    <w:p>
      <w:pPr>
        <w:spacing w:after="0"/>
      </w:pPr>
      <w:r>
        <w:rPr>
          <w:rFonts w:ascii="Arial" w:hAnsi="Arial"/>
          <w:b/>
          <w:sz w:val="22"/>
        </w:rPr>
        <w:t xml:space="preserve">Lucy  </w:t>
      </w:r>
      <w:r>
        <w:rPr>
          <w:rFonts w:ascii="Arial" w:hAnsi="Arial"/>
          <w:color w:val="5D7284"/>
          <w:sz w:val="22"/>
        </w:rPr>
        <w:t>1:19:59</w:t>
      </w:r>
    </w:p>
    <w:p>
      <w:pPr>
        <w:spacing w:after="0"/>
      </w:pPr>
      <w:r>
        <w:rPr>
          <w:rFonts w:ascii="Arial" w:hAnsi="Arial"/>
          <w:sz w:val="22"/>
        </w:rPr>
        <w:t>Yeah. I know, but you know</w:t>
      </w:r>
    </w:p>
    <w:p>
      <w:pPr>
        <w:spacing w:after="0"/>
      </w:pPr>
    </w:p>
    <w:p>
      <w:pPr>
        <w:spacing w:after="0"/>
      </w:pPr>
      <w:r>
        <w:rPr>
          <w:rFonts w:ascii="Arial" w:hAnsi="Arial"/>
          <w:b/>
          <w:sz w:val="22"/>
        </w:rPr>
        <w:t xml:space="preserve">Daisy  </w:t>
      </w:r>
      <w:r>
        <w:rPr>
          <w:rFonts w:ascii="Arial" w:hAnsi="Arial"/>
          <w:color w:val="5D7284"/>
          <w:sz w:val="22"/>
        </w:rPr>
        <w:t>1:20:01</w:t>
      </w:r>
    </w:p>
    <w:p>
      <w:pPr>
        <w:spacing w:after="0"/>
      </w:pPr>
      <w:r>
        <w:rPr>
          <w:rFonts w:ascii="Arial" w:hAnsi="Arial"/>
          <w:sz w:val="22"/>
        </w:rPr>
        <w:t>It's not like a guaranteed</w:t>
      </w:r>
    </w:p>
    <w:p>
      <w:pPr>
        <w:spacing w:after="0"/>
      </w:pPr>
    </w:p>
    <w:p>
      <w:pPr>
        <w:spacing w:after="0"/>
      </w:pPr>
      <w:r>
        <w:rPr>
          <w:rFonts w:ascii="Arial" w:hAnsi="Arial"/>
          <w:b/>
          <w:sz w:val="22"/>
        </w:rPr>
        <w:t xml:space="preserve">Lucy  </w:t>
      </w:r>
      <w:r>
        <w:rPr>
          <w:rFonts w:ascii="Arial" w:hAnsi="Arial"/>
          <w:color w:val="5D7284"/>
          <w:sz w:val="22"/>
        </w:rPr>
        <w:t>1:20:04</w:t>
      </w:r>
    </w:p>
    <w:p>
      <w:pPr>
        <w:spacing w:after="0"/>
      </w:pPr>
      <w:r>
        <w:rPr>
          <w:rFonts w:ascii="Arial" w:hAnsi="Arial"/>
          <w:sz w:val="22"/>
        </w:rPr>
        <w:t>guaranteed for 30 years,</w:t>
      </w:r>
    </w:p>
    <w:p>
      <w:pPr>
        <w:spacing w:after="0"/>
      </w:pPr>
    </w:p>
    <w:p>
      <w:pPr>
        <w:spacing w:after="0"/>
      </w:pPr>
      <w:r>
        <w:rPr>
          <w:rFonts w:ascii="Arial" w:hAnsi="Arial"/>
          <w:b/>
          <w:sz w:val="22"/>
        </w:rPr>
        <w:t xml:space="preserve">Alice  </w:t>
      </w:r>
      <w:r>
        <w:rPr>
          <w:rFonts w:ascii="Arial" w:hAnsi="Arial"/>
          <w:color w:val="5D7284"/>
          <w:sz w:val="22"/>
        </w:rPr>
        <w:t>1:20:06</w:t>
      </w:r>
    </w:p>
    <w:p>
      <w:pPr>
        <w:spacing w:after="0"/>
      </w:pPr>
      <w:r>
        <w:rPr>
          <w:rFonts w:ascii="Arial" w:hAnsi="Arial"/>
          <w:sz w:val="22"/>
        </w:rPr>
        <w:t>and if it breaks you return it and get another one. Yeah, so apparently it wasn't. It wasn't all smooth sailing with Twinkie to start with</w:t>
      </w:r>
    </w:p>
    <w:p>
      <w:pPr>
        <w:spacing w:after="0"/>
      </w:pPr>
    </w:p>
    <w:p>
      <w:pPr>
        <w:spacing w:after="0"/>
      </w:pPr>
      <w:r>
        <w:rPr>
          <w:rFonts w:ascii="Arial" w:hAnsi="Arial"/>
          <w:b/>
          <w:sz w:val="22"/>
        </w:rPr>
        <w:t xml:space="preserve">Lucy  </w:t>
      </w:r>
      <w:r>
        <w:rPr>
          <w:rFonts w:ascii="Arial" w:hAnsi="Arial"/>
          <w:color w:val="5D7284"/>
          <w:sz w:val="22"/>
        </w:rPr>
        <w:t>1:20:15</w:t>
      </w:r>
    </w:p>
    <w:p>
      <w:pPr>
        <w:spacing w:after="0"/>
      </w:pPr>
      <w:r>
        <w:rPr>
          <w:rFonts w:ascii="Arial" w:hAnsi="Arial"/>
          <w:sz w:val="22"/>
        </w:rPr>
        <w:t>really, really</w:t>
      </w:r>
    </w:p>
    <w:p>
      <w:pPr>
        <w:spacing w:after="0"/>
      </w:pPr>
    </w:p>
    <w:p>
      <w:pPr>
        <w:spacing w:after="0"/>
      </w:pPr>
      <w:r>
        <w:rPr>
          <w:rFonts w:ascii="Arial" w:hAnsi="Arial"/>
          <w:b/>
          <w:sz w:val="22"/>
        </w:rPr>
        <w:t xml:space="preserve">Alice  </w:t>
      </w:r>
      <w:r>
        <w:rPr>
          <w:rFonts w:ascii="Arial" w:hAnsi="Arial"/>
          <w:color w:val="5D7284"/>
          <w:sz w:val="22"/>
        </w:rPr>
        <w:t>1:20:17</w:t>
      </w:r>
    </w:p>
    <w:p>
      <w:pPr>
        <w:spacing w:after="0"/>
      </w:pPr>
      <w:r>
        <w:rPr>
          <w:rFonts w:ascii="Arial" w:hAnsi="Arial"/>
          <w:sz w:val="22"/>
        </w:rPr>
        <w:t xml:space="preserve">because of the first trip to the grocery store, Twinkie stole a Snickers off the </w:t>
      </w:r>
    </w:p>
    <w:p>
      <w:pPr>
        <w:spacing w:after="0"/>
      </w:pPr>
    </w:p>
    <w:p>
      <w:pPr>
        <w:spacing w:after="0"/>
      </w:pPr>
      <w:r>
        <w:rPr>
          <w:rFonts w:ascii="Arial" w:hAnsi="Arial"/>
          <w:b/>
          <w:sz w:val="22"/>
        </w:rPr>
        <w:t xml:space="preserve">Lucy  </w:t>
      </w:r>
      <w:r>
        <w:rPr>
          <w:rFonts w:ascii="Arial" w:hAnsi="Arial"/>
          <w:color w:val="5D7284"/>
          <w:sz w:val="22"/>
        </w:rPr>
        <w:t>1:20:21</w:t>
      </w:r>
    </w:p>
    <w:p>
      <w:pPr>
        <w:spacing w:after="0"/>
      </w:pPr>
      <w:r>
        <w:rPr>
          <w:rFonts w:ascii="Arial" w:hAnsi="Arial"/>
          <w:sz w:val="22"/>
        </w:rPr>
        <w:t>Stop it. No, she didn't</w:t>
      </w:r>
    </w:p>
    <w:p>
      <w:pPr>
        <w:spacing w:after="0"/>
      </w:pPr>
    </w:p>
    <w:p>
      <w:pPr>
        <w:spacing w:after="0"/>
      </w:pPr>
      <w:r>
        <w:rPr>
          <w:rFonts w:ascii="Arial" w:hAnsi="Arial"/>
          <w:b/>
          <w:sz w:val="22"/>
        </w:rPr>
        <w:t xml:space="preserve">Alice  </w:t>
      </w:r>
      <w:r>
        <w:rPr>
          <w:rFonts w:ascii="Arial" w:hAnsi="Arial"/>
          <w:color w:val="5D7284"/>
          <w:sz w:val="22"/>
        </w:rPr>
        <w:t>1:20:24</w:t>
      </w:r>
    </w:p>
    <w:p>
      <w:pPr>
        <w:spacing w:after="0"/>
      </w:pPr>
      <w:r>
        <w:rPr>
          <w:rFonts w:ascii="Arial" w:hAnsi="Arial"/>
          <w:sz w:val="22"/>
        </w:rPr>
        <w:t>off the shelves yep</w:t>
      </w:r>
    </w:p>
    <w:p>
      <w:pPr>
        <w:spacing w:after="0"/>
      </w:pPr>
    </w:p>
    <w:p>
      <w:pPr>
        <w:spacing w:after="0"/>
      </w:pPr>
      <w:r>
        <w:rPr>
          <w:rFonts w:ascii="Arial" w:hAnsi="Arial"/>
          <w:b/>
          <w:sz w:val="22"/>
        </w:rPr>
        <w:t xml:space="preserve">Lucy  </w:t>
      </w:r>
      <w:r>
        <w:rPr>
          <w:rFonts w:ascii="Arial" w:hAnsi="Arial"/>
          <w:color w:val="5D7284"/>
          <w:sz w:val="22"/>
        </w:rPr>
        <w:t>1:20:26</w:t>
      </w:r>
    </w:p>
    <w:p>
      <w:pPr>
        <w:spacing w:after="0"/>
      </w:pPr>
      <w:r>
        <w:rPr>
          <w:rFonts w:ascii="Arial" w:hAnsi="Arial"/>
          <w:sz w:val="22"/>
        </w:rPr>
        <w:t>Do you know right heres a fact Snickers is named Snickers because that is the was the name of the man who ran, who set up Mars chocolate company. That was the name of his horse.</w:t>
      </w:r>
    </w:p>
    <w:p>
      <w:pPr>
        <w:spacing w:after="0"/>
      </w:pPr>
    </w:p>
    <w:p>
      <w:pPr>
        <w:spacing w:after="0"/>
      </w:pPr>
      <w:r>
        <w:rPr>
          <w:rFonts w:ascii="Arial" w:hAnsi="Arial"/>
          <w:b/>
          <w:sz w:val="22"/>
        </w:rPr>
        <w:t xml:space="preserve">Alice  </w:t>
      </w:r>
      <w:r>
        <w:rPr>
          <w:rFonts w:ascii="Arial" w:hAnsi="Arial"/>
          <w:color w:val="5D7284"/>
          <w:sz w:val="22"/>
        </w:rPr>
        <w:t>1:20:39</w:t>
      </w:r>
    </w:p>
    <w:p>
      <w:pPr>
        <w:spacing w:after="0"/>
      </w:pPr>
      <w:r>
        <w:rPr>
          <w:rFonts w:ascii="Arial" w:hAnsi="Arial"/>
          <w:sz w:val="22"/>
        </w:rPr>
        <w:t>Well, there you go. Brings it full circle doesn't it</w:t>
      </w:r>
    </w:p>
    <w:p>
      <w:pPr>
        <w:spacing w:after="0"/>
      </w:pPr>
    </w:p>
    <w:p>
      <w:pPr>
        <w:spacing w:after="0"/>
      </w:pPr>
      <w:r>
        <w:rPr>
          <w:rFonts w:ascii="Arial" w:hAnsi="Arial"/>
          <w:b/>
          <w:sz w:val="22"/>
        </w:rPr>
        <w:t xml:space="preserve">Lucy  </w:t>
      </w:r>
      <w:r>
        <w:rPr>
          <w:rFonts w:ascii="Arial" w:hAnsi="Arial"/>
          <w:color w:val="5D7284"/>
          <w:sz w:val="22"/>
        </w:rPr>
        <w:t>1:20:43</w:t>
      </w:r>
    </w:p>
    <w:p>
      <w:pPr>
        <w:spacing w:after="0"/>
      </w:pPr>
      <w:r>
        <w:rPr>
          <w:rFonts w:ascii="Arial" w:hAnsi="Arial"/>
          <w:sz w:val="22"/>
        </w:rPr>
        <w:t>that's why, yeah,</w:t>
      </w:r>
    </w:p>
    <w:p>
      <w:pPr>
        <w:spacing w:after="0"/>
      </w:pPr>
    </w:p>
    <w:p>
      <w:pPr>
        <w:spacing w:after="0"/>
      </w:pPr>
      <w:r>
        <w:rPr>
          <w:rFonts w:ascii="Arial" w:hAnsi="Arial"/>
          <w:b/>
          <w:sz w:val="22"/>
        </w:rPr>
        <w:t xml:space="preserve">Alice  </w:t>
      </w:r>
      <w:r>
        <w:rPr>
          <w:rFonts w:ascii="Arial" w:hAnsi="Arial"/>
          <w:color w:val="5D7284"/>
          <w:sz w:val="22"/>
        </w:rPr>
        <w:t>1:20:47</w:t>
      </w:r>
    </w:p>
    <w:p>
      <w:pPr>
        <w:spacing w:after="0"/>
      </w:pPr>
      <w:r>
        <w:rPr>
          <w:rFonts w:ascii="Arial" w:hAnsi="Arial"/>
          <w:sz w:val="22"/>
        </w:rPr>
        <w:t>and they also found that they had to be conscious of the size of the horses they were using, because sometimes they would be too big to get down the isle of a grocery store.</w:t>
      </w:r>
    </w:p>
    <w:p>
      <w:pPr>
        <w:spacing w:after="0"/>
      </w:pPr>
    </w:p>
    <w:p>
      <w:pPr>
        <w:spacing w:after="0"/>
      </w:pPr>
      <w:r>
        <w:rPr>
          <w:rFonts w:ascii="Arial" w:hAnsi="Arial"/>
          <w:b/>
          <w:sz w:val="22"/>
        </w:rPr>
        <w:t xml:space="preserve">Lucy  </w:t>
      </w:r>
      <w:r>
        <w:rPr>
          <w:rFonts w:ascii="Arial" w:hAnsi="Arial"/>
          <w:color w:val="5D7284"/>
          <w:sz w:val="22"/>
        </w:rPr>
        <w:t>1:20:59</w:t>
      </w:r>
    </w:p>
    <w:p>
      <w:pPr>
        <w:spacing w:after="0"/>
      </w:pPr>
      <w:r>
        <w:rPr>
          <w:rFonts w:ascii="Arial" w:hAnsi="Arial"/>
          <w:sz w:val="22"/>
        </w:rPr>
        <w:t>Stop it. Please stop it. *Lucy laughs*</w:t>
      </w:r>
    </w:p>
    <w:p>
      <w:pPr>
        <w:spacing w:after="0"/>
      </w:pPr>
    </w:p>
    <w:p>
      <w:pPr>
        <w:spacing w:after="0"/>
      </w:pPr>
      <w:r>
        <w:rPr>
          <w:rFonts w:ascii="Arial" w:hAnsi="Arial"/>
          <w:b/>
          <w:sz w:val="22"/>
        </w:rPr>
        <w:t xml:space="preserve">Daisy  </w:t>
      </w:r>
      <w:r>
        <w:rPr>
          <w:rFonts w:ascii="Arial" w:hAnsi="Arial"/>
          <w:color w:val="5D7284"/>
          <w:sz w:val="22"/>
        </w:rPr>
        <w:t>1:21:04</w:t>
      </w:r>
    </w:p>
    <w:p>
      <w:pPr>
        <w:spacing w:after="0"/>
      </w:pPr>
      <w:r>
        <w:rPr>
          <w:rFonts w:ascii="Arial" w:hAnsi="Arial"/>
          <w:sz w:val="22"/>
        </w:rPr>
        <w:t>I seem to remember there being a some key role, like of some video somewhere of taking one on a plane,</w:t>
      </w:r>
    </w:p>
    <w:p>
      <w:pPr>
        <w:spacing w:after="0"/>
      </w:pPr>
    </w:p>
    <w:p>
      <w:pPr>
        <w:spacing w:after="0"/>
      </w:pPr>
      <w:r>
        <w:rPr>
          <w:rFonts w:ascii="Arial" w:hAnsi="Arial"/>
          <w:b/>
          <w:sz w:val="22"/>
        </w:rPr>
        <w:t xml:space="preserve">Lucy  </w:t>
      </w:r>
      <w:r>
        <w:rPr>
          <w:rFonts w:ascii="Arial" w:hAnsi="Arial"/>
          <w:color w:val="5D7284"/>
          <w:sz w:val="22"/>
        </w:rPr>
        <w:t>1:21:12</w:t>
      </w:r>
    </w:p>
    <w:p>
      <w:pPr>
        <w:spacing w:after="0"/>
      </w:pPr>
      <w:r>
        <w:rPr>
          <w:rFonts w:ascii="Arial" w:hAnsi="Arial"/>
          <w:sz w:val="22"/>
        </w:rPr>
        <w:t>Daisy, stop it.</w:t>
      </w:r>
    </w:p>
    <w:p>
      <w:pPr>
        <w:spacing w:after="0"/>
      </w:pPr>
    </w:p>
    <w:p>
      <w:pPr>
        <w:spacing w:after="0"/>
      </w:pPr>
      <w:r>
        <w:rPr>
          <w:rFonts w:ascii="Arial" w:hAnsi="Arial"/>
          <w:b/>
          <w:sz w:val="22"/>
        </w:rPr>
        <w:t xml:space="preserve">Daisy  </w:t>
      </w:r>
      <w:r>
        <w:rPr>
          <w:rFonts w:ascii="Arial" w:hAnsi="Arial"/>
          <w:color w:val="5D7284"/>
          <w:sz w:val="22"/>
        </w:rPr>
        <w:t>1:21:16</w:t>
      </w:r>
    </w:p>
    <w:p>
      <w:pPr>
        <w:spacing w:after="0"/>
      </w:pPr>
      <w:r>
        <w:rPr>
          <w:rFonts w:ascii="Arial" w:hAnsi="Arial"/>
          <w:sz w:val="22"/>
        </w:rPr>
        <w:t>I think it went pretty well. It was on have I got news for you</w:t>
      </w:r>
    </w:p>
    <w:p>
      <w:pPr>
        <w:spacing w:after="0"/>
      </w:pPr>
    </w:p>
    <w:p>
      <w:pPr>
        <w:spacing w:after="0"/>
      </w:pPr>
      <w:r>
        <w:rPr>
          <w:rFonts w:ascii="Arial" w:hAnsi="Arial"/>
          <w:b/>
          <w:sz w:val="22"/>
        </w:rPr>
        <w:t xml:space="preserve">Alice  </w:t>
      </w:r>
      <w:r>
        <w:rPr>
          <w:rFonts w:ascii="Arial" w:hAnsi="Arial"/>
          <w:color w:val="5D7284"/>
          <w:sz w:val="22"/>
        </w:rPr>
        <w:t>1:21:20</w:t>
      </w:r>
    </w:p>
    <w:p>
      <w:pPr>
        <w:spacing w:after="0"/>
      </w:pPr>
      <w:r>
        <w:rPr>
          <w:rFonts w:ascii="Arial" w:hAnsi="Arial"/>
          <w:sz w:val="22"/>
        </w:rPr>
        <w:t>I can believe it</w:t>
      </w:r>
    </w:p>
    <w:p>
      <w:pPr>
        <w:spacing w:after="0"/>
      </w:pPr>
    </w:p>
    <w:p>
      <w:pPr>
        <w:spacing w:after="0"/>
      </w:pPr>
      <w:r>
        <w:rPr>
          <w:rFonts w:ascii="Arial" w:hAnsi="Arial"/>
          <w:b/>
          <w:sz w:val="22"/>
        </w:rPr>
        <w:t xml:space="preserve">Daisy  </w:t>
      </w:r>
      <w:r>
        <w:rPr>
          <w:rFonts w:ascii="Arial" w:hAnsi="Arial"/>
          <w:color w:val="5D7284"/>
          <w:sz w:val="22"/>
        </w:rPr>
        <w:t>1:21:21</w:t>
      </w:r>
    </w:p>
    <w:p>
      <w:pPr>
        <w:spacing w:after="0"/>
      </w:pPr>
      <w:r>
        <w:rPr>
          <w:rFonts w:ascii="Arial" w:hAnsi="Arial"/>
          <w:sz w:val="22"/>
        </w:rPr>
        <w:t>I can remember seeing it</w:t>
      </w:r>
    </w:p>
    <w:p>
      <w:pPr>
        <w:spacing w:after="0"/>
      </w:pPr>
    </w:p>
    <w:p>
      <w:pPr>
        <w:spacing w:after="0"/>
      </w:pPr>
      <w:r>
        <w:rPr>
          <w:rFonts w:ascii="Arial" w:hAnsi="Arial"/>
          <w:b/>
          <w:sz w:val="22"/>
        </w:rPr>
        <w:t xml:space="preserve">Lucy  </w:t>
      </w:r>
      <w:r>
        <w:rPr>
          <w:rFonts w:ascii="Arial" w:hAnsi="Arial"/>
          <w:color w:val="5D7284"/>
          <w:sz w:val="22"/>
        </w:rPr>
        <w:t>1:21:23</w:t>
      </w:r>
    </w:p>
    <w:p>
      <w:pPr>
        <w:spacing w:after="0"/>
      </w:pPr>
      <w:r>
        <w:rPr>
          <w:rFonts w:ascii="Arial" w:hAnsi="Arial"/>
          <w:sz w:val="22"/>
        </w:rPr>
        <w:t>Can I get you anything sir? Yes, please. I'll have a snickers.</w:t>
      </w:r>
    </w:p>
    <w:p>
      <w:pPr>
        <w:spacing w:after="0"/>
      </w:pPr>
    </w:p>
    <w:p>
      <w:pPr>
        <w:spacing w:after="0"/>
      </w:pPr>
      <w:r>
        <w:rPr>
          <w:rFonts w:ascii="Arial" w:hAnsi="Arial"/>
          <w:b/>
          <w:sz w:val="22"/>
        </w:rPr>
        <w:t xml:space="preserve">Alice  </w:t>
      </w:r>
      <w:r>
        <w:rPr>
          <w:rFonts w:ascii="Arial" w:hAnsi="Arial"/>
          <w:color w:val="5D7284"/>
          <w:sz w:val="22"/>
        </w:rPr>
        <w:t>1:21:28</w:t>
      </w:r>
    </w:p>
    <w:p>
      <w:pPr>
        <w:spacing w:after="0"/>
      </w:pPr>
      <w:r>
        <w:rPr>
          <w:rFonts w:ascii="Arial" w:hAnsi="Arial"/>
          <w:sz w:val="22"/>
        </w:rPr>
        <w:t>The the Guide Horse Federation was set up in 1999</w:t>
      </w:r>
    </w:p>
    <w:p>
      <w:pPr>
        <w:spacing w:after="0"/>
      </w:pPr>
    </w:p>
    <w:p>
      <w:pPr>
        <w:spacing w:after="0"/>
      </w:pPr>
      <w:r>
        <w:rPr>
          <w:rFonts w:ascii="Arial" w:hAnsi="Arial"/>
          <w:b/>
          <w:sz w:val="22"/>
        </w:rPr>
        <w:t xml:space="preserve">Lucy  </w:t>
      </w:r>
      <w:r>
        <w:rPr>
          <w:rFonts w:ascii="Arial" w:hAnsi="Arial"/>
          <w:color w:val="5D7284"/>
          <w:sz w:val="22"/>
        </w:rPr>
        <w:t>1:21:33</w:t>
      </w:r>
    </w:p>
    <w:p>
      <w:pPr>
        <w:spacing w:after="0"/>
      </w:pPr>
      <w:r>
        <w:rPr>
          <w:rFonts w:ascii="Arial" w:hAnsi="Arial"/>
          <w:sz w:val="22"/>
        </w:rPr>
        <w:t>Wait, the guide horse, the guide horse Federation. Can we get, can we get them on the podcast, please. Can we get them on as a guest?</w:t>
      </w:r>
    </w:p>
    <w:p>
      <w:pPr>
        <w:spacing w:after="0"/>
      </w:pPr>
    </w:p>
    <w:p>
      <w:pPr>
        <w:spacing w:after="0"/>
      </w:pPr>
      <w:r>
        <w:rPr>
          <w:rFonts w:ascii="Arial" w:hAnsi="Arial"/>
          <w:b/>
          <w:sz w:val="22"/>
        </w:rPr>
        <w:t xml:space="preserve">Alice  </w:t>
      </w:r>
      <w:r>
        <w:rPr>
          <w:rFonts w:ascii="Arial" w:hAnsi="Arial"/>
          <w:color w:val="5D7284"/>
          <w:sz w:val="22"/>
        </w:rPr>
        <w:t>1:21:44</w:t>
      </w:r>
    </w:p>
    <w:p>
      <w:pPr>
        <w:spacing w:after="0"/>
      </w:pPr>
      <w:r>
        <w:rPr>
          <w:rFonts w:ascii="Arial" w:hAnsi="Arial"/>
          <w:sz w:val="22"/>
        </w:rPr>
        <w:t>We'll set Emma on it in in 2002 they trained their first horse. They found that generally horses have to be about two and a half feet at the tallest, which is like two and a half feet, is still, I mean, there are dogs that are that big, so that's</w:t>
      </w:r>
    </w:p>
    <w:p>
      <w:pPr>
        <w:spacing w:after="0"/>
      </w:pPr>
    </w:p>
    <w:p>
      <w:pPr>
        <w:spacing w:after="0"/>
      </w:pPr>
      <w:r>
        <w:rPr>
          <w:rFonts w:ascii="Arial" w:hAnsi="Arial"/>
          <w:b/>
          <w:sz w:val="22"/>
        </w:rPr>
        <w:t xml:space="preserve">Lucy  </w:t>
      </w:r>
      <w:r>
        <w:rPr>
          <w:rFonts w:ascii="Arial" w:hAnsi="Arial"/>
          <w:color w:val="5D7284"/>
          <w:sz w:val="22"/>
        </w:rPr>
        <w:t>1:22:09</w:t>
      </w:r>
    </w:p>
    <w:p>
      <w:pPr>
        <w:spacing w:after="0"/>
      </w:pPr>
      <w:r>
        <w:rPr>
          <w:rFonts w:ascii="Arial" w:hAnsi="Arial"/>
          <w:sz w:val="22"/>
        </w:rPr>
        <w:t>slightly bigger than a Shetland.</w:t>
      </w:r>
    </w:p>
    <w:p>
      <w:pPr>
        <w:spacing w:after="0"/>
      </w:pPr>
    </w:p>
    <w:p>
      <w:pPr>
        <w:spacing w:after="0"/>
      </w:pPr>
      <w:r>
        <w:rPr>
          <w:rFonts w:ascii="Arial" w:hAnsi="Arial"/>
          <w:b/>
          <w:sz w:val="22"/>
        </w:rPr>
        <w:t xml:space="preserve">Alice  </w:t>
      </w:r>
      <w:r>
        <w:rPr>
          <w:rFonts w:ascii="Arial" w:hAnsi="Arial"/>
          <w:color w:val="5D7284"/>
          <w:sz w:val="22"/>
        </w:rPr>
        <w:t>1:22:13</w:t>
      </w:r>
    </w:p>
    <w:p>
      <w:pPr>
        <w:spacing w:after="0"/>
      </w:pPr>
      <w:r>
        <w:rPr>
          <w:rFonts w:ascii="Arial" w:hAnsi="Arial"/>
          <w:sz w:val="22"/>
        </w:rPr>
        <w:t>I don't know how big Shetland is, but two and a half feet would mean it's</w:t>
      </w:r>
    </w:p>
    <w:p>
      <w:pPr>
        <w:spacing w:after="0"/>
      </w:pPr>
    </w:p>
    <w:p>
      <w:pPr>
        <w:spacing w:after="0"/>
      </w:pPr>
      <w:r>
        <w:rPr>
          <w:rFonts w:ascii="Arial" w:hAnsi="Arial"/>
          <w:b/>
          <w:sz w:val="22"/>
        </w:rPr>
        <w:t xml:space="preserve">Lucy  </w:t>
      </w:r>
      <w:r>
        <w:rPr>
          <w:rFonts w:ascii="Arial" w:hAnsi="Arial"/>
          <w:color w:val="5D7284"/>
          <w:sz w:val="22"/>
        </w:rPr>
        <w:t>1:22:20</w:t>
      </w:r>
    </w:p>
    <w:p>
      <w:pPr>
        <w:spacing w:after="0"/>
      </w:pPr>
      <w:r>
        <w:rPr>
          <w:rFonts w:ascii="Arial" w:hAnsi="Arial"/>
          <w:sz w:val="22"/>
        </w:rPr>
        <w:t>Like the size of me</w:t>
      </w:r>
    </w:p>
    <w:p>
      <w:pPr>
        <w:spacing w:after="0"/>
      </w:pPr>
    </w:p>
    <w:p>
      <w:pPr>
        <w:spacing w:after="0"/>
      </w:pPr>
      <w:r>
        <w:rPr>
          <w:rFonts w:ascii="Arial" w:hAnsi="Arial"/>
          <w:b/>
          <w:sz w:val="22"/>
        </w:rPr>
        <w:t xml:space="preserve">Alice  </w:t>
      </w:r>
      <w:r>
        <w:rPr>
          <w:rFonts w:ascii="Arial" w:hAnsi="Arial"/>
          <w:color w:val="5D7284"/>
          <w:sz w:val="22"/>
        </w:rPr>
        <w:t>1:22:21</w:t>
      </w:r>
    </w:p>
    <w:p>
      <w:pPr>
        <w:spacing w:after="0"/>
      </w:pPr>
      <w:r>
        <w:rPr>
          <w:rFonts w:ascii="Arial" w:hAnsi="Arial"/>
          <w:sz w:val="22"/>
        </w:rPr>
        <w:t>I assume the top of its head. No, you would even in your chair. You're taller than two and a half feet</w:t>
      </w:r>
    </w:p>
    <w:p>
      <w:pPr>
        <w:spacing w:after="0"/>
      </w:pPr>
    </w:p>
    <w:p>
      <w:pPr>
        <w:spacing w:after="0"/>
      </w:pPr>
      <w:r>
        <w:rPr>
          <w:rFonts w:ascii="Arial" w:hAnsi="Arial"/>
          <w:b/>
          <w:sz w:val="22"/>
        </w:rPr>
        <w:t xml:space="preserve">Lucy  </w:t>
      </w:r>
      <w:r>
        <w:rPr>
          <w:rFonts w:ascii="Arial" w:hAnsi="Arial"/>
          <w:color w:val="5D7284"/>
          <w:sz w:val="22"/>
        </w:rPr>
        <w:t>1:22:27</w:t>
      </w:r>
    </w:p>
    <w:p>
      <w:pPr>
        <w:spacing w:after="0"/>
      </w:pPr>
      <w:r>
        <w:rPr>
          <w:rFonts w:ascii="Arial" w:hAnsi="Arial"/>
          <w:sz w:val="22"/>
        </w:rPr>
        <w:t>I'm smaller than Danny DeVito</w:t>
      </w:r>
    </w:p>
    <w:p>
      <w:pPr>
        <w:spacing w:after="0"/>
      </w:pPr>
    </w:p>
    <w:p>
      <w:pPr>
        <w:spacing w:after="0"/>
      </w:pPr>
      <w:r>
        <w:rPr>
          <w:rFonts w:ascii="Arial" w:hAnsi="Arial"/>
          <w:b/>
          <w:sz w:val="22"/>
        </w:rPr>
        <w:t xml:space="preserve">Alice  </w:t>
      </w:r>
      <w:r>
        <w:rPr>
          <w:rFonts w:ascii="Arial" w:hAnsi="Arial"/>
          <w:color w:val="5D7284"/>
          <w:sz w:val="22"/>
        </w:rPr>
        <w:t>1:22:29</w:t>
      </w:r>
    </w:p>
    <w:p>
      <w:pPr>
        <w:spacing w:after="0"/>
      </w:pPr>
      <w:r>
        <w:rPr>
          <w:rFonts w:ascii="Arial" w:hAnsi="Arial"/>
          <w:sz w:val="22"/>
        </w:rPr>
        <w:t>yeah, but that's, that's standing</w:t>
      </w:r>
    </w:p>
    <w:p>
      <w:pPr>
        <w:spacing w:after="0"/>
      </w:pPr>
    </w:p>
    <w:p>
      <w:pPr>
        <w:spacing w:after="0"/>
      </w:pPr>
      <w:r>
        <w:rPr>
          <w:rFonts w:ascii="Arial" w:hAnsi="Arial"/>
          <w:b/>
          <w:sz w:val="22"/>
        </w:rPr>
        <w:t xml:space="preserve">Daisy  </w:t>
      </w:r>
      <w:r>
        <w:rPr>
          <w:rFonts w:ascii="Arial" w:hAnsi="Arial"/>
          <w:color w:val="5D7284"/>
          <w:sz w:val="22"/>
        </w:rPr>
        <w:t>1:22:32</w:t>
      </w:r>
    </w:p>
    <w:p>
      <w:pPr>
        <w:spacing w:after="0"/>
      </w:pPr>
      <w:r>
        <w:rPr>
          <w:rFonts w:ascii="Arial" w:hAnsi="Arial"/>
          <w:sz w:val="22"/>
        </w:rPr>
        <w:t>He's at least four feet. Yeah?</w:t>
      </w:r>
    </w:p>
    <w:p>
      <w:pPr>
        <w:spacing w:after="0"/>
      </w:pPr>
    </w:p>
    <w:p>
      <w:pPr>
        <w:spacing w:after="0"/>
      </w:pPr>
      <w:r>
        <w:rPr>
          <w:rFonts w:ascii="Arial" w:hAnsi="Arial"/>
          <w:b/>
          <w:sz w:val="22"/>
        </w:rPr>
        <w:t xml:space="preserve">Lucy  </w:t>
      </w:r>
      <w:r>
        <w:rPr>
          <w:rFonts w:ascii="Arial" w:hAnsi="Arial"/>
          <w:color w:val="5D7284"/>
          <w:sz w:val="22"/>
        </w:rPr>
        <w:t>1:22:36</w:t>
      </w:r>
    </w:p>
    <w:p>
      <w:pPr>
        <w:spacing w:after="0"/>
      </w:pPr>
      <w:r>
        <w:rPr>
          <w:rFonts w:ascii="Arial" w:hAnsi="Arial"/>
          <w:sz w:val="22"/>
        </w:rPr>
        <w:t>Thanks, Daisy. I'm smaller than him.</w:t>
      </w:r>
    </w:p>
    <w:p>
      <w:pPr>
        <w:spacing w:after="0"/>
      </w:pPr>
    </w:p>
    <w:p>
      <w:pPr>
        <w:spacing w:after="0"/>
      </w:pPr>
      <w:r>
        <w:rPr>
          <w:rFonts w:ascii="Arial" w:hAnsi="Arial"/>
          <w:b/>
          <w:sz w:val="22"/>
        </w:rPr>
        <w:t xml:space="preserve">Alice  </w:t>
      </w:r>
      <w:r>
        <w:rPr>
          <w:rFonts w:ascii="Arial" w:hAnsi="Arial"/>
          <w:color w:val="5D7284"/>
          <w:sz w:val="22"/>
        </w:rPr>
        <w:t>1:22:39</w:t>
      </w:r>
    </w:p>
    <w:p>
      <w:pPr>
        <w:spacing w:after="0"/>
      </w:pPr>
      <w:r>
        <w:rPr>
          <w:rFonts w:ascii="Arial" w:hAnsi="Arial"/>
          <w:sz w:val="22"/>
        </w:rPr>
        <w:t>I would, I would say,</w:t>
      </w:r>
    </w:p>
    <w:p>
      <w:pPr>
        <w:spacing w:after="0"/>
      </w:pPr>
    </w:p>
    <w:p>
      <w:pPr>
        <w:spacing w:after="0"/>
      </w:pPr>
      <w:r>
        <w:rPr>
          <w:rFonts w:ascii="Arial" w:hAnsi="Arial"/>
          <w:b/>
          <w:sz w:val="22"/>
        </w:rPr>
        <w:t xml:space="preserve">Daisy  </w:t>
      </w:r>
      <w:r>
        <w:rPr>
          <w:rFonts w:ascii="Arial" w:hAnsi="Arial"/>
          <w:color w:val="5D7284"/>
          <w:sz w:val="22"/>
        </w:rPr>
        <w:t>1:22:41</w:t>
      </w:r>
    </w:p>
    <w:p>
      <w:pPr>
        <w:spacing w:after="0"/>
      </w:pPr>
      <w:r>
        <w:rPr>
          <w:rFonts w:ascii="Arial" w:hAnsi="Arial"/>
          <w:sz w:val="22"/>
        </w:rPr>
        <w:t>Yeah but not by like two feet</w:t>
      </w:r>
    </w:p>
    <w:p>
      <w:pPr>
        <w:spacing w:after="0"/>
      </w:pPr>
    </w:p>
    <w:p>
      <w:pPr>
        <w:spacing w:after="0"/>
      </w:pPr>
      <w:r>
        <w:rPr>
          <w:rFonts w:ascii="Arial" w:hAnsi="Arial"/>
          <w:b/>
          <w:sz w:val="22"/>
        </w:rPr>
        <w:t xml:space="preserve">Lucy  </w:t>
      </w:r>
      <w:r>
        <w:rPr>
          <w:rFonts w:ascii="Arial" w:hAnsi="Arial"/>
          <w:color w:val="5D7284"/>
          <w:sz w:val="22"/>
        </w:rPr>
        <w:t>1:22:48</w:t>
      </w:r>
    </w:p>
    <w:p>
      <w:pPr>
        <w:spacing w:after="0"/>
      </w:pPr>
      <w:r>
        <w:rPr>
          <w:rFonts w:ascii="Arial" w:hAnsi="Arial"/>
          <w:sz w:val="22"/>
        </w:rPr>
        <w:t>Why do all these episodes finish like we've just come out the pub and I were having a drunk conversation.</w:t>
      </w:r>
    </w:p>
    <w:p>
      <w:pPr>
        <w:spacing w:after="0"/>
      </w:pPr>
    </w:p>
    <w:p>
      <w:pPr>
        <w:spacing w:after="0"/>
      </w:pPr>
      <w:r>
        <w:rPr>
          <w:rFonts w:ascii="Arial" w:hAnsi="Arial"/>
          <w:b/>
          <w:sz w:val="22"/>
        </w:rPr>
        <w:t xml:space="preserve">Alice  </w:t>
      </w:r>
      <w:r>
        <w:rPr>
          <w:rFonts w:ascii="Arial" w:hAnsi="Arial"/>
          <w:color w:val="5D7284"/>
          <w:sz w:val="22"/>
        </w:rPr>
        <w:t>1:22:57</w:t>
      </w:r>
    </w:p>
    <w:p>
      <w:pPr>
        <w:spacing w:after="0"/>
      </w:pPr>
      <w:r>
        <w:rPr>
          <w:rFonts w:ascii="Arial" w:hAnsi="Arial"/>
          <w:sz w:val="22"/>
        </w:rPr>
        <w:t>2 feet is probably about just between, sort of in my hips, maybe my waist. I maybe, yeah, between your hip and your waist mate, and sort of, or maybe, maybe just below my hip, my hip height, right?</w:t>
      </w:r>
    </w:p>
    <w:p>
      <w:pPr>
        <w:spacing w:after="0"/>
      </w:pPr>
    </w:p>
    <w:p>
      <w:pPr>
        <w:spacing w:after="0"/>
      </w:pPr>
      <w:r>
        <w:rPr>
          <w:rFonts w:ascii="Arial" w:hAnsi="Arial"/>
          <w:b/>
          <w:sz w:val="22"/>
        </w:rPr>
        <w:t xml:space="preserve">Lucy  </w:t>
      </w:r>
      <w:r>
        <w:rPr>
          <w:rFonts w:ascii="Arial" w:hAnsi="Arial"/>
          <w:color w:val="5D7284"/>
          <w:sz w:val="22"/>
        </w:rPr>
        <w:t>1:23:12</w:t>
      </w:r>
    </w:p>
    <w:p>
      <w:pPr>
        <w:spacing w:after="0"/>
      </w:pPr>
      <w:r>
        <w:rPr>
          <w:rFonts w:ascii="Arial" w:hAnsi="Arial"/>
          <w:sz w:val="22"/>
        </w:rPr>
        <w:t>Okay, yes,</w:t>
      </w:r>
    </w:p>
    <w:p>
      <w:pPr>
        <w:spacing w:after="0"/>
      </w:pPr>
    </w:p>
    <w:p>
      <w:pPr>
        <w:spacing w:after="0"/>
      </w:pPr>
      <w:r>
        <w:rPr>
          <w:rFonts w:ascii="Arial" w:hAnsi="Arial"/>
          <w:b/>
          <w:sz w:val="22"/>
        </w:rPr>
        <w:t xml:space="preserve">Daisy  </w:t>
      </w:r>
      <w:r>
        <w:rPr>
          <w:rFonts w:ascii="Arial" w:hAnsi="Arial"/>
          <w:color w:val="5D7284"/>
          <w:sz w:val="22"/>
        </w:rPr>
        <w:t>1:23:14</w:t>
      </w:r>
    </w:p>
    <w:p>
      <w:pPr>
        <w:spacing w:after="0"/>
      </w:pPr>
      <w:r>
        <w:rPr>
          <w:rFonts w:ascii="Arial" w:hAnsi="Arial"/>
          <w:sz w:val="22"/>
        </w:rPr>
        <w:t>so Danny DeVito is five feet Exactly.</w:t>
      </w:r>
    </w:p>
    <w:p>
      <w:pPr>
        <w:spacing w:after="0"/>
      </w:pPr>
    </w:p>
    <w:p>
      <w:pPr>
        <w:spacing w:after="0"/>
      </w:pPr>
      <w:r>
        <w:rPr>
          <w:rFonts w:ascii="Arial" w:hAnsi="Arial"/>
          <w:b/>
          <w:sz w:val="22"/>
        </w:rPr>
        <w:t xml:space="preserve">Lucy  </w:t>
      </w:r>
      <w:r>
        <w:rPr>
          <w:rFonts w:ascii="Arial" w:hAnsi="Arial"/>
          <w:color w:val="5D7284"/>
          <w:sz w:val="22"/>
        </w:rPr>
        <w:t>1:23:18</w:t>
      </w:r>
    </w:p>
    <w:p>
      <w:pPr>
        <w:spacing w:after="0"/>
      </w:pPr>
      <w:r>
        <w:rPr>
          <w:rFonts w:ascii="Arial" w:hAnsi="Arial"/>
          <w:sz w:val="22"/>
        </w:rPr>
        <w:t>Oh, okay, well, I'm four foot something? Well,</w:t>
      </w:r>
    </w:p>
    <w:p>
      <w:pPr>
        <w:spacing w:after="0"/>
      </w:pPr>
    </w:p>
    <w:p>
      <w:pPr>
        <w:spacing w:after="0"/>
      </w:pPr>
      <w:r>
        <w:rPr>
          <w:rFonts w:ascii="Arial" w:hAnsi="Arial"/>
          <w:b/>
          <w:sz w:val="22"/>
        </w:rPr>
        <w:t xml:space="preserve">Daisy  </w:t>
      </w:r>
      <w:r>
        <w:rPr>
          <w:rFonts w:ascii="Arial" w:hAnsi="Arial"/>
          <w:color w:val="5D7284"/>
          <w:sz w:val="22"/>
        </w:rPr>
        <w:t>1:23:21</w:t>
      </w:r>
    </w:p>
    <w:p>
      <w:pPr>
        <w:spacing w:after="0"/>
      </w:pPr>
      <w:r>
        <w:rPr>
          <w:rFonts w:ascii="Arial" w:hAnsi="Arial"/>
          <w:sz w:val="22"/>
        </w:rPr>
        <w:t>it depends on whether you listen to Google or Wikipedia. Wikipedia says four foot 10.</w:t>
      </w:r>
    </w:p>
    <w:p>
      <w:pPr>
        <w:spacing w:after="0"/>
      </w:pPr>
    </w:p>
    <w:p>
      <w:pPr>
        <w:spacing w:after="0"/>
      </w:pPr>
      <w:r>
        <w:rPr>
          <w:rFonts w:ascii="Arial" w:hAnsi="Arial"/>
          <w:b/>
          <w:sz w:val="22"/>
        </w:rPr>
        <w:t xml:space="preserve">Lucy  </w:t>
      </w:r>
      <w:r>
        <w:rPr>
          <w:rFonts w:ascii="Arial" w:hAnsi="Arial"/>
          <w:color w:val="5D7284"/>
          <w:sz w:val="22"/>
        </w:rPr>
        <w:t>1:23:27</w:t>
      </w:r>
    </w:p>
    <w:p>
      <w:pPr>
        <w:spacing w:after="0"/>
      </w:pPr>
      <w:r>
        <w:rPr>
          <w:rFonts w:ascii="Arial" w:hAnsi="Arial"/>
          <w:sz w:val="22"/>
        </w:rPr>
        <w:t>Yeah, I'm four foot eight.</w:t>
      </w:r>
    </w:p>
    <w:p>
      <w:pPr>
        <w:spacing w:after="0"/>
      </w:pPr>
    </w:p>
    <w:p>
      <w:pPr>
        <w:spacing w:after="0"/>
      </w:pPr>
      <w:r>
        <w:rPr>
          <w:rFonts w:ascii="Arial" w:hAnsi="Arial"/>
          <w:b/>
          <w:sz w:val="22"/>
        </w:rPr>
        <w:t xml:space="preserve">Alice  </w:t>
      </w:r>
      <w:r>
        <w:rPr>
          <w:rFonts w:ascii="Arial" w:hAnsi="Arial"/>
          <w:color w:val="5D7284"/>
          <w:sz w:val="22"/>
        </w:rPr>
        <w:t>1:23:31</w:t>
      </w:r>
    </w:p>
    <w:p>
      <w:pPr>
        <w:spacing w:after="0"/>
      </w:pPr>
      <w:r>
        <w:rPr>
          <w:rFonts w:ascii="Arial" w:hAnsi="Arial"/>
          <w:sz w:val="22"/>
        </w:rPr>
        <w:t>In fact, in fairness, my husband tells people that he's six foot and he's not. He's five foot 10. It's just a man thing</w:t>
      </w:r>
    </w:p>
    <w:p>
      <w:pPr>
        <w:spacing w:after="0"/>
      </w:pPr>
    </w:p>
    <w:p>
      <w:pPr>
        <w:spacing w:after="0"/>
      </w:pPr>
      <w:r>
        <w:rPr>
          <w:rFonts w:ascii="Arial" w:hAnsi="Arial"/>
          <w:b/>
          <w:sz w:val="22"/>
        </w:rPr>
        <w:t xml:space="preserve">Daisy  </w:t>
      </w:r>
      <w:r>
        <w:rPr>
          <w:rFonts w:ascii="Arial" w:hAnsi="Arial"/>
          <w:color w:val="5D7284"/>
          <w:sz w:val="22"/>
        </w:rPr>
        <w:t>1:23:39</w:t>
      </w:r>
    </w:p>
    <w:p>
      <w:pPr>
        <w:spacing w:after="0"/>
      </w:pPr>
      <w:r>
        <w:rPr>
          <w:rFonts w:ascii="Arial" w:hAnsi="Arial"/>
          <w:sz w:val="22"/>
        </w:rPr>
        <w:t>Tinder rules.</w:t>
      </w:r>
    </w:p>
    <w:p>
      <w:pPr>
        <w:spacing w:after="0"/>
      </w:pPr>
    </w:p>
    <w:p>
      <w:pPr>
        <w:spacing w:after="0"/>
      </w:pPr>
      <w:r>
        <w:rPr>
          <w:rFonts w:ascii="Arial" w:hAnsi="Arial"/>
          <w:b/>
          <w:sz w:val="22"/>
        </w:rPr>
        <w:t xml:space="preserve">Lucy  </w:t>
      </w:r>
      <w:r>
        <w:rPr>
          <w:rFonts w:ascii="Arial" w:hAnsi="Arial"/>
          <w:color w:val="5D7284"/>
          <w:sz w:val="22"/>
        </w:rPr>
        <w:t>1:23:43</w:t>
      </w:r>
    </w:p>
    <w:p>
      <w:pPr>
        <w:spacing w:after="0"/>
      </w:pPr>
      <w:r>
        <w:rPr>
          <w:rFonts w:ascii="Arial" w:hAnsi="Arial"/>
          <w:sz w:val="22"/>
        </w:rPr>
        <w:t>Right. So are we talking so I would say we're talking about, like, Shetland pony size.</w:t>
      </w:r>
    </w:p>
    <w:p>
      <w:pPr>
        <w:spacing w:after="0"/>
      </w:pPr>
    </w:p>
    <w:p>
      <w:pPr>
        <w:spacing w:after="0"/>
      </w:pPr>
      <w:r>
        <w:rPr>
          <w:rFonts w:ascii="Arial" w:hAnsi="Arial"/>
          <w:b/>
          <w:sz w:val="22"/>
        </w:rPr>
        <w:t xml:space="preserve">Alice  </w:t>
      </w:r>
      <w:r>
        <w:rPr>
          <w:rFonts w:ascii="Arial" w:hAnsi="Arial"/>
          <w:color w:val="5D7284"/>
          <w:sz w:val="22"/>
        </w:rPr>
        <w:t>1:23:48</w:t>
      </w:r>
    </w:p>
    <w:p>
      <w:pPr>
        <w:spacing w:after="0"/>
      </w:pPr>
      <w:r>
        <w:rPr>
          <w:rFonts w:ascii="Arial" w:hAnsi="Arial"/>
          <w:sz w:val="22"/>
        </w:rPr>
        <w:t>I mean, it says miniature horse.</w:t>
      </w:r>
    </w:p>
    <w:p>
      <w:pPr>
        <w:spacing w:after="0"/>
      </w:pPr>
    </w:p>
    <w:p>
      <w:pPr>
        <w:spacing w:after="0"/>
      </w:pPr>
      <w:r>
        <w:rPr>
          <w:rFonts w:ascii="Arial" w:hAnsi="Arial"/>
          <w:b/>
          <w:sz w:val="22"/>
        </w:rPr>
        <w:t xml:space="preserve">Lucy  </w:t>
      </w:r>
      <w:r>
        <w:rPr>
          <w:rFonts w:ascii="Arial" w:hAnsi="Arial"/>
          <w:color w:val="5D7284"/>
          <w:sz w:val="22"/>
        </w:rPr>
        <w:t>1:23:50</w:t>
      </w:r>
    </w:p>
    <w:p>
      <w:pPr>
        <w:spacing w:after="0"/>
      </w:pPr>
      <w:r>
        <w:rPr>
          <w:rFonts w:ascii="Arial" w:hAnsi="Arial"/>
          <w:sz w:val="22"/>
        </w:rPr>
        <w:t>Yeah, that, yeah, yeah, tiny horse. Now, can we get these people on the podcast please? Just because I've got to</w:t>
      </w:r>
    </w:p>
    <w:p>
      <w:pPr>
        <w:spacing w:after="0"/>
      </w:pPr>
    </w:p>
    <w:p>
      <w:pPr>
        <w:spacing w:after="0"/>
      </w:pPr>
      <w:r>
        <w:rPr>
          <w:rFonts w:ascii="Arial" w:hAnsi="Arial"/>
          <w:b/>
          <w:sz w:val="22"/>
        </w:rPr>
        <w:t xml:space="preserve">Alice  </w:t>
      </w:r>
      <w:r>
        <w:rPr>
          <w:rFonts w:ascii="Arial" w:hAnsi="Arial"/>
          <w:color w:val="5D7284"/>
          <w:sz w:val="22"/>
        </w:rPr>
        <w:t>1:23:58</w:t>
      </w:r>
    </w:p>
    <w:p>
      <w:pPr>
        <w:spacing w:after="0"/>
      </w:pPr>
      <w:r>
        <w:rPr>
          <w:rFonts w:ascii="Arial" w:hAnsi="Arial"/>
          <w:sz w:val="22"/>
        </w:rPr>
        <w:t>they Yeah, they've trained. They've trained about it looks like maybe three or four in the last 20 years in the States, they tried to train one with somebody in Manchester or Liverpool, but didn't work out. I can't him. Can't see a miniature horse managing like on a city that runs on trams particularly,</w:t>
      </w:r>
    </w:p>
    <w:p>
      <w:pPr>
        <w:spacing w:after="0"/>
      </w:pPr>
    </w:p>
    <w:p>
      <w:pPr>
        <w:spacing w:after="0"/>
      </w:pPr>
      <w:r>
        <w:rPr>
          <w:rFonts w:ascii="Arial" w:hAnsi="Arial"/>
          <w:b/>
          <w:sz w:val="22"/>
        </w:rPr>
        <w:t xml:space="preserve">Lucy  </w:t>
      </w:r>
      <w:r>
        <w:rPr>
          <w:rFonts w:ascii="Arial" w:hAnsi="Arial"/>
          <w:color w:val="5D7284"/>
          <w:sz w:val="22"/>
        </w:rPr>
        <w:t>1:24:18</w:t>
      </w:r>
    </w:p>
    <w:p>
      <w:pPr>
        <w:spacing w:after="0"/>
      </w:pPr>
      <w:r>
        <w:rPr>
          <w:rFonts w:ascii="Arial" w:hAnsi="Arial"/>
          <w:sz w:val="22"/>
        </w:rPr>
        <w:t>yeah, is it a bit like? I wonder if it's a bit like horse whispering do you know what I mean,</w:t>
      </w:r>
    </w:p>
    <w:p>
      <w:pPr>
        <w:spacing w:after="0"/>
      </w:pPr>
    </w:p>
    <w:p>
      <w:pPr>
        <w:spacing w:after="0"/>
      </w:pPr>
      <w:r>
        <w:rPr>
          <w:rFonts w:ascii="Arial" w:hAnsi="Arial"/>
          <w:b/>
          <w:sz w:val="22"/>
        </w:rPr>
        <w:t xml:space="preserve">Alice  </w:t>
      </w:r>
      <w:r>
        <w:rPr>
          <w:rFonts w:ascii="Arial" w:hAnsi="Arial"/>
          <w:color w:val="5D7284"/>
          <w:sz w:val="22"/>
        </w:rPr>
        <w:t>1:24:23</w:t>
      </w:r>
    </w:p>
    <w:p>
      <w:pPr>
        <w:spacing w:after="0"/>
      </w:pPr>
      <w:r>
        <w:rPr>
          <w:rFonts w:ascii="Arial" w:hAnsi="Arial"/>
          <w:sz w:val="22"/>
        </w:rPr>
        <w:t>I don't think so. I think it is as exactly as they said. It's like</w:t>
      </w:r>
    </w:p>
    <w:p>
      <w:pPr>
        <w:spacing w:after="0"/>
      </w:pPr>
    </w:p>
    <w:p>
      <w:pPr>
        <w:spacing w:after="0"/>
      </w:pPr>
      <w:r>
        <w:rPr>
          <w:rFonts w:ascii="Arial" w:hAnsi="Arial"/>
          <w:b/>
          <w:sz w:val="22"/>
        </w:rPr>
        <w:t xml:space="preserve">Lucy  </w:t>
      </w:r>
      <w:r>
        <w:rPr>
          <w:rFonts w:ascii="Arial" w:hAnsi="Arial"/>
          <w:color w:val="5D7284"/>
          <w:sz w:val="22"/>
        </w:rPr>
        <w:t>1:24:27</w:t>
      </w:r>
    </w:p>
    <w:p>
      <w:pPr>
        <w:spacing w:after="0"/>
      </w:pPr>
      <w:r>
        <w:rPr>
          <w:rFonts w:ascii="Arial" w:hAnsi="Arial"/>
          <w:sz w:val="22"/>
        </w:rPr>
        <w:t>clicker training but for horses</w:t>
      </w:r>
    </w:p>
    <w:p>
      <w:pPr>
        <w:spacing w:after="0"/>
      </w:pPr>
    </w:p>
    <w:p>
      <w:pPr>
        <w:spacing w:after="0"/>
      </w:pPr>
      <w:r>
        <w:rPr>
          <w:rFonts w:ascii="Arial" w:hAnsi="Arial"/>
          <w:b/>
          <w:sz w:val="22"/>
        </w:rPr>
        <w:t xml:space="preserve">Alice  </w:t>
      </w:r>
      <w:r>
        <w:rPr>
          <w:rFonts w:ascii="Arial" w:hAnsi="Arial"/>
          <w:color w:val="5D7284"/>
          <w:sz w:val="22"/>
        </w:rPr>
        <w:t>1:24:29</w:t>
      </w:r>
    </w:p>
    <w:p>
      <w:pPr>
        <w:spacing w:after="0"/>
      </w:pPr>
      <w:r>
        <w:rPr>
          <w:rFonts w:ascii="Arial" w:hAnsi="Arial"/>
          <w:sz w:val="22"/>
        </w:rPr>
        <w:t>but it's, yeah, it's the same, the same sort of training they do for, right? And, like, police horses</w:t>
      </w:r>
    </w:p>
    <w:p>
      <w:pPr>
        <w:spacing w:after="0"/>
      </w:pPr>
    </w:p>
    <w:p>
      <w:pPr>
        <w:spacing w:after="0"/>
      </w:pPr>
      <w:r>
        <w:rPr>
          <w:rFonts w:ascii="Arial" w:hAnsi="Arial"/>
          <w:b/>
          <w:sz w:val="22"/>
        </w:rPr>
        <w:t xml:space="preserve">Lucy  </w:t>
      </w:r>
      <w:r>
        <w:rPr>
          <w:rFonts w:ascii="Arial" w:hAnsi="Arial"/>
          <w:color w:val="5D7284"/>
          <w:sz w:val="22"/>
        </w:rPr>
        <w:t>1:24:34</w:t>
      </w:r>
    </w:p>
    <w:p>
      <w:pPr>
        <w:spacing w:after="0"/>
      </w:pPr>
      <w:r>
        <w:rPr>
          <w:rFonts w:ascii="Arial" w:hAnsi="Arial"/>
          <w:sz w:val="22"/>
        </w:rPr>
        <w:t>so, like, what, what? What kind of things would this horse do for the person who needed assistance?</w:t>
      </w:r>
    </w:p>
    <w:p>
      <w:pPr>
        <w:spacing w:after="0"/>
      </w:pPr>
    </w:p>
    <w:p>
      <w:pPr>
        <w:spacing w:after="0"/>
      </w:pPr>
      <w:r>
        <w:rPr>
          <w:rFonts w:ascii="Arial" w:hAnsi="Arial"/>
          <w:b/>
          <w:sz w:val="22"/>
        </w:rPr>
        <w:t xml:space="preserve">Alice  </w:t>
      </w:r>
      <w:r>
        <w:rPr>
          <w:rFonts w:ascii="Arial" w:hAnsi="Arial"/>
          <w:color w:val="5D7284"/>
          <w:sz w:val="22"/>
        </w:rPr>
        <w:t>1:24:40</w:t>
      </w:r>
    </w:p>
    <w:p>
      <w:pPr>
        <w:spacing w:after="0"/>
      </w:pPr>
      <w:r>
        <w:rPr>
          <w:rFonts w:ascii="Arial" w:hAnsi="Arial"/>
          <w:sz w:val="22"/>
        </w:rPr>
        <w:t>It's, it's a guide horse. So it's same as a guide function as a guide dog.</w:t>
      </w:r>
    </w:p>
    <w:p>
      <w:pPr>
        <w:spacing w:after="0"/>
      </w:pPr>
    </w:p>
    <w:p>
      <w:pPr>
        <w:spacing w:after="0"/>
      </w:pPr>
      <w:r>
        <w:rPr>
          <w:rFonts w:ascii="Arial" w:hAnsi="Arial"/>
          <w:b/>
          <w:sz w:val="22"/>
        </w:rPr>
        <w:t xml:space="preserve">Daisy  </w:t>
      </w:r>
      <w:r>
        <w:rPr>
          <w:rFonts w:ascii="Arial" w:hAnsi="Arial"/>
          <w:color w:val="5D7284"/>
          <w:sz w:val="22"/>
        </w:rPr>
        <w:t>1:24:44</w:t>
      </w:r>
    </w:p>
    <w:p>
      <w:pPr>
        <w:spacing w:after="0"/>
      </w:pPr>
      <w:r>
        <w:rPr>
          <w:rFonts w:ascii="Arial" w:hAnsi="Arial"/>
          <w:sz w:val="22"/>
        </w:rPr>
        <w:t>It's pretty nice. The only, the only problem I can see with this is, like, how unbearable everyone around you when you go out with your guide horse, everyones looking at your horse and you're like fuck off</w:t>
      </w:r>
    </w:p>
    <w:p>
      <w:pPr>
        <w:spacing w:after="0"/>
      </w:pPr>
    </w:p>
    <w:p>
      <w:pPr>
        <w:spacing w:after="0"/>
      </w:pPr>
      <w:r>
        <w:rPr>
          <w:rFonts w:ascii="Arial" w:hAnsi="Arial"/>
          <w:b/>
          <w:sz w:val="22"/>
        </w:rPr>
        <w:t xml:space="preserve">Lucy  </w:t>
      </w:r>
      <w:r>
        <w:rPr>
          <w:rFonts w:ascii="Arial" w:hAnsi="Arial"/>
          <w:color w:val="5D7284"/>
          <w:sz w:val="22"/>
        </w:rPr>
        <w:t>1:24:57</w:t>
      </w:r>
    </w:p>
    <w:p>
      <w:pPr>
        <w:spacing w:after="0"/>
      </w:pPr>
      <w:r>
        <w:rPr>
          <w:rFonts w:ascii="Arial" w:hAnsi="Arial"/>
          <w:sz w:val="22"/>
        </w:rPr>
        <w:t>There's a horse going in a supermarket. Yeah, you know how we always go on about</w:t>
      </w:r>
    </w:p>
    <w:p>
      <w:pPr>
        <w:spacing w:after="0"/>
      </w:pPr>
    </w:p>
    <w:p>
      <w:pPr>
        <w:spacing w:after="0"/>
      </w:pPr>
      <w:r>
        <w:rPr>
          <w:rFonts w:ascii="Arial" w:hAnsi="Arial"/>
          <w:b/>
          <w:sz w:val="22"/>
        </w:rPr>
        <w:t xml:space="preserve">Daisy  </w:t>
      </w:r>
      <w:r>
        <w:rPr>
          <w:rFonts w:ascii="Arial" w:hAnsi="Arial"/>
          <w:color w:val="5D7284"/>
          <w:sz w:val="22"/>
        </w:rPr>
        <w:t>1:25:02</w:t>
      </w:r>
    </w:p>
    <w:p>
      <w:pPr>
        <w:spacing w:after="0"/>
      </w:pPr>
      <w:r>
        <w:rPr>
          <w:rFonts w:ascii="Arial" w:hAnsi="Arial"/>
          <w:sz w:val="22"/>
        </w:rPr>
        <w:t>It would be unbearable</w:t>
      </w:r>
    </w:p>
    <w:p>
      <w:pPr>
        <w:spacing w:after="0"/>
      </w:pPr>
    </w:p>
    <w:p>
      <w:pPr>
        <w:spacing w:after="0"/>
      </w:pPr>
      <w:r>
        <w:rPr>
          <w:rFonts w:ascii="Arial" w:hAnsi="Arial"/>
          <w:b/>
          <w:sz w:val="22"/>
        </w:rPr>
        <w:t xml:space="preserve">Lucy  </w:t>
      </w:r>
      <w:r>
        <w:rPr>
          <w:rFonts w:ascii="Arial" w:hAnsi="Arial"/>
          <w:color w:val="5D7284"/>
          <w:sz w:val="22"/>
        </w:rPr>
        <w:t>1:25:03</w:t>
      </w:r>
    </w:p>
    <w:p>
      <w:pPr>
        <w:spacing w:after="0"/>
      </w:pPr>
      <w:r>
        <w:rPr>
          <w:rFonts w:ascii="Arial" w:hAnsi="Arial"/>
          <w:sz w:val="22"/>
        </w:rPr>
        <w:t>people staring at us, like, because we're different. Can you imagine, like being disabled, blind, whatever, and then having a horse to deal with on top of the disability</w:t>
      </w:r>
    </w:p>
    <w:p>
      <w:pPr>
        <w:spacing w:after="0"/>
      </w:pPr>
    </w:p>
    <w:p>
      <w:pPr>
        <w:spacing w:after="0"/>
      </w:pPr>
      <w:r>
        <w:rPr>
          <w:rFonts w:ascii="Arial" w:hAnsi="Arial"/>
          <w:b/>
          <w:sz w:val="22"/>
        </w:rPr>
        <w:t xml:space="preserve">Alice  </w:t>
      </w:r>
      <w:r>
        <w:rPr>
          <w:rFonts w:ascii="Arial" w:hAnsi="Arial"/>
          <w:color w:val="5D7284"/>
          <w:sz w:val="22"/>
        </w:rPr>
        <w:t>1:25:13</w:t>
      </w:r>
    </w:p>
    <w:p>
      <w:pPr>
        <w:spacing w:after="0"/>
      </w:pPr>
      <w:r>
        <w:rPr>
          <w:rFonts w:ascii="Arial" w:hAnsi="Arial"/>
          <w:sz w:val="22"/>
        </w:rPr>
        <w:t>I will say, the beautiful thing about being blind is you can't see the people staring at no so</w:t>
      </w:r>
    </w:p>
    <w:p>
      <w:pPr>
        <w:spacing w:after="0"/>
      </w:pPr>
    </w:p>
    <w:p>
      <w:pPr>
        <w:spacing w:after="0"/>
      </w:pPr>
      <w:r>
        <w:rPr>
          <w:rFonts w:ascii="Arial" w:hAnsi="Arial"/>
          <w:b/>
          <w:sz w:val="22"/>
        </w:rPr>
        <w:t xml:space="preserve">Lucy  </w:t>
      </w:r>
      <w:r>
        <w:rPr>
          <w:rFonts w:ascii="Arial" w:hAnsi="Arial"/>
          <w:color w:val="5D7284"/>
          <w:sz w:val="22"/>
        </w:rPr>
        <w:t>1:25:18</w:t>
      </w:r>
    </w:p>
    <w:p>
      <w:pPr>
        <w:spacing w:after="0"/>
      </w:pPr>
      <w:r>
        <w:rPr>
          <w:rFonts w:ascii="Arial" w:hAnsi="Arial"/>
          <w:sz w:val="22"/>
        </w:rPr>
        <w:t>well, I can. Pisses me right off.</w:t>
      </w:r>
    </w:p>
    <w:p>
      <w:pPr>
        <w:spacing w:after="0"/>
      </w:pPr>
    </w:p>
    <w:p>
      <w:pPr>
        <w:spacing w:after="0"/>
      </w:pPr>
      <w:r>
        <w:rPr>
          <w:rFonts w:ascii="Arial" w:hAnsi="Arial"/>
          <w:b/>
          <w:sz w:val="22"/>
        </w:rPr>
        <w:t xml:space="preserve">Alice  </w:t>
      </w:r>
      <w:r>
        <w:rPr>
          <w:rFonts w:ascii="Arial" w:hAnsi="Arial"/>
          <w:color w:val="5D7284"/>
          <w:sz w:val="22"/>
        </w:rPr>
        <w:t>1:25:21</w:t>
      </w:r>
    </w:p>
    <w:p>
      <w:pPr>
        <w:spacing w:after="0"/>
      </w:pPr>
      <w:r>
        <w:rPr>
          <w:rFonts w:ascii="Arial" w:hAnsi="Arial"/>
          <w:sz w:val="22"/>
        </w:rPr>
        <w:t>But I think, I think you are, you are missing the very large, very smelly, very squishy problem.</w:t>
      </w:r>
    </w:p>
    <w:p>
      <w:pPr>
        <w:spacing w:after="0"/>
      </w:pPr>
    </w:p>
    <w:p>
      <w:pPr>
        <w:spacing w:after="0"/>
      </w:pPr>
      <w:r>
        <w:rPr>
          <w:rFonts w:ascii="Arial" w:hAnsi="Arial"/>
          <w:b/>
          <w:sz w:val="22"/>
        </w:rPr>
        <w:t xml:space="preserve">Lucy  </w:t>
      </w:r>
      <w:r>
        <w:rPr>
          <w:rFonts w:ascii="Arial" w:hAnsi="Arial"/>
          <w:color w:val="5D7284"/>
          <w:sz w:val="22"/>
        </w:rPr>
        <w:t>1:25:30</w:t>
      </w:r>
    </w:p>
    <w:p>
      <w:pPr>
        <w:spacing w:after="0"/>
      </w:pPr>
      <w:r>
        <w:rPr>
          <w:rFonts w:ascii="Arial" w:hAnsi="Arial"/>
          <w:sz w:val="22"/>
        </w:rPr>
        <w:t>Yes, I was also going to comment on that because i mean</w:t>
      </w:r>
    </w:p>
    <w:p>
      <w:pPr>
        <w:spacing w:after="0"/>
      </w:pPr>
    </w:p>
    <w:p>
      <w:pPr>
        <w:spacing w:after="0"/>
      </w:pPr>
      <w:r>
        <w:rPr>
          <w:rFonts w:ascii="Arial" w:hAnsi="Arial"/>
          <w:b/>
          <w:sz w:val="22"/>
        </w:rPr>
        <w:t xml:space="preserve">Alice  </w:t>
      </w:r>
      <w:r>
        <w:rPr>
          <w:rFonts w:ascii="Arial" w:hAnsi="Arial"/>
          <w:color w:val="5D7284"/>
          <w:sz w:val="22"/>
        </w:rPr>
        <w:t>1:25:33</w:t>
      </w:r>
    </w:p>
    <w:p>
      <w:pPr>
        <w:spacing w:after="0"/>
      </w:pPr>
      <w:r>
        <w:rPr>
          <w:rFonts w:ascii="Arial" w:hAnsi="Arial"/>
          <w:sz w:val="22"/>
        </w:rPr>
        <w:t>Apparently you can house train them.</w:t>
      </w:r>
    </w:p>
    <w:p>
      <w:pPr>
        <w:spacing w:after="0"/>
      </w:pPr>
    </w:p>
    <w:p>
      <w:pPr>
        <w:spacing w:after="0"/>
      </w:pPr>
      <w:r>
        <w:rPr>
          <w:rFonts w:ascii="Arial" w:hAnsi="Arial"/>
          <w:b/>
          <w:sz w:val="22"/>
        </w:rPr>
        <w:t xml:space="preserve">Lucy  </w:t>
      </w:r>
      <w:r>
        <w:rPr>
          <w:rFonts w:ascii="Arial" w:hAnsi="Arial"/>
          <w:color w:val="5D7284"/>
          <w:sz w:val="22"/>
        </w:rPr>
        <w:t>1:25:35</w:t>
      </w:r>
    </w:p>
    <w:p>
      <w:pPr>
        <w:spacing w:after="0"/>
      </w:pPr>
      <w:r>
        <w:rPr>
          <w:rFonts w:ascii="Arial" w:hAnsi="Arial"/>
          <w:sz w:val="22"/>
        </w:rPr>
        <w:t>What do you do? put a nappy on it or something.</w:t>
      </w:r>
    </w:p>
    <w:p>
      <w:pPr>
        <w:spacing w:after="0"/>
      </w:pPr>
    </w:p>
    <w:p>
      <w:pPr>
        <w:spacing w:after="0"/>
      </w:pPr>
      <w:r>
        <w:rPr>
          <w:rFonts w:ascii="Arial" w:hAnsi="Arial"/>
          <w:b/>
          <w:sz w:val="22"/>
        </w:rPr>
        <w:t xml:space="preserve">Daisy  </w:t>
      </w:r>
      <w:r>
        <w:rPr>
          <w:rFonts w:ascii="Arial" w:hAnsi="Arial"/>
          <w:color w:val="5D7284"/>
          <w:sz w:val="22"/>
        </w:rPr>
        <w:t>1:25:38</w:t>
      </w:r>
    </w:p>
    <w:p>
      <w:pPr>
        <w:spacing w:after="0"/>
      </w:pPr>
      <w:r>
        <w:rPr>
          <w:rFonts w:ascii="Arial" w:hAnsi="Arial"/>
          <w:sz w:val="22"/>
        </w:rPr>
        <w:t>You do what they do with horses they just put like a little bag underneath, don't they?</w:t>
      </w:r>
    </w:p>
    <w:p>
      <w:pPr>
        <w:spacing w:after="0"/>
      </w:pPr>
    </w:p>
    <w:p>
      <w:pPr>
        <w:spacing w:after="0"/>
      </w:pPr>
      <w:r>
        <w:rPr>
          <w:rFonts w:ascii="Arial" w:hAnsi="Arial"/>
          <w:b/>
          <w:sz w:val="22"/>
        </w:rPr>
        <w:t xml:space="preserve">Alice  </w:t>
      </w:r>
      <w:r>
        <w:rPr>
          <w:rFonts w:ascii="Arial" w:hAnsi="Arial"/>
          <w:color w:val="5D7284"/>
          <w:sz w:val="22"/>
        </w:rPr>
        <w:t>1:25:42</w:t>
      </w:r>
    </w:p>
    <w:p>
      <w:pPr>
        <w:spacing w:after="0"/>
      </w:pPr>
      <w:r>
        <w:rPr>
          <w:rFonts w:ascii="Arial" w:hAnsi="Arial"/>
          <w:sz w:val="22"/>
        </w:rPr>
        <w:t>You can, you can house train them. But even still, like, if your dog, if your horse, is going into the garden to have a shit last thing at night, someone's got to pick that up</w:t>
      </w:r>
    </w:p>
    <w:p>
      <w:pPr>
        <w:spacing w:after="0"/>
      </w:pPr>
    </w:p>
    <w:p>
      <w:pPr>
        <w:spacing w:after="0"/>
      </w:pPr>
      <w:r>
        <w:rPr>
          <w:rFonts w:ascii="Arial" w:hAnsi="Arial"/>
          <w:b/>
          <w:sz w:val="22"/>
        </w:rPr>
        <w:t xml:space="preserve">Lucy  </w:t>
      </w:r>
      <w:r>
        <w:rPr>
          <w:rFonts w:ascii="Arial" w:hAnsi="Arial"/>
          <w:color w:val="5D7284"/>
          <w:sz w:val="22"/>
        </w:rPr>
        <w:t>1:25:50</w:t>
      </w:r>
    </w:p>
    <w:p>
      <w:pPr>
        <w:spacing w:after="0"/>
      </w:pPr>
      <w:r>
        <w:rPr>
          <w:rFonts w:ascii="Arial" w:hAnsi="Arial"/>
          <w:sz w:val="22"/>
        </w:rPr>
        <w:t>and yeah, and you can't avoid it either. Can't walk around it.</w:t>
      </w:r>
    </w:p>
    <w:p>
      <w:pPr>
        <w:spacing w:after="0"/>
      </w:pPr>
    </w:p>
    <w:p>
      <w:pPr>
        <w:spacing w:after="0"/>
      </w:pPr>
      <w:r>
        <w:rPr>
          <w:rFonts w:ascii="Arial" w:hAnsi="Arial"/>
          <w:b/>
          <w:sz w:val="22"/>
        </w:rPr>
        <w:t xml:space="preserve">Alice  </w:t>
      </w:r>
      <w:r>
        <w:rPr>
          <w:rFonts w:ascii="Arial" w:hAnsi="Arial"/>
          <w:color w:val="5D7284"/>
          <w:sz w:val="22"/>
        </w:rPr>
        <w:t>1:25:55</w:t>
      </w:r>
    </w:p>
    <w:p>
      <w:pPr>
        <w:spacing w:after="0"/>
      </w:pPr>
      <w:r>
        <w:rPr>
          <w:rFonts w:ascii="Arial" w:hAnsi="Arial"/>
          <w:sz w:val="22"/>
        </w:rPr>
        <w:t>Like, I don't think that like horses diets are particularly conducive to, like, small, manageable pellets either, like, Dora is on a pretty strict diet, so that it's easy for me to clear up. Yeah. Horse is famously, it's a lot of veg and</w:t>
      </w:r>
    </w:p>
    <w:p>
      <w:pPr>
        <w:spacing w:after="0"/>
      </w:pPr>
    </w:p>
    <w:p>
      <w:pPr>
        <w:spacing w:after="0"/>
      </w:pPr>
      <w:r>
        <w:rPr>
          <w:rFonts w:ascii="Arial" w:hAnsi="Arial"/>
          <w:b/>
          <w:sz w:val="22"/>
        </w:rPr>
        <w:t xml:space="preserve">Lucy  </w:t>
      </w:r>
      <w:r>
        <w:rPr>
          <w:rFonts w:ascii="Arial" w:hAnsi="Arial"/>
          <w:color w:val="5D7284"/>
          <w:sz w:val="22"/>
        </w:rPr>
        <w:t>1:26:13</w:t>
      </w:r>
    </w:p>
    <w:p>
      <w:pPr>
        <w:spacing w:after="0"/>
      </w:pPr>
      <w:r>
        <w:rPr>
          <w:rFonts w:ascii="Arial" w:hAnsi="Arial"/>
          <w:sz w:val="22"/>
        </w:rPr>
        <w:t>hay, yeah,</w:t>
      </w:r>
    </w:p>
    <w:p>
      <w:pPr>
        <w:spacing w:after="0"/>
      </w:pPr>
    </w:p>
    <w:p>
      <w:pPr>
        <w:spacing w:after="0"/>
      </w:pPr>
      <w:r>
        <w:rPr>
          <w:rFonts w:ascii="Arial" w:hAnsi="Arial"/>
          <w:b/>
          <w:sz w:val="22"/>
        </w:rPr>
        <w:t xml:space="preserve">Daisy  </w:t>
      </w:r>
      <w:r>
        <w:rPr>
          <w:rFonts w:ascii="Arial" w:hAnsi="Arial"/>
          <w:color w:val="5D7284"/>
          <w:sz w:val="22"/>
        </w:rPr>
        <w:t>1:26:15</w:t>
      </w:r>
    </w:p>
    <w:p>
      <w:pPr>
        <w:spacing w:after="0"/>
      </w:pPr>
      <w:r>
        <w:rPr>
          <w:rFonts w:ascii="Arial" w:hAnsi="Arial"/>
          <w:sz w:val="22"/>
        </w:rPr>
        <w:t>horse poo smells significantly better than dogs shit.</w:t>
      </w:r>
    </w:p>
    <w:p>
      <w:pPr>
        <w:spacing w:after="0"/>
      </w:pPr>
    </w:p>
    <w:p>
      <w:pPr>
        <w:spacing w:after="0"/>
      </w:pPr>
      <w:r>
        <w:rPr>
          <w:rFonts w:ascii="Arial" w:hAnsi="Arial"/>
          <w:b/>
          <w:sz w:val="22"/>
        </w:rPr>
        <w:t xml:space="preserve">Lucy  </w:t>
      </w:r>
      <w:r>
        <w:rPr>
          <w:rFonts w:ascii="Arial" w:hAnsi="Arial"/>
          <w:color w:val="5D7284"/>
          <w:sz w:val="22"/>
        </w:rPr>
        <w:t>1:26:18</w:t>
      </w:r>
    </w:p>
    <w:p>
      <w:pPr>
        <w:spacing w:after="0"/>
      </w:pPr>
      <w:r>
        <w:rPr>
          <w:rFonts w:ascii="Arial" w:hAnsi="Arial"/>
          <w:sz w:val="22"/>
        </w:rPr>
        <w:t>Dogs, yeah, yeah, it is. I</w:t>
      </w:r>
    </w:p>
    <w:p>
      <w:pPr>
        <w:spacing w:after="0"/>
      </w:pPr>
    </w:p>
    <w:p>
      <w:pPr>
        <w:spacing w:after="0"/>
      </w:pPr>
      <w:r>
        <w:rPr>
          <w:rFonts w:ascii="Arial" w:hAnsi="Arial"/>
          <w:b/>
          <w:sz w:val="22"/>
        </w:rPr>
        <w:t xml:space="preserve">Daisy  </w:t>
      </w:r>
      <w:r>
        <w:rPr>
          <w:rFonts w:ascii="Arial" w:hAnsi="Arial"/>
          <w:color w:val="5D7284"/>
          <w:sz w:val="22"/>
        </w:rPr>
        <w:t>1:26:20</w:t>
      </w:r>
    </w:p>
    <w:p>
      <w:pPr>
        <w:spacing w:after="0"/>
      </w:pPr>
      <w:r>
        <w:rPr>
          <w:rFonts w:ascii="Arial" w:hAnsi="Arial"/>
          <w:sz w:val="22"/>
        </w:rPr>
        <w:t>think we could all agree, yeah.</w:t>
      </w:r>
    </w:p>
    <w:p>
      <w:pPr>
        <w:spacing w:after="0"/>
      </w:pPr>
    </w:p>
    <w:p>
      <w:pPr>
        <w:spacing w:after="0"/>
      </w:pPr>
      <w:r>
        <w:rPr>
          <w:rFonts w:ascii="Arial" w:hAnsi="Arial"/>
          <w:b/>
          <w:sz w:val="22"/>
        </w:rPr>
        <w:t xml:space="preserve">Lucy  </w:t>
      </w:r>
      <w:r>
        <w:rPr>
          <w:rFonts w:ascii="Arial" w:hAnsi="Arial"/>
          <w:color w:val="5D7284"/>
          <w:sz w:val="22"/>
        </w:rPr>
        <w:t>1:26:24</w:t>
      </w:r>
    </w:p>
    <w:p>
      <w:pPr>
        <w:spacing w:after="0"/>
      </w:pPr>
      <w:r>
        <w:rPr>
          <w:rFonts w:ascii="Arial" w:hAnsi="Arial"/>
          <w:sz w:val="22"/>
        </w:rPr>
        <w:t>So I've got, I've got questions</w:t>
      </w:r>
    </w:p>
    <w:p>
      <w:pPr>
        <w:spacing w:after="0"/>
      </w:pPr>
    </w:p>
    <w:p>
      <w:pPr>
        <w:spacing w:after="0"/>
      </w:pPr>
      <w:r>
        <w:rPr>
          <w:rFonts w:ascii="Arial" w:hAnsi="Arial"/>
          <w:b/>
          <w:sz w:val="22"/>
        </w:rPr>
        <w:t xml:space="preserve">Alice  </w:t>
      </w:r>
      <w:r>
        <w:rPr>
          <w:rFonts w:ascii="Arial" w:hAnsi="Arial"/>
          <w:color w:val="5D7284"/>
          <w:sz w:val="22"/>
        </w:rPr>
        <w:t>1:26:26</w:t>
      </w:r>
    </w:p>
    <w:p>
      <w:pPr>
        <w:spacing w:after="0"/>
      </w:pPr>
      <w:r>
        <w:rPr>
          <w:rFonts w:ascii="Arial" w:hAnsi="Arial"/>
          <w:sz w:val="22"/>
        </w:rPr>
        <w:t>Apparently, as I think, was it 2010, or past, potentially maybe a little bit earlier, a little bit later, guide horses in America have the same rights as assistant service dogs. Assistance dogs in America, they fall under the Americans with Disabilities Act</w:t>
      </w:r>
    </w:p>
    <w:p>
      <w:pPr>
        <w:spacing w:after="0"/>
      </w:pPr>
    </w:p>
    <w:p>
      <w:pPr>
        <w:spacing w:after="0"/>
      </w:pPr>
      <w:r>
        <w:rPr>
          <w:rFonts w:ascii="Arial" w:hAnsi="Arial"/>
          <w:b/>
          <w:sz w:val="22"/>
        </w:rPr>
        <w:t xml:space="preserve">Alice  </w:t>
      </w:r>
      <w:r>
        <w:rPr>
          <w:rFonts w:ascii="Arial" w:hAnsi="Arial"/>
          <w:color w:val="5D7284"/>
          <w:sz w:val="22"/>
        </w:rPr>
        <w:t>1:26:27</w:t>
      </w:r>
    </w:p>
    <w:p>
      <w:pPr>
        <w:spacing w:after="0"/>
      </w:pPr>
      <w:r>
        <w:rPr>
          <w:rFonts w:ascii="Arial" w:hAnsi="Arial"/>
          <w:sz w:val="22"/>
        </w:rPr>
        <w:t>That is incredible. That has really blown my mind. I mean, I know that I was laughing at the start</w:t>
      </w:r>
    </w:p>
    <w:p>
      <w:pPr>
        <w:spacing w:after="0"/>
      </w:pPr>
    </w:p>
    <w:p>
      <w:pPr>
        <w:spacing w:after="0"/>
      </w:pPr>
      <w:r>
        <w:rPr>
          <w:rFonts w:ascii="Arial" w:hAnsi="Arial"/>
          <w:b/>
          <w:sz w:val="22"/>
        </w:rPr>
        <w:t xml:space="preserve">Alice  </w:t>
      </w:r>
      <w:r>
        <w:rPr>
          <w:rFonts w:ascii="Arial" w:hAnsi="Arial"/>
          <w:color w:val="5D7284"/>
          <w:sz w:val="22"/>
        </w:rPr>
        <w:t>1:26:37</w:t>
      </w:r>
    </w:p>
    <w:p>
      <w:pPr>
        <w:spacing w:after="0"/>
      </w:pPr>
      <w:r>
        <w:rPr>
          <w:rFonts w:ascii="Arial" w:hAnsi="Arial"/>
          <w:sz w:val="22"/>
        </w:rPr>
        <w:t>That was the thing that I thought was the coolest</w:t>
      </w:r>
    </w:p>
    <w:p>
      <w:pPr>
        <w:spacing w:after="0"/>
      </w:pPr>
    </w:p>
    <w:p>
      <w:pPr>
        <w:spacing w:after="0"/>
      </w:pPr>
      <w:r>
        <w:rPr>
          <w:rFonts w:ascii="Arial" w:hAnsi="Arial"/>
          <w:b/>
          <w:sz w:val="22"/>
        </w:rPr>
        <w:t xml:space="preserve">Daisy  </w:t>
      </w:r>
      <w:r>
        <w:rPr>
          <w:rFonts w:ascii="Arial" w:hAnsi="Arial"/>
          <w:color w:val="5D7284"/>
          <w:sz w:val="22"/>
        </w:rPr>
        <w:t>1:26:43</w:t>
      </w:r>
    </w:p>
    <w:p>
      <w:pPr>
        <w:spacing w:after="0"/>
      </w:pPr>
      <w:r>
        <w:rPr>
          <w:rFonts w:ascii="Arial" w:hAnsi="Arial"/>
          <w:sz w:val="22"/>
        </w:rPr>
        <w:t>Good job America</w:t>
      </w:r>
    </w:p>
    <w:p>
      <w:pPr>
        <w:spacing w:after="0"/>
      </w:pPr>
    </w:p>
    <w:p>
      <w:pPr>
        <w:spacing w:after="0"/>
      </w:pPr>
      <w:r>
        <w:rPr>
          <w:rFonts w:ascii="Arial" w:hAnsi="Arial"/>
          <w:b/>
          <w:sz w:val="22"/>
        </w:rPr>
        <w:t xml:space="preserve">Lucy  </w:t>
      </w:r>
      <w:r>
        <w:rPr>
          <w:rFonts w:ascii="Arial" w:hAnsi="Arial"/>
          <w:color w:val="5D7284"/>
          <w:sz w:val="22"/>
        </w:rPr>
        <w:t>1:26:45</w:t>
      </w:r>
    </w:p>
    <w:p>
      <w:pPr>
        <w:spacing w:after="0"/>
      </w:pPr>
      <w:r>
        <w:rPr>
          <w:rFonts w:ascii="Arial" w:hAnsi="Arial"/>
          <w:sz w:val="22"/>
        </w:rPr>
        <w:t>Yeah good job America. I know I was laughing at stop, but that's because I've got visions of, like, a horse going on a train or something. Do you know what I mean, like on its holidays, but</w:t>
      </w:r>
    </w:p>
    <w:p>
      <w:pPr>
        <w:spacing w:after="0"/>
      </w:pPr>
    </w:p>
    <w:p>
      <w:pPr>
        <w:spacing w:after="0"/>
      </w:pPr>
      <w:r>
        <w:rPr>
          <w:rFonts w:ascii="Arial" w:hAnsi="Arial"/>
          <w:b/>
          <w:sz w:val="22"/>
        </w:rPr>
        <w:t xml:space="preserve">Daisy  </w:t>
      </w:r>
      <w:r>
        <w:rPr>
          <w:rFonts w:ascii="Arial" w:hAnsi="Arial"/>
          <w:color w:val="5D7284"/>
          <w:sz w:val="22"/>
        </w:rPr>
        <w:t>1:27:02</w:t>
      </w:r>
    </w:p>
    <w:p>
      <w:pPr>
        <w:spacing w:after="0"/>
      </w:pPr>
      <w:r>
        <w:rPr>
          <w:rFonts w:ascii="Arial" w:hAnsi="Arial"/>
          <w:sz w:val="22"/>
        </w:rPr>
        <w:t>Check the check the chat for a photo of a dog on a plane</w:t>
      </w:r>
    </w:p>
    <w:p>
      <w:pPr>
        <w:spacing w:after="0"/>
      </w:pPr>
    </w:p>
    <w:p>
      <w:pPr>
        <w:spacing w:after="0"/>
      </w:pPr>
      <w:r>
        <w:rPr>
          <w:rFonts w:ascii="Arial" w:hAnsi="Arial"/>
          <w:b/>
          <w:sz w:val="22"/>
        </w:rPr>
        <w:t xml:space="preserve">Lucy  </w:t>
      </w:r>
      <w:r>
        <w:rPr>
          <w:rFonts w:ascii="Arial" w:hAnsi="Arial"/>
          <w:color w:val="5D7284"/>
          <w:sz w:val="22"/>
        </w:rPr>
        <w:t>1:27:07</w:t>
      </w:r>
    </w:p>
    <w:p>
      <w:pPr>
        <w:spacing w:after="0"/>
      </w:pPr>
      <w:r>
        <w:rPr>
          <w:rFonts w:ascii="Arial" w:hAnsi="Arial"/>
          <w:sz w:val="22"/>
        </w:rPr>
        <w:t>like that just made me giggle. But actually, like, yes, it might sound a bit unorthodox, but it must work.</w:t>
      </w:r>
    </w:p>
    <w:p>
      <w:pPr>
        <w:spacing w:after="0"/>
      </w:pPr>
    </w:p>
    <w:p>
      <w:pPr>
        <w:spacing w:after="0"/>
      </w:pPr>
      <w:r>
        <w:rPr>
          <w:rFonts w:ascii="Arial" w:hAnsi="Arial"/>
          <w:b/>
          <w:sz w:val="22"/>
        </w:rPr>
        <w:t xml:space="preserve">Alice  </w:t>
      </w:r>
      <w:r>
        <w:rPr>
          <w:rFonts w:ascii="Arial" w:hAnsi="Arial"/>
          <w:color w:val="5D7284"/>
          <w:sz w:val="22"/>
        </w:rPr>
        <w:t>1:27:19</w:t>
      </w:r>
    </w:p>
    <w:p>
      <w:pPr>
        <w:spacing w:after="0"/>
      </w:pPr>
      <w:r>
        <w:rPr>
          <w:rFonts w:ascii="Arial" w:hAnsi="Arial"/>
          <w:sz w:val="22"/>
        </w:rPr>
        <w:t>Apparently, they're quite good for people in, like, mountainous sort of areas</w:t>
      </w:r>
    </w:p>
    <w:p>
      <w:pPr>
        <w:spacing w:after="0"/>
      </w:pPr>
    </w:p>
    <w:p>
      <w:pPr>
        <w:spacing w:after="0"/>
      </w:pPr>
      <w:r>
        <w:rPr>
          <w:rFonts w:ascii="Arial" w:hAnsi="Arial"/>
          <w:b/>
          <w:sz w:val="22"/>
        </w:rPr>
        <w:t xml:space="preserve">Lucy  </w:t>
      </w:r>
      <w:r>
        <w:rPr>
          <w:rFonts w:ascii="Arial" w:hAnsi="Arial"/>
          <w:color w:val="5D7284"/>
          <w:sz w:val="22"/>
        </w:rPr>
        <w:t>1:27:23</w:t>
      </w:r>
    </w:p>
    <w:p>
      <w:pPr>
        <w:spacing w:after="0"/>
      </w:pPr>
      <w:r>
        <w:rPr>
          <w:rFonts w:ascii="Arial" w:hAnsi="Arial"/>
          <w:sz w:val="22"/>
        </w:rPr>
        <w:t>Yeah, that's what's gonna say. Like, if you live in the desert or like, like in the mountains, like, and you've got a ranch that you need to help guiding around, you can kind of understand it, can't you, really. So I do take my laughter back, but it was just a little bit hilarious, really?</w:t>
      </w:r>
    </w:p>
    <w:p>
      <w:pPr>
        <w:spacing w:after="0"/>
      </w:pPr>
    </w:p>
    <w:p>
      <w:pPr>
        <w:spacing w:after="0"/>
      </w:pPr>
      <w:r>
        <w:rPr>
          <w:rFonts w:ascii="Arial" w:hAnsi="Arial"/>
          <w:b/>
          <w:sz w:val="22"/>
        </w:rPr>
        <w:t xml:space="preserve">Alice  </w:t>
      </w:r>
      <w:r>
        <w:rPr>
          <w:rFonts w:ascii="Arial" w:hAnsi="Arial"/>
          <w:color w:val="5D7284"/>
          <w:sz w:val="22"/>
        </w:rPr>
        <w:t>1:27:42</w:t>
      </w:r>
    </w:p>
    <w:p>
      <w:pPr>
        <w:spacing w:after="0"/>
      </w:pPr>
      <w:r>
        <w:rPr>
          <w:rFonts w:ascii="Arial" w:hAnsi="Arial"/>
          <w:sz w:val="22"/>
        </w:rPr>
        <w:t>So, yeah, guide, guide dogs, epilepsy, dogs, autism, dogs,</w:t>
      </w:r>
    </w:p>
    <w:p>
      <w:pPr>
        <w:spacing w:after="0"/>
      </w:pPr>
    </w:p>
    <w:p>
      <w:pPr>
        <w:spacing w:after="0"/>
      </w:pPr>
      <w:r>
        <w:rPr>
          <w:rFonts w:ascii="Arial" w:hAnsi="Arial"/>
          <w:b/>
          <w:sz w:val="22"/>
        </w:rPr>
        <w:t xml:space="preserve">Lucy  </w:t>
      </w:r>
      <w:r>
        <w:rPr>
          <w:rFonts w:ascii="Arial" w:hAnsi="Arial"/>
          <w:color w:val="5D7284"/>
          <w:sz w:val="22"/>
        </w:rPr>
        <w:t>1:27:48</w:t>
      </w:r>
    </w:p>
    <w:p>
      <w:pPr>
        <w:spacing w:after="0"/>
      </w:pPr>
      <w:r>
        <w:rPr>
          <w:rFonts w:ascii="Arial" w:hAnsi="Arial"/>
          <w:sz w:val="22"/>
        </w:rPr>
        <w:t>I wonder what the next animal will be that they can train, whether it be like guide pig or something</w:t>
      </w:r>
    </w:p>
    <w:p>
      <w:pPr>
        <w:spacing w:after="0"/>
      </w:pPr>
    </w:p>
    <w:p>
      <w:pPr>
        <w:spacing w:after="0"/>
      </w:pPr>
      <w:r>
        <w:rPr>
          <w:rFonts w:ascii="Arial" w:hAnsi="Arial"/>
          <w:b/>
          <w:sz w:val="22"/>
        </w:rPr>
        <w:t xml:space="preserve">Alice  </w:t>
      </w:r>
      <w:r>
        <w:rPr>
          <w:rFonts w:ascii="Arial" w:hAnsi="Arial"/>
          <w:color w:val="5D7284"/>
          <w:sz w:val="22"/>
        </w:rPr>
        <w:t>1:27:55</w:t>
      </w:r>
    </w:p>
    <w:p>
      <w:pPr>
        <w:spacing w:after="0"/>
      </w:pPr>
      <w:r>
        <w:rPr>
          <w:rFonts w:ascii="Arial" w:hAnsi="Arial"/>
          <w:sz w:val="22"/>
        </w:rPr>
        <w:t>I want a lion.</w:t>
      </w:r>
    </w:p>
    <w:p>
      <w:pPr>
        <w:spacing w:after="0"/>
      </w:pPr>
    </w:p>
    <w:p>
      <w:pPr>
        <w:spacing w:after="0"/>
      </w:pPr>
      <w:r>
        <w:rPr>
          <w:rFonts w:ascii="Arial" w:hAnsi="Arial"/>
          <w:b/>
          <w:sz w:val="22"/>
        </w:rPr>
        <w:t xml:space="preserve">Lucy  </w:t>
      </w:r>
      <w:r>
        <w:rPr>
          <w:rFonts w:ascii="Arial" w:hAnsi="Arial"/>
          <w:color w:val="5D7284"/>
          <w:sz w:val="22"/>
        </w:rPr>
        <w:t>1:27:59</w:t>
      </w:r>
    </w:p>
    <w:p>
      <w:pPr>
        <w:spacing w:after="0"/>
      </w:pPr>
      <w:r>
        <w:rPr>
          <w:rFonts w:ascii="Arial" w:hAnsi="Arial"/>
          <w:sz w:val="22"/>
        </w:rPr>
        <w:t>You want a lion?</w:t>
      </w:r>
    </w:p>
    <w:p>
      <w:pPr>
        <w:spacing w:after="0"/>
      </w:pPr>
    </w:p>
    <w:p>
      <w:pPr>
        <w:spacing w:after="0"/>
      </w:pPr>
      <w:r>
        <w:rPr>
          <w:rFonts w:ascii="Arial" w:hAnsi="Arial"/>
          <w:b/>
          <w:sz w:val="22"/>
        </w:rPr>
        <w:t xml:space="preserve">Alice  </w:t>
      </w:r>
      <w:r>
        <w:rPr>
          <w:rFonts w:ascii="Arial" w:hAnsi="Arial"/>
          <w:color w:val="5D7284"/>
          <w:sz w:val="22"/>
        </w:rPr>
        <w:t>1:28:00</w:t>
      </w:r>
    </w:p>
    <w:p>
      <w:pPr>
        <w:spacing w:after="0"/>
      </w:pPr>
      <w:r>
        <w:rPr>
          <w:rFonts w:ascii="Arial" w:hAnsi="Arial"/>
          <w:sz w:val="22"/>
        </w:rPr>
        <w:t>I would I would like a guide lion. I would like people to stop fucking getting in my way. And I feel like if I had a lion, people would be like, Well, shit, we better move.</w:t>
      </w:r>
    </w:p>
    <w:p>
      <w:pPr>
        <w:spacing w:after="0"/>
      </w:pPr>
    </w:p>
    <w:p>
      <w:pPr>
        <w:spacing w:after="0"/>
      </w:pPr>
      <w:r>
        <w:rPr>
          <w:rFonts w:ascii="Arial" w:hAnsi="Arial"/>
          <w:b/>
          <w:sz w:val="22"/>
        </w:rPr>
        <w:t xml:space="preserve">Lucy  </w:t>
      </w:r>
      <w:r>
        <w:rPr>
          <w:rFonts w:ascii="Arial" w:hAnsi="Arial"/>
          <w:color w:val="5D7284"/>
          <w:sz w:val="22"/>
        </w:rPr>
        <w:t>1:28:08</w:t>
      </w:r>
    </w:p>
    <w:p>
      <w:pPr>
        <w:spacing w:after="0"/>
      </w:pPr>
      <w:r>
        <w:rPr>
          <w:rFonts w:ascii="Arial" w:hAnsi="Arial"/>
          <w:sz w:val="22"/>
        </w:rPr>
        <w:t>Or a tiger, yeah, or elephant, or rhino, or something like that. Maybe a rhino got the sharp bit on the end it</w:t>
      </w:r>
    </w:p>
    <w:p>
      <w:pPr>
        <w:spacing w:after="0"/>
      </w:pPr>
    </w:p>
    <w:p>
      <w:pPr>
        <w:spacing w:after="0"/>
      </w:pPr>
      <w:r>
        <w:rPr>
          <w:rFonts w:ascii="Arial" w:hAnsi="Arial"/>
          <w:b/>
          <w:sz w:val="22"/>
        </w:rPr>
        <w:t xml:space="preserve">Alice  </w:t>
      </w:r>
      <w:r>
        <w:rPr>
          <w:rFonts w:ascii="Arial" w:hAnsi="Arial"/>
          <w:color w:val="5D7284"/>
          <w:sz w:val="22"/>
        </w:rPr>
        <w:t>1:28:17</w:t>
      </w:r>
    </w:p>
    <w:p>
      <w:pPr>
        <w:spacing w:after="0"/>
      </w:pPr>
      <w:r>
        <w:rPr>
          <w:rFonts w:ascii="Arial" w:hAnsi="Arial"/>
          <w:sz w:val="22"/>
        </w:rPr>
        <w:t>elephants and rhinos. I feel like we're getting back into the same territory as horse poo, whereas</w:t>
      </w:r>
    </w:p>
    <w:p>
      <w:pPr>
        <w:spacing w:after="0"/>
      </w:pPr>
    </w:p>
    <w:p>
      <w:pPr>
        <w:spacing w:after="0"/>
      </w:pPr>
      <w:r>
        <w:rPr>
          <w:rFonts w:ascii="Arial" w:hAnsi="Arial"/>
          <w:b/>
          <w:sz w:val="22"/>
        </w:rPr>
        <w:t xml:space="preserve">Lucy  </w:t>
      </w:r>
      <w:r>
        <w:rPr>
          <w:rFonts w:ascii="Arial" w:hAnsi="Arial"/>
          <w:color w:val="5D7284"/>
          <w:sz w:val="22"/>
        </w:rPr>
        <w:t>1:28:21</w:t>
      </w:r>
    </w:p>
    <w:p>
      <w:pPr>
        <w:spacing w:after="0"/>
      </w:pPr>
      <w:r>
        <w:rPr>
          <w:rFonts w:ascii="Arial" w:hAnsi="Arial"/>
          <w:sz w:val="22"/>
        </w:rPr>
        <w:t>and also a bit PT Barnum'age.</w:t>
      </w:r>
    </w:p>
    <w:p>
      <w:pPr>
        <w:spacing w:after="0"/>
      </w:pPr>
    </w:p>
    <w:p>
      <w:pPr>
        <w:spacing w:after="0"/>
      </w:pPr>
      <w:r>
        <w:rPr>
          <w:rFonts w:ascii="Arial" w:hAnsi="Arial"/>
          <w:b/>
          <w:sz w:val="22"/>
        </w:rPr>
        <w:t xml:space="preserve">Daisy  </w:t>
      </w:r>
      <w:r>
        <w:rPr>
          <w:rFonts w:ascii="Arial" w:hAnsi="Arial"/>
          <w:color w:val="5D7284"/>
          <w:sz w:val="22"/>
        </w:rPr>
        <w:t>1:28:23</w:t>
      </w:r>
    </w:p>
    <w:p>
      <w:pPr>
        <w:spacing w:after="0"/>
      </w:pPr>
      <w:r>
        <w:rPr>
          <w:rFonts w:ascii="Arial" w:hAnsi="Arial"/>
          <w:sz w:val="22"/>
        </w:rPr>
        <w:t>What about a panther? They're cool.</w:t>
      </w:r>
    </w:p>
    <w:p>
      <w:pPr>
        <w:spacing w:after="0"/>
      </w:pPr>
    </w:p>
    <w:p>
      <w:pPr>
        <w:spacing w:after="0"/>
      </w:pPr>
      <w:r>
        <w:rPr>
          <w:rFonts w:ascii="Arial" w:hAnsi="Arial"/>
          <w:b/>
          <w:sz w:val="22"/>
        </w:rPr>
        <w:t xml:space="preserve">Alice  </w:t>
      </w:r>
      <w:r>
        <w:rPr>
          <w:rFonts w:ascii="Arial" w:hAnsi="Arial"/>
          <w:color w:val="5D7284"/>
          <w:sz w:val="22"/>
        </w:rPr>
        <w:t>1:28:26</w:t>
      </w:r>
    </w:p>
    <w:p>
      <w:pPr>
        <w:spacing w:after="0"/>
      </w:pPr>
      <w:r>
        <w:rPr>
          <w:rFonts w:ascii="Arial" w:hAnsi="Arial"/>
          <w:sz w:val="22"/>
        </w:rPr>
        <w:t>Oh yeah that would be cool</w:t>
      </w:r>
    </w:p>
    <w:p>
      <w:pPr>
        <w:spacing w:after="0"/>
      </w:pPr>
    </w:p>
    <w:p>
      <w:pPr>
        <w:spacing w:after="0"/>
      </w:pPr>
      <w:r>
        <w:rPr>
          <w:rFonts w:ascii="Arial" w:hAnsi="Arial"/>
          <w:b/>
          <w:sz w:val="22"/>
        </w:rPr>
        <w:t xml:space="preserve">Lucy  </w:t>
      </w:r>
      <w:r>
        <w:rPr>
          <w:rFonts w:ascii="Arial" w:hAnsi="Arial"/>
          <w:color w:val="5D7284"/>
          <w:sz w:val="22"/>
        </w:rPr>
        <w:t>1:28:28</w:t>
      </w:r>
    </w:p>
    <w:p>
      <w:pPr>
        <w:spacing w:after="0"/>
      </w:pPr>
      <w:r>
        <w:rPr>
          <w:rFonts w:ascii="Arial" w:hAnsi="Arial"/>
          <w:sz w:val="22"/>
        </w:rPr>
        <w:t>They'll rip your face off.</w:t>
      </w:r>
    </w:p>
    <w:p>
      <w:pPr>
        <w:spacing w:after="0"/>
      </w:pPr>
    </w:p>
    <w:p>
      <w:pPr>
        <w:spacing w:after="0"/>
      </w:pPr>
      <w:r>
        <w:rPr>
          <w:rFonts w:ascii="Arial" w:hAnsi="Arial"/>
          <w:b/>
          <w:sz w:val="22"/>
        </w:rPr>
        <w:t xml:space="preserve">Alice  </w:t>
      </w:r>
      <w:r>
        <w:rPr>
          <w:rFonts w:ascii="Arial" w:hAnsi="Arial"/>
          <w:color w:val="5D7284"/>
          <w:sz w:val="22"/>
        </w:rPr>
        <w:t>1:28:32</w:t>
      </w:r>
    </w:p>
    <w:p>
      <w:pPr>
        <w:spacing w:after="0"/>
      </w:pPr>
      <w:r>
        <w:rPr>
          <w:rFonts w:ascii="Arial" w:hAnsi="Arial"/>
          <w:sz w:val="22"/>
        </w:rPr>
        <w:t>A nice, sleek black one that goes with every outfit.</w:t>
      </w:r>
    </w:p>
    <w:p>
      <w:pPr>
        <w:spacing w:after="0"/>
      </w:pPr>
    </w:p>
    <w:p>
      <w:pPr>
        <w:spacing w:after="0"/>
      </w:pPr>
      <w:r>
        <w:rPr>
          <w:rFonts w:ascii="Arial" w:hAnsi="Arial"/>
          <w:b/>
          <w:sz w:val="22"/>
        </w:rPr>
        <w:t xml:space="preserve">Lucy  </w:t>
      </w:r>
      <w:r>
        <w:rPr>
          <w:rFonts w:ascii="Arial" w:hAnsi="Arial"/>
          <w:color w:val="5D7284"/>
          <w:sz w:val="22"/>
        </w:rPr>
        <w:t>1:28:38</w:t>
      </w:r>
    </w:p>
    <w:p>
      <w:pPr>
        <w:spacing w:after="0"/>
      </w:pPr>
      <w:r>
        <w:rPr>
          <w:rFonts w:ascii="Arial" w:hAnsi="Arial"/>
          <w:sz w:val="22"/>
        </w:rPr>
        <w:t>Okay, we'll see what we can do. I think is that everything</w:t>
      </w:r>
    </w:p>
    <w:p>
      <w:pPr>
        <w:spacing w:after="0"/>
      </w:pPr>
    </w:p>
    <w:p>
      <w:pPr>
        <w:spacing w:after="0"/>
      </w:pPr>
      <w:r>
        <w:rPr>
          <w:rFonts w:ascii="Arial" w:hAnsi="Arial"/>
          <w:b/>
          <w:sz w:val="22"/>
        </w:rPr>
        <w:t xml:space="preserve">Alice  </w:t>
      </w:r>
      <w:r>
        <w:rPr>
          <w:rFonts w:ascii="Arial" w:hAnsi="Arial"/>
          <w:color w:val="5D7284"/>
          <w:sz w:val="22"/>
        </w:rPr>
        <w:t>1:28:42</w:t>
      </w:r>
    </w:p>
    <w:p>
      <w:pPr>
        <w:spacing w:after="0"/>
      </w:pPr>
      <w:r>
        <w:rPr>
          <w:rFonts w:ascii="Arial" w:hAnsi="Arial"/>
          <w:sz w:val="22"/>
        </w:rPr>
        <w:t>That's everything</w:t>
      </w:r>
    </w:p>
    <w:p>
      <w:pPr>
        <w:spacing w:after="0"/>
      </w:pPr>
    </w:p>
    <w:p>
      <w:pPr>
        <w:spacing w:after="0"/>
      </w:pPr>
      <w:r>
        <w:rPr>
          <w:rFonts w:ascii="Arial" w:hAnsi="Arial"/>
          <w:b/>
          <w:sz w:val="22"/>
        </w:rPr>
        <w:t xml:space="preserve">Lucy  </w:t>
      </w:r>
      <w:r>
        <w:rPr>
          <w:rFonts w:ascii="Arial" w:hAnsi="Arial"/>
          <w:color w:val="5D7284"/>
          <w:sz w:val="22"/>
        </w:rPr>
        <w:t>1:28:43</w:t>
      </w:r>
    </w:p>
    <w:p>
      <w:pPr>
        <w:spacing w:after="0"/>
      </w:pPr>
      <w:r>
        <w:rPr>
          <w:rFonts w:ascii="Arial" w:hAnsi="Arial"/>
          <w:sz w:val="22"/>
        </w:rPr>
        <w:t>Would you like to do? The closing statements, Alice? Or shall I do it?</w:t>
      </w:r>
    </w:p>
    <w:p>
      <w:pPr>
        <w:spacing w:after="0"/>
      </w:pPr>
    </w:p>
    <w:p>
      <w:pPr>
        <w:spacing w:after="0"/>
      </w:pPr>
      <w:r>
        <w:rPr>
          <w:rFonts w:ascii="Arial" w:hAnsi="Arial"/>
          <w:b/>
          <w:sz w:val="22"/>
        </w:rPr>
        <w:t xml:space="preserve">Alice  </w:t>
      </w:r>
      <w:r>
        <w:rPr>
          <w:rFonts w:ascii="Arial" w:hAnsi="Arial"/>
          <w:color w:val="5D7284"/>
          <w:sz w:val="22"/>
        </w:rPr>
        <w:t>1:28:49</w:t>
      </w:r>
    </w:p>
    <w:p>
      <w:pPr>
        <w:spacing w:after="0"/>
      </w:pPr>
      <w:r>
        <w:rPr>
          <w:rFonts w:ascii="Arial" w:hAnsi="Arial"/>
          <w:sz w:val="22"/>
        </w:rPr>
        <w:t>I can do it. Thank you for listening to this week's episode. This history lesson is part of our latest season. If you've enjoyed this and you want more history in your life, please go back and look at our other episodes. We've had episodes about all sorts of exciting disabled people from history and some different sort of themes as well. If you enjoyed this episode, please share it with your friends. Please rate, review and subscribe wherever you listen to podcasts, you can rate individual episodes. So give this one five stars, because it's excellent and Lucy, do you want to tell people where they can send us some money? If they want to</w:t>
      </w:r>
    </w:p>
    <w:p>
      <w:pPr>
        <w:spacing w:after="0"/>
      </w:pPr>
    </w:p>
    <w:p>
      <w:pPr>
        <w:spacing w:after="0"/>
      </w:pPr>
      <w:r>
        <w:rPr>
          <w:rFonts w:ascii="Arial" w:hAnsi="Arial"/>
          <w:b/>
          <w:sz w:val="22"/>
        </w:rPr>
        <w:t xml:space="preserve">Lucy  </w:t>
      </w:r>
      <w:r>
        <w:rPr>
          <w:rFonts w:ascii="Arial" w:hAnsi="Arial"/>
          <w:color w:val="5D7284"/>
          <w:sz w:val="22"/>
        </w:rPr>
        <w:t>1:29:37</w:t>
      </w:r>
    </w:p>
    <w:p>
      <w:pPr>
        <w:spacing w:after="0"/>
      </w:pPr>
      <w:r>
        <w:rPr>
          <w:rFonts w:ascii="Arial" w:hAnsi="Arial"/>
          <w:sz w:val="22"/>
        </w:rPr>
        <w:t>You can send us some money. We are a privately funded podcast. So we do this all ourselves. We are fundraising to keep the lights on for this podcast. At Go Fund Me, you can find the Go Fund Me on our website, which is www.lABLEdpodcast.co.uk, where you will also find transcripts of this and every episode we have ever produced, in our back catalog. So go and find those two, if you so wish</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