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Sara Ryan</w:t>
      </w:r>
    </w:p>
    <w:p>
      <w:r>
        <w:rPr>
          <w:rFonts w:ascii="Arial" w:hAnsi="Arial"/>
          <w:color w:val="4F6880"/>
          <w:sz w:val="22"/>
        </w:rPr>
        <w:t>Thu, Nov 13, 2025 7:51PM • 1:02:53</w:t>
      </w:r>
    </w:p>
    <w:p>
      <w:pPr>
        <w:spacing w:before="440" w:after="0"/>
      </w:pPr>
      <w:r>
        <w:rPr>
          <w:rFonts w:ascii="Arial" w:hAnsi="Arial"/>
          <w:b/>
          <w:color w:val="4F6880"/>
          <w:sz w:val="22"/>
        </w:rPr>
        <w:t>SUMMARY KEYWORDS</w:t>
      </w:r>
    </w:p>
    <w:p>
      <w:r>
        <w:rPr>
          <w:rFonts w:ascii="Arial" w:hAnsi="Arial"/>
          <w:color w:val="4F6880"/>
          <w:sz w:val="22"/>
        </w:rPr>
        <w:t>Disability podcast, health inequalities, learning disabilities, autistic people, social murder, care settings, preventable deaths, whistleblowing, advocacy, care staff, systemic failures, inquest, critical health, learning disability, allies.</w:t>
      </w:r>
    </w:p>
    <w:p>
      <w:pPr>
        <w:spacing w:before="440" w:after="0"/>
      </w:pPr>
      <w:r>
        <w:rPr>
          <w:rFonts w:ascii="Arial" w:hAnsi="Arial"/>
          <w:b/>
          <w:color w:val="4F6880"/>
          <w:sz w:val="22"/>
        </w:rPr>
        <w:t>SPEAKERS</w:t>
      </w:r>
    </w:p>
    <w:p>
      <w:r>
        <w:rPr>
          <w:rFonts w:ascii="Arial" w:hAnsi="Arial"/>
          <w:color w:val="4F6880"/>
          <w:sz w:val="22"/>
        </w:rPr>
        <w:t>outro , Sara Ryan, Speaker 1,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w:t>
      </w:r>
    </w:p>
    <w:p>
      <w:pPr>
        <w:spacing w:after="0"/>
      </w:pPr>
    </w:p>
    <w:p>
      <w:pPr>
        <w:spacing w:after="0"/>
      </w:pPr>
      <w:r>
        <w:rPr>
          <w:rFonts w:ascii="Arial" w:hAnsi="Arial"/>
          <w:b/>
          <w:sz w:val="22"/>
        </w:rPr>
        <w:t xml:space="preserve">Speaker 1  </w:t>
      </w:r>
      <w:r>
        <w:rPr>
          <w:rFonts w:ascii="Arial" w:hAnsi="Arial"/>
          <w:color w:val="5D7284"/>
          <w:sz w:val="22"/>
        </w:rPr>
        <w:t>00:08</w:t>
      </w:r>
    </w:p>
    <w:p>
      <w:pPr>
        <w:spacing w:after="0"/>
      </w:pPr>
      <w:r>
        <w:rPr>
          <w:rFonts w:ascii="Arial" w:hAnsi="Arial"/>
          <w:sz w:val="22"/>
        </w:rPr>
        <w:t xml:space="preserve">Though I might not fit in socially, I'm so much more than what you see, we all live our lives differently, Kalidoscope identity, 'cause this is who I'm meant to be I'm just labeled me </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 xml:space="preserve">Don't forget in this episode, I might swear Lucy might cry, and you can check out details of the trigger warnings on our website. </w:t>
      </w:r>
    </w:p>
    <w:p>
      <w:pPr>
        <w:spacing w:after="0"/>
      </w:pPr>
    </w:p>
    <w:p>
      <w:pPr>
        <w:spacing w:after="0"/>
      </w:pPr>
      <w:r>
        <w:rPr>
          <w:rFonts w:ascii="Arial" w:hAnsi="Arial"/>
          <w:b/>
          <w:sz w:val="22"/>
        </w:rPr>
        <w:t xml:space="preserve">Alice  </w:t>
      </w:r>
      <w:r>
        <w:rPr>
          <w:rFonts w:ascii="Arial" w:hAnsi="Arial"/>
          <w:color w:val="5D7284"/>
          <w:sz w:val="22"/>
        </w:rPr>
        <w:t>00:44</w:t>
      </w:r>
    </w:p>
    <w:p>
      <w:pPr>
        <w:spacing w:after="0"/>
      </w:pPr>
      <w:r>
        <w:rPr>
          <w:rFonts w:ascii="Arial" w:hAnsi="Arial"/>
          <w:sz w:val="22"/>
        </w:rPr>
        <w:t xml:space="preserve">Hello everyone, and welcome to another episode of The lABLEd podcast with me, Alice and Lucy. </w:t>
      </w:r>
    </w:p>
    <w:p>
      <w:pPr>
        <w:spacing w:after="0"/>
      </w:pPr>
    </w:p>
    <w:p>
      <w:pPr>
        <w:spacing w:after="0"/>
      </w:pPr>
      <w:r>
        <w:rPr>
          <w:rFonts w:ascii="Arial" w:hAnsi="Arial"/>
          <w:b/>
          <w:sz w:val="22"/>
        </w:rPr>
        <w:t xml:space="preserve">Lucy  </w:t>
      </w:r>
      <w:r>
        <w:rPr>
          <w:rFonts w:ascii="Arial" w:hAnsi="Arial"/>
          <w:color w:val="5D7284"/>
          <w:sz w:val="22"/>
        </w:rPr>
        <w:t>00:50</w:t>
      </w:r>
    </w:p>
    <w:p>
      <w:pPr>
        <w:spacing w:after="0"/>
      </w:pPr>
      <w:r>
        <w:rPr>
          <w:rFonts w:ascii="Arial" w:hAnsi="Arial"/>
          <w:sz w:val="22"/>
        </w:rPr>
        <w:t>Hello,</w:t>
      </w:r>
    </w:p>
    <w:p>
      <w:pPr>
        <w:spacing w:after="0"/>
      </w:pPr>
    </w:p>
    <w:p>
      <w:pPr>
        <w:spacing w:after="0"/>
      </w:pPr>
      <w:r>
        <w:rPr>
          <w:rFonts w:ascii="Arial" w:hAnsi="Arial"/>
          <w:b/>
          <w:sz w:val="22"/>
        </w:rPr>
        <w:t xml:space="preserve">Alice  </w:t>
      </w:r>
      <w:r>
        <w:rPr>
          <w:rFonts w:ascii="Arial" w:hAnsi="Arial"/>
          <w:color w:val="5D7284"/>
          <w:sz w:val="22"/>
        </w:rPr>
        <w:t>00:51</w:t>
      </w:r>
    </w:p>
    <w:p>
      <w:pPr>
        <w:spacing w:after="0"/>
      </w:pPr>
      <w:r>
        <w:rPr>
          <w:rFonts w:ascii="Arial" w:hAnsi="Arial"/>
          <w:sz w:val="22"/>
        </w:rPr>
        <w:t xml:space="preserve"> hello. How are you?</w:t>
      </w:r>
    </w:p>
    <w:p>
      <w:pPr>
        <w:spacing w:after="0"/>
      </w:pPr>
    </w:p>
    <w:p>
      <w:pPr>
        <w:spacing w:after="0"/>
      </w:pPr>
      <w:r>
        <w:rPr>
          <w:rFonts w:ascii="Arial" w:hAnsi="Arial"/>
          <w:b/>
          <w:sz w:val="22"/>
        </w:rPr>
        <w:t xml:space="preserve">Lucy  </w:t>
      </w:r>
      <w:r>
        <w:rPr>
          <w:rFonts w:ascii="Arial" w:hAnsi="Arial"/>
          <w:color w:val="5D7284"/>
          <w:sz w:val="22"/>
        </w:rPr>
        <w:t>00:53</w:t>
      </w:r>
    </w:p>
    <w:p>
      <w:pPr>
        <w:spacing w:after="0"/>
      </w:pPr>
      <w:r>
        <w:rPr>
          <w:rFonts w:ascii="Arial" w:hAnsi="Arial"/>
          <w:sz w:val="22"/>
        </w:rPr>
        <w:t>I'm very well. Thank you. How are you? I'm a little bit more awake than I was the last time you spoke to me. I've had a good night's sleep, everything's fine, and I had a cup of tea. So we can, we can start right</w:t>
      </w:r>
    </w:p>
    <w:p>
      <w:pPr>
        <w:spacing w:after="0"/>
      </w:pPr>
    </w:p>
    <w:p>
      <w:pPr>
        <w:spacing w:after="0"/>
      </w:pPr>
      <w:r>
        <w:rPr>
          <w:rFonts w:ascii="Arial" w:hAnsi="Arial"/>
          <w:b/>
          <w:sz w:val="22"/>
        </w:rPr>
        <w:t xml:space="preserve">Alice  </w:t>
      </w:r>
      <w:r>
        <w:rPr>
          <w:rFonts w:ascii="Arial" w:hAnsi="Arial"/>
          <w:color w:val="5D7284"/>
          <w:sz w:val="22"/>
        </w:rPr>
        <w:t>01:07</w:t>
      </w:r>
    </w:p>
    <w:p>
      <w:pPr>
        <w:spacing w:after="0"/>
      </w:pPr>
      <w:r>
        <w:rPr>
          <w:rFonts w:ascii="Arial" w:hAnsi="Arial"/>
          <w:sz w:val="22"/>
        </w:rPr>
        <w:t>Yes, yeah, there is, there is no sense out of me unless I've had coffee first.</w:t>
      </w:r>
    </w:p>
    <w:p>
      <w:pPr>
        <w:spacing w:after="0"/>
      </w:pPr>
    </w:p>
    <w:p>
      <w:pPr>
        <w:spacing w:after="0"/>
      </w:pPr>
      <w:r>
        <w:rPr>
          <w:rFonts w:ascii="Arial" w:hAnsi="Arial"/>
          <w:b/>
          <w:sz w:val="22"/>
        </w:rPr>
        <w:t xml:space="preserve">Lucy  </w:t>
      </w:r>
      <w:r>
        <w:rPr>
          <w:rFonts w:ascii="Arial" w:hAnsi="Arial"/>
          <w:color w:val="5D7284"/>
          <w:sz w:val="22"/>
        </w:rPr>
        <w:t>01:10</w:t>
      </w:r>
    </w:p>
    <w:p>
      <w:pPr>
        <w:spacing w:after="0"/>
      </w:pPr>
      <w:r>
        <w:rPr>
          <w:rFonts w:ascii="Arial" w:hAnsi="Arial"/>
          <w:sz w:val="22"/>
        </w:rPr>
        <w:t xml:space="preserve"> Exactly. </w:t>
      </w:r>
    </w:p>
    <w:p>
      <w:pPr>
        <w:spacing w:after="0"/>
      </w:pPr>
    </w:p>
    <w:p>
      <w:pPr>
        <w:spacing w:after="0"/>
      </w:pPr>
      <w:r>
        <w:rPr>
          <w:rFonts w:ascii="Arial" w:hAnsi="Arial"/>
          <w:b/>
          <w:sz w:val="22"/>
        </w:rPr>
        <w:t xml:space="preserve">Alice  </w:t>
      </w:r>
      <w:r>
        <w:rPr>
          <w:rFonts w:ascii="Arial" w:hAnsi="Arial"/>
          <w:color w:val="5D7284"/>
          <w:sz w:val="22"/>
        </w:rPr>
        <w:t>01:12</w:t>
      </w:r>
    </w:p>
    <w:p>
      <w:pPr>
        <w:spacing w:after="0"/>
      </w:pPr>
      <w:r>
        <w:rPr>
          <w:rFonts w:ascii="Arial" w:hAnsi="Arial"/>
          <w:sz w:val="22"/>
        </w:rPr>
        <w:t xml:space="preserve">Yeah, no, I'm I'm good. I am back on after my medication review, which I was obviously late, and so it meant that I ran out of medication. I am now back on my pain meds for my back, and it makes me feel like a functioning human being again. So </w:t>
      </w:r>
    </w:p>
    <w:p>
      <w:pPr>
        <w:spacing w:after="0"/>
      </w:pPr>
    </w:p>
    <w:p>
      <w:pPr>
        <w:spacing w:after="0"/>
      </w:pPr>
      <w:r>
        <w:rPr>
          <w:rFonts w:ascii="Arial" w:hAnsi="Arial"/>
          <w:b/>
          <w:sz w:val="22"/>
        </w:rPr>
        <w:t xml:space="preserve">Lucy  </w:t>
      </w:r>
      <w:r>
        <w:rPr>
          <w:rFonts w:ascii="Arial" w:hAnsi="Arial"/>
          <w:color w:val="5D7284"/>
          <w:sz w:val="22"/>
        </w:rPr>
        <w:t>01:30</w:t>
      </w:r>
    </w:p>
    <w:p>
      <w:pPr>
        <w:spacing w:after="0"/>
      </w:pPr>
      <w:r>
        <w:rPr>
          <w:rFonts w:ascii="Arial" w:hAnsi="Arial"/>
          <w:sz w:val="22"/>
        </w:rPr>
        <w:t>Did anyone tell you we are a disability podcast?!</w:t>
      </w:r>
    </w:p>
    <w:p>
      <w:pPr>
        <w:spacing w:after="0"/>
      </w:pPr>
    </w:p>
    <w:p>
      <w:pPr>
        <w:spacing w:after="0"/>
      </w:pPr>
      <w:r>
        <w:rPr>
          <w:rFonts w:ascii="Arial" w:hAnsi="Arial"/>
          <w:b/>
          <w:sz w:val="22"/>
        </w:rPr>
        <w:t xml:space="preserve">Alice  </w:t>
      </w:r>
      <w:r>
        <w:rPr>
          <w:rFonts w:ascii="Arial" w:hAnsi="Arial"/>
          <w:color w:val="5D7284"/>
          <w:sz w:val="22"/>
        </w:rPr>
        <w:t>01:32</w:t>
      </w:r>
    </w:p>
    <w:p>
      <w:pPr>
        <w:spacing w:after="0"/>
      </w:pPr>
      <w:r>
        <w:rPr>
          <w:rFonts w:ascii="Arial" w:hAnsi="Arial"/>
          <w:sz w:val="22"/>
        </w:rPr>
        <w:t xml:space="preserve"> We've got a guest with us today.</w:t>
      </w:r>
    </w:p>
    <w:p>
      <w:pPr>
        <w:spacing w:after="0"/>
      </w:pPr>
    </w:p>
    <w:p>
      <w:pPr>
        <w:spacing w:after="0"/>
      </w:pPr>
      <w:r>
        <w:rPr>
          <w:rFonts w:ascii="Arial" w:hAnsi="Arial"/>
          <w:b/>
          <w:sz w:val="22"/>
        </w:rPr>
        <w:t xml:space="preserve">Lucy  </w:t>
      </w:r>
      <w:r>
        <w:rPr>
          <w:rFonts w:ascii="Arial" w:hAnsi="Arial"/>
          <w:color w:val="5D7284"/>
          <w:sz w:val="22"/>
        </w:rPr>
        <w:t>01:38</w:t>
      </w:r>
    </w:p>
    <w:p>
      <w:pPr>
        <w:spacing w:after="0"/>
      </w:pPr>
      <w:r>
        <w:rPr>
          <w:rFonts w:ascii="Arial" w:hAnsi="Arial"/>
          <w:sz w:val="22"/>
        </w:rPr>
        <w:t>We have Yes, not just basically talking about ailments, and aches and pains..</w:t>
      </w:r>
    </w:p>
    <w:p>
      <w:pPr>
        <w:spacing w:after="0"/>
      </w:pPr>
    </w:p>
    <w:p>
      <w:pPr>
        <w:spacing w:after="0"/>
      </w:pPr>
      <w:r>
        <w:rPr>
          <w:rFonts w:ascii="Arial" w:hAnsi="Arial"/>
          <w:b/>
          <w:sz w:val="22"/>
        </w:rPr>
        <w:t xml:space="preserve">Alice  </w:t>
      </w:r>
      <w:r>
        <w:rPr>
          <w:rFonts w:ascii="Arial" w:hAnsi="Arial"/>
          <w:color w:val="5D7284"/>
          <w:sz w:val="22"/>
        </w:rPr>
        <w:t>01:43</w:t>
      </w:r>
    </w:p>
    <w:p>
      <w:pPr>
        <w:spacing w:after="0"/>
      </w:pPr>
      <w:r>
        <w:rPr>
          <w:rFonts w:ascii="Arial" w:hAnsi="Arial"/>
          <w:sz w:val="22"/>
        </w:rPr>
        <w:t>No not that kind of disability podcast. So I'm really excited to have our guest with us today, for those of you who have been listening for a long time, or who are, have dived into our the depths of our earliest episodes...</w:t>
      </w:r>
    </w:p>
    <w:p>
      <w:pPr>
        <w:spacing w:after="0"/>
      </w:pPr>
    </w:p>
    <w:p>
      <w:pPr>
        <w:spacing w:after="0"/>
      </w:pPr>
      <w:r>
        <w:rPr>
          <w:rFonts w:ascii="Arial" w:hAnsi="Arial"/>
          <w:b/>
          <w:sz w:val="22"/>
        </w:rPr>
        <w:t xml:space="preserve">Lucy  </w:t>
      </w:r>
      <w:r>
        <w:rPr>
          <w:rFonts w:ascii="Arial" w:hAnsi="Arial"/>
          <w:color w:val="5D7284"/>
          <w:sz w:val="22"/>
        </w:rPr>
        <w:t>01:58</w:t>
      </w:r>
    </w:p>
    <w:p>
      <w:pPr>
        <w:spacing w:after="0"/>
      </w:pPr>
      <w:r>
        <w:rPr>
          <w:rFonts w:ascii="Arial" w:hAnsi="Arial"/>
          <w:sz w:val="22"/>
        </w:rPr>
        <w:t>Yeah, started from the beginning.</w:t>
      </w:r>
    </w:p>
    <w:p>
      <w:pPr>
        <w:spacing w:after="0"/>
      </w:pPr>
    </w:p>
    <w:p>
      <w:pPr>
        <w:spacing w:after="0"/>
      </w:pPr>
      <w:r>
        <w:rPr>
          <w:rFonts w:ascii="Arial" w:hAnsi="Arial"/>
          <w:b/>
          <w:sz w:val="22"/>
        </w:rPr>
        <w:t xml:space="preserve">Alice  </w:t>
      </w:r>
      <w:r>
        <w:rPr>
          <w:rFonts w:ascii="Arial" w:hAnsi="Arial"/>
          <w:color w:val="5D7284"/>
          <w:sz w:val="22"/>
        </w:rPr>
        <w:t>02:00</w:t>
      </w:r>
    </w:p>
    <w:p>
      <w:pPr>
        <w:spacing w:after="0"/>
      </w:pPr>
      <w:r>
        <w:rPr>
          <w:rFonts w:ascii="Arial" w:hAnsi="Arial"/>
          <w:sz w:val="22"/>
        </w:rPr>
        <w:t xml:space="preserve"> You may remember many, many years ago, we had two young men named Tom and Jack joining us on the podcast, who were cohosts of, I now believe the sadly deceased podcast, Challenging Behaviors. </w:t>
      </w:r>
    </w:p>
    <w:p>
      <w:pPr>
        <w:spacing w:after="0"/>
      </w:pPr>
    </w:p>
    <w:p>
      <w:pPr>
        <w:spacing w:after="0"/>
      </w:pPr>
      <w:r>
        <w:rPr>
          <w:rFonts w:ascii="Arial" w:hAnsi="Arial"/>
          <w:b/>
          <w:sz w:val="22"/>
        </w:rPr>
        <w:t xml:space="preserve">Lucy  </w:t>
      </w:r>
      <w:r>
        <w:rPr>
          <w:rFonts w:ascii="Arial" w:hAnsi="Arial"/>
          <w:color w:val="5D7284"/>
          <w:sz w:val="22"/>
        </w:rPr>
        <w:t>02:16</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02:17</w:t>
      </w:r>
    </w:p>
    <w:p>
      <w:pPr>
        <w:spacing w:after="0"/>
      </w:pPr>
      <w:r>
        <w:rPr>
          <w:rFonts w:ascii="Arial" w:hAnsi="Arial"/>
          <w:sz w:val="22"/>
        </w:rPr>
        <w:t>Which was a really cool podcast all about, quote, unquote, challenging behaviors and people with disabilities who are often labelled with that. It was a really I it was one of the first disability podcasts I started listening to, and I really liked it. And Tom's mum is with us today!</w:t>
      </w:r>
    </w:p>
    <w:p>
      <w:pPr>
        <w:spacing w:after="0"/>
      </w:pPr>
    </w:p>
    <w:p>
      <w:pPr>
        <w:spacing w:after="0"/>
      </w:pPr>
      <w:r>
        <w:rPr>
          <w:rFonts w:ascii="Arial" w:hAnsi="Arial"/>
          <w:b/>
          <w:sz w:val="22"/>
        </w:rPr>
        <w:t xml:space="preserve">Lucy  </w:t>
      </w:r>
      <w:r>
        <w:rPr>
          <w:rFonts w:ascii="Arial" w:hAnsi="Arial"/>
          <w:color w:val="5D7284"/>
          <w:sz w:val="22"/>
        </w:rPr>
        <w:t>02:37</w:t>
      </w:r>
    </w:p>
    <w:p>
      <w:pPr>
        <w:spacing w:after="0"/>
      </w:pPr>
      <w:r>
        <w:rPr>
          <w:rFonts w:ascii="Arial" w:hAnsi="Arial"/>
          <w:sz w:val="22"/>
        </w:rPr>
        <w:t>not that we're struggling for guests!</w:t>
      </w:r>
    </w:p>
    <w:p>
      <w:pPr>
        <w:spacing w:after="0"/>
      </w:pPr>
    </w:p>
    <w:p>
      <w:pPr>
        <w:spacing w:after="0"/>
      </w:pPr>
      <w:r>
        <w:rPr>
          <w:rFonts w:ascii="Arial" w:hAnsi="Arial"/>
          <w:b/>
          <w:sz w:val="22"/>
        </w:rPr>
        <w:t xml:space="preserve">Alice  </w:t>
      </w:r>
      <w:r>
        <w:rPr>
          <w:rFonts w:ascii="Arial" w:hAnsi="Arial"/>
          <w:color w:val="5D7284"/>
          <w:sz w:val="22"/>
        </w:rPr>
        <w:t>02:41</w:t>
      </w:r>
    </w:p>
    <w:p>
      <w:pPr>
        <w:spacing w:after="0"/>
      </w:pPr>
      <w:r>
        <w:rPr>
          <w:rFonts w:ascii="Arial" w:hAnsi="Arial"/>
          <w:sz w:val="22"/>
        </w:rPr>
        <w:t>No... Tom's mom is joining us today because she is a I respected disability advocate in her own right. Dr, Sarah Ryan, would you like to introduce yourself?</w:t>
      </w:r>
    </w:p>
    <w:p>
      <w:pPr>
        <w:spacing w:after="0"/>
      </w:pPr>
    </w:p>
    <w:p>
      <w:pPr>
        <w:spacing w:after="0"/>
      </w:pPr>
      <w:r>
        <w:rPr>
          <w:rFonts w:ascii="Arial" w:hAnsi="Arial"/>
          <w:b/>
          <w:sz w:val="22"/>
        </w:rPr>
        <w:t xml:space="preserve">Sara Ryan  </w:t>
      </w:r>
      <w:r>
        <w:rPr>
          <w:rFonts w:ascii="Arial" w:hAnsi="Arial"/>
          <w:color w:val="5D7284"/>
          <w:sz w:val="22"/>
        </w:rPr>
        <w:t>02:53</w:t>
      </w:r>
    </w:p>
    <w:p>
      <w:pPr>
        <w:spacing w:after="0"/>
      </w:pPr>
      <w:r>
        <w:rPr>
          <w:rFonts w:ascii="Arial" w:hAnsi="Arial"/>
          <w:sz w:val="22"/>
        </w:rPr>
        <w:t>Yeah, I'm Tom's mom and I'm a, actually a professor at Manchester University. My research focuses on people with learning disabilities and autistic people.</w:t>
      </w:r>
    </w:p>
    <w:p>
      <w:pPr>
        <w:spacing w:after="0"/>
      </w:pPr>
    </w:p>
    <w:p>
      <w:pPr>
        <w:spacing w:after="0"/>
      </w:pPr>
      <w:r>
        <w:rPr>
          <w:rFonts w:ascii="Arial" w:hAnsi="Arial"/>
          <w:b/>
          <w:sz w:val="22"/>
        </w:rPr>
        <w:t xml:space="preserve">Lucy  </w:t>
      </w:r>
      <w:r>
        <w:rPr>
          <w:rFonts w:ascii="Arial" w:hAnsi="Arial"/>
          <w:color w:val="5D7284"/>
          <w:sz w:val="22"/>
        </w:rPr>
        <w:t>03:07</w:t>
      </w:r>
    </w:p>
    <w:p>
      <w:pPr>
        <w:spacing w:after="0"/>
      </w:pPr>
      <w:r>
        <w:rPr>
          <w:rFonts w:ascii="Arial" w:hAnsi="Arial"/>
          <w:sz w:val="22"/>
        </w:rPr>
        <w:t>Thank you very much for joining thank you so much for joining us. It's great to have you on that. It sounds like very fascinating work that you do. Sara, can you tell us a bit about your background and how, how you got into this profession?</w:t>
      </w:r>
    </w:p>
    <w:p>
      <w:pPr>
        <w:spacing w:after="0"/>
      </w:pPr>
    </w:p>
    <w:p>
      <w:pPr>
        <w:spacing w:after="0"/>
      </w:pPr>
      <w:r>
        <w:rPr>
          <w:rFonts w:ascii="Arial" w:hAnsi="Arial"/>
          <w:b/>
          <w:sz w:val="22"/>
        </w:rPr>
        <w:t xml:space="preserve">Sara Ryan  </w:t>
      </w:r>
      <w:r>
        <w:rPr>
          <w:rFonts w:ascii="Arial" w:hAnsi="Arial"/>
          <w:color w:val="5D7284"/>
          <w:sz w:val="22"/>
        </w:rPr>
        <w:t>03:24</w:t>
      </w:r>
    </w:p>
    <w:p>
      <w:pPr>
        <w:spacing w:after="0"/>
      </w:pPr>
      <w:r>
        <w:rPr>
          <w:rFonts w:ascii="Arial" w:hAnsi="Arial"/>
          <w:sz w:val="22"/>
        </w:rPr>
        <w:t>Yeah, I got into this profession when I went back to university. When I was 28 I went originally and pulled out, and then I went back to study sociology, and that coincided with my son, Connor, who was about two at the time, being diagnosed with learning disabilities. And so that sort of snowballed, really, that I just took every opportunity I couldn't doing an undergraduate degree, and then went on to do a PhD about being the mother of a young person with learning disabilities. And yeah, it went from there, really,</w:t>
      </w:r>
    </w:p>
    <w:p>
      <w:pPr>
        <w:spacing w:after="0"/>
      </w:pPr>
    </w:p>
    <w:p>
      <w:pPr>
        <w:spacing w:after="0"/>
      </w:pPr>
      <w:r>
        <w:rPr>
          <w:rFonts w:ascii="Arial" w:hAnsi="Arial"/>
          <w:b/>
          <w:sz w:val="22"/>
        </w:rPr>
        <w:t xml:space="preserve">Alice  </w:t>
      </w:r>
      <w:r>
        <w:rPr>
          <w:rFonts w:ascii="Arial" w:hAnsi="Arial"/>
          <w:color w:val="5D7284"/>
          <w:sz w:val="22"/>
        </w:rPr>
        <w:t>04:00</w:t>
      </w:r>
    </w:p>
    <w:p>
      <w:pPr>
        <w:spacing w:after="0"/>
      </w:pPr>
      <w:r>
        <w:rPr>
          <w:rFonts w:ascii="Arial" w:hAnsi="Arial"/>
          <w:sz w:val="22"/>
        </w:rPr>
        <w:t>I as somebody with an almost three year old I cannot and and who dropped out of a PhD because I wasn't able to, like, 10 years before I became a parent. And I was like, This is too much. I cannot imagine having a two year old and going back to university. That's obviously, that was really, you were really passionate about?</w:t>
      </w:r>
    </w:p>
    <w:p>
      <w:pPr>
        <w:spacing w:after="0"/>
      </w:pPr>
    </w:p>
    <w:p>
      <w:pPr>
        <w:spacing w:after="0"/>
      </w:pPr>
      <w:r>
        <w:rPr>
          <w:rFonts w:ascii="Arial" w:hAnsi="Arial"/>
          <w:b/>
          <w:sz w:val="22"/>
        </w:rPr>
        <w:t xml:space="preserve">Sara Ryan  </w:t>
      </w:r>
      <w:r>
        <w:rPr>
          <w:rFonts w:ascii="Arial" w:hAnsi="Arial"/>
          <w:color w:val="5D7284"/>
          <w:sz w:val="22"/>
        </w:rPr>
        <w:t>04:21</w:t>
      </w:r>
    </w:p>
    <w:p>
      <w:pPr>
        <w:spacing w:after="0"/>
      </w:pPr>
      <w:r>
        <w:rPr>
          <w:rFonts w:ascii="Arial" w:hAnsi="Arial"/>
          <w:sz w:val="22"/>
        </w:rPr>
        <w:t>Yeah, it was funny, actually, because I can remember I used to travel to the lectures, get, get the kids, looked after all the rest of it, and I'd arrive at a lecture, and the lecture would sort of say, oh, let's have a break, like all the other students would be great. And I'd just be sitting there thinking, fucking hell. What do you mean? A break? So I remember that, yeah, it was a lot of work, but I got into the habit, which I still do, of working, sort of like in the evenings, really, yeah, six till about nine. And I still do that now, I sort of tend to, sort of like duck out a bit mid day, yeah, then return to and I like that. It suits me that sort of working.</w:t>
      </w:r>
    </w:p>
    <w:p>
      <w:pPr>
        <w:spacing w:after="0"/>
      </w:pPr>
    </w:p>
    <w:p>
      <w:pPr>
        <w:spacing w:after="0"/>
      </w:pPr>
      <w:r>
        <w:rPr>
          <w:rFonts w:ascii="Arial" w:hAnsi="Arial"/>
          <w:b/>
          <w:sz w:val="22"/>
        </w:rPr>
        <w:t xml:space="preserve">Lucy  </w:t>
      </w:r>
      <w:r>
        <w:rPr>
          <w:rFonts w:ascii="Arial" w:hAnsi="Arial"/>
          <w:color w:val="5D7284"/>
          <w:sz w:val="22"/>
        </w:rPr>
        <w:t>05:00</w:t>
      </w:r>
    </w:p>
    <w:p>
      <w:pPr>
        <w:spacing w:after="0"/>
      </w:pPr>
      <w:r>
        <w:rPr>
          <w:rFonts w:ascii="Arial" w:hAnsi="Arial"/>
          <w:sz w:val="22"/>
        </w:rPr>
        <w:t>I think everybody's got their own like, hours where they're most productive. For me, it's like in the morning, so like, from like nine till about dinner time after dinner, I'm like, I'm flagging. I'm running out of steam. I can genuinely feel it like there were days where I often say to my mom, like, I'm losing I can feel myself losing focus. So I think, like, I try and get as much stuff done in the morning, and then go, can we go and have some coffee and cake somewhere, please? And then I sit down with a book. But, yeah, it's so it's amazing how you sort of fall into a routine, isn't it really, with with things</w:t>
      </w:r>
    </w:p>
    <w:p>
      <w:pPr>
        <w:spacing w:after="0"/>
      </w:pPr>
    </w:p>
    <w:p>
      <w:pPr>
        <w:spacing w:after="0"/>
      </w:pPr>
      <w:r>
        <w:rPr>
          <w:rFonts w:ascii="Arial" w:hAnsi="Arial"/>
          <w:b/>
          <w:sz w:val="22"/>
        </w:rPr>
        <w:t xml:space="preserve">Sara Ryan  </w:t>
      </w:r>
      <w:r>
        <w:rPr>
          <w:rFonts w:ascii="Arial" w:hAnsi="Arial"/>
          <w:color w:val="5D7284"/>
          <w:sz w:val="22"/>
        </w:rPr>
        <w:t>05:41</w:t>
      </w:r>
    </w:p>
    <w:p>
      <w:pPr>
        <w:spacing w:after="0"/>
      </w:pPr>
      <w:r>
        <w:rPr>
          <w:rFonts w:ascii="Arial" w:hAnsi="Arial"/>
          <w:sz w:val="22"/>
        </w:rPr>
        <w:t>I think you do, if you I think if you've that passion and commitment to it, you do, you just find the way, don't you really?</w:t>
      </w:r>
    </w:p>
    <w:p>
      <w:pPr>
        <w:spacing w:after="0"/>
      </w:pPr>
    </w:p>
    <w:p>
      <w:pPr>
        <w:spacing w:after="0"/>
      </w:pPr>
      <w:r>
        <w:rPr>
          <w:rFonts w:ascii="Arial" w:hAnsi="Arial"/>
          <w:b/>
          <w:sz w:val="22"/>
        </w:rPr>
        <w:t xml:space="preserve">Alice  </w:t>
      </w:r>
      <w:r>
        <w:rPr>
          <w:rFonts w:ascii="Arial" w:hAnsi="Arial"/>
          <w:color w:val="5D7284"/>
          <w:sz w:val="22"/>
        </w:rPr>
        <w:t>05:47</w:t>
      </w:r>
    </w:p>
    <w:p>
      <w:pPr>
        <w:spacing w:after="0"/>
      </w:pPr>
      <w:r>
        <w:rPr>
          <w:rFonts w:ascii="Arial" w:hAnsi="Arial"/>
          <w:sz w:val="22"/>
        </w:rPr>
        <w:t>Yeah, so can you tell us a little bit about kind of your research and the direction that that's been taking over the years?</w:t>
      </w:r>
    </w:p>
    <w:p>
      <w:pPr>
        <w:spacing w:after="0"/>
      </w:pPr>
    </w:p>
    <w:p>
      <w:pPr>
        <w:spacing w:after="0"/>
      </w:pPr>
      <w:r>
        <w:rPr>
          <w:rFonts w:ascii="Arial" w:hAnsi="Arial"/>
          <w:b/>
          <w:sz w:val="22"/>
        </w:rPr>
        <w:t xml:space="preserve">Sara Ryan  </w:t>
      </w:r>
      <w:r>
        <w:rPr>
          <w:rFonts w:ascii="Arial" w:hAnsi="Arial"/>
          <w:color w:val="5D7284"/>
          <w:sz w:val="22"/>
        </w:rPr>
        <w:t>05:54</w:t>
      </w:r>
    </w:p>
    <w:p>
      <w:pPr>
        <w:spacing w:after="0"/>
      </w:pPr>
      <w:r>
        <w:rPr>
          <w:rFonts w:ascii="Arial" w:hAnsi="Arial"/>
          <w:sz w:val="22"/>
        </w:rPr>
        <w:t>Oh, that's interesting, because I've just had a book published, which is sort of so my research was looking explore once I managed to get my own funding, because then you can do the research you want to do. Did a lot of other research in the past that was just, that's my job do this. Yeah, then I managed to be successful in getting my own funding. And so I looked, did a research project about people with learning disabilities growing older, and I found that nobody thinks about people with learning disabilities growing older retirement, there's no there's no change in life. You're still going to bingo and but you know, life remains from 20 to if you're lucky enough to live to an older age. And then another project on flourishing lives, about the importance of doing the things we value, which is a very basic idea, but opened up this sense that we've all got things we really love to do, like a cup of tea in our favorite mug, or singing in the kitchen, or one person like smelling their dog's head. So there's all the things we love to do, and having the opportunity to do those makes us feel good. But for people learning disabilities a we don't often know what they love doing and be it's not facility. They're not supported to do those which is which leads to impoverished lives. So that was quite important. But then I was asked to write a book about health inequalities by Routledge, an academic publisher, and so I was doing all this reading last year, and the more I read about published research, not just in this country but everywhere, the more I sort of thought that I sort of moved towards the Engels idea that people are experiencing social murder. And that seemed quite a savage conclusion, and quite quite like bleak,. Because everything I read, because Engels argued that if you know what causes the premature deaths of people, and you do nothing about it, if you don't change those conditions that lead to those deaths, it's called Social murder. And everything I read suggests that we know why people with learning disabilities are dying 20 to 30 years on average before other people and people learning disability, it's not an illness, not. It's not a medical condition, it's a label. And people learning disabilities are dying from things like scabies or constipation, like my son drowned in a hospital bath. I mean, these are, these are obscene causes of death, which should never happen to anybody, and yet it's fine. This is what happens, and we do nothing about it. Nothing's changed. I published a book came out about a month ago, and it's actually got social murder in the title, which was a big surprise to me, because I thought the publishers would say, or the editors would sort of say, can't say that.</w:t>
      </w:r>
    </w:p>
    <w:p>
      <w:pPr>
        <w:spacing w:after="0"/>
      </w:pPr>
    </w:p>
    <w:p>
      <w:pPr>
        <w:spacing w:after="0"/>
      </w:pPr>
      <w:r>
        <w:rPr>
          <w:rFonts w:ascii="Arial" w:hAnsi="Arial"/>
          <w:b/>
          <w:sz w:val="22"/>
        </w:rPr>
        <w:t xml:space="preserve">Lucy  </w:t>
      </w:r>
      <w:r>
        <w:rPr>
          <w:rFonts w:ascii="Arial" w:hAnsi="Arial"/>
          <w:color w:val="5D7284"/>
          <w:sz w:val="22"/>
        </w:rPr>
        <w:t>08:43</w:t>
      </w:r>
    </w:p>
    <w:p>
      <w:pPr>
        <w:spacing w:after="0"/>
      </w:pPr>
      <w:r>
        <w:rPr>
          <w:rFonts w:ascii="Arial" w:hAnsi="Arial"/>
          <w:sz w:val="22"/>
        </w:rPr>
        <w:t>So did you? Did you come up with the title? Or did they suggest the title?</w:t>
      </w:r>
    </w:p>
    <w:p>
      <w:pPr>
        <w:spacing w:after="0"/>
      </w:pPr>
    </w:p>
    <w:p>
      <w:pPr>
        <w:spacing w:after="0"/>
      </w:pPr>
      <w:r>
        <w:rPr>
          <w:rFonts w:ascii="Arial" w:hAnsi="Arial"/>
          <w:b/>
          <w:sz w:val="22"/>
        </w:rPr>
        <w:t xml:space="preserve">Sara Ryan  </w:t>
      </w:r>
      <w:r>
        <w:rPr>
          <w:rFonts w:ascii="Arial" w:hAnsi="Arial"/>
          <w:color w:val="5D7284"/>
          <w:sz w:val="22"/>
        </w:rPr>
        <w:t>08:47</w:t>
      </w:r>
    </w:p>
    <w:p>
      <w:pPr>
        <w:spacing w:after="0"/>
      </w:pPr>
      <w:r>
        <w:rPr>
          <w:rFonts w:ascii="Arial" w:hAnsi="Arial"/>
          <w:sz w:val="22"/>
        </w:rPr>
        <w:t>Yeah, so it changed what I was contracted to write. I didn't really write. So I just because I couldn't, because, no, the evidence was too strong, so I came up called critical learning disabilities and critical health, what is it called?</w:t>
      </w:r>
    </w:p>
    <w:p>
      <w:pPr>
        <w:spacing w:after="0"/>
      </w:pPr>
    </w:p>
    <w:p>
      <w:pPr>
        <w:spacing w:after="0"/>
      </w:pPr>
      <w:r>
        <w:rPr>
          <w:rFonts w:ascii="Arial" w:hAnsi="Arial"/>
          <w:b/>
          <w:sz w:val="22"/>
        </w:rPr>
        <w:t xml:space="preserve">Lucy  </w:t>
      </w:r>
      <w:r>
        <w:rPr>
          <w:rFonts w:ascii="Arial" w:hAnsi="Arial"/>
          <w:color w:val="5D7284"/>
          <w:sz w:val="22"/>
        </w:rPr>
        <w:t>09:05</w:t>
      </w:r>
    </w:p>
    <w:p>
      <w:pPr>
        <w:spacing w:after="0"/>
      </w:pPr>
      <w:r>
        <w:rPr>
          <w:rFonts w:ascii="Arial" w:hAnsi="Arial"/>
          <w:sz w:val="22"/>
        </w:rPr>
        <w:t>Very early, it's Friday, you know, we'll let you off.</w:t>
      </w:r>
    </w:p>
    <w:p>
      <w:pPr>
        <w:spacing w:after="0"/>
      </w:pPr>
    </w:p>
    <w:p>
      <w:pPr>
        <w:spacing w:after="0"/>
      </w:pPr>
      <w:r>
        <w:rPr>
          <w:rFonts w:ascii="Arial" w:hAnsi="Arial"/>
          <w:b/>
          <w:sz w:val="22"/>
        </w:rPr>
        <w:t xml:space="preserve">Sara Ryan  </w:t>
      </w:r>
      <w:r>
        <w:rPr>
          <w:rFonts w:ascii="Arial" w:hAnsi="Arial"/>
          <w:color w:val="5D7284"/>
          <w:sz w:val="22"/>
        </w:rPr>
        <w:t>09:10</w:t>
      </w:r>
    </w:p>
    <w:p>
      <w:pPr>
        <w:spacing w:after="0"/>
      </w:pPr>
      <w:r>
        <w:rPr>
          <w:rFonts w:ascii="Arial" w:hAnsi="Arial"/>
          <w:sz w:val="22"/>
        </w:rPr>
        <w:t>Critical health and learning disability is an exploration of erasure and social murder. So I feel like my work's reached a point where I'm just sort of saying enough is enough.</w:t>
      </w:r>
    </w:p>
    <w:p>
      <w:pPr>
        <w:spacing w:after="0"/>
      </w:pPr>
    </w:p>
    <w:p>
      <w:pPr>
        <w:spacing w:after="0"/>
      </w:pPr>
      <w:r>
        <w:rPr>
          <w:rFonts w:ascii="Arial" w:hAnsi="Arial"/>
          <w:b/>
          <w:sz w:val="22"/>
        </w:rPr>
        <w:t xml:space="preserve">Lucy  </w:t>
      </w:r>
      <w:r>
        <w:rPr>
          <w:rFonts w:ascii="Arial" w:hAnsi="Arial"/>
          <w:color w:val="5D7284"/>
          <w:sz w:val="22"/>
        </w:rPr>
        <w:t>09:21</w:t>
      </w:r>
    </w:p>
    <w:p>
      <w:pPr>
        <w:spacing w:after="0"/>
      </w:pPr>
      <w:r>
        <w:rPr>
          <w:rFonts w:ascii="Arial" w:hAnsi="Arial"/>
          <w:sz w:val="22"/>
        </w:rPr>
        <w:t xml:space="preserve">Yeah, that title makes you sit up when you read it. When you see the front of the book, it makes you sit up and go, Oh, hang on, let's think about this, you know, </w:t>
      </w:r>
    </w:p>
    <w:p>
      <w:pPr>
        <w:spacing w:after="0"/>
      </w:pPr>
    </w:p>
    <w:p>
      <w:pPr>
        <w:spacing w:after="0"/>
      </w:pPr>
      <w:r>
        <w:rPr>
          <w:rFonts w:ascii="Arial" w:hAnsi="Arial"/>
          <w:b/>
          <w:sz w:val="22"/>
        </w:rPr>
        <w:t xml:space="preserve">Alice  </w:t>
      </w:r>
      <w:r>
        <w:rPr>
          <w:rFonts w:ascii="Arial" w:hAnsi="Arial"/>
          <w:color w:val="5D7284"/>
          <w:sz w:val="22"/>
        </w:rPr>
        <w:t>09:31</w:t>
      </w:r>
    </w:p>
    <w:p>
      <w:pPr>
        <w:spacing w:after="0"/>
      </w:pPr>
      <w:r>
        <w:rPr>
          <w:rFonts w:ascii="Arial" w:hAnsi="Arial"/>
          <w:sz w:val="22"/>
        </w:rPr>
        <w:t>I thought this so I've done work like, one of the reasons I was really excited to have you on, Sarah, is because this is the sort of area that I'm a real, like work geek about. So my my job, sort of, my proper day job, is advocacy, and I've been in care homes, and I've been on death reviews and all sorts of really difficult things. And I've always thought health inequalities is such. A like wet, like, un impactful, damp, useless word. It means nothing. It doesn't tell you that health inequalities means that people die. It means that people are dying because we're not doing what we the bare minimum, that we should be doing what we're doing for everybody else. That's the thing that it makes me really feel like fills me with a real rage. And there's so much I see, so much talk out there about people talking about, you know, trying to address health inequalities and and there's, you do see some fantastic work happening. You know, I've been in organizations. I've worked alongside NHS Trusts, where they are really actively working to try and make what seems like a really small change, but that does make a difference to supporting people who perhaps don't have a voice, who to be able to speak up for themselves and identify their own health concerns and get that kind of support. But when you hear the stories of exactly like I will never forget the story of a was he 36 year old man who died of chronic constipation?</w:t>
      </w:r>
    </w:p>
    <w:p>
      <w:pPr>
        <w:spacing w:after="0"/>
      </w:pPr>
    </w:p>
    <w:p>
      <w:pPr>
        <w:spacing w:after="0"/>
      </w:pPr>
      <w:r>
        <w:rPr>
          <w:rFonts w:ascii="Arial" w:hAnsi="Arial"/>
          <w:b/>
          <w:sz w:val="22"/>
        </w:rPr>
        <w:t xml:space="preserve">Lucy  </w:t>
      </w:r>
      <w:r>
        <w:rPr>
          <w:rFonts w:ascii="Arial" w:hAnsi="Arial"/>
          <w:color w:val="5D7284"/>
          <w:sz w:val="22"/>
        </w:rPr>
        <w:t>11:16</w:t>
      </w:r>
    </w:p>
    <w:p>
      <w:pPr>
        <w:spacing w:after="0"/>
      </w:pPr>
      <w:r>
        <w:rPr>
          <w:rFonts w:ascii="Arial" w:hAnsi="Arial"/>
          <w:sz w:val="22"/>
        </w:rPr>
        <w:t xml:space="preserve">Oh yeah. Remember that </w:t>
      </w:r>
    </w:p>
    <w:p>
      <w:pPr>
        <w:spacing w:after="0"/>
      </w:pPr>
    </w:p>
    <w:p>
      <w:pPr>
        <w:spacing w:after="0"/>
      </w:pPr>
      <w:r>
        <w:rPr>
          <w:rFonts w:ascii="Arial" w:hAnsi="Arial"/>
          <w:b/>
          <w:sz w:val="22"/>
        </w:rPr>
        <w:t xml:space="preserve">Lucy  </w:t>
      </w:r>
      <w:r>
        <w:rPr>
          <w:rFonts w:ascii="Arial" w:hAnsi="Arial"/>
          <w:color w:val="5D7284"/>
          <w:sz w:val="22"/>
        </w:rPr>
        <w:t>11:18</w:t>
      </w:r>
    </w:p>
    <w:p>
      <w:pPr>
        <w:spacing w:after="0"/>
      </w:pPr>
      <w:r>
        <w:rPr>
          <w:rFonts w:ascii="Arial" w:hAnsi="Arial"/>
          <w:sz w:val="22"/>
        </w:rPr>
        <w:t>just how, how on earthcan it be 2020 something, and we've got people dying of constipation as medieval?</w:t>
      </w:r>
    </w:p>
    <w:p>
      <w:pPr>
        <w:spacing w:after="0"/>
      </w:pPr>
    </w:p>
    <w:p>
      <w:pPr>
        <w:spacing w:after="0"/>
      </w:pPr>
      <w:r>
        <w:rPr>
          <w:rFonts w:ascii="Arial" w:hAnsi="Arial"/>
          <w:b/>
          <w:sz w:val="22"/>
        </w:rPr>
        <w:t xml:space="preserve">Lucy  </w:t>
      </w:r>
      <w:r>
        <w:rPr>
          <w:rFonts w:ascii="Arial" w:hAnsi="Arial"/>
          <w:color w:val="5D7284"/>
          <w:sz w:val="22"/>
        </w:rPr>
        <w:t>11:30</w:t>
      </w:r>
    </w:p>
    <w:p>
      <w:pPr>
        <w:spacing w:after="0"/>
      </w:pPr>
      <w:r>
        <w:rPr>
          <w:rFonts w:ascii="Arial" w:hAnsi="Arial"/>
          <w:sz w:val="22"/>
        </w:rPr>
        <w:t xml:space="preserve"> Yeah, I agree. And how did somebody not recognize that before it got to that situation? It's very easy to recognize, isn't it? You know, I think it was very well. I will rephrase that. You would think it would be very easy to recognize, is he all right? </w:t>
      </w:r>
    </w:p>
    <w:p>
      <w:pPr>
        <w:spacing w:after="0"/>
      </w:pPr>
    </w:p>
    <w:p>
      <w:pPr>
        <w:spacing w:after="0"/>
      </w:pPr>
      <w:r>
        <w:rPr>
          <w:rFonts w:ascii="Arial" w:hAnsi="Arial"/>
          <w:b/>
          <w:sz w:val="22"/>
        </w:rPr>
        <w:t xml:space="preserve">Alice  </w:t>
      </w:r>
      <w:r>
        <w:rPr>
          <w:rFonts w:ascii="Arial" w:hAnsi="Arial"/>
          <w:color w:val="5D7284"/>
          <w:sz w:val="22"/>
        </w:rPr>
        <w:t>11:49</w:t>
      </w:r>
    </w:p>
    <w:p>
      <w:pPr>
        <w:spacing w:after="0"/>
      </w:pPr>
      <w:r>
        <w:rPr>
          <w:rFonts w:ascii="Arial" w:hAnsi="Arial"/>
          <w:sz w:val="22"/>
        </w:rPr>
        <w:t>You would hope that, you know, people who were living in care settings, people who have got infrastructure around them, people who have got people who are seeing them every day, even if they're not able to communicate verbally, or the ways that we kind of traditionally communicate with people, you would think that they would have care staff, who  care staff who know them well enough and are attentive enough to</w:t>
      </w:r>
    </w:p>
    <w:p>
      <w:pPr>
        <w:spacing w:after="0"/>
      </w:pPr>
    </w:p>
    <w:p>
      <w:pPr>
        <w:spacing w:after="0"/>
      </w:pPr>
      <w:r>
        <w:rPr>
          <w:rFonts w:ascii="Arial" w:hAnsi="Arial"/>
          <w:b/>
          <w:sz w:val="22"/>
        </w:rPr>
        <w:t xml:space="preserve">Lucy  </w:t>
      </w:r>
      <w:r>
        <w:rPr>
          <w:rFonts w:ascii="Arial" w:hAnsi="Arial"/>
          <w:color w:val="5D7284"/>
          <w:sz w:val="22"/>
        </w:rPr>
        <w:t>12:12</w:t>
      </w:r>
    </w:p>
    <w:p>
      <w:pPr>
        <w:spacing w:after="0"/>
      </w:pPr>
      <w:r>
        <w:rPr>
          <w:rFonts w:ascii="Arial" w:hAnsi="Arial"/>
          <w:sz w:val="22"/>
        </w:rPr>
        <w:t xml:space="preserve"> Yeah,who are involved in their routine to go actually, that's not right....</w:t>
      </w:r>
    </w:p>
    <w:p>
      <w:pPr>
        <w:spacing w:after="0"/>
      </w:pPr>
    </w:p>
    <w:p>
      <w:pPr>
        <w:spacing w:after="0"/>
      </w:pPr>
      <w:r>
        <w:rPr>
          <w:rFonts w:ascii="Arial" w:hAnsi="Arial"/>
          <w:b/>
          <w:sz w:val="22"/>
        </w:rPr>
        <w:t xml:space="preserve">Alice  </w:t>
      </w:r>
      <w:r>
        <w:rPr>
          <w:rFonts w:ascii="Arial" w:hAnsi="Arial"/>
          <w:color w:val="5D7284"/>
          <w:sz w:val="22"/>
        </w:rPr>
        <w:t>12:16</w:t>
      </w:r>
    </w:p>
    <w:p>
      <w:pPr>
        <w:spacing w:after="0"/>
      </w:pPr>
      <w:r>
        <w:rPr>
          <w:rFonts w:ascii="Arial" w:hAnsi="Arial"/>
          <w:sz w:val="22"/>
        </w:rPr>
        <w:t>has anybody noticed? Yeah, exactly. And yeah, no, you know, absolutely not all care staff, like, there are some incredible carers out there. And I think actually, there's a lot of incredible carers out there. I think there's the system is the problem for most people, because most care staff are overworked, and so their their ability to have attention to detail is, is not there. But, yeah, but</w:t>
      </w:r>
    </w:p>
    <w:p>
      <w:pPr>
        <w:spacing w:after="0"/>
      </w:pPr>
    </w:p>
    <w:p>
      <w:pPr>
        <w:spacing w:after="0"/>
      </w:pPr>
      <w:r>
        <w:rPr>
          <w:rFonts w:ascii="Arial" w:hAnsi="Arial"/>
          <w:b/>
          <w:sz w:val="22"/>
        </w:rPr>
        <w:t xml:space="preserve">Sara Ryan  </w:t>
      </w:r>
      <w:r>
        <w:rPr>
          <w:rFonts w:ascii="Arial" w:hAnsi="Arial"/>
          <w:color w:val="5D7284"/>
          <w:sz w:val="22"/>
        </w:rPr>
        <w:t>12:41</w:t>
      </w:r>
    </w:p>
    <w:p>
      <w:pPr>
        <w:spacing w:after="0"/>
      </w:pPr>
      <w:r>
        <w:rPr>
          <w:rFonts w:ascii="Arial" w:hAnsi="Arial"/>
          <w:sz w:val="22"/>
        </w:rPr>
        <w:t>the the young man you're talking about, his inquest, there was evidence that he looked nine months pregnant.</w:t>
      </w:r>
    </w:p>
    <w:p>
      <w:pPr>
        <w:spacing w:after="0"/>
      </w:pPr>
    </w:p>
    <w:p>
      <w:pPr>
        <w:spacing w:after="0"/>
      </w:pPr>
      <w:r>
        <w:rPr>
          <w:rFonts w:ascii="Arial" w:hAnsi="Arial"/>
          <w:b/>
          <w:sz w:val="22"/>
        </w:rPr>
        <w:t xml:space="preserve">Lucy  </w:t>
      </w:r>
      <w:r>
        <w:rPr>
          <w:rFonts w:ascii="Arial" w:hAnsi="Arial"/>
          <w:color w:val="5D7284"/>
          <w:sz w:val="22"/>
        </w:rPr>
        <w:t>12:48</w:t>
      </w:r>
    </w:p>
    <w:p>
      <w:pPr>
        <w:spacing w:after="0"/>
      </w:pPr>
      <w:r>
        <w:rPr>
          <w:rFonts w:ascii="Arial" w:hAnsi="Arial"/>
          <w:sz w:val="22"/>
        </w:rPr>
        <w:t>Yeah, exactly. I mean,</w:t>
      </w:r>
    </w:p>
    <w:p>
      <w:pPr>
        <w:spacing w:after="0"/>
      </w:pPr>
    </w:p>
    <w:p>
      <w:pPr>
        <w:spacing w:after="0"/>
      </w:pPr>
      <w:r>
        <w:rPr>
          <w:rFonts w:ascii="Arial" w:hAnsi="Arial"/>
          <w:b/>
          <w:sz w:val="22"/>
        </w:rPr>
        <w:t xml:space="preserve">Sara Ryan  </w:t>
      </w:r>
      <w:r>
        <w:rPr>
          <w:rFonts w:ascii="Arial" w:hAnsi="Arial"/>
          <w:color w:val="5D7284"/>
          <w:sz w:val="22"/>
        </w:rPr>
        <w:t>12:51</w:t>
      </w:r>
    </w:p>
    <w:p>
      <w:pPr>
        <w:spacing w:after="0"/>
      </w:pPr>
      <w:r>
        <w:rPr>
          <w:rFonts w:ascii="Arial" w:hAnsi="Arial"/>
          <w:sz w:val="22"/>
        </w:rPr>
        <w:t xml:space="preserve">yeah, it's like, you stop seeing you just don't see a person. So you just don't see that. There's those obvious symptoms, </w:t>
      </w:r>
    </w:p>
    <w:p>
      <w:pPr>
        <w:spacing w:after="0"/>
      </w:pPr>
    </w:p>
    <w:p>
      <w:pPr>
        <w:spacing w:after="0"/>
      </w:pPr>
      <w:r>
        <w:rPr>
          <w:rFonts w:ascii="Arial" w:hAnsi="Arial"/>
          <w:b/>
          <w:sz w:val="22"/>
        </w:rPr>
        <w:t xml:space="preserve">Lucy  </w:t>
      </w:r>
      <w:r>
        <w:rPr>
          <w:rFonts w:ascii="Arial" w:hAnsi="Arial"/>
          <w:color w:val="5D7284"/>
          <w:sz w:val="22"/>
        </w:rPr>
        <w:t>13:00</w:t>
      </w:r>
    </w:p>
    <w:p>
      <w:pPr>
        <w:spacing w:after="0"/>
      </w:pPr>
      <w:r>
        <w:rPr>
          <w:rFonts w:ascii="Arial" w:hAnsi="Arial"/>
          <w:sz w:val="22"/>
        </w:rPr>
        <w:t>and you wonder whether it's because, is it like, because nobody really wants to raise it or mention it because of what it is, it's constipation, it's going to the toilet, whether nobody really wants to say anything because it's like, it's a what's the phrase I'm looking for? Like, it's a</w:t>
      </w:r>
    </w:p>
    <w:p>
      <w:pPr>
        <w:spacing w:after="0"/>
      </w:pPr>
    </w:p>
    <w:p>
      <w:pPr>
        <w:spacing w:after="0"/>
      </w:pPr>
      <w:r>
        <w:rPr>
          <w:rFonts w:ascii="Arial" w:hAnsi="Arial"/>
          <w:b/>
          <w:sz w:val="22"/>
        </w:rPr>
        <w:t xml:space="preserve">Alice  </w:t>
      </w:r>
      <w:r>
        <w:rPr>
          <w:rFonts w:ascii="Arial" w:hAnsi="Arial"/>
          <w:color w:val="5D7284"/>
          <w:sz w:val="22"/>
        </w:rPr>
        <w:t>13:16</w:t>
      </w:r>
    </w:p>
    <w:p>
      <w:pPr>
        <w:spacing w:after="0"/>
      </w:pPr>
      <w:r>
        <w:rPr>
          <w:rFonts w:ascii="Arial" w:hAnsi="Arial"/>
          <w:sz w:val="22"/>
        </w:rPr>
        <w:t>Its a little bit of a taboo. But I think, I think, I think you're right, but for the wrong reasons. I don't think it's people aren't mentioning because it's not just constipation. People aren't mentioning these things because it's people with learning disabilities. That's why that's not being brought up. It's not, it's not because of the nature of the condition, the thing that results in their death.</w:t>
      </w:r>
    </w:p>
    <w:p>
      <w:pPr>
        <w:spacing w:after="0"/>
      </w:pPr>
    </w:p>
    <w:p>
      <w:pPr>
        <w:spacing w:after="0"/>
      </w:pPr>
      <w:r>
        <w:rPr>
          <w:rFonts w:ascii="Arial" w:hAnsi="Arial"/>
          <w:b/>
          <w:sz w:val="22"/>
        </w:rPr>
        <w:t xml:space="preserve">Sara Ryan  </w:t>
      </w:r>
      <w:r>
        <w:rPr>
          <w:rFonts w:ascii="Arial" w:hAnsi="Arial"/>
          <w:color w:val="5D7284"/>
          <w:sz w:val="22"/>
        </w:rPr>
        <w:t>13:39</w:t>
      </w:r>
    </w:p>
    <w:p>
      <w:pPr>
        <w:spacing w:after="0"/>
      </w:pPr>
      <w:r>
        <w:rPr>
          <w:rFonts w:ascii="Arial" w:hAnsi="Arial"/>
          <w:sz w:val="22"/>
        </w:rPr>
        <w:t xml:space="preserve"> Yeah. I mean, I think in the book, I sort of, and I didn't, I was very vague about this, and I'm just beginning to write about it now, but I sort of came to the conclusion that there's this, what I've called a loose collective of people who contribute to the enduring impoverishment of people's lives and and that collective can include like health and social care professionals, judges, coroners, policy makers, politicians. So everybody and anybody can be in this loose collective. But the point is that some people in that collective know. Some people don't know what they should know. Some people do nothing, and so the sort of like what I'm trying to get at, and some people can go into the collective for a bit, like a parent might, might join the collective if, for example, their adult child starts to want to have sex with somebody, and the doors shut, slam shut, then go there and have any sort of sexual intimacy. So they join this collective for a bit. But the point is, there's some people in the collective who are totally unaware of what's going on. And this happened with Connor, that a lot of people got in touch and said, Well, we just assume people with learning disabilities led good lives and were supported, so they don't know. So it's about wakening members of that collective from their slumber, as it were, making them awake. You're not going to wake everybody up, because some people are rigidly devoted to the idea that. People with learning disabilities are just a burden, and they do nothing, they contribute nothing. Yeah, but there are a lot of people who should know better, and once they know, they can, like, come out of the collective and become an ally. And that's that's the aim, isn't it is to sort of, like, make that collective smaller and build up the allies and the advocates to support people to lead better lives.</w:t>
      </w:r>
    </w:p>
    <w:p>
      <w:pPr>
        <w:spacing w:after="0"/>
      </w:pPr>
    </w:p>
    <w:p>
      <w:pPr>
        <w:spacing w:after="0"/>
      </w:pPr>
      <w:r>
        <w:rPr>
          <w:rFonts w:ascii="Arial" w:hAnsi="Arial"/>
          <w:b/>
          <w:sz w:val="22"/>
        </w:rPr>
        <w:t xml:space="preserve">Alice  </w:t>
      </w:r>
      <w:r>
        <w:rPr>
          <w:rFonts w:ascii="Arial" w:hAnsi="Arial"/>
          <w:color w:val="5D7284"/>
          <w:sz w:val="22"/>
        </w:rPr>
        <w:t>15:23</w:t>
      </w:r>
    </w:p>
    <w:p>
      <w:pPr>
        <w:spacing w:after="0"/>
      </w:pPr>
      <w:r>
        <w:rPr>
          <w:rFonts w:ascii="Arial" w:hAnsi="Arial"/>
          <w:sz w:val="22"/>
        </w:rPr>
        <w:t>I think one of the things that I've found doing this show and doing the work that I do over the year when when talking about allies, is that most of the people who are allies, they come they become allies because of an a personal experience or a personal connection, you know, and I worked for small charity for people with learning disabilities and autism, and it was a lot of people on that team who had a connection to disability in some way, and there were a lot of people on that team who didn't have a sort of a tangible connection, and who just just cared. And I, I think the thing that I always find, sort of, something that I I've always kind of wanted to explore and understand a bit more, is how there are people who don't, you know, I can understand, if you have a connection, what brings you to becoming an ally and becoming an advocate if you've got that connection. But what I can't, I don't necessarily understand the people who don't have that connection. And I don't mean I don't understand why they're there. I mean it's, it's amazing that they're there. I don't understand why there aren't more of them. What is it that makes somebody an ally? Because they go, hang on a minute. This isn't good enough, versus everybody else. And I guess the point I'm making is I can't understand how you can be working as a health or social care professional with anybody with learning disabilities, and not see that inequality, and then become one of those allies, who's an ally because of an experience or a connection?</w:t>
      </w:r>
    </w:p>
    <w:p>
      <w:pPr>
        <w:spacing w:after="0"/>
      </w:pPr>
    </w:p>
    <w:p>
      <w:pPr>
        <w:spacing w:after="0"/>
      </w:pPr>
      <w:r>
        <w:rPr>
          <w:rFonts w:ascii="Arial" w:hAnsi="Arial"/>
          <w:b/>
          <w:sz w:val="22"/>
        </w:rPr>
        <w:t xml:space="preserve">Sara Ryan  </w:t>
      </w:r>
      <w:r>
        <w:rPr>
          <w:rFonts w:ascii="Arial" w:hAnsi="Arial"/>
          <w:color w:val="5D7284"/>
          <w:sz w:val="22"/>
        </w:rPr>
        <w:t>17:12</w:t>
      </w:r>
    </w:p>
    <w:p>
      <w:pPr>
        <w:spacing w:after="0"/>
      </w:pPr>
      <w:r>
        <w:rPr>
          <w:rFonts w:ascii="Arial" w:hAnsi="Arial"/>
          <w:sz w:val="22"/>
        </w:rPr>
        <w:t>Yeah, That's so true, because there's all the way along, there's people who without a personal connection, like you say, who? Who are so they just get it, yeah, do the right thing. They shout about it. You sort of think, yeah, what, what? How we how are you like that? When all these people have been through years of training, years of education, years of experience on the job, still won't recognize</w:t>
      </w:r>
    </w:p>
    <w:p>
      <w:pPr>
        <w:spacing w:after="0"/>
      </w:pPr>
    </w:p>
    <w:p>
      <w:pPr>
        <w:spacing w:after="0"/>
      </w:pPr>
      <w:r>
        <w:rPr>
          <w:rFonts w:ascii="Arial" w:hAnsi="Arial"/>
          <w:b/>
          <w:sz w:val="22"/>
        </w:rPr>
        <w:t xml:space="preserve">Lucy  </w:t>
      </w:r>
      <w:r>
        <w:rPr>
          <w:rFonts w:ascii="Arial" w:hAnsi="Arial"/>
          <w:color w:val="5D7284"/>
          <w:sz w:val="22"/>
        </w:rPr>
        <w:t>17:35</w:t>
      </w:r>
    </w:p>
    <w:p>
      <w:pPr>
        <w:spacing w:after="0"/>
      </w:pPr>
      <w:r>
        <w:rPr>
          <w:rFonts w:ascii="Arial" w:hAnsi="Arial"/>
          <w:sz w:val="22"/>
        </w:rPr>
        <w:t>and when you meet those people that just get it, as a disabled person myself, it often, like, takes me back a bit, because I spend, I have spent so much of my life going, can't you see, can't you see, can't you see it? I go it. Well, yeah, I can. I can kind of empathize. But then when you meet somebody who just totally gets it and goes, No, I'm with you, I understand you're like, oh, like, you don't know what to do with yourself, do you really?</w:t>
      </w:r>
    </w:p>
    <w:p>
      <w:pPr>
        <w:spacing w:after="0"/>
      </w:pPr>
    </w:p>
    <w:p>
      <w:pPr>
        <w:spacing w:after="0"/>
      </w:pPr>
      <w:r>
        <w:rPr>
          <w:rFonts w:ascii="Arial" w:hAnsi="Arial"/>
          <w:b/>
          <w:sz w:val="22"/>
        </w:rPr>
        <w:t xml:space="preserve">Alice  </w:t>
      </w:r>
      <w:r>
        <w:rPr>
          <w:rFonts w:ascii="Arial" w:hAnsi="Arial"/>
          <w:color w:val="5D7284"/>
          <w:sz w:val="22"/>
        </w:rPr>
        <w:t>18:03</w:t>
      </w:r>
    </w:p>
    <w:p>
      <w:pPr>
        <w:spacing w:after="0"/>
      </w:pPr>
      <w:r>
        <w:rPr>
          <w:rFonts w:ascii="Arial" w:hAnsi="Arial"/>
          <w:sz w:val="22"/>
        </w:rPr>
        <w:t>You even see it sort of within the disabled community, because there are some disability advocates who are like, my thing this, you know, I'm going to talk to you about my thing, yeah, and then I'll come along and be like, Oh, well, I'm blind, and Lucy's a wheelchair user. And they're like, Well, how can you, how can you have a podcast together? Like, why don't you have a blind podcast and you have a blind podcast and you have a wheelchair podcast? And it's, I, yeah, and it's that is how...</w:t>
      </w:r>
    </w:p>
    <w:p>
      <w:pPr>
        <w:spacing w:after="0"/>
      </w:pPr>
    </w:p>
    <w:p>
      <w:pPr>
        <w:spacing w:after="0"/>
      </w:pPr>
      <w:r>
        <w:rPr>
          <w:rFonts w:ascii="Arial" w:hAnsi="Arial"/>
          <w:b/>
          <w:sz w:val="22"/>
        </w:rPr>
        <w:t xml:space="preserve">Lucy  </w:t>
      </w:r>
      <w:r>
        <w:rPr>
          <w:rFonts w:ascii="Arial" w:hAnsi="Arial"/>
          <w:color w:val="5D7284"/>
          <w:sz w:val="22"/>
        </w:rPr>
        <w:t>18:29</w:t>
      </w:r>
    </w:p>
    <w:p>
      <w:pPr>
        <w:spacing w:after="0"/>
      </w:pPr>
      <w:r>
        <w:rPr>
          <w:rFonts w:ascii="Arial" w:hAnsi="Arial"/>
          <w:sz w:val="22"/>
        </w:rPr>
        <w:t>But how people have often, people have often said to me, like, oh, so do you just talk about blind, blindness and mobility issues? All they've asked me, what disability? What disabilities do you talk about, and I'm like, all of them, all of them that</w:t>
      </w:r>
    </w:p>
    <w:p>
      <w:pPr>
        <w:spacing w:after="0"/>
      </w:pPr>
    </w:p>
    <w:p>
      <w:pPr>
        <w:spacing w:after="0"/>
      </w:pPr>
      <w:r>
        <w:rPr>
          <w:rFonts w:ascii="Arial" w:hAnsi="Arial"/>
          <w:b/>
          <w:sz w:val="22"/>
        </w:rPr>
        <w:t xml:space="preserve">Alice  </w:t>
      </w:r>
      <w:r>
        <w:rPr>
          <w:rFonts w:ascii="Arial" w:hAnsi="Arial"/>
          <w:color w:val="5D7284"/>
          <w:sz w:val="22"/>
        </w:rPr>
        <w:t>18:44</w:t>
      </w:r>
    </w:p>
    <w:p>
      <w:pPr>
        <w:spacing w:after="0"/>
      </w:pPr>
      <w:r>
        <w:rPr>
          <w:rFonts w:ascii="Arial" w:hAnsi="Arial"/>
          <w:sz w:val="22"/>
        </w:rPr>
        <w:t>also makes it sound like we're, like, collecting Pokemon disability, Pokemon cars. Yeah? Like, yeah, my Pikachu has only got one leg.</w:t>
      </w:r>
    </w:p>
    <w:p>
      <w:pPr>
        <w:spacing w:after="0"/>
      </w:pPr>
    </w:p>
    <w:p>
      <w:pPr>
        <w:spacing w:after="0"/>
      </w:pPr>
      <w:r>
        <w:rPr>
          <w:rFonts w:ascii="Arial" w:hAnsi="Arial"/>
          <w:b/>
          <w:sz w:val="22"/>
        </w:rPr>
        <w:t xml:space="preserve">Lucy  </w:t>
      </w:r>
      <w:r>
        <w:rPr>
          <w:rFonts w:ascii="Arial" w:hAnsi="Arial"/>
          <w:color w:val="5D7284"/>
          <w:sz w:val="22"/>
        </w:rPr>
        <w:t>18:51</w:t>
      </w:r>
    </w:p>
    <w:p>
      <w:pPr>
        <w:spacing w:after="0"/>
      </w:pPr>
      <w:r>
        <w:rPr>
          <w:rFonts w:ascii="Arial" w:hAnsi="Arial"/>
          <w:sz w:val="22"/>
        </w:rPr>
        <w:t>That's it. Somebody called the merchandise team please.</w:t>
      </w:r>
    </w:p>
    <w:p>
      <w:pPr>
        <w:spacing w:after="0"/>
      </w:pPr>
    </w:p>
    <w:p>
      <w:pPr>
        <w:spacing w:after="0"/>
      </w:pPr>
      <w:r>
        <w:rPr>
          <w:rFonts w:ascii="Arial" w:hAnsi="Arial"/>
          <w:b/>
          <w:sz w:val="22"/>
        </w:rPr>
        <w:t xml:space="preserve">Sara Ryan  </w:t>
      </w:r>
      <w:r>
        <w:rPr>
          <w:rFonts w:ascii="Arial" w:hAnsi="Arial"/>
          <w:color w:val="5D7284"/>
          <w:sz w:val="22"/>
        </w:rPr>
        <w:t>18:53</w:t>
      </w:r>
    </w:p>
    <w:p>
      <w:pPr>
        <w:spacing w:after="0"/>
      </w:pPr>
      <w:r>
        <w:rPr>
          <w:rFonts w:ascii="Arial" w:hAnsi="Arial"/>
          <w:sz w:val="22"/>
        </w:rPr>
        <w:t xml:space="preserve"> I think that's an interesting point you you're raising, because in I do talk about and I feel like I'm gonna It's hard hat time for me, because I am quite critical of the disability community for excluding people with learning disability. There with your social model. Get rid of the barriers, and everything's fine. And then I'm also really critical of researchers for doing the same research, a doing the same research over and over again, and finding out the same things, and saying, Oh, here's our recommendations. Off we hop. Nothing happens, but also researchers will, and I've given a few examples in the book. I didn't really want to pick on people, but, but people using language like there was one. I've got a chapter on food and eating, which is really interesting, but there's researchers right about self feed. Is, oh yes, we did this research with self feeders. And I'm like, what like the rest of the population?</w:t>
      </w:r>
    </w:p>
    <w:p>
      <w:pPr>
        <w:spacing w:after="0"/>
      </w:pPr>
    </w:p>
    <w:p>
      <w:pPr>
        <w:spacing w:after="0"/>
      </w:pPr>
      <w:r>
        <w:rPr>
          <w:rFonts w:ascii="Arial" w:hAnsi="Arial"/>
          <w:b/>
          <w:sz w:val="22"/>
        </w:rPr>
        <w:t xml:space="preserve">Lucy  </w:t>
      </w:r>
      <w:r>
        <w:rPr>
          <w:rFonts w:ascii="Arial" w:hAnsi="Arial"/>
          <w:color w:val="5D7284"/>
          <w:sz w:val="22"/>
        </w:rPr>
        <w:t>19:54</w:t>
      </w:r>
    </w:p>
    <w:p>
      <w:pPr>
        <w:spacing w:after="0"/>
      </w:pPr>
      <w:r>
        <w:rPr>
          <w:rFonts w:ascii="Arial" w:hAnsi="Arial"/>
          <w:sz w:val="22"/>
        </w:rPr>
        <w:t>I am a self feeder, belive you me!</w:t>
      </w:r>
    </w:p>
    <w:p>
      <w:pPr>
        <w:spacing w:after="0"/>
      </w:pPr>
    </w:p>
    <w:p>
      <w:pPr>
        <w:spacing w:after="0"/>
      </w:pPr>
      <w:r>
        <w:rPr>
          <w:rFonts w:ascii="Arial" w:hAnsi="Arial"/>
          <w:b/>
          <w:sz w:val="22"/>
        </w:rPr>
        <w:t xml:space="preserve">Alice  </w:t>
      </w:r>
      <w:r>
        <w:rPr>
          <w:rFonts w:ascii="Arial" w:hAnsi="Arial"/>
          <w:color w:val="5D7284"/>
          <w:sz w:val="22"/>
        </w:rPr>
        <w:t>19:57</w:t>
      </w:r>
    </w:p>
    <w:p>
      <w:pPr>
        <w:spacing w:after="0"/>
      </w:pPr>
      <w:r>
        <w:rPr>
          <w:rFonts w:ascii="Arial" w:hAnsi="Arial"/>
          <w:sz w:val="22"/>
        </w:rPr>
        <w:t xml:space="preserve">I think, I think being a self feeder is part. </w:t>
      </w:r>
    </w:p>
    <w:p>
      <w:pPr>
        <w:spacing w:after="0"/>
      </w:pPr>
    </w:p>
    <w:p>
      <w:pPr>
        <w:spacing w:after="0"/>
      </w:pPr>
      <w:r>
        <w:rPr>
          <w:rFonts w:ascii="Arial" w:hAnsi="Arial"/>
          <w:b/>
          <w:sz w:val="22"/>
        </w:rPr>
        <w:t xml:space="preserve">Lucy  </w:t>
      </w:r>
      <w:r>
        <w:rPr>
          <w:rFonts w:ascii="Arial" w:hAnsi="Arial"/>
          <w:color w:val="5D7284"/>
          <w:sz w:val="22"/>
        </w:rPr>
        <w:t>20:00</w:t>
      </w:r>
    </w:p>
    <w:p>
      <w:pPr>
        <w:spacing w:after="0"/>
      </w:pPr>
      <w:r>
        <w:rPr>
          <w:rFonts w:ascii="Arial" w:hAnsi="Arial"/>
          <w:sz w:val="22"/>
        </w:rPr>
        <w:t xml:space="preserve">Part of the problem, </w:t>
      </w:r>
    </w:p>
    <w:p>
      <w:pPr>
        <w:spacing w:after="0"/>
      </w:pPr>
    </w:p>
    <w:p>
      <w:pPr>
        <w:spacing w:after="0"/>
      </w:pPr>
      <w:r>
        <w:rPr>
          <w:rFonts w:ascii="Arial" w:hAnsi="Arial"/>
          <w:b/>
          <w:sz w:val="22"/>
        </w:rPr>
        <w:t xml:space="preserve">Alice  </w:t>
      </w:r>
      <w:r>
        <w:rPr>
          <w:rFonts w:ascii="Arial" w:hAnsi="Arial"/>
          <w:color w:val="5D7284"/>
          <w:sz w:val="22"/>
        </w:rPr>
        <w:t>20:02</w:t>
      </w:r>
    </w:p>
    <w:p>
      <w:pPr>
        <w:spacing w:after="0"/>
      </w:pPr>
      <w:r>
        <w:rPr>
          <w:rFonts w:ascii="Arial" w:hAnsi="Arial"/>
          <w:sz w:val="22"/>
        </w:rPr>
        <w:t>my personal problem.</w:t>
      </w:r>
    </w:p>
    <w:p>
      <w:pPr>
        <w:spacing w:after="0"/>
      </w:pPr>
    </w:p>
    <w:p>
      <w:pPr>
        <w:spacing w:after="0"/>
      </w:pPr>
      <w:r>
        <w:rPr>
          <w:rFonts w:ascii="Arial" w:hAnsi="Arial"/>
          <w:b/>
          <w:sz w:val="22"/>
        </w:rPr>
        <w:t xml:space="preserve">Sara Ryan  </w:t>
      </w:r>
      <w:r>
        <w:rPr>
          <w:rFonts w:ascii="Arial" w:hAnsi="Arial"/>
          <w:color w:val="5D7284"/>
          <w:sz w:val="22"/>
        </w:rPr>
        <w:t>20:04</w:t>
      </w:r>
    </w:p>
    <w:p>
      <w:pPr>
        <w:spacing w:after="0"/>
      </w:pPr>
      <w:r>
        <w:rPr>
          <w:rFonts w:ascii="Arial" w:hAnsi="Arial"/>
          <w:sz w:val="22"/>
        </w:rPr>
        <w:t>Yeah, you don't you just write these words. You write literally writes down.</w:t>
      </w:r>
    </w:p>
    <w:p>
      <w:pPr>
        <w:spacing w:after="0"/>
      </w:pPr>
    </w:p>
    <w:p>
      <w:pPr>
        <w:spacing w:after="0"/>
      </w:pPr>
      <w:r>
        <w:rPr>
          <w:rFonts w:ascii="Arial" w:hAnsi="Arial"/>
          <w:b/>
          <w:sz w:val="22"/>
        </w:rPr>
        <w:t xml:space="preserve">Lucy  </w:t>
      </w:r>
      <w:r>
        <w:rPr>
          <w:rFonts w:ascii="Arial" w:hAnsi="Arial"/>
          <w:color w:val="5D7284"/>
          <w:sz w:val="22"/>
        </w:rPr>
        <w:t>20:10</w:t>
      </w:r>
    </w:p>
    <w:p>
      <w:pPr>
        <w:spacing w:after="0"/>
      </w:pPr>
      <w:r>
        <w:rPr>
          <w:rFonts w:ascii="Arial" w:hAnsi="Arial"/>
          <w:sz w:val="22"/>
        </w:rPr>
        <w:t xml:space="preserve">What is it that Alan Partridge says it's like word salad? </w:t>
      </w:r>
    </w:p>
    <w:p>
      <w:pPr>
        <w:spacing w:after="0"/>
      </w:pPr>
    </w:p>
    <w:p>
      <w:pPr>
        <w:spacing w:after="0"/>
      </w:pPr>
      <w:r>
        <w:rPr>
          <w:rFonts w:ascii="Arial" w:hAnsi="Arial"/>
          <w:b/>
          <w:sz w:val="22"/>
        </w:rPr>
        <w:t xml:space="preserve">Sara Ryan  </w:t>
      </w:r>
      <w:r>
        <w:rPr>
          <w:rFonts w:ascii="Arial" w:hAnsi="Arial"/>
          <w:color w:val="5D7284"/>
          <w:sz w:val="22"/>
        </w:rPr>
        <w:t>20:13</w:t>
      </w:r>
    </w:p>
    <w:p>
      <w:pPr>
        <w:spacing w:after="0"/>
      </w:pPr>
      <w:r>
        <w:rPr>
          <w:rFonts w:ascii="Arial" w:hAnsi="Arial"/>
          <w:sz w:val="22"/>
        </w:rPr>
        <w:t xml:space="preserve">Yeah, exactly. </w:t>
      </w:r>
    </w:p>
    <w:p>
      <w:pPr>
        <w:spacing w:after="0"/>
      </w:pPr>
    </w:p>
    <w:p>
      <w:pPr>
        <w:spacing w:after="0"/>
      </w:pPr>
      <w:r>
        <w:rPr>
          <w:rFonts w:ascii="Arial" w:hAnsi="Arial"/>
          <w:b/>
          <w:sz w:val="22"/>
        </w:rPr>
        <w:t xml:space="preserve">Lucy  </w:t>
      </w:r>
      <w:r>
        <w:rPr>
          <w:rFonts w:ascii="Arial" w:hAnsi="Arial"/>
          <w:color w:val="5D7284"/>
          <w:sz w:val="22"/>
        </w:rPr>
        <w:t>20:15</w:t>
      </w:r>
    </w:p>
    <w:p>
      <w:pPr>
        <w:spacing w:after="0"/>
      </w:pPr>
      <w:r>
        <w:rPr>
          <w:rFonts w:ascii="Arial" w:hAnsi="Arial"/>
          <w:sz w:val="22"/>
        </w:rPr>
        <w:t xml:space="preserve">People plucking terms out of the air that mean nothing. It's like in the work that I do work, we don't like the term disabled friendly, because it means nothing. It's just empty. It's an empty word, like because you go, what's, what's, you know, it doesn't tell me whether you're accessible. Doesn't tell whether you've got a toilet  You know, </w:t>
      </w:r>
    </w:p>
    <w:p>
      <w:pPr>
        <w:spacing w:after="0"/>
      </w:pPr>
    </w:p>
    <w:p>
      <w:pPr>
        <w:spacing w:after="0"/>
      </w:pPr>
      <w:r>
        <w:rPr>
          <w:rFonts w:ascii="Arial" w:hAnsi="Arial"/>
          <w:b/>
          <w:sz w:val="22"/>
        </w:rPr>
        <w:t xml:space="preserve">Lucy  </w:t>
      </w:r>
      <w:r>
        <w:rPr>
          <w:rFonts w:ascii="Arial" w:hAnsi="Arial"/>
          <w:color w:val="5D7284"/>
          <w:sz w:val="22"/>
        </w:rPr>
        <w:t>20:38</w:t>
      </w:r>
    </w:p>
    <w:p>
      <w:pPr>
        <w:spacing w:after="0"/>
      </w:pPr>
      <w:r>
        <w:rPr>
          <w:rFonts w:ascii="Arial" w:hAnsi="Arial"/>
          <w:sz w:val="22"/>
        </w:rPr>
        <w:t>somebody willwave and say hello nicely when you arrive. Never mind the fact that you can't get in the building. There's somebody standing up the three stairs looking down at you on your wheelchair., lovely morning isn't it?</w:t>
      </w:r>
    </w:p>
    <w:p>
      <w:pPr>
        <w:spacing w:after="0"/>
      </w:pPr>
    </w:p>
    <w:p>
      <w:pPr>
        <w:spacing w:after="0"/>
      </w:pPr>
      <w:r>
        <w:rPr>
          <w:rFonts w:ascii="Arial" w:hAnsi="Arial"/>
          <w:b/>
          <w:sz w:val="22"/>
        </w:rPr>
        <w:t xml:space="preserve">Lucy  </w:t>
      </w:r>
      <w:r>
        <w:rPr>
          <w:rFonts w:ascii="Arial" w:hAnsi="Arial"/>
          <w:color w:val="5D7284"/>
          <w:sz w:val="22"/>
        </w:rPr>
        <w:t>20:50</w:t>
      </w:r>
    </w:p>
    <w:p>
      <w:pPr>
        <w:spacing w:after="0"/>
      </w:pPr>
      <w:r>
        <w:rPr>
          <w:rFonts w:ascii="Arial" w:hAnsi="Arial"/>
          <w:sz w:val="22"/>
        </w:rPr>
        <w:t>I like your wheelchair.</w:t>
      </w:r>
    </w:p>
    <w:p>
      <w:pPr>
        <w:spacing w:after="0"/>
      </w:pPr>
    </w:p>
    <w:p>
      <w:pPr>
        <w:spacing w:after="0"/>
      </w:pPr>
      <w:r>
        <w:rPr>
          <w:rFonts w:ascii="Arial" w:hAnsi="Arial"/>
          <w:b/>
          <w:sz w:val="22"/>
        </w:rPr>
        <w:t xml:space="preserve">Sara Ryan  </w:t>
      </w:r>
      <w:r>
        <w:rPr>
          <w:rFonts w:ascii="Arial" w:hAnsi="Arial"/>
          <w:color w:val="5D7284"/>
          <w:sz w:val="22"/>
        </w:rPr>
        <w:t>20:51</w:t>
      </w:r>
    </w:p>
    <w:p>
      <w:pPr>
        <w:spacing w:after="0"/>
      </w:pPr>
      <w:r>
        <w:rPr>
          <w:rFonts w:ascii="Arial" w:hAnsi="Arial"/>
          <w:sz w:val="22"/>
        </w:rPr>
        <w:t xml:space="preserve"> Yeah, that's really interesting, because there's a couple of young early young early career researchers doing their PhDs who've published papers where they're quite incensed, rightly so, saying, Why are like, academics making up new words about the same thing, or more complicated words while the old problems remain and you don't, you end up with this sort of like academic mastery, where you're trying to come up with a new idea, but we know what the problems are. We don't need any new words. We don't need disabled friendly we need change, </w:t>
      </w:r>
    </w:p>
    <w:p>
      <w:pPr>
        <w:spacing w:after="0"/>
      </w:pPr>
    </w:p>
    <w:p>
      <w:pPr>
        <w:spacing w:after="0"/>
      </w:pPr>
      <w:r>
        <w:rPr>
          <w:rFonts w:ascii="Arial" w:hAnsi="Arial"/>
          <w:b/>
          <w:sz w:val="22"/>
        </w:rPr>
        <w:t xml:space="preserve">Lucy  </w:t>
      </w:r>
      <w:r>
        <w:rPr>
          <w:rFonts w:ascii="Arial" w:hAnsi="Arial"/>
          <w:color w:val="5D7284"/>
          <w:sz w:val="22"/>
        </w:rPr>
        <w:t>21:19</w:t>
      </w:r>
    </w:p>
    <w:p>
      <w:pPr>
        <w:spacing w:after="0"/>
      </w:pPr>
      <w:r>
        <w:rPr>
          <w:rFonts w:ascii="Arial" w:hAnsi="Arial"/>
          <w:sz w:val="22"/>
        </w:rPr>
        <w:t xml:space="preserve">yeah, yeah. And I think once you make the language more simple, say, also as well, at work, we don't like the term like disabled toilet or disabled parking because there's nothing wrong with the parking space. The parking space isn't disabled or the toilets not disabled. It's an accessible parking space and an accessible toilet. Once you, once you simplify the language, everybody goes, Oh, I know you mean, I understand. It's you think if you make the language simple in the first place, surely that's a great leveler for everything else to then follow. </w:t>
      </w:r>
    </w:p>
    <w:p>
      <w:pPr>
        <w:spacing w:after="0"/>
      </w:pPr>
    </w:p>
    <w:p>
      <w:pPr>
        <w:spacing w:after="0"/>
      </w:pPr>
      <w:r>
        <w:rPr>
          <w:rFonts w:ascii="Arial" w:hAnsi="Arial"/>
          <w:b/>
          <w:sz w:val="22"/>
        </w:rPr>
        <w:t xml:space="preserve">Alice  </w:t>
      </w:r>
      <w:r>
        <w:rPr>
          <w:rFonts w:ascii="Arial" w:hAnsi="Arial"/>
          <w:color w:val="5D7284"/>
          <w:sz w:val="22"/>
        </w:rPr>
        <w:t>21:51</w:t>
      </w:r>
    </w:p>
    <w:p>
      <w:pPr>
        <w:spacing w:after="0"/>
      </w:pPr>
      <w:r>
        <w:rPr>
          <w:rFonts w:ascii="Arial" w:hAnsi="Arial"/>
          <w:sz w:val="22"/>
        </w:rPr>
        <w:t xml:space="preserve">And I think, like, I genuinely believe, that one of the things we should be doing in terms of basic education for children is educating them about, like, the way that we talk about society and the way that we talk about infrastructure and things like that, because there's so much like, quite often you have these kinds of conversations with people, like people get very aggressive about saying it's woke and it's political correctness and things like that, and it's just but I think you're exactly right, Lucy, I think that if you simplify things, it's not about it's not about being politically correct. It's about being clear. And, you know, it's talking about things plainly and not couching them in language that is charged with other meaning. Because that's, that's the problem, you know, so often that there, you know, I regularly speak to people who will talk to me about terms of phrase that they're like, Well, you can't say that anymore. And I'm like, No, you can't say that anymore because it's offensive to people. Because, and it may be, it may not be openly offensive, but it's, you know, it is a phrase that has been co opted or corrupted, you know, through use and so, no, no, you can't say that anymore. Why are you lamenting the problem with the phrase that you think you should be able to use, rather than recognizing that actually it's inherently racist, and that that is more a bigger problem than you not being able to use your prized comment anymore. </w:t>
      </w:r>
    </w:p>
    <w:p>
      <w:pPr>
        <w:spacing w:after="0"/>
      </w:pPr>
    </w:p>
    <w:p>
      <w:pPr>
        <w:spacing w:after="0"/>
      </w:pPr>
      <w:r>
        <w:rPr>
          <w:rFonts w:ascii="Arial" w:hAnsi="Arial"/>
          <w:b/>
          <w:sz w:val="22"/>
        </w:rPr>
        <w:t xml:space="preserve">Sara Ryan  </w:t>
      </w:r>
      <w:r>
        <w:rPr>
          <w:rFonts w:ascii="Arial" w:hAnsi="Arial"/>
          <w:color w:val="5D7284"/>
          <w:sz w:val="22"/>
        </w:rPr>
        <w:t>23:28</w:t>
      </w:r>
    </w:p>
    <w:p>
      <w:pPr>
        <w:spacing w:after="0"/>
      </w:pPr>
      <w:r>
        <w:rPr>
          <w:rFonts w:ascii="Arial" w:hAnsi="Arial"/>
          <w:sz w:val="22"/>
        </w:rPr>
        <w:t>That's ,yeah, that's that's true, because it also, I sort of feel like with children, it's a response to the parents, because children can be very open, can't they, and sort of say to somebody who's disabled why you're in a wheelchair, or people use young children used to sort of ask me questions about or say something to Connor, and if the parent sort of shushes  them up and drags them off, it's a terrible message, isn't it?, rather saying yeah, Connor's Connor. You know, he's a bit different in some ways. But</w:t>
      </w:r>
    </w:p>
    <w:p>
      <w:pPr>
        <w:spacing w:after="0"/>
      </w:pPr>
    </w:p>
    <w:p>
      <w:pPr>
        <w:spacing w:after="0"/>
      </w:pPr>
      <w:r>
        <w:rPr>
          <w:rFonts w:ascii="Arial" w:hAnsi="Arial"/>
          <w:b/>
          <w:sz w:val="22"/>
        </w:rPr>
        <w:t xml:space="preserve">Lucy  </w:t>
      </w:r>
      <w:r>
        <w:rPr>
          <w:rFonts w:ascii="Arial" w:hAnsi="Arial"/>
          <w:color w:val="5D7284"/>
          <w:sz w:val="22"/>
        </w:rPr>
        <w:t>23:55</w:t>
      </w:r>
    </w:p>
    <w:p>
      <w:pPr>
        <w:spacing w:after="0"/>
      </w:pPr>
      <w:r>
        <w:rPr>
          <w:rFonts w:ascii="Arial" w:hAnsi="Arial"/>
          <w:sz w:val="22"/>
        </w:rPr>
        <w:t xml:space="preserve">yeah, I was in a shop last week, and there was a little, little toddler. She must have been about maybe one half two, something like that. And I was, I didn't really pay attention to but I heard her say, I want to go in that. I was like, Is there, like, you know, those rides you get outside the scene? Is she pointing at one of those? And then I realized, oh, no, she she's pointing at me. And the mother was like, Well, you can't have a go just yet. And I'm like, No, she can't have a go at all. I'm not like, unless you give me a fiver to go around Primark, </w:t>
      </w:r>
    </w:p>
    <w:p>
      <w:pPr>
        <w:spacing w:after="0"/>
      </w:pPr>
    </w:p>
    <w:p>
      <w:pPr>
        <w:spacing w:after="0"/>
      </w:pPr>
      <w:r>
        <w:rPr>
          <w:rFonts w:ascii="Arial" w:hAnsi="Arial"/>
          <w:b/>
          <w:sz w:val="22"/>
        </w:rPr>
        <w:t xml:space="preserve">Alice  </w:t>
      </w:r>
      <w:r>
        <w:rPr>
          <w:rFonts w:ascii="Arial" w:hAnsi="Arial"/>
          <w:color w:val="5D7284"/>
          <w:sz w:val="22"/>
        </w:rPr>
        <w:t>24:36</w:t>
      </w:r>
    </w:p>
    <w:p>
      <w:pPr>
        <w:spacing w:after="0"/>
      </w:pPr>
      <w:r>
        <w:rPr>
          <w:rFonts w:ascii="Arial" w:hAnsi="Arial"/>
          <w:sz w:val="22"/>
        </w:rPr>
        <w:t xml:space="preserve">the thing is, like, that's not a that's not a like. If my son saw you and said, I want to go in that, I would say, Well, I'm afraid you can't, because that's what Lucy uses instead of her legs,and that would be the end of the conversation. </w:t>
      </w:r>
    </w:p>
    <w:p>
      <w:pPr>
        <w:spacing w:after="0"/>
      </w:pPr>
    </w:p>
    <w:p>
      <w:pPr>
        <w:spacing w:after="0"/>
      </w:pPr>
      <w:r>
        <w:rPr>
          <w:rFonts w:ascii="Arial" w:hAnsi="Arial"/>
          <w:b/>
          <w:sz w:val="22"/>
        </w:rPr>
        <w:t xml:space="preserve">Lucy  </w:t>
      </w:r>
      <w:r>
        <w:rPr>
          <w:rFonts w:ascii="Arial" w:hAnsi="Arial"/>
          <w:color w:val="5D7284"/>
          <w:sz w:val="22"/>
        </w:rPr>
        <w:t>24:53</w:t>
      </w:r>
    </w:p>
    <w:p>
      <w:pPr>
        <w:spacing w:after="0"/>
      </w:pPr>
      <w:r>
        <w:rPr>
          <w:rFonts w:ascii="Arial" w:hAnsi="Arial"/>
          <w:sz w:val="22"/>
        </w:rPr>
        <w:t xml:space="preserve">othe Mother was like, not, not now, not now. I was like, shall I come behind 25 minutes? </w:t>
      </w:r>
    </w:p>
    <w:p>
      <w:pPr>
        <w:spacing w:after="0"/>
      </w:pPr>
    </w:p>
    <w:p>
      <w:pPr>
        <w:spacing w:after="0"/>
      </w:pPr>
      <w:r>
        <w:rPr>
          <w:rFonts w:ascii="Arial" w:hAnsi="Arial"/>
          <w:b/>
          <w:sz w:val="22"/>
        </w:rPr>
        <w:t xml:space="preserve">Alice  </w:t>
      </w:r>
      <w:r>
        <w:rPr>
          <w:rFonts w:ascii="Arial" w:hAnsi="Arial"/>
          <w:color w:val="5D7284"/>
          <w:sz w:val="22"/>
        </w:rPr>
        <w:t>24:58</w:t>
      </w:r>
    </w:p>
    <w:p>
      <w:pPr>
        <w:spacing w:after="0"/>
      </w:pPr>
      <w:r>
        <w:rPr>
          <w:rFonts w:ascii="Arial" w:hAnsi="Arial"/>
          <w:sz w:val="22"/>
        </w:rPr>
        <w:t>Yeah?Why is that? Difficult like thing to.... and again, it's that people are so afraid to say things. I when I was working at the last place I was working, I was working with a lot of people with learning disabilities and autism, and they would I would regularly be asked a question that if any non disabled person over the age of 17 asked it to me. I would tell them to get I would be, don't get in the fucking bin. I would, I would regularly be asked, Well, can you see me? How much can you say? And my feelings are that if you you know if, if you have a, if you are a child, or you have a learning disability or autism, it means that perhaps you haven't processed information, or you haven't learned something yet, then I have no problems with you asking me that question and me explaining to you that actually I what my general response is. Well, you know, I can see some things, but I can't see everything. But actually the important thing is that, you know, I have people around me who support me and but if any non, any non, disabled, grown ass person says something like that to me, I'm like, what? How dare you ask me that personal question is none of your business, and I think, because I think that that if you have the agency and the autonomy to be able to do the learning, then you you don't get to ask the question, because you should have, you could have learned already exactly, you know, how do you get to this point as an adult? And you know, if you're, if you are a fully non disabled, 27 year old and you don't know how to blow your nose, then there's a problem. This is on the same lines, as far as I'm concerned.</w:t>
      </w:r>
    </w:p>
    <w:p>
      <w:pPr>
        <w:spacing w:after="0"/>
      </w:pPr>
    </w:p>
    <w:p>
      <w:pPr>
        <w:spacing w:after="0"/>
      </w:pPr>
      <w:r>
        <w:rPr>
          <w:rFonts w:ascii="Arial" w:hAnsi="Arial"/>
          <w:b/>
          <w:sz w:val="22"/>
        </w:rPr>
        <w:t xml:space="preserve">Sara Ryan  </w:t>
      </w:r>
      <w:r>
        <w:rPr>
          <w:rFonts w:ascii="Arial" w:hAnsi="Arial"/>
          <w:color w:val="5D7284"/>
          <w:sz w:val="22"/>
        </w:rPr>
        <w:t>26:50</w:t>
      </w:r>
    </w:p>
    <w:p>
      <w:pPr>
        <w:spacing w:after="0"/>
      </w:pPr>
      <w:r>
        <w:rPr>
          <w:rFonts w:ascii="Arial" w:hAnsi="Arial"/>
          <w:sz w:val="22"/>
        </w:rPr>
        <w:t>Why don't you know?</w:t>
      </w:r>
    </w:p>
    <w:p>
      <w:pPr>
        <w:spacing w:after="0"/>
      </w:pPr>
    </w:p>
    <w:p>
      <w:pPr>
        <w:spacing w:after="0"/>
      </w:pPr>
      <w:r>
        <w:rPr>
          <w:rFonts w:ascii="Arial" w:hAnsi="Arial"/>
          <w:b/>
          <w:sz w:val="22"/>
        </w:rPr>
        <w:t xml:space="preserve">Lucy  </w:t>
      </w:r>
      <w:r>
        <w:rPr>
          <w:rFonts w:ascii="Arial" w:hAnsi="Arial"/>
          <w:color w:val="5D7284"/>
          <w:sz w:val="22"/>
        </w:rPr>
        <w:t>26:51</w:t>
      </w:r>
    </w:p>
    <w:p>
      <w:pPr>
        <w:spacing w:after="0"/>
      </w:pPr>
      <w:r>
        <w:rPr>
          <w:rFonts w:ascii="Arial" w:hAnsi="Arial"/>
          <w:sz w:val="22"/>
        </w:rPr>
        <w:t>Yeah, I mean, because that's the thing. When you think about disability, many people think that our disability is a very common occurrence. You know, it's in our neighborhoods. It's in our, you know, workplaces. It's not, it's not unusual to find that somebody's got a disability, whether you can see or not, and so, yeah, especially this day and age, it does make you wonder, how have you got to this point in life and not met somebody who's got a disability and you feel, you feel the need to ask me that very personal question</w:t>
      </w:r>
    </w:p>
    <w:p>
      <w:pPr>
        <w:spacing w:after="0"/>
      </w:pPr>
    </w:p>
    <w:p>
      <w:pPr>
        <w:spacing w:after="0"/>
      </w:pPr>
      <w:r>
        <w:rPr>
          <w:rFonts w:ascii="Arial" w:hAnsi="Arial"/>
          <w:b/>
          <w:sz w:val="22"/>
        </w:rPr>
        <w:t xml:space="preserve">Alice  </w:t>
      </w:r>
      <w:r>
        <w:rPr>
          <w:rFonts w:ascii="Arial" w:hAnsi="Arial"/>
          <w:color w:val="5D7284"/>
          <w:sz w:val="22"/>
        </w:rPr>
        <w:t>27:26</w:t>
      </w:r>
    </w:p>
    <w:p>
      <w:pPr>
        <w:spacing w:after="0"/>
      </w:pPr>
      <w:r>
        <w:rPr>
          <w:rFonts w:ascii="Arial" w:hAnsi="Arial"/>
          <w:sz w:val="22"/>
        </w:rPr>
        <w:t>And I think that that is where the going back to my kind of original point, that that is where the problem comes from, is that people are so focused on going, Oh my God. Like, look at this disabled person, and not, and not social modeling it and going well. The reason this person is, why? Why is this person excluded? What is this person's experience and understanding that?</w:t>
      </w:r>
    </w:p>
    <w:p>
      <w:pPr>
        <w:spacing w:after="0"/>
      </w:pPr>
    </w:p>
    <w:p>
      <w:pPr>
        <w:spacing w:after="0"/>
      </w:pPr>
      <w:r>
        <w:rPr>
          <w:rFonts w:ascii="Arial" w:hAnsi="Arial"/>
          <w:b/>
          <w:sz w:val="22"/>
        </w:rPr>
        <w:t xml:space="preserve">Lucy  </w:t>
      </w:r>
      <w:r>
        <w:rPr>
          <w:rFonts w:ascii="Arial" w:hAnsi="Arial"/>
          <w:color w:val="5D7284"/>
          <w:sz w:val="22"/>
        </w:rPr>
        <w:t>27:55</w:t>
      </w:r>
    </w:p>
    <w:p>
      <w:pPr>
        <w:spacing w:after="0"/>
      </w:pPr>
      <w:r>
        <w:rPr>
          <w:rFonts w:ascii="Arial" w:hAnsi="Arial"/>
          <w:sz w:val="22"/>
        </w:rPr>
        <w:t>It reminds me, do you remember? Can't remember the presenter's name, but Carrie,</w:t>
      </w:r>
    </w:p>
    <w:p>
      <w:pPr>
        <w:spacing w:after="0"/>
      </w:pPr>
    </w:p>
    <w:p>
      <w:pPr>
        <w:spacing w:after="0"/>
      </w:pPr>
      <w:r>
        <w:rPr>
          <w:rFonts w:ascii="Arial" w:hAnsi="Arial"/>
          <w:b/>
          <w:sz w:val="22"/>
        </w:rPr>
        <w:t xml:space="preserve">Alice  </w:t>
      </w:r>
      <w:r>
        <w:rPr>
          <w:rFonts w:ascii="Arial" w:hAnsi="Arial"/>
          <w:color w:val="5D7284"/>
          <w:sz w:val="22"/>
        </w:rPr>
        <w:t>28:03</w:t>
      </w:r>
    </w:p>
    <w:p>
      <w:pPr>
        <w:spacing w:after="0"/>
      </w:pPr>
      <w:r>
        <w:rPr>
          <w:rFonts w:ascii="Arial" w:hAnsi="Arial"/>
          <w:sz w:val="22"/>
        </w:rPr>
        <w:t>yeah, for the one who was on Cbbies</w:t>
      </w:r>
    </w:p>
    <w:p>
      <w:pPr>
        <w:spacing w:after="0"/>
      </w:pPr>
    </w:p>
    <w:p>
      <w:pPr>
        <w:spacing w:after="0"/>
      </w:pPr>
      <w:r>
        <w:rPr>
          <w:rFonts w:ascii="Arial" w:hAnsi="Arial"/>
          <w:b/>
          <w:sz w:val="22"/>
        </w:rPr>
        <w:t xml:space="preserve">Lucy  </w:t>
      </w:r>
      <w:r>
        <w:rPr>
          <w:rFonts w:ascii="Arial" w:hAnsi="Arial"/>
          <w:color w:val="5D7284"/>
          <w:sz w:val="22"/>
        </w:rPr>
        <w:t>28:06</w:t>
      </w:r>
    </w:p>
    <w:p>
      <w:pPr>
        <w:spacing w:after="0"/>
      </w:pPr>
      <w:r>
        <w:rPr>
          <w:rFonts w:ascii="Arial" w:hAnsi="Arial"/>
          <w:sz w:val="22"/>
        </w:rPr>
        <w:t xml:space="preserve">yeah, she started, she's got limb difference. </w:t>
      </w:r>
    </w:p>
    <w:p>
      <w:pPr>
        <w:spacing w:after="0"/>
      </w:pPr>
    </w:p>
    <w:p>
      <w:pPr>
        <w:spacing w:after="0"/>
      </w:pPr>
      <w:r>
        <w:rPr>
          <w:rFonts w:ascii="Arial" w:hAnsi="Arial"/>
          <w:b/>
          <w:sz w:val="22"/>
        </w:rPr>
        <w:t xml:space="preserve">Alice  </w:t>
      </w:r>
      <w:r>
        <w:rPr>
          <w:rFonts w:ascii="Arial" w:hAnsi="Arial"/>
          <w:color w:val="5D7284"/>
          <w:sz w:val="22"/>
        </w:rPr>
        <w:t>28:09</w:t>
      </w:r>
    </w:p>
    <w:p>
      <w:pPr>
        <w:spacing w:after="0"/>
      </w:pPr>
      <w:r>
        <w:rPr>
          <w:rFonts w:ascii="Arial" w:hAnsi="Arial"/>
          <w:sz w:val="22"/>
        </w:rPr>
        <w:t xml:space="preserve">Limb difference, yeah. </w:t>
      </w:r>
    </w:p>
    <w:p>
      <w:pPr>
        <w:spacing w:after="0"/>
      </w:pPr>
    </w:p>
    <w:p>
      <w:pPr>
        <w:spacing w:after="0"/>
      </w:pPr>
      <w:r>
        <w:rPr>
          <w:rFonts w:ascii="Arial" w:hAnsi="Arial"/>
          <w:b/>
          <w:sz w:val="22"/>
        </w:rPr>
        <w:t xml:space="preserve">Lucy  </w:t>
      </w:r>
      <w:r>
        <w:rPr>
          <w:rFonts w:ascii="Arial" w:hAnsi="Arial"/>
          <w:color w:val="5D7284"/>
          <w:sz w:val="22"/>
        </w:rPr>
        <w:t>28:12</w:t>
      </w:r>
    </w:p>
    <w:p>
      <w:pPr>
        <w:spacing w:after="0"/>
      </w:pPr>
      <w:r>
        <w:rPr>
          <w:rFonts w:ascii="Arial" w:hAnsi="Arial"/>
          <w:sz w:val="22"/>
        </w:rPr>
        <w:t>And there was an uproar because this lady on the telly got limb difference. And apparently it was quote, unquote, scaring my child, and, you know, people turning off because it was disgusting, and I'm thinking, no, no, no, no, that small child knows no difference. At that age, they know. They don't know</w:t>
      </w:r>
    </w:p>
    <w:p>
      <w:pPr>
        <w:spacing w:after="0"/>
      </w:pPr>
    </w:p>
    <w:p>
      <w:pPr>
        <w:spacing w:after="0"/>
      </w:pPr>
      <w:r>
        <w:rPr>
          <w:rFonts w:ascii="Arial" w:hAnsi="Arial"/>
          <w:b/>
          <w:sz w:val="22"/>
        </w:rPr>
        <w:t xml:space="preserve">Alice  </w:t>
      </w:r>
      <w:r>
        <w:rPr>
          <w:rFonts w:ascii="Arial" w:hAnsi="Arial"/>
          <w:color w:val="5D7284"/>
          <w:sz w:val="22"/>
        </w:rPr>
        <w:t>28:34</w:t>
      </w:r>
    </w:p>
    <w:p>
      <w:pPr>
        <w:spacing w:after="0"/>
      </w:pPr>
      <w:r>
        <w:rPr>
          <w:rFonts w:ascii="Arial" w:hAnsi="Arial"/>
          <w:sz w:val="22"/>
        </w:rPr>
        <w:t xml:space="preserve">Cbbies is like under is preschool, it's under five. </w:t>
      </w:r>
    </w:p>
    <w:p>
      <w:pPr>
        <w:spacing w:after="0"/>
      </w:pPr>
    </w:p>
    <w:p>
      <w:pPr>
        <w:spacing w:after="0"/>
      </w:pPr>
      <w:r>
        <w:rPr>
          <w:rFonts w:ascii="Arial" w:hAnsi="Arial"/>
          <w:b/>
          <w:sz w:val="22"/>
        </w:rPr>
        <w:t xml:space="preserve">Lucy  </w:t>
      </w:r>
      <w:r>
        <w:rPr>
          <w:rFonts w:ascii="Arial" w:hAnsi="Arial"/>
          <w:color w:val="5D7284"/>
          <w:sz w:val="22"/>
        </w:rPr>
        <w:t>28:37</w:t>
      </w:r>
    </w:p>
    <w:p>
      <w:pPr>
        <w:spacing w:after="0"/>
      </w:pPr>
      <w:r>
        <w:rPr>
          <w:rFonts w:ascii="Arial" w:hAnsi="Arial"/>
          <w:sz w:val="22"/>
        </w:rPr>
        <w:t>Under fives, they know at that age, they know no different. They don't they don't understand prejudice. So those complaints about Carrie were coming from the parents, going, that's disgusting. Get it off my tell it's disgusting. And it turned my stomach because I thought, what a society are we living in, where you go? Eugh it's horrible. Get it away f rom me</w:t>
      </w:r>
    </w:p>
    <w:p>
      <w:pPr>
        <w:spacing w:after="0"/>
      </w:pPr>
    </w:p>
    <w:p>
      <w:pPr>
        <w:spacing w:after="0"/>
      </w:pPr>
      <w:r>
        <w:rPr>
          <w:rFonts w:ascii="Arial" w:hAnsi="Arial"/>
          <w:b/>
          <w:sz w:val="22"/>
        </w:rPr>
        <w:t xml:space="preserve">Alice  </w:t>
      </w:r>
      <w:r>
        <w:rPr>
          <w:rFonts w:ascii="Arial" w:hAnsi="Arial"/>
          <w:color w:val="5D7284"/>
          <w:sz w:val="22"/>
        </w:rPr>
        <w:t>29:02</w:t>
      </w:r>
    </w:p>
    <w:p>
      <w:pPr>
        <w:spacing w:after="0"/>
      </w:pPr>
      <w:r>
        <w:rPr>
          <w:rFonts w:ascii="Arial" w:hAnsi="Arial"/>
          <w:sz w:val="22"/>
        </w:rPr>
        <w:t>My husband really, really doesn't like spiders. He really doesn't like spiders. It's a it's a real thing for him, and he is working really hard to not be freaked out by spiders in front of my child, and because he doesn't want my kid to have a thing about spiders. And that is, that is what that is, that is adults going, Oh, that's disgusting. Of course. That's why you're if you, if you walk in a room and go, Oh, my God, that woman hasn't got an arm, your kids gonna be upset</w:t>
      </w:r>
    </w:p>
    <w:p>
      <w:pPr>
        <w:spacing w:after="0"/>
      </w:pPr>
    </w:p>
    <w:p>
      <w:pPr>
        <w:spacing w:after="0"/>
      </w:pPr>
      <w:r>
        <w:rPr>
          <w:rFonts w:ascii="Arial" w:hAnsi="Arial"/>
          <w:b/>
          <w:sz w:val="22"/>
        </w:rPr>
        <w:t xml:space="preserve">Lucy  </w:t>
      </w:r>
      <w:r>
        <w:rPr>
          <w:rFonts w:ascii="Arial" w:hAnsi="Arial"/>
          <w:color w:val="5D7284"/>
          <w:sz w:val="22"/>
        </w:rPr>
        <w:t>29:35</w:t>
      </w:r>
    </w:p>
    <w:p>
      <w:pPr>
        <w:spacing w:after="0"/>
      </w:pPr>
      <w:r>
        <w:rPr>
          <w:rFonts w:ascii="Arial" w:hAnsi="Arial"/>
          <w:sz w:val="22"/>
        </w:rPr>
        <w:t>your pointing out and go, Oh, okay, they're different from me. You know it's, yeah, did it did turn my stomach. I thought, what society are we actually living in? Because, you know, I like to think that I am surrounded by people that they it doesn't even cross their mind that I'm in a wheelchair or have a difference. And then when you hear about stories of the wider society going, Oh, that's horrible. Now you're like, it just it fills me with upset, and because I think to myself, I am working so hard to quietly prove myself to not only me, but the rest of the world around me. That doesn't matter if I'm different or have struggles or difficulties, I can still be as successful as anybody else, whether they've got a disability or not. And when you hear people going, Oh no, get it away from me, you think, Oh, how far, how much harder have I got to work? Because sometimes it's like wading through treacle.</w:t>
      </w:r>
    </w:p>
    <w:p>
      <w:pPr>
        <w:spacing w:after="0"/>
      </w:pPr>
    </w:p>
    <w:p>
      <w:pPr>
        <w:spacing w:after="0"/>
      </w:pPr>
      <w:r>
        <w:rPr>
          <w:rFonts w:ascii="Arial" w:hAnsi="Arial"/>
          <w:b/>
          <w:sz w:val="22"/>
        </w:rPr>
        <w:t xml:space="preserve">Alice  </w:t>
      </w:r>
      <w:r>
        <w:rPr>
          <w:rFonts w:ascii="Arial" w:hAnsi="Arial"/>
          <w:color w:val="5D7284"/>
          <w:sz w:val="22"/>
        </w:rPr>
        <w:t>30:38</w:t>
      </w:r>
    </w:p>
    <w:p>
      <w:pPr>
        <w:spacing w:after="0"/>
      </w:pPr>
      <w:r>
        <w:rPr>
          <w:rFonts w:ascii="Arial" w:hAnsi="Arial"/>
          <w:sz w:val="22"/>
        </w:rPr>
        <w:t>And I think, you know, if we can't, if, if a woman can't even be a TV presenter, then, you know, you sort of think what you then hear stories like, you know the neglect that cause your son's death Sara, you think, nope. Like, it's sort of, I don't want to say it's not a surprise, but you sort of think, well, how, how could we expect any different if this is the the standard, if this is the yardstick that we're holding society to?</w:t>
      </w:r>
    </w:p>
    <w:p>
      <w:pPr>
        <w:spacing w:after="0"/>
      </w:pPr>
    </w:p>
    <w:p>
      <w:pPr>
        <w:spacing w:after="0"/>
      </w:pPr>
      <w:r>
        <w:rPr>
          <w:rFonts w:ascii="Arial" w:hAnsi="Arial"/>
          <w:b/>
          <w:sz w:val="22"/>
        </w:rPr>
        <w:t xml:space="preserve">Sara Ryan  </w:t>
      </w:r>
      <w:r>
        <w:rPr>
          <w:rFonts w:ascii="Arial" w:hAnsi="Arial"/>
          <w:color w:val="5D7284"/>
          <w:sz w:val="22"/>
        </w:rPr>
        <w:t>31:14</w:t>
      </w:r>
    </w:p>
    <w:p>
      <w:pPr>
        <w:spacing w:after="0"/>
      </w:pPr>
      <w:r>
        <w:rPr>
          <w:rFonts w:ascii="Arial" w:hAnsi="Arial"/>
          <w:sz w:val="22"/>
        </w:rPr>
        <w:t>Yeah, no, I agree. And I think because, as the presenter on Cbbies now, isn't it with Down syndrome, different thing, because that young person is, like, cuddly and cute and smiley, bodily intact sort of thing. So then there's sort of other, quite an uncomfortable, I find that quite uncomfortable that everybody's there, like, making a big deal about, oh, that's so cute. And you sort of, actually, it's a TV presenter. They're doing a job, in a good job, or an adequate job or a mediocre job, whatever it is, they shouldn't be like, adulated, so that is problematic. But yeah, I think the, I think coming back to the point about Connor, I mean, I I suppose, yeah. I mean, it kind of died 12 years ago, totally preventable death. I mean, he was, he died in a hospital bath when he had diagnosed epilepsy aged 18. I mean, how that, even when I say that, I'm sort of like, how, how am I even saying these words? How can I say them? And I sort of like, I still don't understand how I could say that, how it's possible, you say in a so called civilized society, but actually, George Julian, who live tweeted Connor's inquest as the first inquest she tweeted, is at an inquest today of another person with learning disabilities. She has been to sort of 30 odd inquests over the last 12 years, and every single Inquest she either writes about or she live tweets, I just feel like, Oh, we've plumbed a new low here and there's always a new low, and it's just extraordinary,</w:t>
      </w:r>
    </w:p>
    <w:p>
      <w:pPr>
        <w:spacing w:after="0"/>
      </w:pPr>
    </w:p>
    <w:p>
      <w:pPr>
        <w:spacing w:after="0"/>
      </w:pPr>
      <w:r>
        <w:rPr>
          <w:rFonts w:ascii="Arial" w:hAnsi="Arial"/>
          <w:b/>
          <w:sz w:val="22"/>
        </w:rPr>
        <w:t xml:space="preserve">Lucy  </w:t>
      </w:r>
      <w:r>
        <w:rPr>
          <w:rFonts w:ascii="Arial" w:hAnsi="Arial"/>
          <w:color w:val="5D7284"/>
          <w:sz w:val="22"/>
        </w:rPr>
        <w:t>32:58</w:t>
      </w:r>
    </w:p>
    <w:p>
      <w:pPr>
        <w:spacing w:after="0"/>
      </w:pPr>
      <w:r>
        <w:rPr>
          <w:rFonts w:ascii="Arial" w:hAnsi="Arial"/>
          <w:sz w:val="22"/>
        </w:rPr>
        <w:t xml:space="preserve">I suppose for you, you must think each time, you must have a little bit of hope, whether that's been worn away over the years, but you must have a little bit of hope that surely now the only way, you know, we've hit rock bottom, the only way is up, kind of thing, and then you're like, Oh no, here I go again. </w:t>
      </w:r>
    </w:p>
    <w:p>
      <w:pPr>
        <w:spacing w:after="0"/>
      </w:pPr>
    </w:p>
    <w:p>
      <w:pPr>
        <w:spacing w:after="0"/>
      </w:pPr>
      <w:r>
        <w:rPr>
          <w:rFonts w:ascii="Arial" w:hAnsi="Arial"/>
          <w:b/>
          <w:sz w:val="22"/>
        </w:rPr>
        <w:t xml:space="preserve">Sara Ryan  </w:t>
      </w:r>
      <w:r>
        <w:rPr>
          <w:rFonts w:ascii="Arial" w:hAnsi="Arial"/>
          <w:color w:val="5D7284"/>
          <w:sz w:val="22"/>
        </w:rPr>
        <w:t>33:16</w:t>
      </w:r>
    </w:p>
    <w:p>
      <w:pPr>
        <w:spacing w:after="0"/>
      </w:pPr>
      <w:r>
        <w:rPr>
          <w:rFonts w:ascii="Arial" w:hAnsi="Arial"/>
          <w:sz w:val="22"/>
        </w:rPr>
        <w:t>Yeah, that's a really good point. Because, yeah, I don't know. I sort of feel like through George's coverage of the inquest, there are clearly some coroners who now are much more enlightened, and she's gone back to inquest with the same coroner, and you get, like, the it's all textbook. The same has happened to us. You get some expert witness who basically, sort of says, oh, this person was going to die anyway, and there's nothing to see here. But now some coroners who used to sort of say, Okay, well, the expert spoken, that's it. Now some coroners are sort of saying, well, that's not right, is it? You know that person,</w:t>
      </w:r>
    </w:p>
    <w:p>
      <w:pPr>
        <w:spacing w:after="0"/>
      </w:pPr>
    </w:p>
    <w:p>
      <w:pPr>
        <w:spacing w:after="0"/>
      </w:pPr>
      <w:r>
        <w:rPr>
          <w:rFonts w:ascii="Arial" w:hAnsi="Arial"/>
          <w:b/>
          <w:sz w:val="22"/>
        </w:rPr>
        <w:t xml:space="preserve">Lucy  </w:t>
      </w:r>
      <w:r>
        <w:rPr>
          <w:rFonts w:ascii="Arial" w:hAnsi="Arial"/>
          <w:color w:val="5D7284"/>
          <w:sz w:val="22"/>
        </w:rPr>
        <w:t>33:52</w:t>
      </w:r>
    </w:p>
    <w:p>
      <w:pPr>
        <w:spacing w:after="0"/>
      </w:pPr>
      <w:r>
        <w:rPr>
          <w:rFonts w:ascii="Arial" w:hAnsi="Arial"/>
          <w:sz w:val="22"/>
        </w:rPr>
        <w:t xml:space="preserve">I mean, saying things like, well, he would, they would have died anyway. I think that is so disrespectful to the person that was supposedly meant to be in their care, because whether they were meant or were going to die anyway, that does not that does not give them the excuse to go, Well, </w:t>
      </w:r>
    </w:p>
    <w:p>
      <w:pPr>
        <w:spacing w:after="0"/>
      </w:pPr>
    </w:p>
    <w:p>
      <w:pPr>
        <w:spacing w:after="0"/>
      </w:pPr>
      <w:r>
        <w:rPr>
          <w:rFonts w:ascii="Arial" w:hAnsi="Arial"/>
          <w:b/>
          <w:sz w:val="22"/>
        </w:rPr>
        <w:t xml:space="preserve">Alice  </w:t>
      </w:r>
      <w:r>
        <w:rPr>
          <w:rFonts w:ascii="Arial" w:hAnsi="Arial"/>
          <w:color w:val="5D7284"/>
          <w:sz w:val="22"/>
        </w:rPr>
        <w:t>34:14</w:t>
      </w:r>
    </w:p>
    <w:p>
      <w:pPr>
        <w:spacing w:after="0"/>
      </w:pPr>
      <w:r>
        <w:rPr>
          <w:rFonts w:ascii="Arial" w:hAnsi="Arial"/>
          <w:sz w:val="22"/>
        </w:rPr>
        <w:t xml:space="preserve">we'll stop providing care. </w:t>
      </w:r>
    </w:p>
    <w:p>
      <w:pPr>
        <w:spacing w:after="0"/>
      </w:pPr>
    </w:p>
    <w:p>
      <w:pPr>
        <w:spacing w:after="0"/>
      </w:pPr>
      <w:r>
        <w:rPr>
          <w:rFonts w:ascii="Arial" w:hAnsi="Arial"/>
          <w:b/>
          <w:sz w:val="22"/>
        </w:rPr>
        <w:t xml:space="preserve">Lucy  </w:t>
      </w:r>
      <w:r>
        <w:rPr>
          <w:rFonts w:ascii="Arial" w:hAnsi="Arial"/>
          <w:color w:val="5D7284"/>
          <w:sz w:val="22"/>
        </w:rPr>
        <w:t>34:16</w:t>
      </w:r>
    </w:p>
    <w:p>
      <w:pPr>
        <w:spacing w:after="0"/>
      </w:pPr>
      <w:r>
        <w:rPr>
          <w:rFonts w:ascii="Arial" w:hAnsi="Arial"/>
          <w:sz w:val="22"/>
        </w:rPr>
        <w:t>It sort of solved that problem. I think this is disgraceful thing to say, because everybody should be able to to pass away with dignity and with care around them, not in some horrific circumstance where they're frightened, you know, because it's a, you know, preventable accident.</w:t>
      </w:r>
    </w:p>
    <w:p>
      <w:pPr>
        <w:spacing w:after="0"/>
      </w:pPr>
    </w:p>
    <w:p>
      <w:pPr>
        <w:spacing w:after="0"/>
      </w:pPr>
      <w:r>
        <w:rPr>
          <w:rFonts w:ascii="Arial" w:hAnsi="Arial"/>
          <w:b/>
          <w:sz w:val="22"/>
        </w:rPr>
        <w:t xml:space="preserve">Alice  </w:t>
      </w:r>
      <w:r>
        <w:rPr>
          <w:rFonts w:ascii="Arial" w:hAnsi="Arial"/>
          <w:color w:val="5D7284"/>
          <w:sz w:val="22"/>
        </w:rPr>
        <w:t>34:37</w:t>
      </w:r>
    </w:p>
    <w:p>
      <w:pPr>
        <w:spacing w:after="0"/>
      </w:pPr>
      <w:r>
        <w:rPr>
          <w:rFonts w:ascii="Arial" w:hAnsi="Arial"/>
          <w:sz w:val="22"/>
        </w:rPr>
        <w:t>It's, I was to say, it's not even you know about about dignity, and I'm fairly certain we talked about this when Tom and Jack were on the show, but because that was that was coming towards the end of covid, and this makes me think a lot about the Do Not Resuscitate orders that were put on so many people with learning disabilities during covid, because it. Was a well, what value does this person have? Yeah, anyway, that's absolutely not anything to do with a decision about whether this person should be resuscitated or not. The question is about whether they'll survive the resuscitation. It's not about their quality of life how dare you pass that judgment.</w:t>
      </w:r>
    </w:p>
    <w:p>
      <w:pPr>
        <w:spacing w:after="0"/>
      </w:pPr>
    </w:p>
    <w:p>
      <w:pPr>
        <w:spacing w:after="0"/>
      </w:pPr>
      <w:r>
        <w:rPr>
          <w:rFonts w:ascii="Arial" w:hAnsi="Arial"/>
          <w:b/>
          <w:sz w:val="22"/>
        </w:rPr>
        <w:t xml:space="preserve">Lucy  </w:t>
      </w:r>
      <w:r>
        <w:rPr>
          <w:rFonts w:ascii="Arial" w:hAnsi="Arial"/>
          <w:color w:val="5D7284"/>
          <w:sz w:val="22"/>
        </w:rPr>
        <w:t>35:20</w:t>
      </w:r>
    </w:p>
    <w:p>
      <w:pPr>
        <w:spacing w:after="0"/>
      </w:pPr>
      <w:r>
        <w:rPr>
          <w:rFonts w:ascii="Arial" w:hAnsi="Arial"/>
          <w:sz w:val="22"/>
        </w:rPr>
        <w:t>It makes me so cross. And, you know, going back to the point you made so about the disability community sort of being quite insular with themselves when it comes to, sort of like advocacy and raising awareness for things, and it's very like, well, this is my issue. I don't really care about anybody else. I like to think that. I mean, I went to a special school with all sorts of different learning difficulties, physical disabilities, that kind of thing. And I like to think that I am a champion for all of all those sorts of things. But it does make me, it does make me again. Does make, as a disabled person, make me feel uncomfortable when you see see people like campaigning for their own thing, and then we say, well, what about, you know, what about people with learning difficulties and they go I don't really know much about it. Well, I think to myself, well, educate yourself. educate yourself. So during covid, like it was a really scary time for people like Alice and me. I mean, we set up a podcast just to take our minds off it. But it was, you know, I was thinking about people with learning difficulties and not having the ability to vocalize or advocate for themselves during that you know, when, when they go into hospital and they can't have support staff or care stuff with them, to say, actually, no, this is what needs to happen. And then it got the the issue got bigger and bigger and bigger. And it was like, it was almost like people with very severe disabilities that weren't necessarily learning difficulties, they were saying, Oh, well, we could, you know, if they, if they die from covid, they die from covid Almost. Then nobody actually came out and said it like that. But that was the feeling that I was like, I can see your ableism showing a little bit there. And it got, it got to the stage where I was getting so paranoid. I was like, I can't leave the house because if I get covered enough to go to hospital without my mom there, if I've got like, tubes up my nose, I can't speak, and they just look at me and go, we're turning the machine off. What does that mean? I'm going to die? I was I didn't leave the house for about four months, and when I did, I was like, in the car, wouldn't get out of the car. And you just think it's all of these things, whether that affect disabled people, they affect all disabled people, not just me. And I don't understand why other disabled advocates don't understand it. Because, to me, it's just they go hand in hand. It's just simple, if it affects me, it everybody,</w:t>
      </w:r>
    </w:p>
    <w:p>
      <w:pPr>
        <w:spacing w:after="0"/>
      </w:pPr>
    </w:p>
    <w:p>
      <w:pPr>
        <w:spacing w:after="0"/>
      </w:pPr>
      <w:r>
        <w:rPr>
          <w:rFonts w:ascii="Arial" w:hAnsi="Arial"/>
          <w:b/>
          <w:sz w:val="22"/>
        </w:rPr>
        <w:t xml:space="preserve">Sara Ryan  </w:t>
      </w:r>
      <w:r>
        <w:rPr>
          <w:rFonts w:ascii="Arial" w:hAnsi="Arial"/>
          <w:color w:val="5D7284"/>
          <w:sz w:val="22"/>
        </w:rPr>
        <w:t>38:10</w:t>
      </w:r>
    </w:p>
    <w:p>
      <w:pPr>
        <w:spacing w:after="0"/>
      </w:pPr>
      <w:r>
        <w:rPr>
          <w:rFonts w:ascii="Arial" w:hAnsi="Arial"/>
          <w:sz w:val="22"/>
        </w:rPr>
        <w:t>yeah, why do you feel that and other people don't? Yeah, that same question, isn't it?</w:t>
      </w:r>
    </w:p>
    <w:p>
      <w:pPr>
        <w:spacing w:after="0"/>
      </w:pPr>
    </w:p>
    <w:p>
      <w:pPr>
        <w:spacing w:after="0"/>
      </w:pPr>
      <w:r>
        <w:rPr>
          <w:rFonts w:ascii="Arial" w:hAnsi="Arial"/>
          <w:b/>
          <w:sz w:val="22"/>
        </w:rPr>
        <w:t xml:space="preserve">Lucy  </w:t>
      </w:r>
      <w:r>
        <w:rPr>
          <w:rFonts w:ascii="Arial" w:hAnsi="Arial"/>
          <w:color w:val="5D7284"/>
          <w:sz w:val="22"/>
        </w:rPr>
        <w:t>38:15</w:t>
      </w:r>
    </w:p>
    <w:p>
      <w:pPr>
        <w:spacing w:after="0"/>
      </w:pPr>
      <w:r>
        <w:rPr>
          <w:rFonts w:ascii="Arial" w:hAnsi="Arial"/>
          <w:sz w:val="22"/>
        </w:rPr>
        <w:t xml:space="preserve"> Yeah, I don't understand it. I don'tunderstand it. </w:t>
      </w:r>
    </w:p>
    <w:p>
      <w:pPr>
        <w:spacing w:after="0"/>
      </w:pPr>
    </w:p>
    <w:p>
      <w:pPr>
        <w:spacing w:after="0"/>
      </w:pPr>
      <w:r>
        <w:rPr>
          <w:rFonts w:ascii="Arial" w:hAnsi="Arial"/>
          <w:b/>
          <w:sz w:val="22"/>
        </w:rPr>
        <w:t xml:space="preserve">Sara Ryan  </w:t>
      </w:r>
      <w:r>
        <w:rPr>
          <w:rFonts w:ascii="Arial" w:hAnsi="Arial"/>
          <w:color w:val="5D7284"/>
          <w:sz w:val="22"/>
        </w:rPr>
        <w:t>38:18</w:t>
      </w:r>
    </w:p>
    <w:p>
      <w:pPr>
        <w:spacing w:after="0"/>
      </w:pPr>
      <w:r>
        <w:rPr>
          <w:rFonts w:ascii="Arial" w:hAnsi="Arial"/>
          <w:sz w:val="22"/>
        </w:rPr>
        <w:t xml:space="preserve">There's another sort of thing related to the DNRs is that still, people with learning disabilities who die early will often have learning disabilities death on their death certificate, who literally thinks this, but this professional thinks and has the authority to say, Oh, they died a learning disability. So like, What the fuck is that, how can you die of a learning disability? </w:t>
      </w:r>
    </w:p>
    <w:p>
      <w:pPr>
        <w:spacing w:after="0"/>
      </w:pPr>
    </w:p>
    <w:p>
      <w:pPr>
        <w:spacing w:after="0"/>
      </w:pPr>
      <w:r>
        <w:rPr>
          <w:rFonts w:ascii="Arial" w:hAnsi="Arial"/>
          <w:b/>
          <w:sz w:val="22"/>
        </w:rPr>
        <w:t xml:space="preserve">Lucy  </w:t>
      </w:r>
      <w:r>
        <w:rPr>
          <w:rFonts w:ascii="Arial" w:hAnsi="Arial"/>
          <w:color w:val="5D7284"/>
          <w:sz w:val="22"/>
        </w:rPr>
        <w:t>38:43</w:t>
      </w:r>
    </w:p>
    <w:p>
      <w:pPr>
        <w:spacing w:after="0"/>
      </w:pPr>
      <w:r>
        <w:rPr>
          <w:rFonts w:ascii="Arial" w:hAnsi="Arial"/>
          <w:sz w:val="22"/>
        </w:rPr>
        <w:t xml:space="preserve">That's not an illness. </w:t>
      </w:r>
    </w:p>
    <w:p>
      <w:pPr>
        <w:spacing w:after="0"/>
      </w:pPr>
    </w:p>
    <w:p>
      <w:pPr>
        <w:spacing w:after="0"/>
      </w:pPr>
      <w:r>
        <w:rPr>
          <w:rFonts w:ascii="Arial" w:hAnsi="Arial"/>
          <w:b/>
          <w:sz w:val="22"/>
        </w:rPr>
        <w:t xml:space="preserve">Alice  </w:t>
      </w:r>
      <w:r>
        <w:rPr>
          <w:rFonts w:ascii="Arial" w:hAnsi="Arial"/>
          <w:color w:val="5D7284"/>
          <w:sz w:val="22"/>
        </w:rPr>
        <w:t>38:44</w:t>
      </w:r>
    </w:p>
    <w:p>
      <w:pPr>
        <w:spacing w:after="0"/>
      </w:pPr>
      <w:r>
        <w:rPr>
          <w:rFonts w:ascii="Arial" w:hAnsi="Arial"/>
          <w:sz w:val="22"/>
        </w:rPr>
        <w:t xml:space="preserve">How has this person? Oh, well, this person successfully lived for 25 years with their learning disability, and then, like a cancer, it came back. For fucks sake </w:t>
      </w:r>
    </w:p>
    <w:p>
      <w:pPr>
        <w:spacing w:after="0"/>
      </w:pPr>
    </w:p>
    <w:p>
      <w:pPr>
        <w:spacing w:after="0"/>
      </w:pPr>
      <w:r>
        <w:rPr>
          <w:rFonts w:ascii="Arial" w:hAnsi="Arial"/>
          <w:b/>
          <w:sz w:val="22"/>
        </w:rPr>
        <w:t xml:space="preserve">Sara Ryan  </w:t>
      </w:r>
      <w:r>
        <w:rPr>
          <w:rFonts w:ascii="Arial" w:hAnsi="Arial"/>
          <w:color w:val="5D7284"/>
          <w:sz w:val="22"/>
        </w:rPr>
        <w:t>38:57</w:t>
      </w:r>
    </w:p>
    <w:p>
      <w:pPr>
        <w:spacing w:after="0"/>
      </w:pPr>
      <w:r>
        <w:rPr>
          <w:rFonts w:ascii="Arial" w:hAnsi="Arial"/>
          <w:sz w:val="22"/>
        </w:rPr>
        <w:t>but what's interesting is it keeps being researched into this. I mean, Sheila Hollins, in like 1999 or something, wrote an article about death certificates and sort of said, well, we've got to stop putting learning disability on it. 26 years ago or something, nobody says when it happens today. There is nobody. There must be the person who wrote it, the person who read it, the coroner who, who looks at this certificate and doesn't start saying, on a minute, come back.</w:t>
      </w:r>
    </w:p>
    <w:p>
      <w:pPr>
        <w:spacing w:after="0"/>
      </w:pPr>
    </w:p>
    <w:p>
      <w:pPr>
        <w:spacing w:after="0"/>
      </w:pPr>
      <w:r>
        <w:rPr>
          <w:rFonts w:ascii="Arial" w:hAnsi="Arial"/>
          <w:b/>
          <w:sz w:val="22"/>
        </w:rPr>
        <w:t xml:space="preserve">Alice  </w:t>
      </w:r>
      <w:r>
        <w:rPr>
          <w:rFonts w:ascii="Arial" w:hAnsi="Arial"/>
          <w:color w:val="5D7284"/>
          <w:sz w:val="22"/>
        </w:rPr>
        <w:t>39:24</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39:26</w:t>
      </w:r>
    </w:p>
    <w:p>
      <w:pPr>
        <w:spacing w:after="0"/>
      </w:pPr>
      <w:r>
        <w:rPr>
          <w:rFonts w:ascii="Arial" w:hAnsi="Arial"/>
          <w:sz w:val="22"/>
        </w:rPr>
        <w:t>yeah, you wouldn't. You would like, you wouldn't put a, you wouldn't put cerebral palsy on my death certificate, necessarily. Or blindness you know,</w:t>
      </w:r>
    </w:p>
    <w:p>
      <w:pPr>
        <w:spacing w:after="0"/>
      </w:pPr>
    </w:p>
    <w:p>
      <w:pPr>
        <w:spacing w:after="0"/>
      </w:pPr>
      <w:r>
        <w:rPr>
          <w:rFonts w:ascii="Arial" w:hAnsi="Arial"/>
          <w:b/>
          <w:sz w:val="22"/>
        </w:rPr>
        <w:t xml:space="preserve">Alice  </w:t>
      </w:r>
      <w:r>
        <w:rPr>
          <w:rFonts w:ascii="Arial" w:hAnsi="Arial"/>
          <w:color w:val="5D7284"/>
          <w:sz w:val="22"/>
        </w:rPr>
        <w:t>39:35</w:t>
      </w:r>
    </w:p>
    <w:p>
      <w:pPr>
        <w:spacing w:after="0"/>
      </w:pPr>
      <w:r>
        <w:rPr>
          <w:rFonts w:ascii="Arial" w:hAnsi="Arial"/>
          <w:sz w:val="22"/>
        </w:rPr>
        <w:t>I was going to say they might. I think you find they might, yeah, but they should. They should, but they should not. That is because also like, like to be particularly dark about this. How have you autopsied this person and gone? Oh, yeah, no. They died of a learning disability.</w:t>
      </w:r>
    </w:p>
    <w:p>
      <w:pPr>
        <w:spacing w:after="0"/>
      </w:pPr>
    </w:p>
    <w:p>
      <w:pPr>
        <w:spacing w:after="0"/>
      </w:pPr>
      <w:r>
        <w:rPr>
          <w:rFonts w:ascii="Arial" w:hAnsi="Arial"/>
          <w:b/>
          <w:sz w:val="22"/>
        </w:rPr>
        <w:t xml:space="preserve">Lucy  </w:t>
      </w:r>
      <w:r>
        <w:rPr>
          <w:rFonts w:ascii="Arial" w:hAnsi="Arial"/>
          <w:color w:val="5D7284"/>
          <w:sz w:val="22"/>
        </w:rPr>
        <w:t>39:55</w:t>
      </w:r>
    </w:p>
    <w:p>
      <w:pPr>
        <w:spacing w:after="0"/>
      </w:pPr>
      <w:r>
        <w:rPr>
          <w:rFonts w:ascii="Arial" w:hAnsi="Arial"/>
          <w:sz w:val="22"/>
        </w:rPr>
        <w:t>Well, they also had emphysema,</w:t>
      </w:r>
    </w:p>
    <w:p>
      <w:pPr>
        <w:spacing w:after="0"/>
      </w:pPr>
    </w:p>
    <w:p>
      <w:pPr>
        <w:spacing w:after="0"/>
      </w:pPr>
      <w:r>
        <w:rPr>
          <w:rFonts w:ascii="Arial" w:hAnsi="Arial"/>
          <w:b/>
          <w:sz w:val="22"/>
        </w:rPr>
        <w:t xml:space="preserve">Alice  </w:t>
      </w:r>
      <w:r>
        <w:rPr>
          <w:rFonts w:ascii="Arial" w:hAnsi="Arial"/>
          <w:color w:val="5D7284"/>
          <w:sz w:val="22"/>
        </w:rPr>
        <w:t>40:03</w:t>
      </w:r>
    </w:p>
    <w:p>
      <w:pPr>
        <w:spacing w:after="0"/>
      </w:pPr>
      <w:r>
        <w:rPr>
          <w:rFonts w:ascii="Arial" w:hAnsi="Arial"/>
          <w:sz w:val="22"/>
        </w:rPr>
        <w:t>never mind the cancer I found all over their body. Yeah, it was a cerebral palsy that got her in the end.</w:t>
      </w:r>
    </w:p>
    <w:p>
      <w:pPr>
        <w:spacing w:after="0"/>
      </w:pPr>
    </w:p>
    <w:p>
      <w:pPr>
        <w:spacing w:after="0"/>
      </w:pPr>
      <w:r>
        <w:rPr>
          <w:rFonts w:ascii="Arial" w:hAnsi="Arial"/>
          <w:b/>
          <w:sz w:val="22"/>
        </w:rPr>
        <w:t xml:space="preserve">Sara Ryan  </w:t>
      </w:r>
      <w:r>
        <w:rPr>
          <w:rFonts w:ascii="Arial" w:hAnsi="Arial"/>
          <w:color w:val="5D7284"/>
          <w:sz w:val="22"/>
        </w:rPr>
        <w:t>40:10</w:t>
      </w:r>
    </w:p>
    <w:p>
      <w:pPr>
        <w:spacing w:after="0"/>
      </w:pPr>
      <w:r>
        <w:rPr>
          <w:rFonts w:ascii="Arial" w:hAnsi="Arial"/>
          <w:sz w:val="22"/>
        </w:rPr>
        <w:t>But then that's that's interesting as well, isn't it? Because, of course, how many people have death certificates to say natural causes when it was anything but natural, and when, during Connor's inquest, we'd had two years at the hospital saying they disclosed everything, which, you know, was a lie after a lie. And then a week into Connor's inquest, we went in the morning, and the coroner just sort of said, shut down. Everybody out. Was like, What's What the hell is going on here? And it turns out that somebody died in the same bath as Connor about five or six years earlier. Nobody  had, sort of like revealed this, and then it turned out the same staff in the unit when Connor died were on duty that same day.</w:t>
      </w:r>
    </w:p>
    <w:p>
      <w:pPr>
        <w:spacing w:after="0"/>
      </w:pPr>
    </w:p>
    <w:p>
      <w:pPr>
        <w:spacing w:after="0"/>
      </w:pPr>
      <w:r>
        <w:rPr>
          <w:rFonts w:ascii="Arial" w:hAnsi="Arial"/>
          <w:b/>
          <w:sz w:val="22"/>
        </w:rPr>
        <w:t xml:space="preserve">Lucy  </w:t>
      </w:r>
      <w:r>
        <w:rPr>
          <w:rFonts w:ascii="Arial" w:hAnsi="Arial"/>
          <w:color w:val="5D7284"/>
          <w:sz w:val="22"/>
        </w:rPr>
        <w:t>40:51</w:t>
      </w:r>
    </w:p>
    <w:p>
      <w:pPr>
        <w:spacing w:after="0"/>
      </w:pPr>
      <w:r>
        <w:rPr>
          <w:rFonts w:ascii="Arial" w:hAnsi="Arial"/>
          <w:sz w:val="22"/>
        </w:rPr>
        <w:t xml:space="preserve"> Oh, Sara</w:t>
      </w:r>
    </w:p>
    <w:p>
      <w:pPr>
        <w:spacing w:after="0"/>
      </w:pPr>
    </w:p>
    <w:p>
      <w:pPr>
        <w:spacing w:after="0"/>
      </w:pPr>
      <w:r>
        <w:rPr>
          <w:rFonts w:ascii="Arial" w:hAnsi="Arial"/>
          <w:b/>
          <w:sz w:val="22"/>
        </w:rPr>
        <w:t xml:space="preserve">Sara Ryan  </w:t>
      </w:r>
      <w:r>
        <w:rPr>
          <w:rFonts w:ascii="Arial" w:hAnsi="Arial"/>
          <w:color w:val="5D7284"/>
          <w:sz w:val="22"/>
        </w:rPr>
        <w:t>40:52</w:t>
      </w:r>
    </w:p>
    <w:p>
      <w:pPr>
        <w:spacing w:after="0"/>
      </w:pPr>
      <w:r>
        <w:rPr>
          <w:rFonts w:ascii="Arial" w:hAnsi="Arial"/>
          <w:sz w:val="22"/>
        </w:rPr>
        <w:t xml:space="preserve"> And then you sort of think, well, this guy who had, he went into hospital in voluntary he had ECT treatment, or whatever it was, he sort of died in a bath, age of 56 and the in and the doctor who worked at the unit when Connor died, just looked at his body and said, natural causes. Rang the coroner, natural causes. That's it. No investigation, no nothing. And so you sort of, how often does this happen, that that ignorance? Is it ignorance? How can you be a How can, how can you diagnose cancer, like you say, how can you possibly diagnose illnesses and then turn around and say, well, that person who's literally just dropped dead, or, or whatever,</w:t>
      </w:r>
    </w:p>
    <w:p>
      <w:pPr>
        <w:spacing w:after="0"/>
      </w:pPr>
    </w:p>
    <w:p>
      <w:pPr>
        <w:spacing w:after="0"/>
      </w:pPr>
      <w:r>
        <w:rPr>
          <w:rFonts w:ascii="Arial" w:hAnsi="Arial"/>
          <w:b/>
          <w:sz w:val="22"/>
        </w:rPr>
        <w:t xml:space="preserve">Alice  </w:t>
      </w:r>
      <w:r>
        <w:rPr>
          <w:rFonts w:ascii="Arial" w:hAnsi="Arial"/>
          <w:color w:val="5D7284"/>
          <w:sz w:val="22"/>
        </w:rPr>
        <w:t>41:29</w:t>
      </w:r>
    </w:p>
    <w:p>
      <w:pPr>
        <w:spacing w:after="0"/>
      </w:pPr>
      <w:r>
        <w:rPr>
          <w:rFonts w:ascii="Arial" w:hAnsi="Arial"/>
          <w:sz w:val="22"/>
        </w:rPr>
        <w:t>and, and how, exactly, how? How can you just look at somebody and go, Well, I know, you know, I've got Superman eyes. I can see through this person. I know what, why they died. No, you can't.</w:t>
      </w:r>
    </w:p>
    <w:p>
      <w:pPr>
        <w:spacing w:after="0"/>
      </w:pPr>
    </w:p>
    <w:p>
      <w:pPr>
        <w:spacing w:after="0"/>
      </w:pPr>
      <w:r>
        <w:rPr>
          <w:rFonts w:ascii="Arial" w:hAnsi="Arial"/>
          <w:b/>
          <w:sz w:val="22"/>
        </w:rPr>
        <w:t xml:space="preserve">Sara Ryan  </w:t>
      </w:r>
      <w:r>
        <w:rPr>
          <w:rFonts w:ascii="Arial" w:hAnsi="Arial"/>
          <w:color w:val="5D7284"/>
          <w:sz w:val="22"/>
        </w:rPr>
        <w:t>41:40</w:t>
      </w:r>
    </w:p>
    <w:p>
      <w:pPr>
        <w:spacing w:after="0"/>
      </w:pPr>
      <w:r>
        <w:rPr>
          <w:rFonts w:ascii="Arial" w:hAnsi="Arial"/>
          <w:sz w:val="22"/>
        </w:rPr>
        <w:t>And how can you stay quiet about that for six years? It's not like the minute it happened, they must have thought, oh god</w:t>
      </w:r>
    </w:p>
    <w:p>
      <w:pPr>
        <w:spacing w:after="0"/>
      </w:pPr>
    </w:p>
    <w:p>
      <w:pPr>
        <w:spacing w:after="0"/>
      </w:pPr>
      <w:r>
        <w:rPr>
          <w:rFonts w:ascii="Arial" w:hAnsi="Arial"/>
          <w:b/>
          <w:sz w:val="22"/>
        </w:rPr>
        <w:t xml:space="preserve">Lucy  </w:t>
      </w:r>
      <w:r>
        <w:rPr>
          <w:rFonts w:ascii="Arial" w:hAnsi="Arial"/>
          <w:color w:val="5D7284"/>
          <w:sz w:val="22"/>
        </w:rPr>
        <w:t>41:50</w:t>
      </w:r>
    </w:p>
    <w:p>
      <w:pPr>
        <w:spacing w:after="0"/>
      </w:pPr>
      <w:r>
        <w:rPr>
          <w:rFonts w:ascii="Arial" w:hAnsi="Arial"/>
          <w:sz w:val="22"/>
        </w:rPr>
        <w:t>yeah, oh God, Susan, it's happened again. Like,</w:t>
      </w:r>
    </w:p>
    <w:p>
      <w:pPr>
        <w:spacing w:after="0"/>
      </w:pPr>
    </w:p>
    <w:p>
      <w:pPr>
        <w:spacing w:after="0"/>
      </w:pPr>
      <w:r>
        <w:rPr>
          <w:rFonts w:ascii="Arial" w:hAnsi="Arial"/>
          <w:b/>
          <w:sz w:val="22"/>
        </w:rPr>
        <w:t xml:space="preserve">Sara Ryan  </w:t>
      </w:r>
      <w:r>
        <w:rPr>
          <w:rFonts w:ascii="Arial" w:hAnsi="Arial"/>
          <w:color w:val="5D7284"/>
          <w:sz w:val="22"/>
        </w:rPr>
        <w:t>41:53</w:t>
      </w:r>
    </w:p>
    <w:p>
      <w:pPr>
        <w:spacing w:after="0"/>
      </w:pPr>
      <w:r>
        <w:rPr>
          <w:rFonts w:ascii="Arial" w:hAnsi="Arial"/>
          <w:sz w:val="22"/>
        </w:rPr>
        <w:t xml:space="preserve"> and I just, I, honestly, that's another thing I bang on about. My book is bystanders. How could you, let's say you're enlightened, which, hopefully we are quite enlightened in this room. But how about the people who, sort of, like all those people on the edge, who don't, who see it and don't say anything.</w:t>
      </w:r>
    </w:p>
    <w:p>
      <w:pPr>
        <w:spacing w:after="0"/>
      </w:pPr>
    </w:p>
    <w:p>
      <w:pPr>
        <w:spacing w:after="0"/>
      </w:pPr>
      <w:r>
        <w:rPr>
          <w:rFonts w:ascii="Arial" w:hAnsi="Arial"/>
          <w:b/>
          <w:sz w:val="22"/>
        </w:rPr>
        <w:t xml:space="preserve">Lucy  </w:t>
      </w:r>
      <w:r>
        <w:rPr>
          <w:rFonts w:ascii="Arial" w:hAnsi="Arial"/>
          <w:color w:val="5D7284"/>
          <w:sz w:val="22"/>
        </w:rPr>
        <w:t>42:13</w:t>
      </w:r>
    </w:p>
    <w:p>
      <w:pPr>
        <w:spacing w:after="0"/>
      </w:pPr>
      <w:r>
        <w:rPr>
          <w:rFonts w:ascii="Arial" w:hAnsi="Arial"/>
          <w:sz w:val="22"/>
        </w:rPr>
        <w:t>What I always say about, you know, like, if, when it comes to, like, like, cerebral palsy Awareness Day and all that kind, you know, they're just tokenistic, really. But I always make a point of saying that, you know, I need, we need people to be allies for disabled people. And it's going back to that original conversation of, it's very hard to win people over, to be an ally, unless they, like Alice says, Unless they've got a background or an experience of, oh, yeah, and, you know, my auntie Susan's in a wheelchair. Well, my auntie Susan's got autism, or whatever it may be. But I yeah, it just boggles my mind that people would just go, well, it's nothing to do with me. Hands off. I'm not touching that. But it's like whistleblowing, isn't it? It takes a strong person to be a whistleblower and go, that's not right. You're not doing that right. I'm going to go and talk to somebody</w:t>
      </w:r>
    </w:p>
    <w:p>
      <w:pPr>
        <w:spacing w:after="0"/>
      </w:pPr>
    </w:p>
    <w:p>
      <w:pPr>
        <w:spacing w:after="0"/>
      </w:pPr>
      <w:r>
        <w:rPr>
          <w:rFonts w:ascii="Arial" w:hAnsi="Arial"/>
          <w:b/>
          <w:sz w:val="22"/>
        </w:rPr>
        <w:t xml:space="preserve">Alice  </w:t>
      </w:r>
      <w:r>
        <w:rPr>
          <w:rFonts w:ascii="Arial" w:hAnsi="Arial"/>
          <w:color w:val="5D7284"/>
          <w:sz w:val="22"/>
        </w:rPr>
        <w:t>43:15</w:t>
      </w:r>
    </w:p>
    <w:p>
      <w:pPr>
        <w:spacing w:after="0"/>
      </w:pPr>
      <w:r>
        <w:rPr>
          <w:rFonts w:ascii="Arial" w:hAnsi="Arial"/>
          <w:sz w:val="22"/>
        </w:rPr>
        <w:t xml:space="preserve">we had a How did he describe himself? Rob as a stand up poet, I think, is how he described himself. He's a sort of comic come poet who was, for many years, was a psychiatric nurse. And now, does you know comedy and poetry workshops with in patients on mental health wards and and talks about his experience, and one of the things that he did reasonably early on in his career, was whistleblow. And he talked to us a little bit about his experience continuing to work on that Ward afterwards, and it was just he was a pariah. And just think, why is the whistleblower, the person in trouble? Yeah. What about the people who allowed this to happen? </w:t>
      </w:r>
    </w:p>
    <w:p>
      <w:pPr>
        <w:spacing w:after="0"/>
      </w:pPr>
    </w:p>
    <w:p>
      <w:pPr>
        <w:spacing w:after="0"/>
      </w:pPr>
      <w:r>
        <w:rPr>
          <w:rFonts w:ascii="Arial" w:hAnsi="Arial"/>
          <w:b/>
          <w:sz w:val="22"/>
        </w:rPr>
        <w:t xml:space="preserve">Lucy  </w:t>
      </w:r>
      <w:r>
        <w:rPr>
          <w:rFonts w:ascii="Arial" w:hAnsi="Arial"/>
          <w:color w:val="5D7284"/>
          <w:sz w:val="22"/>
        </w:rPr>
        <w:t>44:06</w:t>
      </w:r>
    </w:p>
    <w:p>
      <w:pPr>
        <w:spacing w:after="0"/>
      </w:pPr>
      <w:r>
        <w:rPr>
          <w:rFonts w:ascii="Arial" w:hAnsi="Arial"/>
          <w:sz w:val="22"/>
        </w:rPr>
        <w:t xml:space="preserve">Yeah.And I think as well, like nobody likes to not be liked, do they not? There aren't many people that will go I don't care. You know, this is wrong. I don't care who turns against me. I think the the general consensus is, but I won't say anything, because, you know, I don't want anybody. I don't want to fall out with anybody. And I think that, in itself, is enough to put most people off. Unfortunately, </w:t>
      </w:r>
    </w:p>
    <w:p>
      <w:pPr>
        <w:spacing w:after="0"/>
      </w:pPr>
    </w:p>
    <w:p>
      <w:pPr>
        <w:spacing w:after="0"/>
      </w:pPr>
      <w:r>
        <w:rPr>
          <w:rFonts w:ascii="Arial" w:hAnsi="Arial"/>
          <w:b/>
          <w:sz w:val="22"/>
        </w:rPr>
        <w:t xml:space="preserve">Alice  </w:t>
      </w:r>
      <w:r>
        <w:rPr>
          <w:rFonts w:ascii="Arial" w:hAnsi="Arial"/>
          <w:color w:val="5D7284"/>
          <w:sz w:val="22"/>
        </w:rPr>
        <w:t>44:33</w:t>
      </w:r>
    </w:p>
    <w:p>
      <w:pPr>
        <w:spacing w:after="0"/>
      </w:pPr>
      <w:r>
        <w:rPr>
          <w:rFonts w:ascii="Arial" w:hAnsi="Arial"/>
          <w:sz w:val="22"/>
        </w:rPr>
        <w:t>What  should make you more uncomfortable your work colleagues not liking you or you knowing that somebody died, yeah, and you could have prevented it.</w:t>
      </w:r>
    </w:p>
    <w:p>
      <w:pPr>
        <w:spacing w:after="0"/>
      </w:pPr>
    </w:p>
    <w:p>
      <w:pPr>
        <w:spacing w:after="0"/>
      </w:pPr>
      <w:r>
        <w:rPr>
          <w:rFonts w:ascii="Arial" w:hAnsi="Arial"/>
          <w:b/>
          <w:sz w:val="22"/>
        </w:rPr>
        <w:t xml:space="preserve">Lucy  </w:t>
      </w:r>
      <w:r>
        <w:rPr>
          <w:rFonts w:ascii="Arial" w:hAnsi="Arial"/>
          <w:color w:val="5D7284"/>
          <w:sz w:val="22"/>
        </w:rPr>
        <w:t>44:42</w:t>
      </w:r>
    </w:p>
    <w:p>
      <w:pPr>
        <w:spacing w:after="0"/>
      </w:pPr>
      <w:r>
        <w:rPr>
          <w:rFonts w:ascii="Arial" w:hAnsi="Arial"/>
          <w:sz w:val="22"/>
        </w:rPr>
        <w:t xml:space="preserve"> yeah, yeah.</w:t>
      </w:r>
    </w:p>
    <w:p>
      <w:pPr>
        <w:spacing w:after="0"/>
      </w:pPr>
    </w:p>
    <w:p>
      <w:pPr>
        <w:spacing w:after="0"/>
      </w:pPr>
      <w:r>
        <w:rPr>
          <w:rFonts w:ascii="Arial" w:hAnsi="Arial"/>
          <w:b/>
          <w:sz w:val="22"/>
        </w:rPr>
        <w:t xml:space="preserve">Alice  </w:t>
      </w:r>
      <w:r>
        <w:rPr>
          <w:rFonts w:ascii="Arial" w:hAnsi="Arial"/>
          <w:color w:val="5D7284"/>
          <w:sz w:val="22"/>
        </w:rPr>
        <w:t>44:44</w:t>
      </w:r>
    </w:p>
    <w:p>
      <w:pPr>
        <w:spacing w:after="0"/>
      </w:pPr>
      <w:r>
        <w:rPr>
          <w:rFonts w:ascii="Arial" w:hAnsi="Arial"/>
          <w:sz w:val="22"/>
        </w:rPr>
        <w:t>Like, how do you how do you sleep at night? Like, I this, is this a stupid phrase, but I genuinely How? How do you go to work every day, knowing that the people that you're having coffee with and the room? That you're standing in, someone died in this room, and you could have stopped it.</w:t>
      </w:r>
    </w:p>
    <w:p>
      <w:pPr>
        <w:spacing w:after="0"/>
      </w:pPr>
    </w:p>
    <w:p>
      <w:pPr>
        <w:spacing w:after="0"/>
      </w:pPr>
      <w:r>
        <w:rPr>
          <w:rFonts w:ascii="Arial" w:hAnsi="Arial"/>
          <w:b/>
          <w:sz w:val="22"/>
        </w:rPr>
        <w:t xml:space="preserve">Sara Ryan  </w:t>
      </w:r>
      <w:r>
        <w:rPr>
          <w:rFonts w:ascii="Arial" w:hAnsi="Arial"/>
          <w:color w:val="5D7284"/>
          <w:sz w:val="22"/>
        </w:rPr>
        <w:t>45:04</w:t>
      </w:r>
    </w:p>
    <w:p>
      <w:pPr>
        <w:spacing w:after="0"/>
      </w:pPr>
      <w:r>
        <w:rPr>
          <w:rFonts w:ascii="Arial" w:hAnsi="Arial"/>
          <w:sz w:val="22"/>
        </w:rPr>
        <w:t>Yeah, exactly. And there's a academic called Josephine Tarock and he's just finished a PhD about she looked at safeguarding reviews and interviewed staff about things like that. And she came up with this idea of cross, you know, she uses this crossing the line and how staff don't want to cross that line to say something, you know, that line is quite a something that you sort you justify your non action. You know this, this is, this doesn't cross the line. But of course, it does</w:t>
      </w:r>
    </w:p>
    <w:p>
      <w:pPr>
        <w:spacing w:after="0"/>
      </w:pPr>
    </w:p>
    <w:p>
      <w:pPr>
        <w:spacing w:after="0"/>
      </w:pPr>
      <w:r>
        <w:rPr>
          <w:rFonts w:ascii="Arial" w:hAnsi="Arial"/>
          <w:b/>
          <w:sz w:val="22"/>
        </w:rPr>
        <w:t xml:space="preserve">Lucy  </w:t>
      </w:r>
      <w:r>
        <w:rPr>
          <w:rFonts w:ascii="Arial" w:hAnsi="Arial"/>
          <w:color w:val="5D7284"/>
          <w:sz w:val="22"/>
        </w:rPr>
        <w:t>45:30</w:t>
      </w:r>
    </w:p>
    <w:p>
      <w:pPr>
        <w:spacing w:after="0"/>
      </w:pPr>
      <w:r>
        <w:rPr>
          <w:rFonts w:ascii="Arial" w:hAnsi="Arial"/>
          <w:sz w:val="22"/>
        </w:rPr>
        <w:t>of course . It does, yeah, absolutely it, yeah, I just, I can't, it's a moral it's a moral issue, isn't it? I think, I think it just shows people where people's morals are. And, you know, like, like, I say being a whistleblower is it takes some guts to do it. But I think congratulations</w:t>
      </w:r>
    </w:p>
    <w:p>
      <w:pPr>
        <w:spacing w:after="0"/>
      </w:pPr>
    </w:p>
    <w:p>
      <w:pPr>
        <w:spacing w:after="0"/>
      </w:pPr>
      <w:r>
        <w:rPr>
          <w:rFonts w:ascii="Arial" w:hAnsi="Arial"/>
          <w:b/>
          <w:sz w:val="22"/>
        </w:rPr>
        <w:t xml:space="preserve">Alice  </w:t>
      </w:r>
      <w:r>
        <w:rPr>
          <w:rFonts w:ascii="Arial" w:hAnsi="Arial"/>
          <w:color w:val="5D7284"/>
          <w:sz w:val="22"/>
        </w:rPr>
        <w:t>46:00</w:t>
      </w:r>
    </w:p>
    <w:p>
      <w:pPr>
        <w:spacing w:after="0"/>
      </w:pPr>
      <w:r>
        <w:rPr>
          <w:rFonts w:ascii="Arial" w:hAnsi="Arial"/>
          <w:sz w:val="22"/>
        </w:rPr>
        <w:t>Exactly. I think you should if somebody come, if somebody in my team came to me to whistle blow about something, I would be so proud of that person having the guts to do that.</w:t>
      </w:r>
    </w:p>
    <w:p>
      <w:pPr>
        <w:spacing w:after="0"/>
      </w:pPr>
    </w:p>
    <w:p>
      <w:pPr>
        <w:spacing w:after="0"/>
      </w:pPr>
      <w:r>
        <w:rPr>
          <w:rFonts w:ascii="Arial" w:hAnsi="Arial"/>
          <w:b/>
          <w:sz w:val="22"/>
        </w:rPr>
        <w:t xml:space="preserve">Lucy  </w:t>
      </w:r>
      <w:r>
        <w:rPr>
          <w:rFonts w:ascii="Arial" w:hAnsi="Arial"/>
          <w:color w:val="5D7284"/>
          <w:sz w:val="22"/>
        </w:rPr>
        <w:t>46:10</w:t>
      </w:r>
    </w:p>
    <w:p>
      <w:pPr>
        <w:spacing w:after="0"/>
      </w:pPr>
      <w:r>
        <w:rPr>
          <w:rFonts w:ascii="Arial" w:hAnsi="Arial"/>
          <w:sz w:val="22"/>
        </w:rPr>
        <w:t>Because, you know, you could trust that person with every you know, anything you you gave them really, And I think it shows great character to be able to go, no. How did the How did the people involved in the inquest find out about that this the same incident had happened years before. What What triggered that?</w:t>
      </w:r>
    </w:p>
    <w:p>
      <w:pPr>
        <w:spacing w:after="0"/>
      </w:pPr>
    </w:p>
    <w:p>
      <w:pPr>
        <w:spacing w:after="0"/>
      </w:pPr>
      <w:r>
        <w:rPr>
          <w:rFonts w:ascii="Arial" w:hAnsi="Arial"/>
          <w:b/>
          <w:sz w:val="22"/>
        </w:rPr>
        <w:t xml:space="preserve">Sara Ryan  </w:t>
      </w:r>
      <w:r>
        <w:rPr>
          <w:rFonts w:ascii="Arial" w:hAnsi="Arial"/>
          <w:color w:val="5D7284"/>
          <w:sz w:val="22"/>
        </w:rPr>
        <w:t>46:34</w:t>
      </w:r>
    </w:p>
    <w:p>
      <w:pPr>
        <w:spacing w:after="0"/>
      </w:pPr>
      <w:r>
        <w:rPr>
          <w:rFonts w:ascii="Arial" w:hAnsi="Arial"/>
          <w:sz w:val="22"/>
        </w:rPr>
        <w:t xml:space="preserve">I'm sort of laughing, but not laughing because it's funny, just like the looking back, I just think, fucking hell, that was triggered by the responsible clinician who was in the firing line suddenly remembering that there was a report about it half way through the inquest. </w:t>
      </w:r>
    </w:p>
    <w:p>
      <w:pPr>
        <w:spacing w:after="0"/>
      </w:pPr>
    </w:p>
    <w:p>
      <w:pPr>
        <w:spacing w:after="0"/>
      </w:pPr>
      <w:r>
        <w:rPr>
          <w:rFonts w:ascii="Arial" w:hAnsi="Arial"/>
          <w:b/>
          <w:sz w:val="22"/>
        </w:rPr>
        <w:t xml:space="preserve">Lucy  </w:t>
      </w:r>
      <w:r>
        <w:rPr>
          <w:rFonts w:ascii="Arial" w:hAnsi="Arial"/>
          <w:color w:val="5D7284"/>
          <w:sz w:val="22"/>
        </w:rPr>
        <w:t>46:48</w:t>
      </w:r>
    </w:p>
    <w:p>
      <w:pPr>
        <w:spacing w:after="0"/>
      </w:pPr>
      <w:r>
        <w:rPr>
          <w:rFonts w:ascii="Arial" w:hAnsi="Arial"/>
          <w:sz w:val="22"/>
        </w:rPr>
        <w:t xml:space="preserve"> Big thing to forget, isn't it? </w:t>
      </w:r>
    </w:p>
    <w:p>
      <w:pPr>
        <w:spacing w:after="0"/>
      </w:pPr>
    </w:p>
    <w:p>
      <w:pPr>
        <w:spacing w:after="0"/>
      </w:pPr>
      <w:r>
        <w:rPr>
          <w:rFonts w:ascii="Arial" w:hAnsi="Arial"/>
          <w:b/>
          <w:sz w:val="22"/>
        </w:rPr>
        <w:t xml:space="preserve">Sara Ryan  </w:t>
      </w:r>
      <w:r>
        <w:rPr>
          <w:rFonts w:ascii="Arial" w:hAnsi="Arial"/>
          <w:color w:val="5D7284"/>
          <w:sz w:val="22"/>
        </w:rPr>
        <w:t>46:50</w:t>
      </w:r>
    </w:p>
    <w:p>
      <w:pPr>
        <w:spacing w:after="0"/>
      </w:pPr>
      <w:r>
        <w:rPr>
          <w:rFonts w:ascii="Arial" w:hAnsi="Arial"/>
          <w:sz w:val="22"/>
        </w:rPr>
        <w:t>Yeah, as if you would ever forget that. But then even more interesting, I suppose, in in a horror, fascination, revulsion, way, was that the coroner was taken aback, obviously. Now, if we got to this stage, day eight in the inquest or whatever, and we haven't heard about this, and we are talking about arch leave for files, packed about files and files, files of evidence. So he then ordered a investigation into the death of Henry. He was called after the inquest, and he got the police involved. And about three or probably three months later, I received a letter from the coroner saying, please find the police reports and no further action is required. And so I read the two reports. They interviewed the student nurse who was in the bathroom and the manager of the unit who was there on the day Connor died. And the student nurse said, Well, I was in the but I was sitting in the bathroom as obviously somebody should have been with Connor. Henry was in the bath. He started to have a seizure. I pulled the plug out and called for help them. And he said, the manager turned up and told me to leave the bathroom. So I left the bathroom, and obviously Henry died, and then the manager's report says, Well, I turned up after the ambulance, and the coroner just said, it's long time ago, people's memories, and I'm just there thinking again, this is, this is the collective I'm talking about you are in not having the guts, the integrity, the honesty, to confront this issue that is clearly wrong doing of some nature.And that was it</w:t>
      </w:r>
    </w:p>
    <w:p>
      <w:pPr>
        <w:spacing w:after="0"/>
      </w:pPr>
    </w:p>
    <w:p>
      <w:pPr>
        <w:spacing w:after="0"/>
      </w:pPr>
      <w:r>
        <w:rPr>
          <w:rFonts w:ascii="Arial" w:hAnsi="Arial"/>
          <w:b/>
          <w:sz w:val="22"/>
        </w:rPr>
        <w:t xml:space="preserve">Lucy  </w:t>
      </w:r>
      <w:r>
        <w:rPr>
          <w:rFonts w:ascii="Arial" w:hAnsi="Arial"/>
          <w:color w:val="5D7284"/>
          <w:sz w:val="22"/>
        </w:rPr>
        <w:t>48:31</w:t>
      </w:r>
    </w:p>
    <w:p>
      <w:pPr>
        <w:spacing w:after="0"/>
      </w:pPr>
      <w:r>
        <w:rPr>
          <w:rFonts w:ascii="Arial" w:hAnsi="Arial"/>
          <w:sz w:val="22"/>
        </w:rPr>
        <w:t>it almost, it almost feels like an episode of line of duty, doesn't it, and that by the end of, like, Episode Six, we'll find out who the bastard is. Yeah, what I mean, it's like, it's unbelievable.</w:t>
      </w:r>
    </w:p>
    <w:p>
      <w:pPr>
        <w:spacing w:after="0"/>
      </w:pPr>
    </w:p>
    <w:p>
      <w:pPr>
        <w:spacing w:after="0"/>
      </w:pPr>
      <w:r>
        <w:rPr>
          <w:rFonts w:ascii="Arial" w:hAnsi="Arial"/>
          <w:b/>
          <w:sz w:val="22"/>
        </w:rPr>
        <w:t xml:space="preserve">Sara Ryan  </w:t>
      </w:r>
      <w:r>
        <w:rPr>
          <w:rFonts w:ascii="Arial" w:hAnsi="Arial"/>
          <w:color w:val="5D7284"/>
          <w:sz w:val="22"/>
        </w:rPr>
        <w:t>48:42</w:t>
      </w:r>
    </w:p>
    <w:p>
      <w:pPr>
        <w:spacing w:after="0"/>
      </w:pPr>
      <w:r>
        <w:rPr>
          <w:rFonts w:ascii="Arial" w:hAnsi="Arial"/>
          <w:sz w:val="22"/>
        </w:rPr>
        <w:t>It is unbelievable, isn't it? And yet again, there's not a problem nobody got. There was no sort of like discipline of anyone, no. How can that happen in all those different layers, the lack of disclosure, the lying, the cover up, everything about that, Henry's death, Henry, Henry's lost in that, Henry had no relatives, you know, Henry's just gone. And that that is fine, and that must happen over and over and over again, yeah.</w:t>
      </w:r>
    </w:p>
    <w:p>
      <w:pPr>
        <w:spacing w:after="0"/>
      </w:pPr>
    </w:p>
    <w:p>
      <w:pPr>
        <w:spacing w:after="0"/>
      </w:pPr>
      <w:r>
        <w:rPr>
          <w:rFonts w:ascii="Arial" w:hAnsi="Arial"/>
          <w:b/>
          <w:sz w:val="22"/>
        </w:rPr>
        <w:t xml:space="preserve">Alice  </w:t>
      </w:r>
      <w:r>
        <w:rPr>
          <w:rFonts w:ascii="Arial" w:hAnsi="Arial"/>
          <w:color w:val="5D7284"/>
          <w:sz w:val="22"/>
        </w:rPr>
        <w:t>49:14</w:t>
      </w:r>
    </w:p>
    <w:p>
      <w:pPr>
        <w:spacing w:after="0"/>
      </w:pPr>
      <w:r>
        <w:rPr>
          <w:rFonts w:ascii="Arial" w:hAnsi="Arial"/>
          <w:sz w:val="22"/>
        </w:rPr>
        <w:t>And it's it, that story to me, you know, and you said, the coroner says there's no further action. It's like, it's, what is that too much work for you?</w:t>
      </w:r>
    </w:p>
    <w:p>
      <w:pPr>
        <w:spacing w:after="0"/>
      </w:pPr>
    </w:p>
    <w:p>
      <w:pPr>
        <w:spacing w:after="0"/>
      </w:pPr>
      <w:r>
        <w:rPr>
          <w:rFonts w:ascii="Arial" w:hAnsi="Arial"/>
          <w:b/>
          <w:sz w:val="22"/>
        </w:rPr>
        <w:t xml:space="preserve">Sara Ryan  </w:t>
      </w:r>
      <w:r>
        <w:rPr>
          <w:rFonts w:ascii="Arial" w:hAnsi="Arial"/>
          <w:color w:val="5D7284"/>
          <w:sz w:val="22"/>
        </w:rPr>
        <w:t>49:23</w:t>
      </w:r>
    </w:p>
    <w:p>
      <w:pPr>
        <w:spacing w:after="0"/>
      </w:pPr>
      <w:r>
        <w:rPr>
          <w:rFonts w:ascii="Arial" w:hAnsi="Arial"/>
          <w:sz w:val="22"/>
        </w:rPr>
        <w:t>Yeah, yeah,</w:t>
      </w:r>
    </w:p>
    <w:p>
      <w:pPr>
        <w:spacing w:after="0"/>
      </w:pPr>
    </w:p>
    <w:p>
      <w:pPr>
        <w:spacing w:after="0"/>
      </w:pPr>
      <w:r>
        <w:rPr>
          <w:rFonts w:ascii="Arial" w:hAnsi="Arial"/>
          <w:b/>
          <w:sz w:val="22"/>
        </w:rPr>
        <w:t xml:space="preserve">Alice  </w:t>
      </w:r>
      <w:r>
        <w:rPr>
          <w:rFonts w:ascii="Arial" w:hAnsi="Arial"/>
          <w:color w:val="5D7284"/>
          <w:sz w:val="22"/>
        </w:rPr>
        <w:t>49:26</w:t>
      </w:r>
    </w:p>
    <w:p>
      <w:pPr>
        <w:spacing w:after="0"/>
      </w:pPr>
      <w:r>
        <w:rPr>
          <w:rFonts w:ascii="Arial" w:hAnsi="Arial"/>
          <w:sz w:val="22"/>
        </w:rPr>
        <w:t>someone, someone's died, someone's whole family is now, just without that person.</w:t>
      </w:r>
    </w:p>
    <w:p>
      <w:pPr>
        <w:spacing w:after="0"/>
      </w:pPr>
    </w:p>
    <w:p>
      <w:pPr>
        <w:spacing w:after="0"/>
      </w:pPr>
      <w:r>
        <w:rPr>
          <w:rFonts w:ascii="Arial" w:hAnsi="Arial"/>
          <w:b/>
          <w:sz w:val="22"/>
        </w:rPr>
        <w:t xml:space="preserve">Lucy  </w:t>
      </w:r>
      <w:r>
        <w:rPr>
          <w:rFonts w:ascii="Arial" w:hAnsi="Arial"/>
          <w:color w:val="5D7284"/>
          <w:sz w:val="22"/>
        </w:rPr>
        <w:t>49:30</w:t>
      </w:r>
    </w:p>
    <w:p>
      <w:pPr>
        <w:spacing w:after="0"/>
      </w:pPr>
      <w:r>
        <w:rPr>
          <w:rFonts w:ascii="Arial" w:hAnsi="Arial"/>
          <w:sz w:val="22"/>
        </w:rPr>
        <w:t>It sort of makes you think, doesn't it? Like, oh, so have you not got questions? Because I'm telling you now, just by Sara telling me, like, the synopsis, of the letter, I'm like, hang on. What about, you know, what about the what about the manager?</w:t>
      </w:r>
    </w:p>
    <w:p>
      <w:pPr>
        <w:spacing w:after="0"/>
      </w:pPr>
    </w:p>
    <w:p>
      <w:pPr>
        <w:spacing w:after="0"/>
      </w:pPr>
      <w:r>
        <w:rPr>
          <w:rFonts w:ascii="Arial" w:hAnsi="Arial"/>
          <w:b/>
          <w:sz w:val="22"/>
        </w:rPr>
        <w:t xml:space="preserve">Alice  </w:t>
      </w:r>
      <w:r>
        <w:rPr>
          <w:rFonts w:ascii="Arial" w:hAnsi="Arial"/>
          <w:color w:val="5D7284"/>
          <w:sz w:val="22"/>
        </w:rPr>
        <w:t>49:45</w:t>
      </w:r>
    </w:p>
    <w:p>
      <w:pPr>
        <w:spacing w:after="0"/>
      </w:pPr>
      <w:r>
        <w:rPr>
          <w:rFonts w:ascii="Arial" w:hAnsi="Arial"/>
          <w:sz w:val="22"/>
        </w:rPr>
        <w:t>There you go. Lucy, will we coroners now? We'll do that one next, our next project. We'll be like,</w:t>
      </w:r>
    </w:p>
    <w:p>
      <w:pPr>
        <w:spacing w:after="0"/>
      </w:pPr>
    </w:p>
    <w:p>
      <w:pPr>
        <w:spacing w:after="0"/>
      </w:pPr>
      <w:r>
        <w:rPr>
          <w:rFonts w:ascii="Arial" w:hAnsi="Arial"/>
          <w:b/>
          <w:sz w:val="22"/>
        </w:rPr>
        <w:t xml:space="preserve">Lucy  </w:t>
      </w:r>
      <w:r>
        <w:rPr>
          <w:rFonts w:ascii="Arial" w:hAnsi="Arial"/>
          <w:color w:val="5D7284"/>
          <w:sz w:val="22"/>
        </w:rPr>
        <w:t>49:53</w:t>
      </w:r>
    </w:p>
    <w:p>
      <w:pPr>
        <w:spacing w:after="0"/>
      </w:pPr>
      <w:r>
        <w:rPr>
          <w:rFonts w:ascii="Arial" w:hAnsi="Arial"/>
          <w:sz w:val="22"/>
        </w:rPr>
        <w:t xml:space="preserve">What do you mean like? Because, like, Isn't it natural to. Know, but I've got further questions. Yes, exactly. Yeah, not. Oh, well, yeah. Okay, then, thanks guys. </w:t>
      </w:r>
    </w:p>
    <w:p>
      <w:pPr>
        <w:spacing w:after="0"/>
      </w:pPr>
    </w:p>
    <w:p>
      <w:pPr>
        <w:spacing w:after="0"/>
      </w:pPr>
      <w:r>
        <w:rPr>
          <w:rFonts w:ascii="Arial" w:hAnsi="Arial"/>
          <w:b/>
          <w:sz w:val="22"/>
        </w:rPr>
        <w:t xml:space="preserve">Sara Ryan  </w:t>
      </w:r>
      <w:r>
        <w:rPr>
          <w:rFonts w:ascii="Arial" w:hAnsi="Arial"/>
          <w:color w:val="5D7284"/>
          <w:sz w:val="22"/>
        </w:rPr>
        <w:t>50:07</w:t>
      </w:r>
    </w:p>
    <w:p>
      <w:pPr>
        <w:spacing w:after="0"/>
      </w:pPr>
      <w:r>
        <w:rPr>
          <w:rFonts w:ascii="Arial" w:hAnsi="Arial"/>
          <w:sz w:val="22"/>
        </w:rPr>
        <w:t>Yeah, thank you. Job done</w:t>
      </w:r>
    </w:p>
    <w:p>
      <w:pPr>
        <w:spacing w:after="0"/>
      </w:pPr>
    </w:p>
    <w:p>
      <w:pPr>
        <w:spacing w:after="0"/>
      </w:pPr>
      <w:r>
        <w:rPr>
          <w:rFonts w:ascii="Arial" w:hAnsi="Arial"/>
          <w:b/>
          <w:sz w:val="22"/>
        </w:rPr>
        <w:t xml:space="preserve">Lucy  </w:t>
      </w:r>
      <w:r>
        <w:rPr>
          <w:rFonts w:ascii="Arial" w:hAnsi="Arial"/>
          <w:color w:val="5D7284"/>
          <w:sz w:val="22"/>
        </w:rPr>
        <w:t>50:11</w:t>
      </w:r>
    </w:p>
    <w:p>
      <w:pPr>
        <w:spacing w:after="0"/>
      </w:pPr>
      <w:r>
        <w:rPr>
          <w:rFonts w:ascii="Arial" w:hAnsi="Arial"/>
          <w:sz w:val="22"/>
        </w:rPr>
        <w:t xml:space="preserve">Next, </w:t>
      </w:r>
    </w:p>
    <w:p>
      <w:pPr>
        <w:spacing w:after="0"/>
      </w:pPr>
    </w:p>
    <w:p>
      <w:pPr>
        <w:spacing w:after="0"/>
      </w:pPr>
      <w:r>
        <w:rPr>
          <w:rFonts w:ascii="Arial" w:hAnsi="Arial"/>
          <w:b/>
          <w:sz w:val="22"/>
        </w:rPr>
        <w:t xml:space="preserve">Alice  </w:t>
      </w:r>
      <w:r>
        <w:rPr>
          <w:rFonts w:ascii="Arial" w:hAnsi="Arial"/>
          <w:color w:val="5D7284"/>
          <w:sz w:val="22"/>
        </w:rPr>
        <w:t>50:11</w:t>
      </w:r>
    </w:p>
    <w:p>
      <w:pPr>
        <w:spacing w:after="0"/>
      </w:pPr>
      <w:r>
        <w:rPr>
          <w:rFonts w:ascii="Arial" w:hAnsi="Arial"/>
          <w:sz w:val="22"/>
        </w:rPr>
        <w:t>well done. Let's all go and have a sandwich.</w:t>
      </w:r>
    </w:p>
    <w:p>
      <w:pPr>
        <w:spacing w:after="0"/>
      </w:pPr>
    </w:p>
    <w:p>
      <w:pPr>
        <w:spacing w:after="0"/>
      </w:pPr>
      <w:r>
        <w:rPr>
          <w:rFonts w:ascii="Arial" w:hAnsi="Arial"/>
          <w:b/>
          <w:sz w:val="22"/>
        </w:rPr>
        <w:t xml:space="preserve">Sara Ryan  </w:t>
      </w:r>
      <w:r>
        <w:rPr>
          <w:rFonts w:ascii="Arial" w:hAnsi="Arial"/>
          <w:color w:val="5D7284"/>
          <w:sz w:val="22"/>
        </w:rPr>
        <w:t>50:14</w:t>
      </w:r>
    </w:p>
    <w:p>
      <w:pPr>
        <w:spacing w:after="0"/>
      </w:pPr>
      <w:r>
        <w:rPr>
          <w:rFonts w:ascii="Arial" w:hAnsi="Arial"/>
          <w:sz w:val="22"/>
        </w:rPr>
        <w:t>And nobody is asking so that yeah, that same doctor is just astonishing, isn't it? So she is allowed to just look at someone and say, natural causes, and that's fine, there's no, not even a they did. There was no post mortem. There was nothing.</w:t>
      </w:r>
    </w:p>
    <w:p>
      <w:pPr>
        <w:spacing w:after="0"/>
      </w:pPr>
    </w:p>
    <w:p>
      <w:pPr>
        <w:spacing w:after="0"/>
      </w:pPr>
      <w:r>
        <w:rPr>
          <w:rFonts w:ascii="Arial" w:hAnsi="Arial"/>
          <w:b/>
          <w:sz w:val="22"/>
        </w:rPr>
        <w:t xml:space="preserve">Lucy  </w:t>
      </w:r>
      <w:r>
        <w:rPr>
          <w:rFonts w:ascii="Arial" w:hAnsi="Arial"/>
          <w:color w:val="5D7284"/>
          <w:sz w:val="22"/>
        </w:rPr>
        <w:t>50:27</w:t>
      </w:r>
    </w:p>
    <w:p>
      <w:pPr>
        <w:spacing w:after="0"/>
      </w:pPr>
      <w:r>
        <w:rPr>
          <w:rFonts w:ascii="Arial" w:hAnsi="Arial"/>
          <w:sz w:val="22"/>
        </w:rPr>
        <w:t>Even just listening to you, Sara, I think to myself, Oh, my God, what a mess. There's a mess everywhere.</w:t>
      </w:r>
    </w:p>
    <w:p>
      <w:pPr>
        <w:spacing w:after="0"/>
      </w:pPr>
    </w:p>
    <w:p>
      <w:pPr>
        <w:spacing w:after="0"/>
      </w:pPr>
      <w:r>
        <w:rPr>
          <w:rFonts w:ascii="Arial" w:hAnsi="Arial"/>
          <w:b/>
          <w:sz w:val="22"/>
        </w:rPr>
        <w:t xml:space="preserve">Sara Ryan  </w:t>
      </w:r>
      <w:r>
        <w:rPr>
          <w:rFonts w:ascii="Arial" w:hAnsi="Arial"/>
          <w:color w:val="5D7284"/>
          <w:sz w:val="22"/>
        </w:rPr>
        <w:t>50:33</w:t>
      </w:r>
    </w:p>
    <w:p>
      <w:pPr>
        <w:spacing w:after="0"/>
      </w:pPr>
      <w:r>
        <w:rPr>
          <w:rFonts w:ascii="Arial" w:hAnsi="Arial"/>
          <w:sz w:val="22"/>
        </w:rPr>
        <w:t xml:space="preserve"> Yeah</w:t>
      </w:r>
    </w:p>
    <w:p>
      <w:pPr>
        <w:spacing w:after="0"/>
      </w:pPr>
    </w:p>
    <w:p>
      <w:pPr>
        <w:spacing w:after="0"/>
      </w:pPr>
      <w:r>
        <w:rPr>
          <w:rFonts w:ascii="Arial" w:hAnsi="Arial"/>
          <w:b/>
          <w:sz w:val="22"/>
        </w:rPr>
        <w:t xml:space="preserve">Lucy  </w:t>
      </w:r>
      <w:r>
        <w:rPr>
          <w:rFonts w:ascii="Arial" w:hAnsi="Arial"/>
          <w:color w:val="5D7284"/>
          <w:sz w:val="22"/>
        </w:rPr>
        <w:t>50:33</w:t>
      </w:r>
    </w:p>
    <w:p>
      <w:pPr>
        <w:spacing w:after="0"/>
      </w:pPr>
      <w:r>
        <w:rPr>
          <w:rFonts w:ascii="Arial" w:hAnsi="Arial"/>
          <w:sz w:val="22"/>
        </w:rPr>
        <w:t xml:space="preserve">Like, yeah. It's just awful. And that must have been so awful for your family to have to go through that. It's traumatic. </w:t>
      </w:r>
    </w:p>
    <w:p>
      <w:pPr>
        <w:spacing w:after="0"/>
      </w:pPr>
    </w:p>
    <w:p>
      <w:pPr>
        <w:spacing w:after="0"/>
      </w:pPr>
      <w:r>
        <w:rPr>
          <w:rFonts w:ascii="Arial" w:hAnsi="Arial"/>
          <w:b/>
          <w:sz w:val="22"/>
        </w:rPr>
        <w:t xml:space="preserve">Alice  </w:t>
      </w:r>
      <w:r>
        <w:rPr>
          <w:rFonts w:ascii="Arial" w:hAnsi="Arial"/>
          <w:color w:val="5D7284"/>
          <w:sz w:val="22"/>
        </w:rPr>
        <w:t>50:42</w:t>
      </w:r>
    </w:p>
    <w:p>
      <w:pPr>
        <w:spacing w:after="0"/>
      </w:pPr>
      <w:r>
        <w:rPr>
          <w:rFonts w:ascii="Arial" w:hAnsi="Arial"/>
          <w:sz w:val="22"/>
        </w:rPr>
        <w:t>Just retraumatizing you three months later with lack of action,</w:t>
      </w:r>
    </w:p>
    <w:p>
      <w:pPr>
        <w:spacing w:after="0"/>
      </w:pPr>
    </w:p>
    <w:p>
      <w:pPr>
        <w:spacing w:after="0"/>
      </w:pPr>
      <w:r>
        <w:rPr>
          <w:rFonts w:ascii="Arial" w:hAnsi="Arial"/>
          <w:b/>
          <w:sz w:val="22"/>
        </w:rPr>
        <w:t xml:space="preserve">Sara Ryan  </w:t>
      </w:r>
      <w:r>
        <w:rPr>
          <w:rFonts w:ascii="Arial" w:hAnsi="Arial"/>
          <w:color w:val="5D7284"/>
          <w:sz w:val="22"/>
        </w:rPr>
        <w:t>50:46</w:t>
      </w:r>
    </w:p>
    <w:p>
      <w:pPr>
        <w:spacing w:after="0"/>
      </w:pPr>
      <w:r>
        <w:rPr>
          <w:rFonts w:ascii="Arial" w:hAnsi="Arial"/>
          <w:sz w:val="22"/>
        </w:rPr>
        <w:t xml:space="preserve">yeah, the whole Yeah, the whole thing is </w:t>
      </w:r>
    </w:p>
    <w:p>
      <w:pPr>
        <w:spacing w:after="0"/>
      </w:pPr>
    </w:p>
    <w:p>
      <w:pPr>
        <w:spacing w:after="0"/>
      </w:pPr>
      <w:r>
        <w:rPr>
          <w:rFonts w:ascii="Arial" w:hAnsi="Arial"/>
          <w:b/>
          <w:sz w:val="22"/>
        </w:rPr>
        <w:t xml:space="preserve">Lucy  </w:t>
      </w:r>
      <w:r>
        <w:rPr>
          <w:rFonts w:ascii="Arial" w:hAnsi="Arial"/>
          <w:color w:val="5D7284"/>
          <w:sz w:val="22"/>
        </w:rPr>
        <w:t>50:48</w:t>
      </w:r>
    </w:p>
    <w:p>
      <w:pPr>
        <w:spacing w:after="0"/>
      </w:pPr>
      <w:r>
        <w:rPr>
          <w:rFonts w:ascii="Arial" w:hAnsi="Arial"/>
          <w:sz w:val="22"/>
        </w:rPr>
        <w:t>because you must have thought to yourself when they said, Oh, we've discovered this happened again. Like, you know, you must have thought, Oh, this is, like, the turning point. This is the breakthrough we needed, because it's proof that, it happened more than once. You must have thought, What a relief. And then to get that again, no further action, you'd have been like what</w:t>
      </w:r>
    </w:p>
    <w:p>
      <w:pPr>
        <w:spacing w:after="0"/>
      </w:pPr>
    </w:p>
    <w:p>
      <w:pPr>
        <w:spacing w:after="0"/>
      </w:pPr>
      <w:r>
        <w:rPr>
          <w:rFonts w:ascii="Arial" w:hAnsi="Arial"/>
          <w:b/>
          <w:sz w:val="22"/>
        </w:rPr>
        <w:t xml:space="preserve">Sara Ryan  </w:t>
      </w:r>
      <w:r>
        <w:rPr>
          <w:rFonts w:ascii="Arial" w:hAnsi="Arial"/>
          <w:color w:val="5D7284"/>
          <w:sz w:val="22"/>
        </w:rPr>
        <w:t>51:10</w:t>
      </w:r>
    </w:p>
    <w:p>
      <w:pPr>
        <w:spacing w:after="0"/>
      </w:pPr>
      <w:r>
        <w:rPr>
          <w:rFonts w:ascii="Arial" w:hAnsi="Arial"/>
          <w:sz w:val="22"/>
        </w:rPr>
        <w:t>I know sort of like. And that's, that's the thing. It's, if you've got a learning disability, all those protections, the legal protections, human rights protection, they do not apply. All those systems in place, the coronial system, you have to investigate deaths that are unexpected. Of course not if you're not, if you're not, if a doctor says, well, it was natural causes. I've just had a quick peek.</w:t>
      </w:r>
    </w:p>
    <w:p>
      <w:pPr>
        <w:spacing w:after="0"/>
      </w:pPr>
    </w:p>
    <w:p>
      <w:pPr>
        <w:spacing w:after="0"/>
      </w:pPr>
      <w:r>
        <w:rPr>
          <w:rFonts w:ascii="Arial" w:hAnsi="Arial"/>
          <w:b/>
          <w:sz w:val="22"/>
        </w:rPr>
        <w:t xml:space="preserve">Lucy  </w:t>
      </w:r>
      <w:r>
        <w:rPr>
          <w:rFonts w:ascii="Arial" w:hAnsi="Arial"/>
          <w:color w:val="5D7284"/>
          <w:sz w:val="22"/>
        </w:rPr>
        <w:t>51:31</w:t>
      </w:r>
    </w:p>
    <w:p>
      <w:pPr>
        <w:spacing w:after="0"/>
      </w:pPr>
      <w:r>
        <w:rPr>
          <w:rFonts w:ascii="Arial" w:hAnsi="Arial"/>
          <w:sz w:val="22"/>
        </w:rPr>
        <w:t>Yeah? What's exactly what you're looking at?</w:t>
      </w:r>
    </w:p>
    <w:p>
      <w:pPr>
        <w:spacing w:after="0"/>
      </w:pPr>
    </w:p>
    <w:p>
      <w:pPr>
        <w:spacing w:after="0"/>
      </w:pPr>
      <w:r>
        <w:rPr>
          <w:rFonts w:ascii="Arial" w:hAnsi="Arial"/>
          <w:b/>
          <w:sz w:val="22"/>
        </w:rPr>
        <w:t xml:space="preserve">Alice  </w:t>
      </w:r>
      <w:r>
        <w:rPr>
          <w:rFonts w:ascii="Arial" w:hAnsi="Arial"/>
          <w:color w:val="5D7284"/>
          <w:sz w:val="22"/>
        </w:rPr>
        <w:t>51:35</w:t>
      </w:r>
    </w:p>
    <w:p>
      <w:pPr>
        <w:spacing w:after="0"/>
      </w:pPr>
      <w:r>
        <w:rPr>
          <w:rFonts w:ascii="Arial" w:hAnsi="Arial"/>
          <w:sz w:val="22"/>
        </w:rPr>
        <w:t>Yeah, it feels like maybe we should get a second opinion on this.</w:t>
      </w:r>
    </w:p>
    <w:p>
      <w:pPr>
        <w:spacing w:after="0"/>
      </w:pPr>
    </w:p>
    <w:p>
      <w:pPr>
        <w:spacing w:after="0"/>
      </w:pPr>
      <w:r>
        <w:rPr>
          <w:rFonts w:ascii="Arial" w:hAnsi="Arial"/>
          <w:b/>
          <w:sz w:val="22"/>
        </w:rPr>
        <w:t xml:space="preserve">Sara Ryan  </w:t>
      </w:r>
      <w:r>
        <w:rPr>
          <w:rFonts w:ascii="Arial" w:hAnsi="Arial"/>
          <w:color w:val="5D7284"/>
          <w:sz w:val="22"/>
        </w:rPr>
        <w:t>51:39</w:t>
      </w:r>
    </w:p>
    <w:p>
      <w:pPr>
        <w:spacing w:after="0"/>
      </w:pPr>
      <w:r>
        <w:rPr>
          <w:rFonts w:ascii="Arial" w:hAnsi="Arial"/>
          <w:sz w:val="22"/>
        </w:rPr>
        <w:t>Yeah, but no, not at all</w:t>
      </w:r>
    </w:p>
    <w:p>
      <w:pPr>
        <w:spacing w:after="0"/>
      </w:pPr>
    </w:p>
    <w:p>
      <w:pPr>
        <w:spacing w:after="0"/>
      </w:pPr>
      <w:r>
        <w:rPr>
          <w:rFonts w:ascii="Arial" w:hAnsi="Arial"/>
          <w:b/>
          <w:sz w:val="22"/>
        </w:rPr>
        <w:t xml:space="preserve">Lucy  </w:t>
      </w:r>
      <w:r>
        <w:rPr>
          <w:rFonts w:ascii="Arial" w:hAnsi="Arial"/>
          <w:color w:val="5D7284"/>
          <w:sz w:val="22"/>
        </w:rPr>
        <w:t>51:42</w:t>
      </w:r>
    </w:p>
    <w:p>
      <w:pPr>
        <w:spacing w:after="0"/>
      </w:pPr>
      <w:r>
        <w:rPr>
          <w:rFonts w:ascii="Arial" w:hAnsi="Arial"/>
          <w:sz w:val="22"/>
        </w:rPr>
        <w:t>I mean, I was telling my mom this morning, this going completely off piece. But I was telling my mom this morning about another podcast I've been listening to, and it's about people women in the Victorian era who were murderesses, and then looking at it with the with the modern day view of, did this person murder or not? Kind of thing Because they were very sort of, they were very nifty with the noose back in Victorian . They were like, Oh yeah, you did that. We're gonna hang you without the second thought. But So basically, they were telling a story about this woman who she her husband would her husbands would miraculously, all of a sudden die, and she would get the insurance money and and the police were like, something's not right here. And then her stepson was murdered because he had an insurance policy put on his name. And they were like, Yeah, something's definitely not right. They did an autopsy in on her kitchen table and said he died of like, I think it was like something like emphysema or something like that. And then somebody else said, in the community, said, No, I don't think that's right, and campaigned to get his body exhumed again. And when they exhumed his body, they found that he'd got arsnic He'd been poisoned with arsnic, and so she hung because he'd she'd obviously murdered the stepson, but he just but that was done quickly. Apparently, his autopsy was done on the kitchen table, and they held the hearing in the pub next door, and the doctor came and looked at the body. Was like, oh, yeah, that's fine. Like,</w:t>
      </w:r>
    </w:p>
    <w:p>
      <w:pPr>
        <w:spacing w:after="0"/>
      </w:pPr>
    </w:p>
    <w:p>
      <w:pPr>
        <w:spacing w:after="0"/>
      </w:pPr>
      <w:r>
        <w:rPr>
          <w:rFonts w:ascii="Arial" w:hAnsi="Arial"/>
          <w:b/>
          <w:sz w:val="22"/>
        </w:rPr>
        <w:t xml:space="preserve">Alice  </w:t>
      </w:r>
      <w:r>
        <w:rPr>
          <w:rFonts w:ascii="Arial" w:hAnsi="Arial"/>
          <w:color w:val="5D7284"/>
          <w:sz w:val="22"/>
        </w:rPr>
        <w:t>53:30</w:t>
      </w:r>
    </w:p>
    <w:p>
      <w:pPr>
        <w:spacing w:after="0"/>
      </w:pPr>
      <w:r>
        <w:rPr>
          <w:rFonts w:ascii="Arial" w:hAnsi="Arial"/>
          <w:sz w:val="22"/>
        </w:rPr>
        <w:t xml:space="preserve"> and that was, and that was in the Victorian times, yeah. And yet, sort of flipping it on its head, a little bit all of this stuff in the last 12 18, months about Lucy Letby, who was convicted of murdering tiny, unwell, premature babies. And they're now saying, actually, the the information that was presented to court was taken out of context. The thing I remember hearing that was really striking when she first was first convicted, was that of all the children who had died, she was the only nurse who was on hand for all of those deaths. But then actually they looked at an independent panel, looked again and basically said, because it's, it's a neonatal ward with very, very poorly babies that you could essentially say that for if you kind of mix up the the collections of sort of different babies, that you could essentially say that for any nursing rota is that for almost every nurse, there is a collection of babies who have passed away that you could say, well, that's the only nurse that was present at, you know, on honor every single death, because it's very, very poorly babies, and actually it is looking increasingly like it's consultants were doing weekly instead of daily, ward rounds that they were it was junior doctors who were not being like properly trained and supported. It was a hugely overworked nursing staff for tiny, vulnerable, unwell babies.</w:t>
      </w:r>
    </w:p>
    <w:p>
      <w:pPr>
        <w:spacing w:after="0"/>
      </w:pPr>
    </w:p>
    <w:p>
      <w:pPr>
        <w:spacing w:after="0"/>
      </w:pPr>
      <w:r>
        <w:rPr>
          <w:rFonts w:ascii="Arial" w:hAnsi="Arial"/>
          <w:b/>
          <w:sz w:val="22"/>
        </w:rPr>
        <w:t xml:space="preserve">Lucy  </w:t>
      </w:r>
      <w:r>
        <w:rPr>
          <w:rFonts w:ascii="Arial" w:hAnsi="Arial"/>
          <w:color w:val="5D7284"/>
          <w:sz w:val="22"/>
        </w:rPr>
        <w:t>55:07</w:t>
      </w:r>
    </w:p>
    <w:p>
      <w:pPr>
        <w:spacing w:after="0"/>
      </w:pPr>
      <w:r>
        <w:rPr>
          <w:rFonts w:ascii="Arial" w:hAnsi="Arial"/>
          <w:sz w:val="22"/>
        </w:rPr>
        <w:t>And yet, every time I hear about Lucy Letby, all I can think about is those poor families, because everything's being raked up again, and they're having to go through it all.</w:t>
      </w:r>
    </w:p>
    <w:p>
      <w:pPr>
        <w:spacing w:after="0"/>
      </w:pPr>
    </w:p>
    <w:p>
      <w:pPr>
        <w:spacing w:after="0"/>
      </w:pPr>
      <w:r>
        <w:rPr>
          <w:rFonts w:ascii="Arial" w:hAnsi="Arial"/>
          <w:b/>
          <w:sz w:val="22"/>
        </w:rPr>
        <w:t xml:space="preserve">Alice  </w:t>
      </w:r>
      <w:r>
        <w:rPr>
          <w:rFonts w:ascii="Arial" w:hAnsi="Arial"/>
          <w:color w:val="5D7284"/>
          <w:sz w:val="22"/>
        </w:rPr>
        <w:t>55:19</w:t>
      </w:r>
    </w:p>
    <w:p>
      <w:pPr>
        <w:spacing w:after="0"/>
      </w:pPr>
      <w:r>
        <w:rPr>
          <w:rFonts w:ascii="Arial" w:hAnsi="Arial"/>
          <w:sz w:val="22"/>
        </w:rPr>
        <w:t>It's awful. This is also if, it's if all of this more recent stuff is true and she did not kill, killed those babies. She will never she she went to nursing school. She will never get her life back. she won't be able to walk down the street like she is so recognized.</w:t>
      </w:r>
    </w:p>
    <w:p>
      <w:pPr>
        <w:spacing w:after="0"/>
      </w:pPr>
    </w:p>
    <w:p>
      <w:pPr>
        <w:spacing w:after="0"/>
      </w:pPr>
      <w:r>
        <w:rPr>
          <w:rFonts w:ascii="Arial" w:hAnsi="Arial"/>
          <w:b/>
          <w:sz w:val="22"/>
        </w:rPr>
        <w:t xml:space="preserve">Lucy  </w:t>
      </w:r>
      <w:r>
        <w:rPr>
          <w:rFonts w:ascii="Arial" w:hAnsi="Arial"/>
          <w:color w:val="5D7284"/>
          <w:sz w:val="22"/>
        </w:rPr>
        <w:t>55:38</w:t>
      </w:r>
    </w:p>
    <w:p>
      <w:pPr>
        <w:spacing w:after="0"/>
      </w:pPr>
      <w:r>
        <w:rPr>
          <w:rFonts w:ascii="Arial" w:hAnsi="Arial"/>
          <w:sz w:val="22"/>
        </w:rPr>
        <w:t xml:space="preserve">She will have to go as like, witness protection or something. </w:t>
      </w:r>
    </w:p>
    <w:p>
      <w:pPr>
        <w:spacing w:after="0"/>
      </w:pPr>
    </w:p>
    <w:p>
      <w:pPr>
        <w:spacing w:after="0"/>
      </w:pPr>
      <w:r>
        <w:rPr>
          <w:rFonts w:ascii="Arial" w:hAnsi="Arial"/>
          <w:b/>
          <w:sz w:val="22"/>
        </w:rPr>
        <w:t xml:space="preserve">Alice  </w:t>
      </w:r>
      <w:r>
        <w:rPr>
          <w:rFonts w:ascii="Arial" w:hAnsi="Arial"/>
          <w:color w:val="5D7284"/>
          <w:sz w:val="22"/>
        </w:rPr>
        <w:t>55:41</w:t>
      </w:r>
    </w:p>
    <w:p>
      <w:pPr>
        <w:spacing w:after="0"/>
      </w:pPr>
      <w:r>
        <w:rPr>
          <w:rFonts w:ascii="Arial" w:hAnsi="Arial"/>
          <w:sz w:val="22"/>
        </w:rPr>
        <w:t>Yeah, it's this. It's another life ruined by a system that was just failing patients. And then it's, you know, it's all the other people involved, and it's the, you know, it's the same, going back to the things we were saying about whistleblowers, it's another fuck up of the system that's ruining people's lives, and there's just a few people floating at the top going, like, just,</w:t>
      </w:r>
    </w:p>
    <w:p>
      <w:pPr>
        <w:spacing w:after="0"/>
      </w:pPr>
    </w:p>
    <w:p>
      <w:pPr>
        <w:spacing w:after="0"/>
      </w:pPr>
      <w:r>
        <w:rPr>
          <w:rFonts w:ascii="Arial" w:hAnsi="Arial"/>
          <w:b/>
          <w:sz w:val="22"/>
        </w:rPr>
        <w:t xml:space="preserve">Lucy  </w:t>
      </w:r>
      <w:r>
        <w:rPr>
          <w:rFonts w:ascii="Arial" w:hAnsi="Arial"/>
          <w:color w:val="5D7284"/>
          <w:sz w:val="22"/>
        </w:rPr>
        <w:t>56:07</w:t>
      </w:r>
    </w:p>
    <w:p>
      <w:pPr>
        <w:spacing w:after="0"/>
      </w:pPr>
      <w:r>
        <w:rPr>
          <w:rFonts w:ascii="Arial" w:hAnsi="Arial"/>
          <w:sz w:val="22"/>
        </w:rPr>
        <w:t>everything's fine, everything's fine, everything's fine.</w:t>
      </w:r>
    </w:p>
    <w:p>
      <w:pPr>
        <w:spacing w:after="0"/>
      </w:pPr>
    </w:p>
    <w:p>
      <w:pPr>
        <w:spacing w:after="0"/>
      </w:pPr>
      <w:r>
        <w:rPr>
          <w:rFonts w:ascii="Arial" w:hAnsi="Arial"/>
          <w:b/>
          <w:sz w:val="22"/>
        </w:rPr>
        <w:t xml:space="preserve">Alice  </w:t>
      </w:r>
      <w:r>
        <w:rPr>
          <w:rFonts w:ascii="Arial" w:hAnsi="Arial"/>
          <w:color w:val="5D7284"/>
          <w:sz w:val="22"/>
        </w:rPr>
        <w:t>56:11</w:t>
      </w:r>
    </w:p>
    <w:p>
      <w:pPr>
        <w:spacing w:after="0"/>
      </w:pPr>
      <w:r>
        <w:rPr>
          <w:rFonts w:ascii="Arial" w:hAnsi="Arial"/>
          <w:sz w:val="22"/>
        </w:rPr>
        <w:t>It's always them that kind of live to fight another day or to lie another day.</w:t>
      </w:r>
    </w:p>
    <w:p>
      <w:pPr>
        <w:spacing w:after="0"/>
      </w:pPr>
    </w:p>
    <w:p>
      <w:pPr>
        <w:spacing w:after="0"/>
      </w:pPr>
      <w:r>
        <w:rPr>
          <w:rFonts w:ascii="Arial" w:hAnsi="Arial"/>
          <w:b/>
          <w:sz w:val="22"/>
        </w:rPr>
        <w:t xml:space="preserve">Sara Ryan  </w:t>
      </w:r>
      <w:r>
        <w:rPr>
          <w:rFonts w:ascii="Arial" w:hAnsi="Arial"/>
          <w:color w:val="5D7284"/>
          <w:sz w:val="22"/>
        </w:rPr>
        <w:t>56:21</w:t>
      </w:r>
    </w:p>
    <w:p>
      <w:pPr>
        <w:spacing w:after="0"/>
      </w:pPr>
      <w:r>
        <w:rPr>
          <w:rFonts w:ascii="Arial" w:hAnsi="Arial"/>
          <w:sz w:val="22"/>
        </w:rPr>
        <w:t>Yeah, yeah. That's that's interesting because, like, when around when Connor died, and then his inquest and everything we were quite we did a lot of campaigning, did a lot of reading of notes from NHS England and the NHS Trust involved and the Care Quality Commission. And is so fascinating how it's the same senior figures float, to roles in the different organization, they're all still in post, and they're all rewarded heavily, reward, while people at the bottom are just having their lives crushed, extinguished, ruined.</w:t>
      </w:r>
    </w:p>
    <w:p>
      <w:pPr>
        <w:spacing w:after="0"/>
      </w:pPr>
    </w:p>
    <w:p>
      <w:pPr>
        <w:spacing w:after="0"/>
      </w:pPr>
      <w:r>
        <w:rPr>
          <w:rFonts w:ascii="Arial" w:hAnsi="Arial"/>
          <w:b/>
          <w:sz w:val="22"/>
        </w:rPr>
        <w:t xml:space="preserve">Lucy  </w:t>
      </w:r>
      <w:r>
        <w:rPr>
          <w:rFonts w:ascii="Arial" w:hAnsi="Arial"/>
          <w:color w:val="5D7284"/>
          <w:sz w:val="22"/>
        </w:rPr>
        <w:t>56:54</w:t>
      </w:r>
    </w:p>
    <w:p>
      <w:pPr>
        <w:spacing w:after="0"/>
      </w:pPr>
      <w:r>
        <w:rPr>
          <w:rFonts w:ascii="Arial" w:hAnsi="Arial"/>
          <w:sz w:val="22"/>
        </w:rPr>
        <w:t>And you say, as well, if those people move around, you know, different jobs, you'll often see that the same thing happens, similar things happen, and it just shut that that is not what it is, bad management, obviously. But it also shows you the measure of the person, measure I can't speak today, measure of the person who is in charge, like their qualities as a human being to go, yeah, yeah, I'll let that happen.</w:t>
      </w:r>
    </w:p>
    <w:p>
      <w:pPr>
        <w:spacing w:after="0"/>
      </w:pPr>
    </w:p>
    <w:p>
      <w:pPr>
        <w:spacing w:after="0"/>
      </w:pPr>
      <w:r>
        <w:rPr>
          <w:rFonts w:ascii="Arial" w:hAnsi="Arial"/>
          <w:b/>
          <w:sz w:val="22"/>
        </w:rPr>
        <w:t xml:space="preserve">Alice  </w:t>
      </w:r>
      <w:r>
        <w:rPr>
          <w:rFonts w:ascii="Arial" w:hAnsi="Arial"/>
          <w:color w:val="5D7284"/>
          <w:sz w:val="22"/>
        </w:rPr>
        <w:t>57:25</w:t>
      </w:r>
    </w:p>
    <w:p>
      <w:pPr>
        <w:spacing w:after="0"/>
      </w:pPr>
      <w:r>
        <w:rPr>
          <w:rFonts w:ascii="Arial" w:hAnsi="Arial"/>
          <w:sz w:val="22"/>
        </w:rPr>
        <w:t>I think one of the most like you that story you told about the story around Henry's death and how the student nurse said that the the manager came in and said leave, told them to leave the bathroom. That is one of the most terrifying, innocuous phrases I've ever heard in my life. I really feel like that is going to stick, like I'm going to keep thinking about that very simple turn of phrase and how if just feels so laden with Yeah,</w:t>
      </w:r>
    </w:p>
    <w:p>
      <w:pPr>
        <w:spacing w:after="0"/>
      </w:pPr>
    </w:p>
    <w:p>
      <w:pPr>
        <w:spacing w:after="0"/>
      </w:pPr>
      <w:r>
        <w:rPr>
          <w:rFonts w:ascii="Arial" w:hAnsi="Arial"/>
          <w:b/>
          <w:sz w:val="22"/>
        </w:rPr>
        <w:t xml:space="preserve">Sara Ryan  </w:t>
      </w:r>
      <w:r>
        <w:rPr>
          <w:rFonts w:ascii="Arial" w:hAnsi="Arial"/>
          <w:color w:val="5D7284"/>
          <w:sz w:val="22"/>
        </w:rPr>
        <w:t>58:01</w:t>
      </w:r>
    </w:p>
    <w:p>
      <w:pPr>
        <w:spacing w:after="0"/>
      </w:pPr>
      <w:r>
        <w:rPr>
          <w:rFonts w:ascii="Arial" w:hAnsi="Arial"/>
          <w:sz w:val="22"/>
        </w:rPr>
        <w:t xml:space="preserve"> just intent, really, isn't it? </w:t>
      </w:r>
    </w:p>
    <w:p>
      <w:pPr>
        <w:spacing w:after="0"/>
      </w:pPr>
    </w:p>
    <w:p>
      <w:pPr>
        <w:spacing w:after="0"/>
      </w:pPr>
      <w:r>
        <w:rPr>
          <w:rFonts w:ascii="Arial" w:hAnsi="Arial"/>
          <w:b/>
          <w:sz w:val="22"/>
        </w:rPr>
        <w:t xml:space="preserve">Lucy  </w:t>
      </w:r>
      <w:r>
        <w:rPr>
          <w:rFonts w:ascii="Arial" w:hAnsi="Arial"/>
          <w:color w:val="5D7284"/>
          <w:sz w:val="22"/>
        </w:rPr>
        <w:t>58:04</w:t>
      </w:r>
    </w:p>
    <w:p>
      <w:pPr>
        <w:spacing w:after="0"/>
      </w:pPr>
      <w:r>
        <w:rPr>
          <w:rFonts w:ascii="Arial" w:hAnsi="Arial"/>
          <w:sz w:val="22"/>
        </w:rPr>
        <w:t xml:space="preserve">Intent and menace as well? Yeah. </w:t>
      </w:r>
    </w:p>
    <w:p>
      <w:pPr>
        <w:spacing w:after="0"/>
      </w:pPr>
    </w:p>
    <w:p>
      <w:pPr>
        <w:spacing w:after="0"/>
      </w:pPr>
      <w:r>
        <w:rPr>
          <w:rFonts w:ascii="Arial" w:hAnsi="Arial"/>
          <w:b/>
          <w:sz w:val="22"/>
        </w:rPr>
        <w:t xml:space="preserve">Sara Ryan  </w:t>
      </w:r>
      <w:r>
        <w:rPr>
          <w:rFonts w:ascii="Arial" w:hAnsi="Arial"/>
          <w:color w:val="5D7284"/>
          <w:sz w:val="22"/>
        </w:rPr>
        <w:t>58:06</w:t>
      </w:r>
    </w:p>
    <w:p>
      <w:pPr>
        <w:spacing w:after="0"/>
      </w:pPr>
      <w:r>
        <w:rPr>
          <w:rFonts w:ascii="Arial" w:hAnsi="Arial"/>
          <w:sz w:val="22"/>
        </w:rPr>
        <w:t>Also, in  with Connor's death, there was two student nurses, and in the inquest, it was clear they were told they were spending too much time with him, or they were having a good laugh with him, and they shouldn't do that because they had other things to do. There's only four patients there, and I sort of feel now, still like that student nurse when the police would have gone back to him and raised this death that had happened, you know, years before. Imagine how it stayed with him. And then, of course, this is again, is raised up. And I just feel those student nurses who were on duty when Connor died. I can't even imagine, no, how they must feel.</w:t>
      </w:r>
    </w:p>
    <w:p>
      <w:pPr>
        <w:spacing w:after="0"/>
      </w:pPr>
    </w:p>
    <w:p>
      <w:pPr>
        <w:spacing w:after="0"/>
      </w:pPr>
      <w:r>
        <w:rPr>
          <w:rFonts w:ascii="Arial" w:hAnsi="Arial"/>
          <w:b/>
          <w:sz w:val="22"/>
        </w:rPr>
        <w:t xml:space="preserve">Alice  </w:t>
      </w:r>
      <w:r>
        <w:rPr>
          <w:rFonts w:ascii="Arial" w:hAnsi="Arial"/>
          <w:color w:val="5D7284"/>
          <w:sz w:val="22"/>
        </w:rPr>
        <w:t>58:39</w:t>
      </w:r>
    </w:p>
    <w:p>
      <w:pPr>
        <w:spacing w:after="0"/>
      </w:pPr>
      <w:r>
        <w:rPr>
          <w:rFonts w:ascii="Arial" w:hAnsi="Arial"/>
          <w:sz w:val="22"/>
        </w:rPr>
        <w:t>It's just, it's all just an abuse of power, isn't it, for people at the bottom, who are the ones that suffer, yeah. Oh well, this is a really, really depressing heavy episode</w:t>
      </w:r>
    </w:p>
    <w:p>
      <w:pPr>
        <w:spacing w:after="0"/>
      </w:pPr>
    </w:p>
    <w:p>
      <w:pPr>
        <w:spacing w:after="0"/>
      </w:pPr>
      <w:r>
        <w:rPr>
          <w:rFonts w:ascii="Arial" w:hAnsi="Arial"/>
          <w:b/>
          <w:sz w:val="22"/>
        </w:rPr>
        <w:t xml:space="preserve">Sara Ryan  </w:t>
      </w:r>
      <w:r>
        <w:rPr>
          <w:rFonts w:ascii="Arial" w:hAnsi="Arial"/>
          <w:color w:val="5D7284"/>
          <w:sz w:val="22"/>
        </w:rPr>
        <w:t>58:52</w:t>
      </w:r>
    </w:p>
    <w:p>
      <w:pPr>
        <w:spacing w:after="0"/>
      </w:pPr>
      <w:r>
        <w:rPr>
          <w:rFonts w:ascii="Arial" w:hAnsi="Arial"/>
          <w:sz w:val="22"/>
        </w:rPr>
        <w:t>I got a nice bit of news, which,</w:t>
      </w:r>
    </w:p>
    <w:p>
      <w:pPr>
        <w:spacing w:after="0"/>
      </w:pPr>
    </w:p>
    <w:p>
      <w:pPr>
        <w:spacing w:after="0"/>
      </w:pPr>
      <w:r>
        <w:rPr>
          <w:rFonts w:ascii="Arial" w:hAnsi="Arial"/>
          <w:b/>
          <w:sz w:val="22"/>
        </w:rPr>
        <w:t xml:space="preserve">Lucy  </w:t>
      </w:r>
      <w:r>
        <w:rPr>
          <w:rFonts w:ascii="Arial" w:hAnsi="Arial"/>
          <w:color w:val="5D7284"/>
          <w:sz w:val="22"/>
        </w:rPr>
        <w:t>58:55</w:t>
      </w:r>
    </w:p>
    <w:p>
      <w:pPr>
        <w:spacing w:after="0"/>
      </w:pPr>
      <w:r>
        <w:rPr>
          <w:rFonts w:ascii="Arial" w:hAnsi="Arial"/>
          <w:sz w:val="22"/>
        </w:rPr>
        <w:t>let's round it off with a nice bit of news.</w:t>
      </w:r>
    </w:p>
    <w:p>
      <w:pPr>
        <w:spacing w:after="0"/>
      </w:pPr>
    </w:p>
    <w:p>
      <w:pPr>
        <w:spacing w:after="0"/>
      </w:pPr>
      <w:r>
        <w:rPr>
          <w:rFonts w:ascii="Arial" w:hAnsi="Arial"/>
          <w:b/>
          <w:sz w:val="22"/>
        </w:rPr>
        <w:t xml:space="preserve">Sara Ryan  </w:t>
      </w:r>
      <w:r>
        <w:rPr>
          <w:rFonts w:ascii="Arial" w:hAnsi="Arial"/>
          <w:color w:val="5D7284"/>
          <w:sz w:val="22"/>
        </w:rPr>
        <w:t>58:58</w:t>
      </w:r>
    </w:p>
    <w:p>
      <w:pPr>
        <w:spacing w:after="0"/>
      </w:pPr>
      <w:r>
        <w:rPr>
          <w:rFonts w:ascii="Arial" w:hAnsi="Arial"/>
          <w:sz w:val="22"/>
        </w:rPr>
        <w:t>Tom Ryan, you had on your podcast, handed in his PhD yesterday.</w:t>
      </w:r>
    </w:p>
    <w:p>
      <w:pPr>
        <w:spacing w:after="0"/>
      </w:pPr>
    </w:p>
    <w:p>
      <w:pPr>
        <w:spacing w:after="0"/>
      </w:pPr>
      <w:r>
        <w:rPr>
          <w:rFonts w:ascii="Arial" w:hAnsi="Arial"/>
          <w:b/>
          <w:sz w:val="22"/>
        </w:rPr>
        <w:t xml:space="preserve">Lucy  </w:t>
      </w:r>
      <w:r>
        <w:rPr>
          <w:rFonts w:ascii="Arial" w:hAnsi="Arial"/>
          <w:color w:val="5D7284"/>
          <w:sz w:val="22"/>
        </w:rPr>
        <w:t>59:03</w:t>
      </w:r>
    </w:p>
    <w:p>
      <w:pPr>
        <w:spacing w:after="0"/>
      </w:pPr>
      <w:r>
        <w:rPr>
          <w:rFonts w:ascii="Arial" w:hAnsi="Arial"/>
          <w:sz w:val="22"/>
        </w:rPr>
        <w:t xml:space="preserve"> Oh, fabulous.</w:t>
      </w:r>
    </w:p>
    <w:p>
      <w:pPr>
        <w:spacing w:after="0"/>
      </w:pPr>
    </w:p>
    <w:p>
      <w:pPr>
        <w:spacing w:after="0"/>
      </w:pPr>
      <w:r>
        <w:rPr>
          <w:rFonts w:ascii="Arial" w:hAnsi="Arial"/>
          <w:b/>
          <w:sz w:val="22"/>
        </w:rPr>
        <w:t xml:space="preserve">Alice  </w:t>
      </w:r>
      <w:r>
        <w:rPr>
          <w:rFonts w:ascii="Arial" w:hAnsi="Arial"/>
          <w:color w:val="5D7284"/>
          <w:sz w:val="22"/>
        </w:rPr>
        <w:t>59:05</w:t>
      </w:r>
    </w:p>
    <w:p>
      <w:pPr>
        <w:spacing w:after="0"/>
      </w:pPr>
      <w:r>
        <w:rPr>
          <w:rFonts w:ascii="Arial" w:hAnsi="Arial"/>
          <w:sz w:val="22"/>
        </w:rPr>
        <w:t>Congratulations Tom, that's amazing.</w:t>
      </w:r>
    </w:p>
    <w:p>
      <w:pPr>
        <w:spacing w:after="0"/>
      </w:pPr>
    </w:p>
    <w:p>
      <w:pPr>
        <w:spacing w:after="0"/>
      </w:pPr>
      <w:r>
        <w:rPr>
          <w:rFonts w:ascii="Arial" w:hAnsi="Arial"/>
          <w:b/>
          <w:sz w:val="22"/>
        </w:rPr>
        <w:t xml:space="preserve">Lucy  </w:t>
      </w:r>
      <w:r>
        <w:rPr>
          <w:rFonts w:ascii="Arial" w:hAnsi="Arial"/>
          <w:color w:val="5D7284"/>
          <w:sz w:val="22"/>
        </w:rPr>
        <w:t>59:09</w:t>
      </w:r>
    </w:p>
    <w:p>
      <w:pPr>
        <w:spacing w:after="0"/>
      </w:pPr>
      <w:r>
        <w:rPr>
          <w:rFonts w:ascii="Arial" w:hAnsi="Arial"/>
          <w:sz w:val="22"/>
        </w:rPr>
        <w:t xml:space="preserve">Please pass on our best wishes. </w:t>
      </w:r>
    </w:p>
    <w:p>
      <w:pPr>
        <w:spacing w:after="0"/>
      </w:pPr>
    </w:p>
    <w:p>
      <w:pPr>
        <w:spacing w:after="0"/>
      </w:pPr>
      <w:r>
        <w:rPr>
          <w:rFonts w:ascii="Arial" w:hAnsi="Arial"/>
          <w:b/>
          <w:sz w:val="22"/>
        </w:rPr>
        <w:t xml:space="preserve">Alice  </w:t>
      </w:r>
      <w:r>
        <w:rPr>
          <w:rFonts w:ascii="Arial" w:hAnsi="Arial"/>
          <w:color w:val="5D7284"/>
          <w:sz w:val="22"/>
        </w:rPr>
        <w:t>59:11</w:t>
      </w:r>
    </w:p>
    <w:p>
      <w:pPr>
        <w:spacing w:after="0"/>
      </w:pPr>
      <w:r>
        <w:rPr>
          <w:rFonts w:ascii="Arial" w:hAnsi="Arial"/>
          <w:sz w:val="22"/>
        </w:rPr>
        <w:t xml:space="preserve">Yeah,I'm you'll have to make him come back on the show and talk to us again. </w:t>
      </w:r>
    </w:p>
    <w:p>
      <w:pPr>
        <w:spacing w:after="0"/>
      </w:pPr>
    </w:p>
    <w:p>
      <w:pPr>
        <w:spacing w:after="0"/>
      </w:pPr>
      <w:r>
        <w:rPr>
          <w:rFonts w:ascii="Arial" w:hAnsi="Arial"/>
          <w:b/>
          <w:sz w:val="22"/>
        </w:rPr>
        <w:t xml:space="preserve">Lucy  </w:t>
      </w:r>
      <w:r>
        <w:rPr>
          <w:rFonts w:ascii="Arial" w:hAnsi="Arial"/>
          <w:color w:val="5D7284"/>
          <w:sz w:val="22"/>
        </w:rPr>
        <w:t>59:15</w:t>
      </w:r>
    </w:p>
    <w:p>
      <w:pPr>
        <w:spacing w:after="0"/>
      </w:pPr>
      <w:r>
        <w:rPr>
          <w:rFonts w:ascii="Arial" w:hAnsi="Arial"/>
          <w:sz w:val="22"/>
        </w:rPr>
        <w:t>Yeah, absolutely</w:t>
      </w:r>
    </w:p>
    <w:p>
      <w:pPr>
        <w:spacing w:after="0"/>
      </w:pPr>
    </w:p>
    <w:p>
      <w:pPr>
        <w:spacing w:after="0"/>
      </w:pPr>
      <w:r>
        <w:rPr>
          <w:rFonts w:ascii="Arial" w:hAnsi="Arial"/>
          <w:b/>
          <w:sz w:val="22"/>
        </w:rPr>
        <w:t xml:space="preserve">Alice  </w:t>
      </w:r>
      <w:r>
        <w:rPr>
          <w:rFonts w:ascii="Arial" w:hAnsi="Arial"/>
          <w:color w:val="5D7284"/>
          <w:sz w:val="22"/>
        </w:rPr>
        <w:t>59:16</w:t>
      </w:r>
    </w:p>
    <w:p>
      <w:pPr>
        <w:spacing w:after="0"/>
      </w:pPr>
      <w:r>
        <w:rPr>
          <w:rFonts w:ascii="Arial" w:hAnsi="Arial"/>
          <w:sz w:val="22"/>
        </w:rPr>
        <w:t xml:space="preserve"> Bully him into it the way only a mother can.</w:t>
      </w:r>
    </w:p>
    <w:p>
      <w:pPr>
        <w:spacing w:after="0"/>
      </w:pPr>
    </w:p>
    <w:p>
      <w:pPr>
        <w:spacing w:after="0"/>
      </w:pPr>
      <w:r>
        <w:rPr>
          <w:rFonts w:ascii="Arial" w:hAnsi="Arial"/>
          <w:b/>
          <w:sz w:val="22"/>
        </w:rPr>
        <w:t xml:space="preserve">Sara Ryan  </w:t>
      </w:r>
      <w:r>
        <w:rPr>
          <w:rFonts w:ascii="Arial" w:hAnsi="Arial"/>
          <w:color w:val="5D7284"/>
          <w:sz w:val="22"/>
        </w:rPr>
        <w:t>59:21</w:t>
      </w:r>
    </w:p>
    <w:p>
      <w:pPr>
        <w:spacing w:after="0"/>
      </w:pPr>
      <w:r>
        <w:rPr>
          <w:rFonts w:ascii="Arial" w:hAnsi="Arial"/>
          <w:sz w:val="22"/>
        </w:rPr>
        <w:t>But also his thesis was about siblings, oh, learning disabilities and you, which is very cool.</w:t>
      </w:r>
    </w:p>
    <w:p>
      <w:pPr>
        <w:spacing w:after="0"/>
      </w:pPr>
    </w:p>
    <w:p>
      <w:pPr>
        <w:spacing w:after="0"/>
      </w:pPr>
      <w:r>
        <w:rPr>
          <w:rFonts w:ascii="Arial" w:hAnsi="Arial"/>
          <w:b/>
          <w:sz w:val="22"/>
        </w:rPr>
        <w:t xml:space="preserve">Alice  </w:t>
      </w:r>
      <w:r>
        <w:rPr>
          <w:rFonts w:ascii="Arial" w:hAnsi="Arial"/>
          <w:color w:val="5D7284"/>
          <w:sz w:val="22"/>
        </w:rPr>
        <w:t>59:30</w:t>
      </w:r>
    </w:p>
    <w:p>
      <w:pPr>
        <w:spacing w:after="0"/>
      </w:pPr>
      <w:r>
        <w:rPr>
          <w:rFonts w:ascii="Arial" w:hAnsi="Arial"/>
          <w:sz w:val="22"/>
        </w:rPr>
        <w:t>I definitely want to have him back to talk about that.</w:t>
      </w:r>
    </w:p>
    <w:p>
      <w:pPr>
        <w:spacing w:after="0"/>
      </w:pPr>
    </w:p>
    <w:p>
      <w:pPr>
        <w:spacing w:after="0"/>
      </w:pPr>
      <w:r>
        <w:rPr>
          <w:rFonts w:ascii="Arial" w:hAnsi="Arial"/>
          <w:b/>
          <w:sz w:val="22"/>
        </w:rPr>
        <w:t xml:space="preserve">Lucy  </w:t>
      </w:r>
      <w:r>
        <w:rPr>
          <w:rFonts w:ascii="Arial" w:hAnsi="Arial"/>
          <w:color w:val="5D7284"/>
          <w:sz w:val="22"/>
        </w:rPr>
        <w:t>59:32</w:t>
      </w:r>
    </w:p>
    <w:p>
      <w:pPr>
        <w:spacing w:after="0"/>
      </w:pPr>
      <w:r>
        <w:rPr>
          <w:rFonts w:ascii="Arial" w:hAnsi="Arial"/>
          <w:sz w:val="22"/>
        </w:rPr>
        <w:t>Yeah, no, that's great. Thank you so much for spending some time with us today. So it's been really lovely to talk to you, and thank you for sharing what must be a very traumatic thing to talk about. We really do appreciate it. It's been great to have you on where can people find you online if they want to sort of get in touch with you or</w:t>
      </w:r>
    </w:p>
    <w:p>
      <w:pPr>
        <w:spacing w:after="0"/>
      </w:pPr>
    </w:p>
    <w:p>
      <w:pPr>
        <w:spacing w:after="0"/>
      </w:pPr>
      <w:r>
        <w:rPr>
          <w:rFonts w:ascii="Arial" w:hAnsi="Arial"/>
          <w:b/>
          <w:sz w:val="22"/>
        </w:rPr>
        <w:t xml:space="preserve">Alice  </w:t>
      </w:r>
      <w:r>
        <w:rPr>
          <w:rFonts w:ascii="Arial" w:hAnsi="Arial"/>
          <w:color w:val="5D7284"/>
          <w:sz w:val="22"/>
        </w:rPr>
        <w:t>59:53</w:t>
      </w:r>
    </w:p>
    <w:p>
      <w:pPr>
        <w:spacing w:after="0"/>
      </w:pPr>
      <w:r>
        <w:rPr>
          <w:rFonts w:ascii="Arial" w:hAnsi="Arial"/>
          <w:sz w:val="22"/>
        </w:rPr>
        <w:t>see what you're doing.</w:t>
      </w:r>
    </w:p>
    <w:p>
      <w:pPr>
        <w:spacing w:after="0"/>
      </w:pPr>
    </w:p>
    <w:p>
      <w:pPr>
        <w:spacing w:after="0"/>
      </w:pPr>
      <w:r>
        <w:rPr>
          <w:rFonts w:ascii="Arial" w:hAnsi="Arial"/>
          <w:b/>
          <w:sz w:val="22"/>
        </w:rPr>
        <w:t xml:space="preserve">Sara Ryan  </w:t>
      </w:r>
      <w:r>
        <w:rPr>
          <w:rFonts w:ascii="Arial" w:hAnsi="Arial"/>
          <w:color w:val="5D7284"/>
          <w:sz w:val="22"/>
        </w:rPr>
        <w:t>59:55</w:t>
      </w:r>
    </w:p>
    <w:p>
      <w:pPr>
        <w:spacing w:after="0"/>
      </w:pPr>
      <w:r>
        <w:rPr>
          <w:rFonts w:ascii="Arial" w:hAnsi="Arial"/>
          <w:sz w:val="22"/>
        </w:rPr>
        <w:t>You can google my name Sara, without an H, Ryan and Manchester University , you'll find me there.</w:t>
      </w:r>
    </w:p>
    <w:p>
      <w:pPr>
        <w:spacing w:after="0"/>
      </w:pPr>
    </w:p>
    <w:p>
      <w:pPr>
        <w:spacing w:after="0"/>
      </w:pPr>
      <w:r>
        <w:rPr>
          <w:rFonts w:ascii="Arial" w:hAnsi="Arial"/>
          <w:b/>
          <w:sz w:val="22"/>
        </w:rPr>
        <w:t xml:space="preserve">Lucy  </w:t>
      </w:r>
      <w:r>
        <w:rPr>
          <w:rFonts w:ascii="Arial" w:hAnsi="Arial"/>
          <w:color w:val="5D7284"/>
          <w:sz w:val="22"/>
        </w:rPr>
        <w:t>1:00:02</w:t>
      </w:r>
    </w:p>
    <w:p>
      <w:pPr>
        <w:spacing w:after="0"/>
      </w:pPr>
      <w:r>
        <w:rPr>
          <w:rFonts w:ascii="Arial" w:hAnsi="Arial"/>
          <w:sz w:val="22"/>
        </w:rPr>
        <w:t xml:space="preserve"> Brilliant.Okay, well, we'll put all that information into our show notes,as ever. So if anybody wants to sort of find you know tell us about your book,</w:t>
      </w:r>
    </w:p>
    <w:p>
      <w:pPr>
        <w:spacing w:after="0"/>
      </w:pPr>
    </w:p>
    <w:p>
      <w:pPr>
        <w:spacing w:after="0"/>
      </w:pPr>
      <w:r>
        <w:rPr>
          <w:rFonts w:ascii="Arial" w:hAnsi="Arial"/>
          <w:b/>
          <w:sz w:val="22"/>
        </w:rPr>
        <w:t xml:space="preserve">Sara Ryan  </w:t>
      </w:r>
      <w:r>
        <w:rPr>
          <w:rFonts w:ascii="Arial" w:hAnsi="Arial"/>
          <w:color w:val="5D7284"/>
          <w:sz w:val="22"/>
        </w:rPr>
        <w:t>1:00:13</w:t>
      </w:r>
    </w:p>
    <w:p>
      <w:pPr>
        <w:spacing w:after="0"/>
      </w:pPr>
      <w:r>
        <w:rPr>
          <w:rFonts w:ascii="Arial" w:hAnsi="Arial"/>
          <w:sz w:val="22"/>
        </w:rPr>
        <w:t>yeah, book critical health and learning disabilities is out. You can buy it from online bookstores, and it's published by Routledge, but it's a good, good read.</w:t>
      </w:r>
    </w:p>
    <w:p>
      <w:pPr>
        <w:spacing w:after="0"/>
      </w:pPr>
    </w:p>
    <w:p>
      <w:pPr>
        <w:spacing w:after="0"/>
      </w:pPr>
      <w:r>
        <w:rPr>
          <w:rFonts w:ascii="Arial" w:hAnsi="Arial"/>
          <w:b/>
          <w:sz w:val="22"/>
        </w:rPr>
        <w:t xml:space="preserve">Alice  </w:t>
      </w:r>
      <w:r>
        <w:rPr>
          <w:rFonts w:ascii="Arial" w:hAnsi="Arial"/>
          <w:color w:val="5D7284"/>
          <w:sz w:val="22"/>
        </w:rPr>
        <w:t>1:00:25</w:t>
      </w:r>
    </w:p>
    <w:p>
      <w:pPr>
        <w:spacing w:after="0"/>
      </w:pPr>
      <w:r>
        <w:rPr>
          <w:rFonts w:ascii="Arial" w:hAnsi="Arial"/>
          <w:sz w:val="22"/>
        </w:rPr>
        <w:t>Yes, Okay, excellent. I'll add it to the list of things.</w:t>
      </w:r>
    </w:p>
    <w:p>
      <w:pPr>
        <w:spacing w:after="0"/>
      </w:pPr>
    </w:p>
    <w:p>
      <w:pPr>
        <w:spacing w:after="0"/>
      </w:pPr>
      <w:r>
        <w:rPr>
          <w:rFonts w:ascii="Arial" w:hAnsi="Arial"/>
          <w:b/>
          <w:sz w:val="22"/>
        </w:rPr>
        <w:t xml:space="preserve">Lucy  </w:t>
      </w:r>
      <w:r>
        <w:rPr>
          <w:rFonts w:ascii="Arial" w:hAnsi="Arial"/>
          <w:color w:val="5D7284"/>
          <w:sz w:val="22"/>
        </w:rPr>
        <w:t>1:00:29</w:t>
      </w:r>
    </w:p>
    <w:p>
      <w:pPr>
        <w:spacing w:after="0"/>
      </w:pPr>
      <w:r>
        <w:rPr>
          <w:rFonts w:ascii="Arial" w:hAnsi="Arial"/>
          <w:sz w:val="22"/>
        </w:rPr>
        <w:t>Add it to Alice's rage pile.</w:t>
      </w:r>
    </w:p>
    <w:p>
      <w:pPr>
        <w:spacing w:after="0"/>
      </w:pPr>
    </w:p>
    <w:p>
      <w:pPr>
        <w:spacing w:after="0"/>
      </w:pPr>
      <w:r>
        <w:rPr>
          <w:rFonts w:ascii="Arial" w:hAnsi="Arial"/>
          <w:b/>
          <w:sz w:val="22"/>
        </w:rPr>
        <w:t xml:space="preserve">Alice  </w:t>
      </w:r>
      <w:r>
        <w:rPr>
          <w:rFonts w:ascii="Arial" w:hAnsi="Arial"/>
          <w:color w:val="5D7284"/>
          <w:sz w:val="22"/>
        </w:rPr>
        <w:t>1:00:32</w:t>
      </w:r>
    </w:p>
    <w:p>
      <w:pPr>
        <w:spacing w:after="0"/>
      </w:pPr>
      <w:r>
        <w:rPr>
          <w:rFonts w:ascii="Arial" w:hAnsi="Arial"/>
          <w:sz w:val="22"/>
        </w:rPr>
        <w:t>I had 100% got a rage book pile, like books written by women who have been like sexually assaulted and all sorts of things like that. And it's every now and then I'll read two chapters, and then I'm like, I need to read some like, cozy murder or like or wizardy fantasy to take my mind off of how awful the world really is.</w:t>
      </w:r>
    </w:p>
    <w:p>
      <w:pPr>
        <w:spacing w:after="0"/>
      </w:pPr>
    </w:p>
    <w:p>
      <w:pPr>
        <w:spacing w:after="0"/>
      </w:pPr>
      <w:r>
        <w:rPr>
          <w:rFonts w:ascii="Arial" w:hAnsi="Arial"/>
          <w:b/>
          <w:sz w:val="22"/>
        </w:rPr>
        <w:t xml:space="preserve">Lucy  </w:t>
      </w:r>
      <w:r>
        <w:rPr>
          <w:rFonts w:ascii="Arial" w:hAnsi="Arial"/>
          <w:color w:val="5D7284"/>
          <w:sz w:val="22"/>
        </w:rPr>
        <w:t>1:00:54</w:t>
      </w:r>
    </w:p>
    <w:p>
      <w:pPr>
        <w:spacing w:after="0"/>
      </w:pPr>
      <w:r>
        <w:rPr>
          <w:rFonts w:ascii="Arial" w:hAnsi="Arial"/>
          <w:sz w:val="22"/>
        </w:rPr>
        <w:t>You see, I will just round that conversation off Alice by saying, I'm looking forward to listening to the Tony Robinson audio book because he's written his first novel. So whilst you're rage reading and they're like in the bath listening to Tony Robinson. So yes, so thank you so much for your time today, Sarah, it's been really great to speak to you, and I hope we do keep in touch. It'd be lovely to keep in touch.</w:t>
      </w:r>
    </w:p>
    <w:p>
      <w:pPr>
        <w:spacing w:after="0"/>
      </w:pPr>
    </w:p>
    <w:p>
      <w:pPr>
        <w:spacing w:after="0"/>
      </w:pPr>
      <w:r>
        <w:rPr>
          <w:rFonts w:ascii="Arial" w:hAnsi="Arial"/>
          <w:b/>
          <w:sz w:val="22"/>
        </w:rPr>
        <w:t xml:space="preserve">Alice  </w:t>
      </w:r>
      <w:r>
        <w:rPr>
          <w:rFonts w:ascii="Arial" w:hAnsi="Arial"/>
          <w:color w:val="5D7284"/>
          <w:sz w:val="22"/>
        </w:rPr>
        <w:t>1:01:19</w:t>
      </w:r>
    </w:p>
    <w:p>
      <w:pPr>
        <w:spacing w:after="0"/>
      </w:pPr>
      <w:r>
        <w:rPr>
          <w:rFonts w:ascii="Arial" w:hAnsi="Arial"/>
          <w:sz w:val="22"/>
        </w:rPr>
        <w:t>Yes, thank you so much, and thank you everybody for listening and joining us today. I hope that instead of depressing you, this episode has filled you with a passionate rage, and you're going to go out and change the world. If you want our support, let us know. Lucy and I have got got plenty of weapons in our arsenal. If you like this episode, please share it with your friends. You can like and subscribe on your podcast players and across social media. We are at lABLEd pod. Lucy. Do you want to tell people about our Go Fund Me?</w:t>
      </w:r>
    </w:p>
    <w:p>
      <w:pPr>
        <w:spacing w:after="0"/>
      </w:pPr>
    </w:p>
    <w:p>
      <w:pPr>
        <w:spacing w:after="0"/>
      </w:pPr>
      <w:r>
        <w:rPr>
          <w:rFonts w:ascii="Arial" w:hAnsi="Arial"/>
          <w:b/>
          <w:sz w:val="22"/>
        </w:rPr>
        <w:t xml:space="preserve">Lucy  </w:t>
      </w:r>
      <w:r>
        <w:rPr>
          <w:rFonts w:ascii="Arial" w:hAnsi="Arial"/>
          <w:color w:val="5D7284"/>
          <w:sz w:val="22"/>
        </w:rPr>
        <w:t>1:01:54</w:t>
      </w:r>
    </w:p>
    <w:p>
      <w:pPr>
        <w:spacing w:after="0"/>
      </w:pPr>
      <w:r>
        <w:rPr>
          <w:rFonts w:ascii="Arial" w:hAnsi="Arial"/>
          <w:sz w:val="22"/>
        </w:rPr>
        <w:t>I can we have a Go Fund Me, which goes towards helping the running costs of lABLEd podcast. You can find that on our website, www.labledpodcast.co.uk, and you will also find a transcript of every episode we ever release available to download and read at your leisure. So go and do that.</w:t>
      </w:r>
    </w:p>
    <w:p>
      <w:pPr>
        <w:spacing w:after="0"/>
      </w:pPr>
    </w:p>
    <w:p>
      <w:pPr>
        <w:spacing w:after="0"/>
      </w:pPr>
      <w:r>
        <w:rPr>
          <w:rFonts w:ascii="Arial" w:hAnsi="Arial"/>
          <w:b/>
          <w:sz w:val="22"/>
        </w:rPr>
        <w:t xml:space="preserve">Alice  </w:t>
      </w:r>
      <w:r>
        <w:rPr>
          <w:rFonts w:ascii="Arial" w:hAnsi="Arial"/>
          <w:color w:val="5D7284"/>
          <w:sz w:val="22"/>
        </w:rPr>
        <w:t>1:02:15</w:t>
      </w:r>
    </w:p>
    <w:p>
      <w:pPr>
        <w:spacing w:after="0"/>
      </w:pPr>
      <w:r>
        <w:rPr>
          <w:rFonts w:ascii="Arial" w:hAnsi="Arial"/>
          <w:sz w:val="22"/>
        </w:rPr>
        <w:t xml:space="preserve">Yes, and we will see you all for something completely different next time bye, bye, </w:t>
      </w:r>
    </w:p>
    <w:p>
      <w:pPr>
        <w:spacing w:after="0"/>
      </w:pPr>
    </w:p>
    <w:p>
      <w:pPr>
        <w:spacing w:after="0"/>
      </w:pPr>
      <w:r>
        <w:rPr>
          <w:rFonts w:ascii="Arial" w:hAnsi="Arial"/>
          <w:b/>
          <w:sz w:val="22"/>
        </w:rPr>
        <w:t xml:space="preserve">Lucy  </w:t>
      </w:r>
      <w:r>
        <w:rPr>
          <w:rFonts w:ascii="Arial" w:hAnsi="Arial"/>
          <w:color w:val="5D7284"/>
          <w:sz w:val="22"/>
        </w:rPr>
        <w:t>1:02:22</w:t>
      </w:r>
    </w:p>
    <w:p>
      <w:pPr>
        <w:spacing w:after="0"/>
      </w:pPr>
      <w:r>
        <w:rPr>
          <w:rFonts w:ascii="Arial" w:hAnsi="Arial"/>
          <w:sz w:val="22"/>
        </w:rPr>
        <w:t>bye, bye,</w:t>
      </w:r>
    </w:p>
    <w:p>
      <w:pPr>
        <w:spacing w:after="0"/>
      </w:pPr>
    </w:p>
    <w:p>
      <w:pPr>
        <w:spacing w:after="0"/>
      </w:pPr>
      <w:r>
        <w:rPr>
          <w:rFonts w:ascii="Arial" w:hAnsi="Arial"/>
          <w:b/>
          <w:sz w:val="22"/>
        </w:rPr>
        <w:t xml:space="preserve">outro   </w:t>
      </w:r>
      <w:r>
        <w:rPr>
          <w:rFonts w:ascii="Arial" w:hAnsi="Arial"/>
          <w:color w:val="5D7284"/>
          <w:sz w:val="22"/>
        </w:rPr>
        <w:t>1:02:26</w:t>
      </w:r>
    </w:p>
    <w:p>
      <w:pPr>
        <w:spacing w:after="0"/>
      </w:pPr>
      <w:r>
        <w:rPr>
          <w:rFonts w:ascii="Arial" w:hAnsi="Arial"/>
          <w:sz w:val="22"/>
        </w:rPr>
        <w:t>Shhh don't wake Dora. Thanks for listening to the lABLEd podcast. If you like the show, you can rate review and subscribe, and you can follow us on social media at lABLEd pod. This episode was edited by Adam Hull. Our music was by Maisy Crunden,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