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Freak Shows First Edit</w:t>
      </w:r>
    </w:p>
    <w:p>
      <w:r>
        <w:rPr>
          <w:rFonts w:ascii="Arial" w:hAnsi="Arial"/>
          <w:color w:val="4F6880"/>
          <w:sz w:val="22"/>
        </w:rPr>
        <w:t>Wed, Jul 22, 2026 1:10PM • 1:23:08</w:t>
      </w:r>
    </w:p>
    <w:p>
      <w:pPr>
        <w:spacing w:before="440" w:after="0"/>
      </w:pPr>
      <w:r>
        <w:rPr>
          <w:rFonts w:ascii="Arial" w:hAnsi="Arial"/>
          <w:b/>
          <w:color w:val="4F6880"/>
          <w:sz w:val="22"/>
        </w:rPr>
        <w:t>SUMMARY KEYWORDS</w:t>
      </w:r>
    </w:p>
    <w:p>
      <w:r>
        <w:rPr>
          <w:rFonts w:ascii="Arial" w:hAnsi="Arial"/>
          <w:color w:val="4F6880"/>
          <w:sz w:val="22"/>
        </w:rPr>
        <w:t>Disability, performance, freak shows, Victorian era, P.T. Barnum, Tom Thumb, Charles Stratton, Prince Randian, genetic differences, exploitation, racial overtones, historical context, disability representation, social media, audience curiosity., Freak shows, curiosity, Charles Stratton, children in need, Joseph Merrick, disability perceptions, PT Barnum, institutionalization, autonomy, modern times, Labeled podcast, social media, bonus content, Adam Hall, Maisy Crunden.</w:t>
      </w:r>
    </w:p>
    <w:p>
      <w:pPr>
        <w:spacing w:before="440" w:after="0"/>
      </w:pPr>
      <w:r>
        <w:rPr>
          <w:rFonts w:ascii="Arial" w:hAnsi="Arial"/>
          <w:b/>
          <w:color w:val="4F6880"/>
          <w:sz w:val="22"/>
        </w:rPr>
        <w:t>SPEAKERS</w:t>
      </w:r>
    </w:p>
    <w:p>
      <w:r>
        <w:rPr>
          <w:rFonts w:ascii="Arial" w:hAnsi="Arial"/>
          <w:color w:val="4F6880"/>
          <w:sz w:val="22"/>
        </w:rPr>
        <w:t>Daisy, Alice, Theme Tune, Lucy</w:t>
      </w:r>
    </w:p>
    <w:p>
      <w:pPr>
        <w:spacing w:after="0"/>
      </w:pPr>
    </w:p>
    <w:p>
      <w:pPr>
        <w:spacing w:after="0"/>
      </w:pPr>
      <w:r>
        <w:rPr>
          <w:rFonts w:ascii="Arial" w:hAnsi="Arial"/>
          <w:b/>
          <w:sz w:val="22"/>
        </w:rPr>
        <w:t xml:space="preserve">Lucy  </w:t>
      </w:r>
      <w:r>
        <w:rPr>
          <w:rFonts w:ascii="Arial" w:hAnsi="Arial"/>
          <w:color w:val="5D7284"/>
          <w:sz w:val="22"/>
        </w:rPr>
        <w:t>00:00</w:t>
      </w:r>
    </w:p>
    <w:p>
      <w:pPr>
        <w:spacing w:after="0"/>
      </w:pPr>
      <w:r>
        <w:rPr>
          <w:rFonts w:ascii="Arial" w:hAnsi="Arial"/>
          <w:sz w:val="22"/>
        </w:rPr>
        <w:t>Welcome to the lABLEd Podcast, a show about disability, illness, and difference,</w:t>
      </w:r>
    </w:p>
    <w:p>
      <w:pPr>
        <w:spacing w:after="0"/>
      </w:pPr>
    </w:p>
    <w:p>
      <w:pPr>
        <w:spacing w:after="0"/>
      </w:pPr>
      <w:r>
        <w:rPr>
          <w:rFonts w:ascii="Arial" w:hAnsi="Arial"/>
          <w:b/>
          <w:sz w:val="22"/>
        </w:rPr>
        <w:t xml:space="preserve">Daisy  </w:t>
      </w:r>
      <w:r>
        <w:rPr>
          <w:rFonts w:ascii="Arial" w:hAnsi="Arial"/>
          <w:color w:val="5D7284"/>
          <w:sz w:val="22"/>
        </w:rPr>
        <w:t>00:05</w:t>
      </w:r>
    </w:p>
    <w:p>
      <w:pPr>
        <w:spacing w:after="0"/>
      </w:pPr>
      <w:r>
        <w:rPr>
          <w:rFonts w:ascii="Arial" w:hAnsi="Arial"/>
          <w:sz w:val="22"/>
        </w:rPr>
        <w:t>and history.</w:t>
      </w:r>
    </w:p>
    <w:p>
      <w:pPr>
        <w:spacing w:after="0"/>
      </w:pPr>
    </w:p>
    <w:p>
      <w:pPr>
        <w:spacing w:after="0"/>
      </w:pPr>
      <w:r>
        <w:rPr>
          <w:rFonts w:ascii="Arial" w:hAnsi="Arial"/>
          <w:b/>
          <w:sz w:val="22"/>
        </w:rPr>
        <w:t xml:space="preserve">Lucy  </w:t>
      </w:r>
      <w:r>
        <w:rPr>
          <w:rFonts w:ascii="Arial" w:hAnsi="Arial"/>
          <w:color w:val="5D7284"/>
          <w:sz w:val="22"/>
        </w:rPr>
        <w:t>00:06</w:t>
      </w:r>
    </w:p>
    <w:p>
      <w:pPr>
        <w:spacing w:after="0"/>
      </w:pPr>
      <w:r>
        <w:rPr>
          <w:rFonts w:ascii="Arial" w:hAnsi="Arial"/>
          <w:sz w:val="22"/>
        </w:rPr>
        <w:t xml:space="preserve">I'm Lucy, </w:t>
      </w:r>
    </w:p>
    <w:p>
      <w:pPr>
        <w:spacing w:after="0"/>
      </w:pPr>
    </w:p>
    <w:p>
      <w:pPr>
        <w:spacing w:after="0"/>
      </w:pPr>
      <w:r>
        <w:rPr>
          <w:rFonts w:ascii="Arial" w:hAnsi="Arial"/>
          <w:b/>
          <w:sz w:val="22"/>
        </w:rPr>
        <w:t xml:space="preserve">Alice  </w:t>
      </w:r>
      <w:r>
        <w:rPr>
          <w:rFonts w:ascii="Arial" w:hAnsi="Arial"/>
          <w:color w:val="5D7284"/>
          <w:sz w:val="22"/>
        </w:rPr>
        <w:t>00:07</w:t>
      </w:r>
    </w:p>
    <w:p>
      <w:pPr>
        <w:spacing w:after="0"/>
      </w:pPr>
      <w:r>
        <w:rPr>
          <w:rFonts w:ascii="Arial" w:hAnsi="Arial"/>
          <w:sz w:val="22"/>
        </w:rPr>
        <w:t>and I'm Alice.</w:t>
      </w:r>
    </w:p>
    <w:p>
      <w:pPr>
        <w:spacing w:after="0"/>
      </w:pPr>
    </w:p>
    <w:p>
      <w:pPr>
        <w:spacing w:after="0"/>
      </w:pPr>
      <w:r>
        <w:rPr>
          <w:rFonts w:ascii="Arial" w:hAnsi="Arial"/>
          <w:b/>
          <w:sz w:val="22"/>
        </w:rPr>
        <w:t xml:space="preserve">Daisy  </w:t>
      </w:r>
      <w:r>
        <w:rPr>
          <w:rFonts w:ascii="Arial" w:hAnsi="Arial"/>
          <w:color w:val="5D7284"/>
          <w:sz w:val="22"/>
        </w:rPr>
        <w:t>00:08</w:t>
      </w:r>
    </w:p>
    <w:p>
      <w:pPr>
        <w:spacing w:after="0"/>
      </w:pPr>
      <w:r>
        <w:rPr>
          <w:rFonts w:ascii="Arial" w:hAnsi="Arial"/>
          <w:sz w:val="22"/>
        </w:rPr>
        <w:t>I'm Daisy.</w:t>
      </w:r>
    </w:p>
    <w:p>
      <w:pPr>
        <w:spacing w:after="0"/>
      </w:pPr>
    </w:p>
    <w:p>
      <w:pPr>
        <w:spacing w:after="0"/>
      </w:pPr>
      <w:r>
        <w:rPr>
          <w:rFonts w:ascii="Arial" w:hAnsi="Arial"/>
          <w:b/>
          <w:sz w:val="22"/>
        </w:rPr>
        <w:t xml:space="preserve">Theme Tune  </w:t>
      </w:r>
      <w:r>
        <w:rPr>
          <w:rFonts w:ascii="Arial" w:hAnsi="Arial"/>
          <w:color w:val="5D7284"/>
          <w:sz w:val="22"/>
        </w:rPr>
        <w:t>00:12</w:t>
      </w:r>
    </w:p>
    <w:p>
      <w:pPr>
        <w:spacing w:after="0"/>
      </w:pPr>
      <w:r>
        <w:rPr>
          <w:rFonts w:ascii="Arial" w:hAnsi="Arial"/>
          <w:sz w:val="22"/>
        </w:rPr>
        <w:t>We all live our lives differently, kaleidoscope, identity, and this is who i'm meant to be, i'm just lABLEd me, i'm just lABLEd meee oooo...</w:t>
      </w:r>
    </w:p>
    <w:p>
      <w:pPr>
        <w:spacing w:after="0"/>
      </w:pPr>
    </w:p>
    <w:p>
      <w:pPr>
        <w:spacing w:after="0"/>
      </w:pPr>
      <w:r>
        <w:rPr>
          <w:rFonts w:ascii="Arial" w:hAnsi="Arial"/>
          <w:b/>
          <w:sz w:val="22"/>
        </w:rPr>
        <w:t xml:space="preserve">Daisy  </w:t>
      </w:r>
      <w:r>
        <w:rPr>
          <w:rFonts w:ascii="Arial" w:hAnsi="Arial"/>
          <w:color w:val="5D7284"/>
          <w:sz w:val="22"/>
        </w:rPr>
        <w:t>00:38</w:t>
      </w:r>
    </w:p>
    <w:p>
      <w:pPr>
        <w:spacing w:after="0"/>
      </w:pPr>
      <w:r>
        <w:rPr>
          <w:rFonts w:ascii="Arial" w:hAnsi="Arial"/>
          <w:sz w:val="22"/>
        </w:rPr>
        <w:t>In this episode, along with Lucy crying and Alice swearing. There is going to be a number of historical terms for disability that are now considered extremely offensive.</w:t>
      </w:r>
    </w:p>
    <w:p>
      <w:pPr>
        <w:spacing w:after="0"/>
      </w:pPr>
    </w:p>
    <w:p>
      <w:pPr>
        <w:spacing w:after="0"/>
      </w:pPr>
      <w:r>
        <w:rPr>
          <w:rFonts w:ascii="Arial" w:hAnsi="Arial"/>
          <w:b/>
          <w:sz w:val="22"/>
        </w:rPr>
        <w:t xml:space="preserve">Alice  </w:t>
      </w:r>
      <w:r>
        <w:rPr>
          <w:rFonts w:ascii="Arial" w:hAnsi="Arial"/>
          <w:color w:val="5D7284"/>
          <w:sz w:val="22"/>
        </w:rPr>
        <w:t>00:49</w:t>
      </w:r>
    </w:p>
    <w:p>
      <w:pPr>
        <w:spacing w:after="0"/>
      </w:pPr>
      <w:r>
        <w:rPr>
          <w:rFonts w:ascii="Arial" w:hAnsi="Arial"/>
          <w:sz w:val="22"/>
        </w:rPr>
        <w:t>Hello and welcome to a brand new episode and brand new spotlight season of the Label podcast. I'm Alice. Over there is Lucy.</w:t>
      </w:r>
    </w:p>
    <w:p>
      <w:pPr>
        <w:spacing w:after="0"/>
      </w:pPr>
    </w:p>
    <w:p>
      <w:pPr>
        <w:spacing w:after="0"/>
      </w:pPr>
      <w:r>
        <w:rPr>
          <w:rFonts w:ascii="Arial" w:hAnsi="Arial"/>
          <w:b/>
          <w:sz w:val="22"/>
        </w:rPr>
        <w:t xml:space="preserve">Lucy  </w:t>
      </w:r>
      <w:r>
        <w:rPr>
          <w:rFonts w:ascii="Arial" w:hAnsi="Arial"/>
          <w:color w:val="5D7284"/>
          <w:sz w:val="22"/>
        </w:rPr>
        <w:t>01:00</w:t>
      </w:r>
    </w:p>
    <w:p>
      <w:pPr>
        <w:spacing w:after="0"/>
      </w:pPr>
      <w:r>
        <w:rPr>
          <w:rFonts w:ascii="Arial" w:hAnsi="Arial"/>
          <w:sz w:val="22"/>
        </w:rPr>
        <w:t>Hello, hello,</w:t>
      </w:r>
    </w:p>
    <w:p>
      <w:pPr>
        <w:spacing w:after="0"/>
      </w:pPr>
    </w:p>
    <w:p>
      <w:pPr>
        <w:spacing w:after="0"/>
      </w:pPr>
      <w:r>
        <w:rPr>
          <w:rFonts w:ascii="Arial" w:hAnsi="Arial"/>
          <w:b/>
          <w:sz w:val="22"/>
        </w:rPr>
        <w:t xml:space="preserve">Alice  </w:t>
      </w:r>
      <w:r>
        <w:rPr>
          <w:rFonts w:ascii="Arial" w:hAnsi="Arial"/>
          <w:color w:val="5D7284"/>
          <w:sz w:val="22"/>
        </w:rPr>
        <w:t>01:01</w:t>
      </w:r>
    </w:p>
    <w:p>
      <w:pPr>
        <w:spacing w:after="0"/>
      </w:pPr>
      <w:r>
        <w:rPr>
          <w:rFonts w:ascii="Arial" w:hAnsi="Arial"/>
          <w:sz w:val="22"/>
        </w:rPr>
        <w:t>and over there is Daisy.</w:t>
      </w:r>
    </w:p>
    <w:p>
      <w:pPr>
        <w:spacing w:after="0"/>
      </w:pPr>
    </w:p>
    <w:p>
      <w:pPr>
        <w:spacing w:after="0"/>
      </w:pPr>
      <w:r>
        <w:rPr>
          <w:rFonts w:ascii="Arial" w:hAnsi="Arial"/>
          <w:b/>
          <w:sz w:val="22"/>
        </w:rPr>
        <w:t xml:space="preserve">Daisy  </w:t>
      </w:r>
      <w:r>
        <w:rPr>
          <w:rFonts w:ascii="Arial" w:hAnsi="Arial"/>
          <w:color w:val="5D7284"/>
          <w:sz w:val="22"/>
        </w:rPr>
        <w:t>01:03</w:t>
      </w:r>
    </w:p>
    <w:p>
      <w:pPr>
        <w:spacing w:after="0"/>
      </w:pPr>
      <w:r>
        <w:rPr>
          <w:rFonts w:ascii="Arial" w:hAnsi="Arial"/>
          <w:sz w:val="22"/>
        </w:rPr>
        <w:t>Hello,</w:t>
      </w:r>
    </w:p>
    <w:p>
      <w:pPr>
        <w:spacing w:after="0"/>
      </w:pPr>
    </w:p>
    <w:p>
      <w:pPr>
        <w:spacing w:after="0"/>
      </w:pPr>
      <w:r>
        <w:rPr>
          <w:rFonts w:ascii="Arial" w:hAnsi="Arial"/>
          <w:b/>
          <w:sz w:val="22"/>
        </w:rPr>
        <w:t xml:space="preserve">Lucy  </w:t>
      </w:r>
      <w:r>
        <w:rPr>
          <w:rFonts w:ascii="Arial" w:hAnsi="Arial"/>
          <w:color w:val="5D7284"/>
          <w:sz w:val="22"/>
        </w:rPr>
        <w:t>01:04</w:t>
      </w:r>
    </w:p>
    <w:p>
      <w:pPr>
        <w:spacing w:after="0"/>
      </w:pPr>
      <w:r>
        <w:rPr>
          <w:rFonts w:ascii="Arial" w:hAnsi="Arial"/>
          <w:sz w:val="22"/>
        </w:rPr>
        <w:t>hi Daisy, hi Alice. I'm very excited to be back.</w:t>
      </w:r>
    </w:p>
    <w:p>
      <w:pPr>
        <w:spacing w:after="0"/>
      </w:pPr>
    </w:p>
    <w:p>
      <w:pPr>
        <w:spacing w:after="0"/>
      </w:pPr>
      <w:r>
        <w:rPr>
          <w:rFonts w:ascii="Arial" w:hAnsi="Arial"/>
          <w:b/>
          <w:sz w:val="22"/>
        </w:rPr>
        <w:t xml:space="preserve">Alice  </w:t>
      </w:r>
      <w:r>
        <w:rPr>
          <w:rFonts w:ascii="Arial" w:hAnsi="Arial"/>
          <w:color w:val="5D7284"/>
          <w:sz w:val="22"/>
        </w:rPr>
        <w:t>01:08</w:t>
      </w:r>
    </w:p>
    <w:p>
      <w:pPr>
        <w:spacing w:after="0"/>
      </w:pPr>
      <w:r>
        <w:rPr>
          <w:rFonts w:ascii="Arial" w:hAnsi="Arial"/>
          <w:sz w:val="22"/>
        </w:rPr>
        <w:t>Yes, this is our latest spotlight season, and this year we're going to be talking to you all about disability and performance. So all things to do with disability and the stage and performing and all of those things. How are you guys?</w:t>
      </w:r>
    </w:p>
    <w:p>
      <w:pPr>
        <w:spacing w:after="0"/>
      </w:pPr>
    </w:p>
    <w:p>
      <w:pPr>
        <w:spacing w:after="0"/>
      </w:pPr>
      <w:r>
        <w:rPr>
          <w:rFonts w:ascii="Arial" w:hAnsi="Arial"/>
          <w:b/>
          <w:sz w:val="22"/>
        </w:rPr>
        <w:t xml:space="preserve">Lucy  </w:t>
      </w:r>
      <w:r>
        <w:rPr>
          <w:rFonts w:ascii="Arial" w:hAnsi="Arial"/>
          <w:color w:val="5D7284"/>
          <w:sz w:val="22"/>
        </w:rPr>
        <w:t>01:27</w:t>
      </w:r>
    </w:p>
    <w:p>
      <w:pPr>
        <w:spacing w:after="0"/>
      </w:pPr>
      <w:r>
        <w:rPr>
          <w:rFonts w:ascii="Arial" w:hAnsi="Arial"/>
          <w:sz w:val="22"/>
        </w:rPr>
        <w:t>And behind of the camera, that kind of yeah.</w:t>
      </w:r>
    </w:p>
    <w:p>
      <w:pPr>
        <w:spacing w:after="0"/>
      </w:pPr>
    </w:p>
    <w:p>
      <w:pPr>
        <w:spacing w:after="0"/>
      </w:pPr>
      <w:r>
        <w:rPr>
          <w:rFonts w:ascii="Arial" w:hAnsi="Arial"/>
          <w:b/>
          <w:sz w:val="22"/>
        </w:rPr>
        <w:t xml:space="preserve">Alice  </w:t>
      </w:r>
      <w:r>
        <w:rPr>
          <w:rFonts w:ascii="Arial" w:hAnsi="Arial"/>
          <w:color w:val="5D7284"/>
          <w:sz w:val="22"/>
        </w:rPr>
        <w:t>01:31</w:t>
      </w:r>
    </w:p>
    <w:p>
      <w:pPr>
        <w:spacing w:after="0"/>
      </w:pPr>
      <w:r>
        <w:rPr>
          <w:rFonts w:ascii="Arial" w:hAnsi="Arial"/>
          <w:sz w:val="22"/>
        </w:rPr>
        <w:t>I think it will be some interesting stuff coming into your ears over the next few weeks. How are you both?</w:t>
      </w:r>
    </w:p>
    <w:p>
      <w:pPr>
        <w:spacing w:after="0"/>
      </w:pPr>
    </w:p>
    <w:p>
      <w:pPr>
        <w:spacing w:after="0"/>
      </w:pPr>
      <w:r>
        <w:rPr>
          <w:rFonts w:ascii="Arial" w:hAnsi="Arial"/>
          <w:b/>
          <w:sz w:val="22"/>
        </w:rPr>
        <w:t xml:space="preserve">Lucy  </w:t>
      </w:r>
      <w:r>
        <w:rPr>
          <w:rFonts w:ascii="Arial" w:hAnsi="Arial"/>
          <w:color w:val="5D7284"/>
          <w:sz w:val="22"/>
        </w:rPr>
        <w:t>01:39</w:t>
      </w:r>
    </w:p>
    <w:p>
      <w:pPr>
        <w:spacing w:after="0"/>
      </w:pPr>
      <w:r>
        <w:rPr>
          <w:rFonts w:ascii="Arial" w:hAnsi="Arial"/>
          <w:sz w:val="22"/>
        </w:rPr>
        <w:t>I'm very well, thank you. How are you?</w:t>
      </w:r>
    </w:p>
    <w:p>
      <w:pPr>
        <w:spacing w:after="0"/>
      </w:pPr>
    </w:p>
    <w:p>
      <w:pPr>
        <w:spacing w:after="0"/>
      </w:pPr>
      <w:r>
        <w:rPr>
          <w:rFonts w:ascii="Arial" w:hAnsi="Arial"/>
          <w:b/>
          <w:sz w:val="22"/>
        </w:rPr>
        <w:t xml:space="preserve">Alice  </w:t>
      </w:r>
      <w:r>
        <w:rPr>
          <w:rFonts w:ascii="Arial" w:hAnsi="Arial"/>
          <w:color w:val="5D7284"/>
          <w:sz w:val="22"/>
        </w:rPr>
        <w:t>01:40</w:t>
      </w:r>
    </w:p>
    <w:p>
      <w:pPr>
        <w:spacing w:after="0"/>
      </w:pPr>
      <w:r>
        <w:rPr>
          <w:rFonts w:ascii="Arial" w:hAnsi="Arial"/>
          <w:sz w:val="22"/>
        </w:rPr>
        <w:t>A little bit sweaty, but all right.</w:t>
      </w:r>
    </w:p>
    <w:p>
      <w:pPr>
        <w:spacing w:after="0"/>
      </w:pPr>
    </w:p>
    <w:p>
      <w:pPr>
        <w:spacing w:after="0"/>
      </w:pPr>
      <w:r>
        <w:rPr>
          <w:rFonts w:ascii="Arial" w:hAnsi="Arial"/>
          <w:b/>
          <w:sz w:val="22"/>
        </w:rPr>
        <w:t xml:space="preserve">Lucy  </w:t>
      </w:r>
      <w:r>
        <w:rPr>
          <w:rFonts w:ascii="Arial" w:hAnsi="Arial"/>
          <w:color w:val="5D7284"/>
          <w:sz w:val="22"/>
        </w:rPr>
        <w:t>01:42</w:t>
      </w:r>
    </w:p>
    <w:p>
      <w:pPr>
        <w:spacing w:after="0"/>
      </w:pPr>
      <w:r>
        <w:rPr>
          <w:rFonts w:ascii="Arial" w:hAnsi="Arial"/>
          <w:sz w:val="22"/>
        </w:rPr>
        <w:t>Yeah, it's very hot today. If you can hear like a humming noise, it's because I've got my air con on, and I did consider turning it off. I thought no, sorry about that. So yes, you're just gonna have to put up with it. Yeah, just put up with the humming. Sorry,</w:t>
      </w:r>
    </w:p>
    <w:p>
      <w:pPr>
        <w:spacing w:after="0"/>
      </w:pPr>
    </w:p>
    <w:p>
      <w:pPr>
        <w:spacing w:after="0"/>
      </w:pPr>
      <w:r>
        <w:rPr>
          <w:rFonts w:ascii="Arial" w:hAnsi="Arial"/>
          <w:b/>
          <w:sz w:val="22"/>
        </w:rPr>
        <w:t xml:space="preserve">Alice  </w:t>
      </w:r>
      <w:r>
        <w:rPr>
          <w:rFonts w:ascii="Arial" w:hAnsi="Arial"/>
          <w:color w:val="5D7284"/>
          <w:sz w:val="22"/>
        </w:rPr>
        <w:t>01:56</w:t>
      </w:r>
    </w:p>
    <w:p>
      <w:pPr>
        <w:spacing w:after="0"/>
      </w:pPr>
      <w:r>
        <w:rPr>
          <w:rFonts w:ascii="Arial" w:hAnsi="Arial"/>
          <w:sz w:val="22"/>
        </w:rPr>
        <w:t>it's it's fine. I don't think it's that noticeable. It's no more noticeable than my computer that has is just slowly heating itself up in the corner, but yeah,</w:t>
      </w:r>
    </w:p>
    <w:p>
      <w:pPr>
        <w:spacing w:after="0"/>
      </w:pPr>
    </w:p>
    <w:p>
      <w:pPr>
        <w:spacing w:after="0"/>
      </w:pPr>
      <w:r>
        <w:rPr>
          <w:rFonts w:ascii="Arial" w:hAnsi="Arial"/>
          <w:b/>
          <w:sz w:val="22"/>
        </w:rPr>
        <w:t xml:space="preserve">Daisy  </w:t>
      </w:r>
      <w:r>
        <w:rPr>
          <w:rFonts w:ascii="Arial" w:hAnsi="Arial"/>
          <w:color w:val="5D7284"/>
          <w:sz w:val="22"/>
        </w:rPr>
        <w:t>02:09</w:t>
      </w:r>
    </w:p>
    <w:p>
      <w:pPr>
        <w:spacing w:after="0"/>
      </w:pPr>
      <w:r>
        <w:rPr>
          <w:rFonts w:ascii="Arial" w:hAnsi="Arial"/>
          <w:sz w:val="22"/>
        </w:rPr>
        <w:t>my computer started sighing. I don't know why every now and then it just goes huhhhhh... Sorry, am I boring you?</w:t>
      </w:r>
    </w:p>
    <w:p>
      <w:pPr>
        <w:spacing w:after="0"/>
      </w:pPr>
    </w:p>
    <w:p>
      <w:pPr>
        <w:spacing w:after="0"/>
      </w:pPr>
      <w:r>
        <w:rPr>
          <w:rFonts w:ascii="Arial" w:hAnsi="Arial"/>
          <w:b/>
          <w:sz w:val="22"/>
        </w:rPr>
        <w:t xml:space="preserve">Alice  </w:t>
      </w:r>
      <w:r>
        <w:rPr>
          <w:rFonts w:ascii="Arial" w:hAnsi="Arial"/>
          <w:color w:val="5D7284"/>
          <w:sz w:val="22"/>
        </w:rPr>
        <w:t>02:21</w:t>
      </w:r>
    </w:p>
    <w:p>
      <w:pPr>
        <w:spacing w:after="0"/>
      </w:pPr>
      <w:r>
        <w:rPr>
          <w:rFonts w:ascii="Arial" w:hAnsi="Arial"/>
          <w:sz w:val="22"/>
        </w:rPr>
        <w:t xml:space="preserve"> I think your computer might be my spirit animal Daisy. I was just like, "Fuck's sake!</w:t>
      </w:r>
    </w:p>
    <w:p>
      <w:pPr>
        <w:spacing w:after="0"/>
      </w:pPr>
    </w:p>
    <w:p>
      <w:pPr>
        <w:spacing w:after="0"/>
      </w:pPr>
      <w:r>
        <w:rPr>
          <w:rFonts w:ascii="Arial" w:hAnsi="Arial"/>
          <w:b/>
          <w:sz w:val="22"/>
        </w:rPr>
        <w:t xml:space="preserve">Lucy  </w:t>
      </w:r>
      <w:r>
        <w:rPr>
          <w:rFonts w:ascii="Arial" w:hAnsi="Arial"/>
          <w:color w:val="5D7284"/>
          <w:sz w:val="22"/>
        </w:rPr>
        <w:t>02:32</w:t>
      </w:r>
    </w:p>
    <w:p>
      <w:pPr>
        <w:spacing w:after="0"/>
      </w:pPr>
      <w:r>
        <w:rPr>
          <w:rFonts w:ascii="Arial" w:hAnsi="Arial"/>
          <w:sz w:val="22"/>
        </w:rPr>
        <w:t>Why am I here again?</w:t>
      </w:r>
    </w:p>
    <w:p>
      <w:pPr>
        <w:spacing w:after="0"/>
      </w:pPr>
    </w:p>
    <w:p>
      <w:pPr>
        <w:spacing w:after="0"/>
      </w:pPr>
      <w:r>
        <w:rPr>
          <w:rFonts w:ascii="Arial" w:hAnsi="Arial"/>
          <w:b/>
          <w:sz w:val="22"/>
        </w:rPr>
        <w:t xml:space="preserve">Daisy  </w:t>
      </w:r>
      <w:r>
        <w:rPr>
          <w:rFonts w:ascii="Arial" w:hAnsi="Arial"/>
          <w:color w:val="5D7284"/>
          <w:sz w:val="22"/>
        </w:rPr>
        <w:t>02:35</w:t>
      </w:r>
    </w:p>
    <w:p>
      <w:pPr>
        <w:spacing w:after="0"/>
      </w:pPr>
      <w:r>
        <w:rPr>
          <w:rFonts w:ascii="Arial" w:hAnsi="Arial"/>
          <w:sz w:val="22"/>
        </w:rPr>
        <w:t>Another new tab? Close some of the ones you've got.</w:t>
      </w:r>
    </w:p>
    <w:p>
      <w:pPr>
        <w:spacing w:after="0"/>
      </w:pPr>
    </w:p>
    <w:p>
      <w:pPr>
        <w:spacing w:after="0"/>
      </w:pPr>
      <w:r>
        <w:rPr>
          <w:rFonts w:ascii="Arial" w:hAnsi="Arial"/>
          <w:b/>
          <w:sz w:val="22"/>
        </w:rPr>
        <w:t xml:space="preserve">Lucy  </w:t>
      </w:r>
      <w:r>
        <w:rPr>
          <w:rFonts w:ascii="Arial" w:hAnsi="Arial"/>
          <w:color w:val="5D7284"/>
          <w:sz w:val="22"/>
        </w:rPr>
        <w:t>02:38</w:t>
      </w:r>
    </w:p>
    <w:p>
      <w:pPr>
        <w:spacing w:after="0"/>
      </w:pPr>
      <w:r>
        <w:rPr>
          <w:rFonts w:ascii="Arial" w:hAnsi="Arial"/>
          <w:sz w:val="22"/>
        </w:rPr>
        <w:t>I am terrible. I have like 25 tabs open at once, but I know where everything is it's fine.</w:t>
      </w:r>
    </w:p>
    <w:p>
      <w:pPr>
        <w:spacing w:after="0"/>
      </w:pPr>
    </w:p>
    <w:p>
      <w:pPr>
        <w:spacing w:after="0"/>
      </w:pPr>
      <w:r>
        <w:rPr>
          <w:rFonts w:ascii="Arial" w:hAnsi="Arial"/>
          <w:b/>
          <w:sz w:val="22"/>
        </w:rPr>
        <w:t xml:space="preserve">Alice  </w:t>
      </w:r>
      <w:r>
        <w:rPr>
          <w:rFonts w:ascii="Arial" w:hAnsi="Arial"/>
          <w:color w:val="5D7284"/>
          <w:sz w:val="22"/>
        </w:rPr>
        <w:t>02:43</w:t>
      </w:r>
    </w:p>
    <w:p>
      <w:pPr>
        <w:spacing w:after="0"/>
      </w:pPr>
      <w:r>
        <w:rPr>
          <w:rFonts w:ascii="Arial" w:hAnsi="Arial"/>
          <w:sz w:val="22"/>
        </w:rPr>
        <w:t>No, I can't. I can't. Everything has to go away.</w:t>
      </w:r>
    </w:p>
    <w:p>
      <w:pPr>
        <w:spacing w:after="0"/>
      </w:pPr>
    </w:p>
    <w:p>
      <w:pPr>
        <w:spacing w:after="0"/>
      </w:pPr>
      <w:r>
        <w:rPr>
          <w:rFonts w:ascii="Arial" w:hAnsi="Arial"/>
          <w:b/>
          <w:sz w:val="22"/>
        </w:rPr>
        <w:t xml:space="preserve">Lucy  </w:t>
      </w:r>
      <w:r>
        <w:rPr>
          <w:rFonts w:ascii="Arial" w:hAnsi="Arial"/>
          <w:color w:val="5D7284"/>
          <w:sz w:val="22"/>
        </w:rPr>
        <w:t>02:48</w:t>
      </w:r>
    </w:p>
    <w:p>
      <w:pPr>
        <w:spacing w:after="0"/>
      </w:pPr>
      <w:r>
        <w:rPr>
          <w:rFonts w:ascii="Arial" w:hAnsi="Arial"/>
          <w:sz w:val="22"/>
        </w:rPr>
        <w:t>Yeah, exactly, exactly. How are you, Daisy? Been a while since we spoke to you.</w:t>
      </w:r>
    </w:p>
    <w:p>
      <w:pPr>
        <w:spacing w:after="0"/>
      </w:pPr>
    </w:p>
    <w:p>
      <w:pPr>
        <w:spacing w:after="0"/>
      </w:pPr>
      <w:r>
        <w:rPr>
          <w:rFonts w:ascii="Arial" w:hAnsi="Arial"/>
          <w:b/>
          <w:sz w:val="22"/>
        </w:rPr>
        <w:t xml:space="preserve">Daisy  </w:t>
      </w:r>
      <w:r>
        <w:rPr>
          <w:rFonts w:ascii="Arial" w:hAnsi="Arial"/>
          <w:color w:val="5D7284"/>
          <w:sz w:val="22"/>
        </w:rPr>
        <w:t>02:54</w:t>
      </w:r>
    </w:p>
    <w:p>
      <w:pPr>
        <w:spacing w:after="0"/>
      </w:pPr>
      <w:r>
        <w:rPr>
          <w:rFonts w:ascii="Arial" w:hAnsi="Arial"/>
          <w:sz w:val="22"/>
        </w:rPr>
        <w:t>Yeah, I am fine, thank you. I am on the painkillers today, so that might inform how some of this goes. So</w:t>
      </w:r>
    </w:p>
    <w:p>
      <w:pPr>
        <w:spacing w:after="0"/>
      </w:pPr>
    </w:p>
    <w:p>
      <w:pPr>
        <w:spacing w:after="0"/>
      </w:pPr>
      <w:r>
        <w:rPr>
          <w:rFonts w:ascii="Arial" w:hAnsi="Arial"/>
          <w:b/>
          <w:sz w:val="22"/>
        </w:rPr>
        <w:t xml:space="preserve">Lucy  </w:t>
      </w:r>
      <w:r>
        <w:rPr>
          <w:rFonts w:ascii="Arial" w:hAnsi="Arial"/>
          <w:color w:val="5D7284"/>
          <w:sz w:val="22"/>
        </w:rPr>
        <w:t>03:04</w:t>
      </w:r>
    </w:p>
    <w:p>
      <w:pPr>
        <w:spacing w:after="0"/>
      </w:pPr>
      <w:r>
        <w:rPr>
          <w:rFonts w:ascii="Arial" w:hAnsi="Arial"/>
          <w:sz w:val="22"/>
        </w:rPr>
        <w:t>we're either very hot or dose up on painkillers.</w:t>
      </w:r>
    </w:p>
    <w:p>
      <w:pPr>
        <w:spacing w:after="0"/>
      </w:pPr>
    </w:p>
    <w:p>
      <w:pPr>
        <w:spacing w:after="0"/>
      </w:pPr>
      <w:r>
        <w:rPr>
          <w:rFonts w:ascii="Arial" w:hAnsi="Arial"/>
          <w:b/>
          <w:sz w:val="22"/>
        </w:rPr>
        <w:t xml:space="preserve">Alice  </w:t>
      </w:r>
      <w:r>
        <w:rPr>
          <w:rFonts w:ascii="Arial" w:hAnsi="Arial"/>
          <w:color w:val="5D7284"/>
          <w:sz w:val="22"/>
        </w:rPr>
        <w:t>03:07</w:t>
      </w:r>
    </w:p>
    <w:p>
      <w:pPr>
        <w:spacing w:after="0"/>
      </w:pPr>
      <w:r>
        <w:rPr>
          <w:rFonts w:ascii="Arial" w:hAnsi="Arial"/>
          <w:sz w:val="22"/>
        </w:rPr>
        <w:t>Yeah, strap in, everyone. I think it's potentially a bit of a a roller coaster topic today as well, isn't it, Daisy? I mean, you're you're have a better understand, you know, of what to expect. But I think the topic today might be might be a little bit difficult in places.</w:t>
      </w:r>
    </w:p>
    <w:p>
      <w:pPr>
        <w:spacing w:after="0"/>
      </w:pPr>
    </w:p>
    <w:p>
      <w:pPr>
        <w:spacing w:after="0"/>
      </w:pPr>
      <w:r>
        <w:rPr>
          <w:rFonts w:ascii="Arial" w:hAnsi="Arial"/>
          <w:b/>
          <w:sz w:val="22"/>
        </w:rPr>
        <w:t xml:space="preserve">Lucy  </w:t>
      </w:r>
      <w:r>
        <w:rPr>
          <w:rFonts w:ascii="Arial" w:hAnsi="Arial"/>
          <w:color w:val="5D7284"/>
          <w:sz w:val="22"/>
        </w:rPr>
        <w:t>03:31</w:t>
      </w:r>
    </w:p>
    <w:p>
      <w:pPr>
        <w:spacing w:after="0"/>
      </w:pPr>
      <w:r>
        <w:rPr>
          <w:rFonts w:ascii="Arial" w:hAnsi="Arial"/>
          <w:sz w:val="22"/>
        </w:rPr>
        <w:t>Basically, are people going to need a drink as they're listening to this?</w:t>
      </w:r>
    </w:p>
    <w:p>
      <w:pPr>
        <w:spacing w:after="0"/>
      </w:pPr>
    </w:p>
    <w:p>
      <w:pPr>
        <w:spacing w:after="0"/>
      </w:pPr>
      <w:r>
        <w:rPr>
          <w:rFonts w:ascii="Arial" w:hAnsi="Arial"/>
          <w:b/>
          <w:sz w:val="22"/>
        </w:rPr>
        <w:t xml:space="preserve">Daisy  </w:t>
      </w:r>
      <w:r>
        <w:rPr>
          <w:rFonts w:ascii="Arial" w:hAnsi="Arial"/>
          <w:color w:val="5D7284"/>
          <w:sz w:val="22"/>
        </w:rPr>
        <w:t>03:35</w:t>
      </w:r>
    </w:p>
    <w:p>
      <w:pPr>
        <w:spacing w:after="0"/>
      </w:pPr>
      <w:r>
        <w:rPr>
          <w:rFonts w:ascii="Arial" w:hAnsi="Arial"/>
          <w:sz w:val="22"/>
        </w:rPr>
        <w:t>I mean, possibly, but I think that's just good advice for life in general. Yeah, to be here.</w:t>
      </w:r>
    </w:p>
    <w:p>
      <w:pPr>
        <w:spacing w:after="0"/>
      </w:pPr>
    </w:p>
    <w:p>
      <w:pPr>
        <w:spacing w:after="0"/>
      </w:pPr>
      <w:r>
        <w:rPr>
          <w:rFonts w:ascii="Arial" w:hAnsi="Arial"/>
          <w:b/>
          <w:sz w:val="22"/>
        </w:rPr>
        <w:t xml:space="preserve">Lucy  </w:t>
      </w:r>
      <w:r>
        <w:rPr>
          <w:rFonts w:ascii="Arial" w:hAnsi="Arial"/>
          <w:color w:val="5D7284"/>
          <w:sz w:val="22"/>
        </w:rPr>
        <w:t>03:38</w:t>
      </w:r>
    </w:p>
    <w:p>
      <w:pPr>
        <w:spacing w:after="0"/>
      </w:pPr>
      <w:r>
        <w:rPr>
          <w:rFonts w:ascii="Arial" w:hAnsi="Arial"/>
          <w:sz w:val="22"/>
        </w:rPr>
        <w:t>Yeah. I mean,</w:t>
      </w:r>
    </w:p>
    <w:p>
      <w:pPr>
        <w:spacing w:after="0"/>
      </w:pPr>
    </w:p>
    <w:p>
      <w:pPr>
        <w:spacing w:after="0"/>
      </w:pPr>
      <w:r>
        <w:rPr>
          <w:rFonts w:ascii="Arial" w:hAnsi="Arial"/>
          <w:b/>
          <w:sz w:val="22"/>
        </w:rPr>
        <w:t xml:space="preserve">Daisy  </w:t>
      </w:r>
      <w:r>
        <w:rPr>
          <w:rFonts w:ascii="Arial" w:hAnsi="Arial"/>
          <w:color w:val="5D7284"/>
          <w:sz w:val="22"/>
        </w:rPr>
        <w:t>03:40</w:t>
      </w:r>
    </w:p>
    <w:p>
      <w:pPr>
        <w:spacing w:after="0"/>
      </w:pPr>
      <w:r>
        <w:rPr>
          <w:rFonts w:ascii="Arial" w:hAnsi="Arial"/>
          <w:sz w:val="22"/>
        </w:rPr>
        <w:t>I, I don't think you'll cry.</w:t>
      </w:r>
    </w:p>
    <w:p>
      <w:pPr>
        <w:spacing w:after="0"/>
      </w:pPr>
    </w:p>
    <w:p>
      <w:pPr>
        <w:spacing w:after="0"/>
      </w:pPr>
      <w:r>
        <w:rPr>
          <w:rFonts w:ascii="Arial" w:hAnsi="Arial"/>
          <w:b/>
          <w:sz w:val="22"/>
        </w:rPr>
        <w:t xml:space="preserve">Lucy  </w:t>
      </w:r>
      <w:r>
        <w:rPr>
          <w:rFonts w:ascii="Arial" w:hAnsi="Arial"/>
          <w:color w:val="5D7284"/>
          <w:sz w:val="22"/>
        </w:rPr>
        <w:t>03:45</w:t>
      </w:r>
    </w:p>
    <w:p>
      <w:pPr>
        <w:spacing w:after="0"/>
      </w:pPr>
      <w:r>
        <w:rPr>
          <w:rFonts w:ascii="Arial" w:hAnsi="Arial"/>
          <w:sz w:val="22"/>
        </w:rPr>
        <w:t>Yeah, but I mean, I cry at everything.</w:t>
      </w:r>
    </w:p>
    <w:p>
      <w:pPr>
        <w:spacing w:after="0"/>
      </w:pPr>
    </w:p>
    <w:p>
      <w:pPr>
        <w:spacing w:after="0"/>
      </w:pPr>
      <w:r>
        <w:rPr>
          <w:rFonts w:ascii="Arial" w:hAnsi="Arial"/>
          <w:b/>
          <w:sz w:val="22"/>
        </w:rPr>
        <w:t xml:space="preserve">Alice  </w:t>
      </w:r>
      <w:r>
        <w:rPr>
          <w:rFonts w:ascii="Arial" w:hAnsi="Arial"/>
          <w:color w:val="5D7284"/>
          <w:sz w:val="22"/>
        </w:rPr>
        <w:t>03:47</w:t>
      </w:r>
    </w:p>
    <w:p>
      <w:pPr>
        <w:spacing w:after="0"/>
      </w:pPr>
      <w:r>
        <w:rPr>
          <w:rFonts w:ascii="Arial" w:hAnsi="Arial"/>
          <w:sz w:val="22"/>
        </w:rPr>
        <w:t>Yeah, that's true.</w:t>
      </w:r>
    </w:p>
    <w:p>
      <w:pPr>
        <w:spacing w:after="0"/>
      </w:pPr>
    </w:p>
    <w:p>
      <w:pPr>
        <w:spacing w:after="0"/>
      </w:pPr>
      <w:r>
        <w:rPr>
          <w:rFonts w:ascii="Arial" w:hAnsi="Arial"/>
          <w:b/>
          <w:sz w:val="22"/>
        </w:rPr>
        <w:t xml:space="preserve">Lucy  </w:t>
      </w:r>
      <w:r>
        <w:rPr>
          <w:rFonts w:ascii="Arial" w:hAnsi="Arial"/>
          <w:color w:val="5D7284"/>
          <w:sz w:val="22"/>
        </w:rPr>
        <w:t>03:48</w:t>
      </w:r>
    </w:p>
    <w:p>
      <w:pPr>
        <w:spacing w:after="0"/>
      </w:pPr>
      <w:r>
        <w:rPr>
          <w:rFonts w:ascii="Arial" w:hAnsi="Arial"/>
          <w:sz w:val="22"/>
        </w:rPr>
        <w:t>You only have to be nice to me, unless I start blubbering.</w:t>
      </w:r>
    </w:p>
    <w:p>
      <w:pPr>
        <w:spacing w:after="0"/>
      </w:pPr>
    </w:p>
    <w:p>
      <w:pPr>
        <w:spacing w:after="0"/>
      </w:pPr>
      <w:r>
        <w:rPr>
          <w:rFonts w:ascii="Arial" w:hAnsi="Arial"/>
          <w:b/>
          <w:sz w:val="22"/>
        </w:rPr>
        <w:t xml:space="preserve">Alice  </w:t>
      </w:r>
      <w:r>
        <w:rPr>
          <w:rFonts w:ascii="Arial" w:hAnsi="Arial"/>
          <w:color w:val="5D7284"/>
          <w:sz w:val="22"/>
        </w:rPr>
        <w:t>03:53</w:t>
      </w:r>
    </w:p>
    <w:p>
      <w:pPr>
        <w:spacing w:after="0"/>
      </w:pPr>
      <w:r>
        <w:rPr>
          <w:rFonts w:ascii="Arial" w:hAnsi="Arial"/>
          <w:sz w:val="22"/>
        </w:rPr>
        <w:t>It's fine. I've been having full on conversations in therapy about how hard it is to cry, and people have been recommending TV shows to me that will make me cry. So, you know, if if this works, then if if I do cry today, then you'll have helped me turn a corner, Daisy, and we'll see it as a positive.</w:t>
      </w:r>
    </w:p>
    <w:p>
      <w:pPr>
        <w:spacing w:after="0"/>
      </w:pPr>
    </w:p>
    <w:p>
      <w:pPr>
        <w:spacing w:after="0"/>
      </w:pPr>
      <w:r>
        <w:rPr>
          <w:rFonts w:ascii="Arial" w:hAnsi="Arial"/>
          <w:b/>
          <w:sz w:val="22"/>
        </w:rPr>
        <w:t xml:space="preserve">Daisy  </w:t>
      </w:r>
      <w:r>
        <w:rPr>
          <w:rFonts w:ascii="Arial" w:hAnsi="Arial"/>
          <w:color w:val="5D7284"/>
          <w:sz w:val="22"/>
        </w:rPr>
        <w:t>04:10</w:t>
      </w:r>
    </w:p>
    <w:p>
      <w:pPr>
        <w:spacing w:after="0"/>
      </w:pPr>
      <w:r>
        <w:rPr>
          <w:rFonts w:ascii="Arial" w:hAnsi="Arial"/>
          <w:sz w:val="22"/>
        </w:rPr>
        <w:t>Cool. And if I and if I don't, then then</w:t>
      </w:r>
    </w:p>
    <w:p>
      <w:pPr>
        <w:spacing w:after="0"/>
      </w:pPr>
    </w:p>
    <w:p>
      <w:pPr>
        <w:spacing w:after="0"/>
      </w:pPr>
      <w:r>
        <w:rPr>
          <w:rFonts w:ascii="Arial" w:hAnsi="Arial"/>
          <w:b/>
          <w:sz w:val="22"/>
        </w:rPr>
        <w:t xml:space="preserve">Alice  </w:t>
      </w:r>
      <w:r>
        <w:rPr>
          <w:rFonts w:ascii="Arial" w:hAnsi="Arial"/>
          <w:color w:val="5D7284"/>
          <w:sz w:val="22"/>
        </w:rPr>
        <w:t>04:14</w:t>
      </w:r>
    </w:p>
    <w:p>
      <w:pPr>
        <w:spacing w:after="0"/>
      </w:pPr>
      <w:r>
        <w:rPr>
          <w:rFonts w:ascii="Arial" w:hAnsi="Arial"/>
          <w:sz w:val="22"/>
        </w:rPr>
        <w:t>it's just another day in the onward uphill battle that is my life.</w:t>
      </w:r>
    </w:p>
    <w:p>
      <w:pPr>
        <w:spacing w:after="0"/>
      </w:pPr>
    </w:p>
    <w:p>
      <w:pPr>
        <w:spacing w:after="0"/>
      </w:pPr>
      <w:r>
        <w:rPr>
          <w:rFonts w:ascii="Arial" w:hAnsi="Arial"/>
          <w:b/>
          <w:sz w:val="22"/>
        </w:rPr>
        <w:t xml:space="preserve">Daisy  </w:t>
      </w:r>
      <w:r>
        <w:rPr>
          <w:rFonts w:ascii="Arial" w:hAnsi="Arial"/>
          <w:color w:val="5D7284"/>
          <w:sz w:val="22"/>
        </w:rPr>
        <w:t>04:20</w:t>
      </w:r>
    </w:p>
    <w:p>
      <w:pPr>
        <w:spacing w:after="0"/>
      </w:pPr>
      <w:r>
        <w:rPr>
          <w:rFonts w:ascii="Arial" w:hAnsi="Arial"/>
          <w:sz w:val="22"/>
        </w:rPr>
        <w:t>Okay, so I wouldn't be held responsible for your lack of progress as well. Oh</w:t>
      </w:r>
    </w:p>
    <w:p>
      <w:pPr>
        <w:spacing w:after="0"/>
      </w:pPr>
    </w:p>
    <w:p>
      <w:pPr>
        <w:spacing w:after="0"/>
      </w:pPr>
      <w:r>
        <w:rPr>
          <w:rFonts w:ascii="Arial" w:hAnsi="Arial"/>
          <w:b/>
          <w:sz w:val="22"/>
        </w:rPr>
        <w:t xml:space="preserve">Alice  </w:t>
      </w:r>
      <w:r>
        <w:rPr>
          <w:rFonts w:ascii="Arial" w:hAnsi="Arial"/>
          <w:color w:val="5D7284"/>
          <w:sz w:val="22"/>
        </w:rPr>
        <w:t>04:24</w:t>
      </w:r>
    </w:p>
    <w:p>
      <w:pPr>
        <w:spacing w:after="0"/>
      </w:pPr>
      <w:r>
        <w:rPr>
          <w:rFonts w:ascii="Arial" w:hAnsi="Arial"/>
          <w:sz w:val="22"/>
        </w:rPr>
        <w:t>no, no, no, no. We can we can lay that all at the feet of my parents and my upbringing. Don't worry about it.</w:t>
      </w:r>
    </w:p>
    <w:p>
      <w:pPr>
        <w:spacing w:after="0"/>
      </w:pPr>
    </w:p>
    <w:p>
      <w:pPr>
        <w:spacing w:after="0"/>
      </w:pPr>
      <w:r>
        <w:rPr>
          <w:rFonts w:ascii="Arial" w:hAnsi="Arial"/>
          <w:b/>
          <w:sz w:val="22"/>
        </w:rPr>
        <w:t xml:space="preserve">Daisy  </w:t>
      </w:r>
      <w:r>
        <w:rPr>
          <w:rFonts w:ascii="Arial" w:hAnsi="Arial"/>
          <w:color w:val="5D7284"/>
          <w:sz w:val="22"/>
        </w:rPr>
        <w:t>04:30</w:t>
      </w:r>
    </w:p>
    <w:p>
      <w:pPr>
        <w:spacing w:after="0"/>
      </w:pPr>
      <w:r>
        <w:rPr>
          <w:rFonts w:ascii="Arial" w:hAnsi="Arial"/>
          <w:sz w:val="22"/>
        </w:rPr>
        <w:t>Tell on me to your therapist.</w:t>
      </w:r>
    </w:p>
    <w:p>
      <w:pPr>
        <w:spacing w:after="0"/>
      </w:pPr>
    </w:p>
    <w:p>
      <w:pPr>
        <w:spacing w:after="0"/>
      </w:pPr>
      <w:r>
        <w:rPr>
          <w:rFonts w:ascii="Arial" w:hAnsi="Arial"/>
          <w:b/>
          <w:sz w:val="22"/>
        </w:rPr>
        <w:t xml:space="preserve">Alice  </w:t>
      </w:r>
      <w:r>
        <w:rPr>
          <w:rFonts w:ascii="Arial" w:hAnsi="Arial"/>
          <w:color w:val="5D7284"/>
          <w:sz w:val="22"/>
        </w:rPr>
        <w:t>04:33</w:t>
      </w:r>
    </w:p>
    <w:p>
      <w:pPr>
        <w:spacing w:after="0"/>
      </w:pPr>
      <w:r>
        <w:rPr>
          <w:rFonts w:ascii="Arial" w:hAnsi="Arial"/>
          <w:sz w:val="22"/>
        </w:rPr>
        <w:t>No, no, no. It's all childhood trauma. Don't worry.</w:t>
      </w:r>
    </w:p>
    <w:p>
      <w:pPr>
        <w:spacing w:after="0"/>
      </w:pPr>
    </w:p>
    <w:p>
      <w:pPr>
        <w:spacing w:after="0"/>
      </w:pPr>
      <w:r>
        <w:rPr>
          <w:rFonts w:ascii="Arial" w:hAnsi="Arial"/>
          <w:b/>
          <w:sz w:val="22"/>
        </w:rPr>
        <w:t xml:space="preserve">Lucy  </w:t>
      </w:r>
      <w:r>
        <w:rPr>
          <w:rFonts w:ascii="Arial" w:hAnsi="Arial"/>
          <w:color w:val="5D7284"/>
          <w:sz w:val="22"/>
        </w:rPr>
        <w:t>04:37</w:t>
      </w:r>
    </w:p>
    <w:p>
      <w:pPr>
        <w:spacing w:after="0"/>
      </w:pPr>
      <w:r>
        <w:rPr>
          <w:rFonts w:ascii="Arial" w:hAnsi="Arial"/>
          <w:sz w:val="22"/>
        </w:rPr>
        <w:t>Right. Shall we talk about the topic that we're going to cover today?</w:t>
      </w:r>
    </w:p>
    <w:p>
      <w:pPr>
        <w:spacing w:after="0"/>
      </w:pPr>
    </w:p>
    <w:p>
      <w:pPr>
        <w:spacing w:after="0"/>
      </w:pPr>
      <w:r>
        <w:rPr>
          <w:rFonts w:ascii="Arial" w:hAnsi="Arial"/>
          <w:b/>
          <w:sz w:val="22"/>
        </w:rPr>
        <w:t xml:space="preserve">Daisy  </w:t>
      </w:r>
      <w:r>
        <w:rPr>
          <w:rFonts w:ascii="Arial" w:hAnsi="Arial"/>
          <w:color w:val="5D7284"/>
          <w:sz w:val="22"/>
        </w:rPr>
        <w:t>04:43</w:t>
      </w:r>
    </w:p>
    <w:p>
      <w:pPr>
        <w:spacing w:after="0"/>
      </w:pPr>
      <w:r>
        <w:rPr>
          <w:rFonts w:ascii="Arial" w:hAnsi="Arial"/>
          <w:sz w:val="22"/>
        </w:rPr>
        <w:t>Yes. Are you announcing it or am I announcing?</w:t>
      </w:r>
    </w:p>
    <w:p>
      <w:pPr>
        <w:spacing w:after="0"/>
      </w:pPr>
    </w:p>
    <w:p>
      <w:pPr>
        <w:spacing w:after="0"/>
      </w:pPr>
      <w:r>
        <w:rPr>
          <w:rFonts w:ascii="Arial" w:hAnsi="Arial"/>
          <w:b/>
          <w:sz w:val="22"/>
        </w:rPr>
        <w:t xml:space="preserve">Lucy  </w:t>
      </w:r>
      <w:r>
        <w:rPr>
          <w:rFonts w:ascii="Arial" w:hAnsi="Arial"/>
          <w:color w:val="5D7284"/>
          <w:sz w:val="22"/>
        </w:rPr>
        <w:t>04:45</w:t>
      </w:r>
    </w:p>
    <w:p>
      <w:pPr>
        <w:spacing w:after="0"/>
      </w:pPr>
      <w:r>
        <w:rPr>
          <w:rFonts w:ascii="Arial" w:hAnsi="Arial"/>
          <w:sz w:val="22"/>
        </w:rPr>
        <w:t xml:space="preserve"> You can announce it because you've done all the leg work.</w:t>
      </w:r>
    </w:p>
    <w:p>
      <w:pPr>
        <w:spacing w:after="0"/>
      </w:pPr>
    </w:p>
    <w:p>
      <w:pPr>
        <w:spacing w:after="0"/>
      </w:pPr>
      <w:r>
        <w:rPr>
          <w:rFonts w:ascii="Arial" w:hAnsi="Arial"/>
          <w:b/>
          <w:sz w:val="22"/>
        </w:rPr>
        <w:t xml:space="preserve">Daisy  </w:t>
      </w:r>
      <w:r>
        <w:rPr>
          <w:rFonts w:ascii="Arial" w:hAnsi="Arial"/>
          <w:color w:val="5D7284"/>
          <w:sz w:val="22"/>
        </w:rPr>
        <w:t>04:49</w:t>
      </w:r>
    </w:p>
    <w:p>
      <w:pPr>
        <w:spacing w:after="0"/>
      </w:pPr>
      <w:r>
        <w:rPr>
          <w:rFonts w:ascii="Arial" w:hAnsi="Arial"/>
          <w:sz w:val="22"/>
        </w:rPr>
        <w:t>Sure. So I I was tasked with. Actually, I can't remember whether I was tasked or whether we came came up with this together. I can't remember.</w:t>
      </w:r>
    </w:p>
    <w:p>
      <w:pPr>
        <w:spacing w:after="0"/>
      </w:pPr>
    </w:p>
    <w:p>
      <w:pPr>
        <w:spacing w:after="0"/>
      </w:pPr>
      <w:r>
        <w:rPr>
          <w:rFonts w:ascii="Arial" w:hAnsi="Arial"/>
          <w:b/>
          <w:sz w:val="22"/>
        </w:rPr>
        <w:t xml:space="preserve">Lucy  </w:t>
      </w:r>
      <w:r>
        <w:rPr>
          <w:rFonts w:ascii="Arial" w:hAnsi="Arial"/>
          <w:color w:val="5D7284"/>
          <w:sz w:val="22"/>
        </w:rPr>
        <w:t>04:57</w:t>
      </w:r>
    </w:p>
    <w:p>
      <w:pPr>
        <w:spacing w:after="0"/>
      </w:pPr>
      <w:r>
        <w:rPr>
          <w:rFonts w:ascii="Arial" w:hAnsi="Arial"/>
          <w:sz w:val="22"/>
        </w:rPr>
        <w:t>I think we had a discussion and came out with. This would be a good topic to get. Yeah, it was Daisy. Yeah, it</w:t>
      </w:r>
    </w:p>
    <w:p>
      <w:pPr>
        <w:spacing w:after="0"/>
      </w:pPr>
    </w:p>
    <w:p>
      <w:pPr>
        <w:spacing w:after="0"/>
      </w:pPr>
      <w:r>
        <w:rPr>
          <w:rFonts w:ascii="Arial" w:hAnsi="Arial"/>
          <w:b/>
          <w:sz w:val="22"/>
        </w:rPr>
        <w:t xml:space="preserve">Daisy  </w:t>
      </w:r>
      <w:r>
        <w:rPr>
          <w:rFonts w:ascii="Arial" w:hAnsi="Arial"/>
          <w:color w:val="5D7284"/>
          <w:sz w:val="22"/>
        </w:rPr>
        <w:t>05:04</w:t>
      </w:r>
    </w:p>
    <w:p>
      <w:pPr>
        <w:spacing w:after="0"/>
      </w:pPr>
      <w:r>
        <w:rPr>
          <w:rFonts w:ascii="Arial" w:hAnsi="Arial"/>
          <w:sz w:val="22"/>
        </w:rPr>
        <w:t>was ages ago because I put off doing the research for so long until I had a strict deadline. I think</w:t>
      </w:r>
    </w:p>
    <w:p>
      <w:pPr>
        <w:spacing w:after="0"/>
      </w:pPr>
    </w:p>
    <w:p>
      <w:pPr>
        <w:spacing w:after="0"/>
      </w:pPr>
      <w:r>
        <w:rPr>
          <w:rFonts w:ascii="Arial" w:hAnsi="Arial"/>
          <w:b/>
          <w:sz w:val="22"/>
        </w:rPr>
        <w:t xml:space="preserve">Alice  </w:t>
      </w:r>
      <w:r>
        <w:rPr>
          <w:rFonts w:ascii="Arial" w:hAnsi="Arial"/>
          <w:color w:val="5D7284"/>
          <w:sz w:val="22"/>
        </w:rPr>
        <w:t>05:09</w:t>
      </w:r>
    </w:p>
    <w:p>
      <w:pPr>
        <w:spacing w:after="0"/>
      </w:pPr>
      <w:r>
        <w:rPr>
          <w:rFonts w:ascii="Arial" w:hAnsi="Arial"/>
          <w:sz w:val="22"/>
        </w:rPr>
        <w:t>we've talked about doing this topic for years as well</w:t>
      </w:r>
    </w:p>
    <w:p>
      <w:pPr>
        <w:spacing w:after="0"/>
      </w:pPr>
    </w:p>
    <w:p>
      <w:pPr>
        <w:spacing w:after="0"/>
      </w:pPr>
      <w:r>
        <w:rPr>
          <w:rFonts w:ascii="Arial" w:hAnsi="Arial"/>
          <w:b/>
          <w:sz w:val="22"/>
        </w:rPr>
        <w:t xml:space="preserve">Lucy  </w:t>
      </w:r>
      <w:r>
        <w:rPr>
          <w:rFonts w:ascii="Arial" w:hAnsi="Arial"/>
          <w:color w:val="5D7284"/>
          <w:sz w:val="22"/>
        </w:rPr>
        <w:t>05:12</w:t>
      </w:r>
    </w:p>
    <w:p>
      <w:pPr>
        <w:spacing w:after="0"/>
      </w:pPr>
      <w:r>
        <w:rPr>
          <w:rFonts w:ascii="Arial" w:hAnsi="Arial"/>
          <w:sz w:val="22"/>
        </w:rPr>
        <w:t>I think since we started, really. Yeah.</w:t>
      </w:r>
    </w:p>
    <w:p>
      <w:pPr>
        <w:spacing w:after="0"/>
      </w:pPr>
    </w:p>
    <w:p>
      <w:pPr>
        <w:spacing w:after="0"/>
      </w:pPr>
      <w:r>
        <w:rPr>
          <w:rFonts w:ascii="Arial" w:hAnsi="Arial"/>
          <w:b/>
          <w:sz w:val="22"/>
        </w:rPr>
        <w:t xml:space="preserve">Daisy  </w:t>
      </w:r>
      <w:r>
        <w:rPr>
          <w:rFonts w:ascii="Arial" w:hAnsi="Arial"/>
          <w:color w:val="5D7284"/>
          <w:sz w:val="22"/>
        </w:rPr>
        <w:t>05:16</w:t>
      </w:r>
    </w:p>
    <w:p>
      <w:pPr>
        <w:spacing w:after="0"/>
      </w:pPr>
      <w:r>
        <w:rPr>
          <w:rFonts w:ascii="Arial" w:hAnsi="Arial"/>
          <w:sz w:val="22"/>
        </w:rPr>
        <w:t>So, yes, we're going for freak shows.</w:t>
      </w:r>
    </w:p>
    <w:p>
      <w:pPr>
        <w:spacing w:after="0"/>
      </w:pPr>
    </w:p>
    <w:p>
      <w:pPr>
        <w:spacing w:after="0"/>
      </w:pPr>
      <w:r>
        <w:rPr>
          <w:rFonts w:ascii="Arial" w:hAnsi="Arial"/>
          <w:b/>
          <w:sz w:val="22"/>
        </w:rPr>
        <w:t xml:space="preserve">Lucy  </w:t>
      </w:r>
      <w:r>
        <w:rPr>
          <w:rFonts w:ascii="Arial" w:hAnsi="Arial"/>
          <w:color w:val="5D7284"/>
          <w:sz w:val="22"/>
        </w:rPr>
        <w:t>05:19</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05:20</w:t>
      </w:r>
    </w:p>
    <w:p>
      <w:pPr>
        <w:spacing w:after="0"/>
      </w:pPr>
      <w:r>
        <w:rPr>
          <w:rFonts w:ascii="Arial" w:hAnsi="Arial"/>
          <w:sz w:val="22"/>
        </w:rPr>
        <w:t>Typically, that kind of Victorian style of freak shows. So, just as a side note, I will be using the term freak show throughout, despite how little I like it. Mainly because the alternatives are like really clunky and difficult, and there isn't like a sort of set reasonable alternative. Otherwise, I end up saying like exhibitions of biological oddities, which like I don't really think is any better. I don't think</w:t>
      </w:r>
    </w:p>
    <w:p>
      <w:pPr>
        <w:spacing w:after="0"/>
      </w:pPr>
    </w:p>
    <w:p>
      <w:pPr>
        <w:spacing w:after="0"/>
      </w:pPr>
      <w:r>
        <w:rPr>
          <w:rFonts w:ascii="Arial" w:hAnsi="Arial"/>
          <w:b/>
          <w:sz w:val="22"/>
        </w:rPr>
        <w:t xml:space="preserve">Lucy  </w:t>
      </w:r>
      <w:r>
        <w:rPr>
          <w:rFonts w:ascii="Arial" w:hAnsi="Arial"/>
          <w:color w:val="5D7284"/>
          <w:sz w:val="22"/>
        </w:rPr>
        <w:t>05:47</w:t>
      </w:r>
    </w:p>
    <w:p>
      <w:pPr>
        <w:spacing w:after="0"/>
      </w:pPr>
      <w:r>
        <w:rPr>
          <w:rFonts w:ascii="Arial" w:hAnsi="Arial"/>
          <w:sz w:val="22"/>
        </w:rPr>
        <w:t>calling somebody odd is any better than calling them a freak,</w:t>
      </w:r>
    </w:p>
    <w:p>
      <w:pPr>
        <w:spacing w:after="0"/>
      </w:pPr>
    </w:p>
    <w:p>
      <w:pPr>
        <w:spacing w:after="0"/>
      </w:pPr>
      <w:r>
        <w:rPr>
          <w:rFonts w:ascii="Arial" w:hAnsi="Arial"/>
          <w:b/>
          <w:sz w:val="22"/>
        </w:rPr>
        <w:t xml:space="preserve">Daisy  </w:t>
      </w:r>
      <w:r>
        <w:rPr>
          <w:rFonts w:ascii="Arial" w:hAnsi="Arial"/>
          <w:color w:val="5D7284"/>
          <w:sz w:val="22"/>
        </w:rPr>
        <w:t>05:51</w:t>
      </w:r>
    </w:p>
    <w:p>
      <w:pPr>
        <w:spacing w:after="0"/>
      </w:pPr>
      <w:r>
        <w:rPr>
          <w:rFonts w:ascii="Arial" w:hAnsi="Arial"/>
          <w:sz w:val="22"/>
        </w:rPr>
        <w:t>or at least not you know because of their impairment. Like we're all odd in our own ways. Yeah,</w:t>
      </w:r>
    </w:p>
    <w:p>
      <w:pPr>
        <w:spacing w:after="0"/>
      </w:pPr>
    </w:p>
    <w:p>
      <w:pPr>
        <w:spacing w:after="0"/>
      </w:pPr>
      <w:r>
        <w:rPr>
          <w:rFonts w:ascii="Arial" w:hAnsi="Arial"/>
          <w:b/>
          <w:sz w:val="22"/>
        </w:rPr>
        <w:t xml:space="preserve">Lucy  </w:t>
      </w:r>
      <w:r>
        <w:rPr>
          <w:rFonts w:ascii="Arial" w:hAnsi="Arial"/>
          <w:color w:val="5D7284"/>
          <w:sz w:val="22"/>
        </w:rPr>
        <w:t>05:55</w:t>
      </w:r>
    </w:p>
    <w:p>
      <w:pPr>
        <w:spacing w:after="0"/>
      </w:pPr>
      <w:r>
        <w:rPr>
          <w:rFonts w:ascii="Arial" w:hAnsi="Arial"/>
          <w:sz w:val="22"/>
        </w:rPr>
        <w:t>yeah, yeah,</w:t>
      </w:r>
    </w:p>
    <w:p>
      <w:pPr>
        <w:spacing w:after="0"/>
      </w:pPr>
    </w:p>
    <w:p>
      <w:pPr>
        <w:spacing w:after="0"/>
      </w:pPr>
      <w:r>
        <w:rPr>
          <w:rFonts w:ascii="Arial" w:hAnsi="Arial"/>
          <w:b/>
          <w:sz w:val="22"/>
        </w:rPr>
        <w:t xml:space="preserve">Daisy  </w:t>
      </w:r>
      <w:r>
        <w:rPr>
          <w:rFonts w:ascii="Arial" w:hAnsi="Arial"/>
          <w:color w:val="5D7284"/>
          <w:sz w:val="22"/>
        </w:rPr>
        <w:t>05:58</w:t>
      </w:r>
    </w:p>
    <w:p>
      <w:pPr>
        <w:spacing w:after="0"/>
      </w:pPr>
      <w:r>
        <w:rPr>
          <w:rFonts w:ascii="Arial" w:hAnsi="Arial"/>
          <w:sz w:val="22"/>
        </w:rPr>
        <w:t>yeah, and also it's just you know historically they were just called freak shows. So yes, they were, weren't they? Freak shows and side shows, and but if you're if you're doing research, then freak shows will get you the response you're looking for because side shows kind of covers all sorts of things.</w:t>
      </w:r>
    </w:p>
    <w:p>
      <w:pPr>
        <w:spacing w:after="0"/>
      </w:pPr>
    </w:p>
    <w:p>
      <w:pPr>
        <w:spacing w:after="0"/>
      </w:pPr>
      <w:r>
        <w:rPr>
          <w:rFonts w:ascii="Arial" w:hAnsi="Arial"/>
          <w:b/>
          <w:sz w:val="22"/>
        </w:rPr>
        <w:t xml:space="preserve">Alice  </w:t>
      </w:r>
      <w:r>
        <w:rPr>
          <w:rFonts w:ascii="Arial" w:hAnsi="Arial"/>
          <w:color w:val="5D7284"/>
          <w:sz w:val="22"/>
        </w:rPr>
        <w:t>06:14</w:t>
      </w:r>
    </w:p>
    <w:p>
      <w:pPr>
        <w:spacing w:after="0"/>
      </w:pPr>
      <w:r>
        <w:rPr>
          <w:rFonts w:ascii="Arial" w:hAnsi="Arial"/>
          <w:sz w:val="22"/>
        </w:rPr>
        <w:t>And I think I think it sort of sets the tone for the you know at least how we now perceive they perceived it at the time, but that phrase "freak shows. Like I don't know whether one of the things that's going to come out of this discussion is is that maybe people were a bit more kind of accepting, or it was. But it it feels like you know you're going to see a freak show. It sets an expectation of your attitude towards disabled people.</w:t>
      </w:r>
    </w:p>
    <w:p>
      <w:pPr>
        <w:spacing w:after="0"/>
      </w:pPr>
    </w:p>
    <w:p>
      <w:pPr>
        <w:spacing w:after="0"/>
      </w:pPr>
      <w:r>
        <w:rPr>
          <w:rFonts w:ascii="Arial" w:hAnsi="Arial"/>
          <w:b/>
          <w:sz w:val="22"/>
        </w:rPr>
        <w:t xml:space="preserve">Daisy  </w:t>
      </w:r>
      <w:r>
        <w:rPr>
          <w:rFonts w:ascii="Arial" w:hAnsi="Arial"/>
          <w:color w:val="5D7284"/>
          <w:sz w:val="22"/>
        </w:rPr>
        <w:t>06:47</w:t>
      </w:r>
    </w:p>
    <w:p>
      <w:pPr>
        <w:spacing w:after="0"/>
      </w:pPr>
      <w:r>
        <w:rPr>
          <w:rFonts w:ascii="Arial" w:hAnsi="Arial"/>
          <w:sz w:val="22"/>
        </w:rPr>
        <w:t>Yeah, so I'm I'm covering more of the individual people, the topic as a whole. Partly is because the people are really interesting, and also I I sort of semi had a plan for a zine based on these sort of individual people for a while, so some of the work was half done for me, half done for me by past past. Yeah,</w:t>
      </w:r>
    </w:p>
    <w:p>
      <w:pPr>
        <w:spacing w:after="0"/>
      </w:pPr>
    </w:p>
    <w:p>
      <w:pPr>
        <w:spacing w:after="0"/>
      </w:pPr>
      <w:r>
        <w:rPr>
          <w:rFonts w:ascii="Arial" w:hAnsi="Arial"/>
          <w:b/>
          <w:sz w:val="22"/>
        </w:rPr>
        <w:t xml:space="preserve">Lucy  </w:t>
      </w:r>
      <w:r>
        <w:rPr>
          <w:rFonts w:ascii="Arial" w:hAnsi="Arial"/>
          <w:color w:val="5D7284"/>
          <w:sz w:val="22"/>
        </w:rPr>
        <w:t>07:16</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07:17</w:t>
      </w:r>
    </w:p>
    <w:p>
      <w:pPr>
        <w:spacing w:after="0"/>
      </w:pPr>
      <w:r>
        <w:rPr>
          <w:rFonts w:ascii="Arial" w:hAnsi="Arial"/>
          <w:sz w:val="22"/>
        </w:rPr>
        <w:t>So yeah, go into a a bit, but also I just didn't want to talk about P.T. Barnum for too long.</w:t>
      </w:r>
    </w:p>
    <w:p>
      <w:pPr>
        <w:spacing w:after="0"/>
      </w:pPr>
    </w:p>
    <w:p>
      <w:pPr>
        <w:spacing w:after="0"/>
      </w:pPr>
      <w:r>
        <w:rPr>
          <w:rFonts w:ascii="Arial" w:hAnsi="Arial"/>
          <w:b/>
          <w:sz w:val="22"/>
        </w:rPr>
        <w:t xml:space="preserve">Lucy  </w:t>
      </w:r>
      <w:r>
        <w:rPr>
          <w:rFonts w:ascii="Arial" w:hAnsi="Arial"/>
          <w:color w:val="5D7284"/>
          <w:sz w:val="22"/>
        </w:rPr>
        <w:t>07:23</w:t>
      </w:r>
    </w:p>
    <w:p>
      <w:pPr>
        <w:spacing w:after="0"/>
      </w:pPr>
      <w:r>
        <w:rPr>
          <w:rFonts w:ascii="Arial" w:hAnsi="Arial"/>
          <w:sz w:val="22"/>
        </w:rPr>
        <w:t>No, no, I was going to say, do we do we mention him? Because he's</w:t>
      </w:r>
    </w:p>
    <w:p>
      <w:pPr>
        <w:spacing w:after="0"/>
      </w:pPr>
    </w:p>
    <w:p>
      <w:pPr>
        <w:spacing w:after="0"/>
      </w:pPr>
      <w:r>
        <w:rPr>
          <w:rFonts w:ascii="Arial" w:hAnsi="Arial"/>
          <w:b/>
          <w:sz w:val="22"/>
        </w:rPr>
        <w:t xml:space="preserve">Daisy  </w:t>
      </w:r>
      <w:r>
        <w:rPr>
          <w:rFonts w:ascii="Arial" w:hAnsi="Arial"/>
          <w:color w:val="5D7284"/>
          <w:sz w:val="22"/>
        </w:rPr>
        <w:t>07:27</w:t>
      </w:r>
    </w:p>
    <w:p>
      <w:pPr>
        <w:spacing w:after="0"/>
      </w:pPr>
      <w:r>
        <w:rPr>
          <w:rFonts w:ascii="Arial" w:hAnsi="Arial"/>
          <w:sz w:val="22"/>
        </w:rPr>
        <w:t>he's mentioned. There is basically no way of talking about the topic without mentioning him.</w:t>
      </w:r>
    </w:p>
    <w:p>
      <w:pPr>
        <w:spacing w:after="0"/>
      </w:pPr>
    </w:p>
    <w:p>
      <w:pPr>
        <w:spacing w:after="0"/>
      </w:pPr>
      <w:r>
        <w:rPr>
          <w:rFonts w:ascii="Arial" w:hAnsi="Arial"/>
          <w:b/>
          <w:sz w:val="22"/>
        </w:rPr>
        <w:t xml:space="preserve">Lucy  </w:t>
      </w:r>
      <w:r>
        <w:rPr>
          <w:rFonts w:ascii="Arial" w:hAnsi="Arial"/>
          <w:color w:val="5D7284"/>
          <w:sz w:val="22"/>
        </w:rPr>
        <w:t>07:31</w:t>
      </w:r>
    </w:p>
    <w:p>
      <w:pPr>
        <w:spacing w:after="0"/>
      </w:pPr>
      <w:r>
        <w:rPr>
          <w:rFonts w:ascii="Arial" w:hAnsi="Arial"/>
          <w:sz w:val="22"/>
        </w:rPr>
        <w:t>No, he was like, unfortunately, freak show, wasn't</w:t>
      </w:r>
    </w:p>
    <w:p>
      <w:pPr>
        <w:spacing w:after="0"/>
      </w:pPr>
    </w:p>
    <w:p>
      <w:pPr>
        <w:spacing w:after="0"/>
      </w:pPr>
      <w:r>
        <w:rPr>
          <w:rFonts w:ascii="Arial" w:hAnsi="Arial"/>
          <w:b/>
          <w:sz w:val="22"/>
        </w:rPr>
        <w:t xml:space="preserve">Daisy  </w:t>
      </w:r>
      <w:r>
        <w:rPr>
          <w:rFonts w:ascii="Arial" w:hAnsi="Arial"/>
          <w:color w:val="5D7284"/>
          <w:sz w:val="22"/>
        </w:rPr>
        <w:t>07:36</w:t>
      </w:r>
    </w:p>
    <w:p>
      <w:pPr>
        <w:spacing w:after="0"/>
      </w:pPr>
      <w:r>
        <w:rPr>
          <w:rFonts w:ascii="Arial" w:hAnsi="Arial"/>
          <w:sz w:val="22"/>
        </w:rPr>
        <w:t>he? Yeah. So yes, he he does feature, but gloss over him fairly quickly.</w:t>
      </w:r>
    </w:p>
    <w:p>
      <w:pPr>
        <w:spacing w:after="0"/>
      </w:pPr>
    </w:p>
    <w:p>
      <w:pPr>
        <w:spacing w:after="0"/>
      </w:pPr>
      <w:r>
        <w:rPr>
          <w:rFonts w:ascii="Arial" w:hAnsi="Arial"/>
          <w:b/>
          <w:sz w:val="22"/>
        </w:rPr>
        <w:t xml:space="preserve">Lucy  </w:t>
      </w:r>
      <w:r>
        <w:rPr>
          <w:rFonts w:ascii="Arial" w:hAnsi="Arial"/>
          <w:color w:val="5D7284"/>
          <w:sz w:val="22"/>
        </w:rPr>
        <w:t>07:41</w:t>
      </w:r>
    </w:p>
    <w:p>
      <w:pPr>
        <w:spacing w:after="0"/>
      </w:pPr>
      <w:r>
        <w:rPr>
          <w:rFonts w:ascii="Arial" w:hAnsi="Arial"/>
          <w:sz w:val="22"/>
        </w:rPr>
        <w:t>Okay.</w:t>
      </w:r>
    </w:p>
    <w:p>
      <w:pPr>
        <w:spacing w:after="0"/>
      </w:pPr>
    </w:p>
    <w:p>
      <w:pPr>
        <w:spacing w:after="0"/>
      </w:pPr>
      <w:r>
        <w:rPr>
          <w:rFonts w:ascii="Arial" w:hAnsi="Arial"/>
          <w:b/>
          <w:sz w:val="22"/>
        </w:rPr>
        <w:t xml:space="preserve">Daisy  </w:t>
      </w:r>
      <w:r>
        <w:rPr>
          <w:rFonts w:ascii="Arial" w:hAnsi="Arial"/>
          <w:color w:val="5D7284"/>
          <w:sz w:val="22"/>
        </w:rPr>
        <w:t>07:46</w:t>
      </w:r>
    </w:p>
    <w:p>
      <w:pPr>
        <w:spacing w:after="0"/>
      </w:pPr>
      <w:r>
        <w:rPr>
          <w:rFonts w:ascii="Arial" w:hAnsi="Arial"/>
          <w:sz w:val="22"/>
        </w:rPr>
        <w:t>So yes, there is evidence that these sorts of human displays have been going on since like medieval times. This isn't as new of a thing as you would have thought, but naturally, we don't have a lot of information about that because selfishly, they refuse to write it down on those nice illustrated tomes with you know bad pictures of cats, and keep them in basements of monasteries so that I could have a look at them. Right. Okay. How dare they?</w:t>
      </w:r>
    </w:p>
    <w:p>
      <w:pPr>
        <w:spacing w:after="0"/>
      </w:pPr>
    </w:p>
    <w:p>
      <w:pPr>
        <w:spacing w:after="0"/>
      </w:pPr>
      <w:r>
        <w:rPr>
          <w:rFonts w:ascii="Arial" w:hAnsi="Arial"/>
          <w:b/>
          <w:sz w:val="22"/>
        </w:rPr>
        <w:t xml:space="preserve">Alice  </w:t>
      </w:r>
      <w:r>
        <w:rPr>
          <w:rFonts w:ascii="Arial" w:hAnsi="Arial"/>
          <w:color w:val="5D7284"/>
          <w:sz w:val="22"/>
        </w:rPr>
        <w:t>08:10</w:t>
      </w:r>
    </w:p>
    <w:p>
      <w:pPr>
        <w:spacing w:after="0"/>
      </w:pPr>
      <w:r>
        <w:rPr>
          <w:rFonts w:ascii="Arial" w:hAnsi="Arial"/>
          <w:sz w:val="22"/>
        </w:rPr>
        <w:t>So it makes it sound very like you are very specifically going into the basements of monasteries, which feel like they're probably not the most accessible sort of place, perhaps. No,</w:t>
      </w:r>
    </w:p>
    <w:p>
      <w:pPr>
        <w:spacing w:after="0"/>
      </w:pPr>
    </w:p>
    <w:p>
      <w:pPr>
        <w:spacing w:after="0"/>
      </w:pPr>
      <w:r>
        <w:rPr>
          <w:rFonts w:ascii="Arial" w:hAnsi="Arial"/>
          <w:b/>
          <w:sz w:val="22"/>
        </w:rPr>
        <w:t xml:space="preserve">Daisy  </w:t>
      </w:r>
      <w:r>
        <w:rPr>
          <w:rFonts w:ascii="Arial" w:hAnsi="Arial"/>
          <w:color w:val="5D7284"/>
          <w:sz w:val="22"/>
        </w:rPr>
        <w:t>08:21</w:t>
      </w:r>
    </w:p>
    <w:p>
      <w:pPr>
        <w:spacing w:after="0"/>
      </w:pPr>
      <w:r>
        <w:rPr>
          <w:rFonts w:ascii="Arial" w:hAnsi="Arial"/>
          <w:sz w:val="22"/>
        </w:rPr>
        <w:t>and there's there's probably some kind of force field preventing you know means people of my religious background from going into places like that, unless it's somewhere like Buckfast Abbey, which is very nice, and I did school trips there. That's where they make the drink Buckfast, which is very popular in Scotland.</w:t>
      </w:r>
    </w:p>
    <w:p>
      <w:pPr>
        <w:spacing w:after="0"/>
      </w:pPr>
    </w:p>
    <w:p>
      <w:pPr>
        <w:spacing w:after="0"/>
      </w:pPr>
      <w:r>
        <w:rPr>
          <w:rFonts w:ascii="Arial" w:hAnsi="Arial"/>
          <w:b/>
          <w:sz w:val="22"/>
        </w:rPr>
        <w:t xml:space="preserve">Lucy  </w:t>
      </w:r>
      <w:r>
        <w:rPr>
          <w:rFonts w:ascii="Arial" w:hAnsi="Arial"/>
          <w:color w:val="5D7284"/>
          <w:sz w:val="22"/>
        </w:rPr>
        <w:t>08:42</w:t>
      </w:r>
    </w:p>
    <w:p>
      <w:pPr>
        <w:spacing w:after="0"/>
      </w:pPr>
      <w:r>
        <w:rPr>
          <w:rFonts w:ascii="Arial" w:hAnsi="Arial"/>
          <w:sz w:val="22"/>
        </w:rPr>
        <w:t>What is it? What is it?</w:t>
      </w:r>
    </w:p>
    <w:p>
      <w:pPr>
        <w:spacing w:after="0"/>
      </w:pPr>
    </w:p>
    <w:p>
      <w:pPr>
        <w:spacing w:after="0"/>
      </w:pPr>
      <w:r>
        <w:rPr>
          <w:rFonts w:ascii="Arial" w:hAnsi="Arial"/>
          <w:b/>
          <w:sz w:val="22"/>
        </w:rPr>
        <w:t xml:space="preserve">Daisy  </w:t>
      </w:r>
      <w:r>
        <w:rPr>
          <w:rFonts w:ascii="Arial" w:hAnsi="Arial"/>
          <w:color w:val="5D7284"/>
          <w:sz w:val="22"/>
        </w:rPr>
        <w:t>08:44</w:t>
      </w:r>
    </w:p>
    <w:p>
      <w:pPr>
        <w:spacing w:after="0"/>
      </w:pPr>
      <w:r>
        <w:rPr>
          <w:rFonts w:ascii="Arial" w:hAnsi="Arial"/>
          <w:sz w:val="22"/>
        </w:rPr>
        <w:t>It's it's a tonic wine, but it's incredibly strong,</w:t>
      </w:r>
    </w:p>
    <w:p>
      <w:pPr>
        <w:spacing w:after="0"/>
      </w:pPr>
    </w:p>
    <w:p>
      <w:pPr>
        <w:spacing w:after="0"/>
      </w:pPr>
      <w:r>
        <w:rPr>
          <w:rFonts w:ascii="Arial" w:hAnsi="Arial"/>
          <w:b/>
          <w:sz w:val="22"/>
        </w:rPr>
        <w:t xml:space="preserve">Lucy  </w:t>
      </w:r>
      <w:r>
        <w:rPr>
          <w:rFonts w:ascii="Arial" w:hAnsi="Arial"/>
          <w:color w:val="5D7284"/>
          <w:sz w:val="22"/>
        </w:rPr>
        <w:t>08:48</w:t>
      </w:r>
    </w:p>
    <w:p>
      <w:pPr>
        <w:spacing w:after="0"/>
      </w:pPr>
      <w:r>
        <w:rPr>
          <w:rFonts w:ascii="Arial" w:hAnsi="Arial"/>
          <w:sz w:val="22"/>
        </w:rPr>
        <w:t>like a medieval iron brew.</w:t>
      </w:r>
    </w:p>
    <w:p>
      <w:pPr>
        <w:spacing w:after="0"/>
      </w:pPr>
    </w:p>
    <w:p>
      <w:pPr>
        <w:spacing w:after="0"/>
      </w:pPr>
      <w:r>
        <w:rPr>
          <w:rFonts w:ascii="Arial" w:hAnsi="Arial"/>
          <w:b/>
          <w:sz w:val="22"/>
        </w:rPr>
        <w:t xml:space="preserve">Daisy  </w:t>
      </w:r>
      <w:r>
        <w:rPr>
          <w:rFonts w:ascii="Arial" w:hAnsi="Arial"/>
          <w:color w:val="5D7284"/>
          <w:sz w:val="22"/>
        </w:rPr>
        <w:t>08:51</w:t>
      </w:r>
    </w:p>
    <w:p>
      <w:pPr>
        <w:spacing w:after="0"/>
      </w:pPr>
      <w:r>
        <w:rPr>
          <w:rFonts w:ascii="Arial" w:hAnsi="Arial"/>
          <w:sz w:val="22"/>
        </w:rPr>
        <w:t>Um, sort of, except significantly more alcoholic.</w:t>
      </w:r>
    </w:p>
    <w:p>
      <w:pPr>
        <w:spacing w:after="0"/>
      </w:pPr>
    </w:p>
    <w:p>
      <w:pPr>
        <w:spacing w:after="0"/>
      </w:pPr>
      <w:r>
        <w:rPr>
          <w:rFonts w:ascii="Arial" w:hAnsi="Arial"/>
          <w:b/>
          <w:sz w:val="22"/>
        </w:rPr>
        <w:t xml:space="preserve">Lucy  </w:t>
      </w:r>
      <w:r>
        <w:rPr>
          <w:rFonts w:ascii="Arial" w:hAnsi="Arial"/>
          <w:color w:val="5D7284"/>
          <w:sz w:val="22"/>
        </w:rPr>
        <w:t>08:56</w:t>
      </w:r>
    </w:p>
    <w:p>
      <w:pPr>
        <w:spacing w:after="0"/>
      </w:pPr>
      <w:r>
        <w:rPr>
          <w:rFonts w:ascii="Arial" w:hAnsi="Arial"/>
          <w:sz w:val="22"/>
        </w:rPr>
        <w:t>I never know what iron brew is meant to taste like.</w:t>
      </w:r>
    </w:p>
    <w:p>
      <w:pPr>
        <w:spacing w:after="0"/>
      </w:pPr>
    </w:p>
    <w:p>
      <w:pPr>
        <w:spacing w:after="0"/>
      </w:pPr>
      <w:r>
        <w:rPr>
          <w:rFonts w:ascii="Arial" w:hAnsi="Arial"/>
          <w:b/>
          <w:sz w:val="22"/>
        </w:rPr>
        <w:t xml:space="preserve">Alice  </w:t>
      </w:r>
      <w:r>
        <w:rPr>
          <w:rFonts w:ascii="Arial" w:hAnsi="Arial"/>
          <w:color w:val="5D7284"/>
          <w:sz w:val="22"/>
        </w:rPr>
        <w:t>09:00</w:t>
      </w:r>
    </w:p>
    <w:p>
      <w:pPr>
        <w:spacing w:after="0"/>
      </w:pPr>
      <w:r>
        <w:rPr>
          <w:rFonts w:ascii="Arial" w:hAnsi="Arial"/>
          <w:sz w:val="22"/>
        </w:rPr>
        <w:t>Well, it's also quite. It</w:t>
      </w:r>
    </w:p>
    <w:p>
      <w:pPr>
        <w:spacing w:after="0"/>
      </w:pPr>
    </w:p>
    <w:p>
      <w:pPr>
        <w:spacing w:after="0"/>
      </w:pPr>
      <w:r>
        <w:rPr>
          <w:rFonts w:ascii="Arial" w:hAnsi="Arial"/>
          <w:b/>
          <w:sz w:val="22"/>
        </w:rPr>
        <w:t xml:space="preserve">Daisy  </w:t>
      </w:r>
      <w:r>
        <w:rPr>
          <w:rFonts w:ascii="Arial" w:hAnsi="Arial"/>
          <w:color w:val="5D7284"/>
          <w:sz w:val="22"/>
        </w:rPr>
        <w:t>09:01</w:t>
      </w:r>
    </w:p>
    <w:p>
      <w:pPr>
        <w:spacing w:after="0"/>
      </w:pPr>
      <w:r>
        <w:rPr>
          <w:rFonts w:ascii="Arial" w:hAnsi="Arial"/>
          <w:sz w:val="22"/>
        </w:rPr>
        <w:t>tastes like iron brew.</w:t>
      </w:r>
    </w:p>
    <w:p>
      <w:pPr>
        <w:spacing w:after="0"/>
      </w:pPr>
    </w:p>
    <w:p>
      <w:pPr>
        <w:spacing w:after="0"/>
      </w:pPr>
      <w:r>
        <w:rPr>
          <w:rFonts w:ascii="Arial" w:hAnsi="Arial"/>
          <w:b/>
          <w:sz w:val="22"/>
        </w:rPr>
        <w:t xml:space="preserve">Alice  </w:t>
      </w:r>
      <w:r>
        <w:rPr>
          <w:rFonts w:ascii="Arial" w:hAnsi="Arial"/>
          <w:color w:val="5D7284"/>
          <w:sz w:val="22"/>
        </w:rPr>
        <w:t>09:02</w:t>
      </w:r>
    </w:p>
    <w:p>
      <w:pPr>
        <w:spacing w:after="0"/>
      </w:pPr>
      <w:r>
        <w:rPr>
          <w:rFonts w:ascii="Arial" w:hAnsi="Arial"/>
          <w:sz w:val="22"/>
        </w:rPr>
        <w:t>It's also quite like. Didn't didn't you grew up in Plymouth?</w:t>
      </w:r>
    </w:p>
    <w:p>
      <w:pPr>
        <w:spacing w:after="0"/>
      </w:pPr>
    </w:p>
    <w:p>
      <w:pPr>
        <w:spacing w:after="0"/>
      </w:pPr>
      <w:r>
        <w:rPr>
          <w:rFonts w:ascii="Arial" w:hAnsi="Arial"/>
          <w:b/>
          <w:sz w:val="22"/>
        </w:rPr>
        <w:t xml:space="preserve">Daisy  </w:t>
      </w:r>
      <w:r>
        <w:rPr>
          <w:rFonts w:ascii="Arial" w:hAnsi="Arial"/>
          <w:color w:val="5D7284"/>
          <w:sz w:val="22"/>
        </w:rPr>
        <w:t>09:06</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09:06</w:t>
      </w:r>
    </w:p>
    <w:p>
      <w:pPr>
        <w:spacing w:after="0"/>
      </w:pPr>
      <w:r>
        <w:rPr>
          <w:rFonts w:ascii="Arial" w:hAnsi="Arial"/>
          <w:sz w:val="22"/>
        </w:rPr>
        <w:t>Like that's that you wouldn't expect the drink that's brewed solely in Plymouth to be incredibly popular. You know, in Edinburgh, famously opposite ends of the country, separate different countries. In fact.</w:t>
      </w:r>
    </w:p>
    <w:p>
      <w:pPr>
        <w:spacing w:after="0"/>
      </w:pPr>
    </w:p>
    <w:p>
      <w:pPr>
        <w:spacing w:after="0"/>
      </w:pPr>
      <w:r>
        <w:rPr>
          <w:rFonts w:ascii="Arial" w:hAnsi="Arial"/>
          <w:b/>
          <w:sz w:val="22"/>
        </w:rPr>
        <w:t xml:space="preserve">Daisy  </w:t>
      </w:r>
      <w:r>
        <w:rPr>
          <w:rFonts w:ascii="Arial" w:hAnsi="Arial"/>
          <w:color w:val="5D7284"/>
          <w:sz w:val="22"/>
        </w:rPr>
        <w:t>09:20</w:t>
      </w:r>
    </w:p>
    <w:p>
      <w:pPr>
        <w:spacing w:after="0"/>
      </w:pPr>
      <w:r>
        <w:rPr>
          <w:rFonts w:ascii="Arial" w:hAnsi="Arial"/>
          <w:sz w:val="22"/>
        </w:rPr>
        <w:t>Yeah, it's true. Yeah, I don't really know how it how it got all the way up there.</w:t>
      </w:r>
    </w:p>
    <w:p>
      <w:pPr>
        <w:spacing w:after="0"/>
      </w:pPr>
    </w:p>
    <w:p>
      <w:pPr>
        <w:spacing w:after="0"/>
      </w:pPr>
      <w:r>
        <w:rPr>
          <w:rFonts w:ascii="Arial" w:hAnsi="Arial"/>
          <w:b/>
          <w:sz w:val="22"/>
        </w:rPr>
        <w:t xml:space="preserve">Alice  </w:t>
      </w:r>
      <w:r>
        <w:rPr>
          <w:rFonts w:ascii="Arial" w:hAnsi="Arial"/>
          <w:color w:val="5D7284"/>
          <w:sz w:val="22"/>
        </w:rPr>
        <w:t>09:25</w:t>
      </w:r>
    </w:p>
    <w:p>
      <w:pPr>
        <w:spacing w:after="0"/>
      </w:pPr>
      <w:r>
        <w:rPr>
          <w:rFonts w:ascii="Arial" w:hAnsi="Arial"/>
          <w:sz w:val="22"/>
        </w:rPr>
        <w:t>Anyway, we digress.</w:t>
      </w:r>
    </w:p>
    <w:p>
      <w:pPr>
        <w:spacing w:after="0"/>
      </w:pPr>
    </w:p>
    <w:p>
      <w:pPr>
        <w:spacing w:after="0"/>
      </w:pPr>
      <w:r>
        <w:rPr>
          <w:rFonts w:ascii="Arial" w:hAnsi="Arial"/>
          <w:b/>
          <w:sz w:val="22"/>
        </w:rPr>
        <w:t xml:space="preserve">Daisy  </w:t>
      </w:r>
      <w:r>
        <w:rPr>
          <w:rFonts w:ascii="Arial" w:hAnsi="Arial"/>
          <w:color w:val="5D7284"/>
          <w:sz w:val="22"/>
        </w:rPr>
        <w:t>09:26</w:t>
      </w:r>
    </w:p>
    <w:p>
      <w:pPr>
        <w:spacing w:after="0"/>
      </w:pPr>
      <w:r>
        <w:rPr>
          <w:rFonts w:ascii="Arial" w:hAnsi="Arial"/>
          <w:sz w:val="22"/>
        </w:rPr>
        <w:t>Anyway, yeah, of course we do. Yeah, so, so yes, as result of this, you know, being a very long time ago and no one writing it down, the main sort of references we have to. entertain exhibits of people from sort of royal households, right? So predominantly King Charles the First and his wife Queen Mary. So that's where we find they called the Queen's Dwarf. Who's called Jeffrey Hudson? Who some people may be familiar with because he is quite well known as an example of someone with dwarfism in just sort of regular high society life.</w:t>
      </w:r>
    </w:p>
    <w:p>
      <w:pPr>
        <w:spacing w:after="0"/>
      </w:pPr>
    </w:p>
    <w:p>
      <w:pPr>
        <w:spacing w:after="0"/>
      </w:pPr>
      <w:r>
        <w:rPr>
          <w:rFonts w:ascii="Arial" w:hAnsi="Arial"/>
          <w:b/>
          <w:sz w:val="22"/>
        </w:rPr>
        <w:t xml:space="preserve">Alice  </w:t>
      </w:r>
      <w:r>
        <w:rPr>
          <w:rFonts w:ascii="Arial" w:hAnsi="Arial"/>
          <w:color w:val="5D7284"/>
          <w:sz w:val="22"/>
        </w:rPr>
        <w:t>10:14</w:t>
      </w:r>
    </w:p>
    <w:p>
      <w:pPr>
        <w:spacing w:after="0"/>
      </w:pPr>
      <w:r>
        <w:rPr>
          <w:rFonts w:ascii="Arial" w:hAnsi="Arial"/>
          <w:sz w:val="22"/>
        </w:rPr>
        <w:t>I'm pretty sure I've heard a podcast about him.</w:t>
      </w:r>
    </w:p>
    <w:p>
      <w:pPr>
        <w:spacing w:after="0"/>
      </w:pPr>
    </w:p>
    <w:p>
      <w:pPr>
        <w:spacing w:after="0"/>
      </w:pPr>
      <w:r>
        <w:rPr>
          <w:rFonts w:ascii="Arial" w:hAnsi="Arial"/>
          <w:b/>
          <w:sz w:val="22"/>
        </w:rPr>
        <w:t xml:space="preserve">Daisy  </w:t>
      </w:r>
      <w:r>
        <w:rPr>
          <w:rFonts w:ascii="Arial" w:hAnsi="Arial"/>
          <w:color w:val="5D7284"/>
          <w:sz w:val="22"/>
        </w:rPr>
        <w:t>10:18</w:t>
      </w:r>
    </w:p>
    <w:p>
      <w:pPr>
        <w:spacing w:after="0"/>
      </w:pPr>
      <w:r>
        <w:rPr>
          <w:rFonts w:ascii="Arial" w:hAnsi="Arial"/>
          <w:sz w:val="22"/>
        </w:rPr>
        <w:t>Yeah, you probably have, and I expect you've seen like pictures of paintings of him as well. So he was active there from sort of the 1620s to 1640s and he was invited into the household as an entertainer, or what Wikipedia describes as one of several natural curiosities and pets</w:t>
      </w:r>
    </w:p>
    <w:p>
      <w:pPr>
        <w:spacing w:after="0"/>
      </w:pPr>
    </w:p>
    <w:p>
      <w:pPr>
        <w:spacing w:after="0"/>
      </w:pPr>
      <w:r>
        <w:rPr>
          <w:rFonts w:ascii="Arial" w:hAnsi="Arial"/>
          <w:b/>
          <w:sz w:val="22"/>
        </w:rPr>
        <w:t xml:space="preserve">Lucy  </w:t>
      </w:r>
      <w:r>
        <w:rPr>
          <w:rFonts w:ascii="Arial" w:hAnsi="Arial"/>
          <w:color w:val="5D7284"/>
          <w:sz w:val="22"/>
        </w:rPr>
        <w:t>10:43</w:t>
      </w:r>
    </w:p>
    <w:p>
      <w:pPr>
        <w:spacing w:after="0"/>
      </w:pPr>
      <w:r>
        <w:rPr>
          <w:rFonts w:ascii="Arial" w:hAnsi="Arial"/>
          <w:sz w:val="22"/>
        </w:rPr>
        <w:t>pets,</w:t>
      </w:r>
    </w:p>
    <w:p>
      <w:pPr>
        <w:spacing w:after="0"/>
      </w:pPr>
    </w:p>
    <w:p>
      <w:pPr>
        <w:spacing w:after="0"/>
      </w:pPr>
      <w:r>
        <w:rPr>
          <w:rFonts w:ascii="Arial" w:hAnsi="Arial"/>
          <w:b/>
          <w:sz w:val="22"/>
        </w:rPr>
        <w:t xml:space="preserve">Alice  </w:t>
      </w:r>
      <w:r>
        <w:rPr>
          <w:rFonts w:ascii="Arial" w:hAnsi="Arial"/>
          <w:color w:val="5D7284"/>
          <w:sz w:val="22"/>
        </w:rPr>
        <w:t>10:43</w:t>
      </w:r>
    </w:p>
    <w:p>
      <w:pPr>
        <w:spacing w:after="0"/>
      </w:pPr>
      <w:r>
        <w:rPr>
          <w:rFonts w:ascii="Arial" w:hAnsi="Arial"/>
          <w:sz w:val="22"/>
        </w:rPr>
        <w:t>yes. And didn't didn't she she had some weird like was it like a ex, like a fucking vulture or some really bizarre like pet bird as well, and they'd all go off like she'd take them all with her when she went to visit other rich people.</w:t>
      </w:r>
    </w:p>
    <w:p>
      <w:pPr>
        <w:spacing w:after="0"/>
      </w:pPr>
    </w:p>
    <w:p>
      <w:pPr>
        <w:spacing w:after="0"/>
      </w:pPr>
      <w:r>
        <w:rPr>
          <w:rFonts w:ascii="Arial" w:hAnsi="Arial"/>
          <w:b/>
          <w:sz w:val="22"/>
        </w:rPr>
        <w:t xml:space="preserve">Daisy  </w:t>
      </w:r>
      <w:r>
        <w:rPr>
          <w:rFonts w:ascii="Arial" w:hAnsi="Arial"/>
          <w:color w:val="5D7284"/>
          <w:sz w:val="22"/>
        </w:rPr>
        <w:t>11:02</w:t>
      </w:r>
    </w:p>
    <w:p>
      <w:pPr>
        <w:spacing w:after="0"/>
      </w:pPr>
      <w:r>
        <w:rPr>
          <w:rFonts w:ascii="Arial" w:hAnsi="Arial"/>
          <w:sz w:val="22"/>
        </w:rPr>
        <w:t>Oh, yeah, wouldn't surprise me at all. She definitely took everyone when she was going anywhere.</w:t>
      </w:r>
    </w:p>
    <w:p>
      <w:pPr>
        <w:spacing w:after="0"/>
      </w:pPr>
    </w:p>
    <w:p>
      <w:pPr>
        <w:spacing w:after="0"/>
      </w:pPr>
      <w:r>
        <w:rPr>
          <w:rFonts w:ascii="Arial" w:hAnsi="Arial"/>
          <w:b/>
          <w:sz w:val="22"/>
        </w:rPr>
        <w:t xml:space="preserve">Alice  </w:t>
      </w:r>
      <w:r>
        <w:rPr>
          <w:rFonts w:ascii="Arial" w:hAnsi="Arial"/>
          <w:color w:val="5D7284"/>
          <w:sz w:val="22"/>
        </w:rPr>
        <w:t>11:07</w:t>
      </w:r>
    </w:p>
    <w:p>
      <w:pPr>
        <w:spacing w:after="0"/>
      </w:pPr>
      <w:r>
        <w:rPr>
          <w:rFonts w:ascii="Arial" w:hAnsi="Arial"/>
          <w:sz w:val="22"/>
        </w:rPr>
        <w:t>Yeah,</w:t>
      </w:r>
    </w:p>
    <w:p>
      <w:pPr>
        <w:spacing w:after="0"/>
      </w:pPr>
    </w:p>
    <w:p>
      <w:pPr>
        <w:spacing w:after="0"/>
      </w:pPr>
      <w:r>
        <w:rPr>
          <w:rFonts w:ascii="Arial" w:hAnsi="Arial"/>
          <w:b/>
          <w:sz w:val="22"/>
        </w:rPr>
        <w:t xml:space="preserve">Lucy  </w:t>
      </w:r>
      <w:r>
        <w:rPr>
          <w:rFonts w:ascii="Arial" w:hAnsi="Arial"/>
          <w:color w:val="5D7284"/>
          <w:sz w:val="22"/>
        </w:rPr>
        <w:t>11:07</w:t>
      </w:r>
    </w:p>
    <w:p>
      <w:pPr>
        <w:spacing w:after="0"/>
      </w:pPr>
      <w:r>
        <w:rPr>
          <w:rFonts w:ascii="Arial" w:hAnsi="Arial"/>
          <w:sz w:val="22"/>
        </w:rPr>
        <w:t>because there was a period of time, wasn't there? If you think about it, where the Tower of London was actually a zoo, and there was like polar bear swimming in the Thames and that kind of weird. It was like, oh, thank you for visiting our our city. Here's a polar bear.</w:t>
      </w:r>
    </w:p>
    <w:p>
      <w:pPr>
        <w:spacing w:after="0"/>
      </w:pPr>
    </w:p>
    <w:p>
      <w:pPr>
        <w:spacing w:after="0"/>
      </w:pPr>
      <w:r>
        <w:rPr>
          <w:rFonts w:ascii="Arial" w:hAnsi="Arial"/>
          <w:b/>
          <w:sz w:val="22"/>
        </w:rPr>
        <w:t xml:space="preserve">Daisy  </w:t>
      </w:r>
      <w:r>
        <w:rPr>
          <w:rFonts w:ascii="Arial" w:hAnsi="Arial"/>
          <w:color w:val="5D7284"/>
          <w:sz w:val="22"/>
        </w:rPr>
        <w:t>11:23</w:t>
      </w:r>
    </w:p>
    <w:p>
      <w:pPr>
        <w:spacing w:after="0"/>
      </w:pPr>
      <w:r>
        <w:rPr>
          <w:rFonts w:ascii="Arial" w:hAnsi="Arial"/>
          <w:sz w:val="22"/>
        </w:rPr>
        <w:t>Yeah, I think I</w:t>
      </w:r>
    </w:p>
    <w:p>
      <w:pPr>
        <w:spacing w:after="0"/>
      </w:pPr>
    </w:p>
    <w:p>
      <w:pPr>
        <w:spacing w:after="0"/>
      </w:pPr>
      <w:r>
        <w:rPr>
          <w:rFonts w:ascii="Arial" w:hAnsi="Arial"/>
          <w:b/>
          <w:sz w:val="22"/>
        </w:rPr>
        <w:t xml:space="preserve">Alice  </w:t>
      </w:r>
      <w:r>
        <w:rPr>
          <w:rFonts w:ascii="Arial" w:hAnsi="Arial"/>
          <w:color w:val="5D7284"/>
          <w:sz w:val="22"/>
        </w:rPr>
        <w:t>11:24</w:t>
      </w:r>
    </w:p>
    <w:p>
      <w:pPr>
        <w:spacing w:after="0"/>
      </w:pPr>
      <w:r>
        <w:rPr>
          <w:rFonts w:ascii="Arial" w:hAnsi="Arial"/>
          <w:sz w:val="22"/>
        </w:rPr>
        <w:t>take my chances in the Thames with a polar bear, like then, rather than in the Thames now. You get fucking tetanus if you go in there.</w:t>
      </w:r>
    </w:p>
    <w:p>
      <w:pPr>
        <w:spacing w:after="0"/>
      </w:pPr>
    </w:p>
    <w:p>
      <w:pPr>
        <w:spacing w:after="0"/>
      </w:pPr>
      <w:r>
        <w:rPr>
          <w:rFonts w:ascii="Arial" w:hAnsi="Arial"/>
          <w:b/>
          <w:sz w:val="22"/>
        </w:rPr>
        <w:t xml:space="preserve">Daisy  </w:t>
      </w:r>
      <w:r>
        <w:rPr>
          <w:rFonts w:ascii="Arial" w:hAnsi="Arial"/>
          <w:color w:val="5D7284"/>
          <w:sz w:val="22"/>
        </w:rPr>
        <w:t>11:34</w:t>
      </w:r>
    </w:p>
    <w:p>
      <w:pPr>
        <w:spacing w:after="0"/>
      </w:pPr>
      <w:r>
        <w:rPr>
          <w:rFonts w:ascii="Arial" w:hAnsi="Arial"/>
          <w:sz w:val="22"/>
        </w:rPr>
        <w:t>I guess he was also known as Lord Minimus, which I do quite like. What</w:t>
      </w:r>
    </w:p>
    <w:p>
      <w:pPr>
        <w:spacing w:after="0"/>
      </w:pPr>
    </w:p>
    <w:p>
      <w:pPr>
        <w:spacing w:after="0"/>
      </w:pPr>
      <w:r>
        <w:rPr>
          <w:rFonts w:ascii="Arial" w:hAnsi="Arial"/>
          <w:b/>
          <w:sz w:val="22"/>
        </w:rPr>
        <w:t xml:space="preserve">Lucy  </w:t>
      </w:r>
      <w:r>
        <w:rPr>
          <w:rFonts w:ascii="Arial" w:hAnsi="Arial"/>
          <w:color w:val="5D7284"/>
          <w:sz w:val="22"/>
        </w:rPr>
        <w:t>11:40</w:t>
      </w:r>
    </w:p>
    <w:p>
      <w:pPr>
        <w:spacing w:after="0"/>
      </w:pPr>
      <w:r>
        <w:rPr>
          <w:rFonts w:ascii="Arial" w:hAnsi="Arial"/>
          <w:sz w:val="22"/>
        </w:rPr>
        <w:t>a what a what a tiger.</w:t>
      </w:r>
    </w:p>
    <w:p>
      <w:pPr>
        <w:spacing w:after="0"/>
      </w:pPr>
    </w:p>
    <w:p>
      <w:pPr>
        <w:spacing w:after="0"/>
      </w:pPr>
      <w:r>
        <w:rPr>
          <w:rFonts w:ascii="Arial" w:hAnsi="Arial"/>
          <w:b/>
          <w:sz w:val="22"/>
        </w:rPr>
        <w:t xml:space="preserve">Alice  </w:t>
      </w:r>
      <w:r>
        <w:rPr>
          <w:rFonts w:ascii="Arial" w:hAnsi="Arial"/>
          <w:color w:val="5D7284"/>
          <w:sz w:val="22"/>
        </w:rPr>
        <w:t>11:42</w:t>
      </w:r>
    </w:p>
    <w:p>
      <w:pPr>
        <w:spacing w:after="0"/>
      </w:pPr>
      <w:r>
        <w:rPr>
          <w:rFonts w:ascii="Arial" w:hAnsi="Arial"/>
          <w:sz w:val="22"/>
        </w:rPr>
        <w:t>Yeah I do like that,</w:t>
      </w:r>
    </w:p>
    <w:p>
      <w:pPr>
        <w:spacing w:after="0"/>
      </w:pPr>
    </w:p>
    <w:p>
      <w:pPr>
        <w:spacing w:after="0"/>
      </w:pPr>
      <w:r>
        <w:rPr>
          <w:rFonts w:ascii="Arial" w:hAnsi="Arial"/>
          <w:b/>
          <w:sz w:val="22"/>
        </w:rPr>
        <w:t xml:space="preserve">Daisy  </w:t>
      </w:r>
      <w:r>
        <w:rPr>
          <w:rFonts w:ascii="Arial" w:hAnsi="Arial"/>
          <w:color w:val="5D7284"/>
          <w:sz w:val="22"/>
        </w:rPr>
        <w:t>11:44</w:t>
      </w:r>
    </w:p>
    <w:p>
      <w:pPr>
        <w:spacing w:after="0"/>
      </w:pPr>
      <w:r>
        <w:rPr>
          <w:rFonts w:ascii="Arial" w:hAnsi="Arial"/>
          <w:sz w:val="22"/>
        </w:rPr>
        <w:t>but yeah. Anyway, he was soon drafted into the Royalist Army forces during the Civil War, and he was appointed a captain of horse. Right. But we don't really know whether he actually did any like battling or anything. But he very much enjoyed having been in in the army,</w:t>
      </w:r>
    </w:p>
    <w:p>
      <w:pPr>
        <w:spacing w:after="0"/>
      </w:pPr>
    </w:p>
    <w:p>
      <w:pPr>
        <w:spacing w:after="0"/>
      </w:pPr>
      <w:r>
        <w:rPr>
          <w:rFonts w:ascii="Arial" w:hAnsi="Arial"/>
          <w:b/>
          <w:sz w:val="22"/>
        </w:rPr>
        <w:t xml:space="preserve">Lucy  </w:t>
      </w:r>
      <w:r>
        <w:rPr>
          <w:rFonts w:ascii="Arial" w:hAnsi="Arial"/>
          <w:color w:val="5D7284"/>
          <w:sz w:val="22"/>
        </w:rPr>
        <w:t>12:03</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12:03</w:t>
      </w:r>
    </w:p>
    <w:p>
      <w:pPr>
        <w:spacing w:after="0"/>
      </w:pPr>
      <w:r>
        <w:rPr>
          <w:rFonts w:ascii="Arial" w:hAnsi="Arial"/>
          <w:sz w:val="22"/>
        </w:rPr>
        <w:t>So yeah, then he was taken by the queen into exile in France when the civil war looked to be turning against them. But naturally, he didn't fancy going back to being a pet, as it was. You know, he was a army captain at that point, and then supposedly while they were in France, someone pissed him off by mocking him, and he challenged them to a duel. Unfortunately, the person who was mocking him continued mocking him during the duel by bringing the medieval equivalent of a water pistol,</w:t>
      </w:r>
    </w:p>
    <w:p>
      <w:pPr>
        <w:spacing w:after="0"/>
      </w:pPr>
    </w:p>
    <w:p>
      <w:pPr>
        <w:spacing w:after="0"/>
      </w:pPr>
      <w:r>
        <w:rPr>
          <w:rFonts w:ascii="Arial" w:hAnsi="Arial"/>
          <w:b/>
          <w:sz w:val="22"/>
        </w:rPr>
        <w:t xml:space="preserve">Lucy  </w:t>
      </w:r>
      <w:r>
        <w:rPr>
          <w:rFonts w:ascii="Arial" w:hAnsi="Arial"/>
          <w:color w:val="5D7284"/>
          <w:sz w:val="22"/>
        </w:rPr>
        <w:t>12:40</w:t>
      </w:r>
    </w:p>
    <w:p>
      <w:pPr>
        <w:spacing w:after="0"/>
      </w:pPr>
      <w:r>
        <w:rPr>
          <w:rFonts w:ascii="Arial" w:hAnsi="Arial"/>
          <w:sz w:val="22"/>
        </w:rPr>
        <w:t>okay,</w:t>
      </w:r>
    </w:p>
    <w:p>
      <w:pPr>
        <w:spacing w:after="0"/>
      </w:pPr>
    </w:p>
    <w:p>
      <w:pPr>
        <w:spacing w:after="0"/>
      </w:pPr>
      <w:r>
        <w:rPr>
          <w:rFonts w:ascii="Arial" w:hAnsi="Arial"/>
          <w:b/>
          <w:sz w:val="22"/>
        </w:rPr>
        <w:t xml:space="preserve">Daisy  </w:t>
      </w:r>
      <w:r>
        <w:rPr>
          <w:rFonts w:ascii="Arial" w:hAnsi="Arial"/>
          <w:color w:val="5D7284"/>
          <w:sz w:val="22"/>
        </w:rPr>
        <w:t>12:41</w:t>
      </w:r>
    </w:p>
    <w:p>
      <w:pPr>
        <w:spacing w:after="0"/>
      </w:pPr>
      <w:r>
        <w:rPr>
          <w:rFonts w:ascii="Arial" w:hAnsi="Arial"/>
          <w:sz w:val="22"/>
        </w:rPr>
        <w:t>instead of a gun, so Geoffrey shot him in the head.</w:t>
      </w:r>
    </w:p>
    <w:p>
      <w:pPr>
        <w:spacing w:after="0"/>
      </w:pPr>
    </w:p>
    <w:p>
      <w:pPr>
        <w:spacing w:after="0"/>
      </w:pPr>
      <w:r>
        <w:rPr>
          <w:rFonts w:ascii="Arial" w:hAnsi="Arial"/>
          <w:b/>
          <w:sz w:val="22"/>
        </w:rPr>
        <w:t xml:space="preserve">Lucy  </w:t>
      </w:r>
      <w:r>
        <w:rPr>
          <w:rFonts w:ascii="Arial" w:hAnsi="Arial"/>
          <w:color w:val="5D7284"/>
          <w:sz w:val="22"/>
        </w:rPr>
        <w:t>12:45</w:t>
      </w:r>
    </w:p>
    <w:p>
      <w:pPr>
        <w:spacing w:after="0"/>
      </w:pPr>
      <w:r>
        <w:rPr>
          <w:rFonts w:ascii="Arial" w:hAnsi="Arial"/>
          <w:sz w:val="22"/>
        </w:rPr>
        <w:t>Nice.</w:t>
      </w:r>
    </w:p>
    <w:p>
      <w:pPr>
        <w:spacing w:after="0"/>
      </w:pPr>
    </w:p>
    <w:p>
      <w:pPr>
        <w:spacing w:after="0"/>
      </w:pPr>
      <w:r>
        <w:rPr>
          <w:rFonts w:ascii="Arial" w:hAnsi="Arial"/>
          <w:b/>
          <w:sz w:val="22"/>
        </w:rPr>
        <w:t xml:space="preserve">Daisy  </w:t>
      </w:r>
      <w:r>
        <w:rPr>
          <w:rFonts w:ascii="Arial" w:hAnsi="Arial"/>
          <w:color w:val="5D7284"/>
          <w:sz w:val="22"/>
        </w:rPr>
        <w:t>12:46</w:t>
      </w:r>
    </w:p>
    <w:p>
      <w:pPr>
        <w:spacing w:after="0"/>
      </w:pPr>
      <w:r>
        <w:rPr>
          <w:rFonts w:ascii="Arial" w:hAnsi="Arial"/>
          <w:sz w:val="22"/>
        </w:rPr>
        <w:t>So then he was sent back to England because duels were illegal in France at that point. So he was going to be getting the death penalty just for being involved in one. Yeah. But the Queen saved him from that and sent him back to England, and he died a pauper, but not before being captured by pirates and enslaved for 25 years.</w:t>
      </w:r>
    </w:p>
    <w:p>
      <w:pPr>
        <w:spacing w:after="0"/>
      </w:pPr>
    </w:p>
    <w:p>
      <w:pPr>
        <w:spacing w:after="0"/>
      </w:pPr>
      <w:r>
        <w:rPr>
          <w:rFonts w:ascii="Arial" w:hAnsi="Arial"/>
          <w:b/>
          <w:sz w:val="22"/>
        </w:rPr>
        <w:t xml:space="preserve">Alice  </w:t>
      </w:r>
      <w:r>
        <w:rPr>
          <w:rFonts w:ascii="Arial" w:hAnsi="Arial"/>
          <w:color w:val="5D7284"/>
          <w:sz w:val="22"/>
        </w:rPr>
        <w:t>13:09</w:t>
      </w:r>
    </w:p>
    <w:p>
      <w:pPr>
        <w:spacing w:after="0"/>
      </w:pPr>
      <w:r>
        <w:rPr>
          <w:rFonts w:ascii="Arial" w:hAnsi="Arial"/>
          <w:sz w:val="22"/>
        </w:rPr>
        <w:t>Oh, that's a rough. I didn't know that rough bit. That's because I I think I think the reason I might have heard of him, and I I might be making this up. I think he was part the the excuse me I'll start again I think and I might be making this up but I I think I heard that he was part of the inspiration for is it Tyrion from Game of Thrones Peter Dinklage's character</w:t>
      </w:r>
    </w:p>
    <w:p>
      <w:pPr>
        <w:spacing w:after="0"/>
      </w:pPr>
    </w:p>
    <w:p>
      <w:pPr>
        <w:spacing w:after="0"/>
      </w:pPr>
      <w:r>
        <w:rPr>
          <w:rFonts w:ascii="Arial" w:hAnsi="Arial"/>
          <w:b/>
          <w:sz w:val="22"/>
        </w:rPr>
        <w:t xml:space="preserve">Lucy  </w:t>
      </w:r>
      <w:r>
        <w:rPr>
          <w:rFonts w:ascii="Arial" w:hAnsi="Arial"/>
          <w:color w:val="5D7284"/>
          <w:sz w:val="22"/>
        </w:rPr>
        <w:t>13:38</w:t>
      </w:r>
    </w:p>
    <w:p>
      <w:pPr>
        <w:spacing w:after="0"/>
      </w:pPr>
      <w:r>
        <w:rPr>
          <w:rFonts w:ascii="Arial" w:hAnsi="Arial"/>
          <w:sz w:val="22"/>
        </w:rPr>
        <w:t>oh really quite possibly</w:t>
      </w:r>
    </w:p>
    <w:p>
      <w:pPr>
        <w:spacing w:after="0"/>
      </w:pPr>
    </w:p>
    <w:p>
      <w:pPr>
        <w:spacing w:after="0"/>
      </w:pPr>
      <w:r>
        <w:rPr>
          <w:rFonts w:ascii="Arial" w:hAnsi="Arial"/>
          <w:b/>
          <w:sz w:val="22"/>
        </w:rPr>
        <w:t xml:space="preserve">Alice  </w:t>
      </w:r>
      <w:r>
        <w:rPr>
          <w:rFonts w:ascii="Arial" w:hAnsi="Arial"/>
          <w:color w:val="5D7284"/>
          <w:sz w:val="22"/>
        </w:rPr>
        <w:t>13:40</w:t>
      </w:r>
    </w:p>
    <w:p>
      <w:pPr>
        <w:spacing w:after="0"/>
      </w:pPr>
      <w:r>
        <w:rPr>
          <w:rFonts w:ascii="Arial" w:hAnsi="Arial"/>
          <w:sz w:val="22"/>
        </w:rPr>
        <w:t>because he was supposed to be, I believe he was really intelligent and quick-witted, but I don't, I don't know whether I've. Yeah, he was. He was kind.</w:t>
      </w:r>
    </w:p>
    <w:p>
      <w:pPr>
        <w:spacing w:after="0"/>
      </w:pPr>
    </w:p>
    <w:p>
      <w:pPr>
        <w:spacing w:after="0"/>
      </w:pPr>
      <w:r>
        <w:rPr>
          <w:rFonts w:ascii="Arial" w:hAnsi="Arial"/>
          <w:b/>
          <w:sz w:val="22"/>
        </w:rPr>
        <w:t xml:space="preserve">Daisy  </w:t>
      </w:r>
      <w:r>
        <w:rPr>
          <w:rFonts w:ascii="Arial" w:hAnsi="Arial"/>
          <w:color w:val="5D7284"/>
          <w:sz w:val="22"/>
        </w:rPr>
        <w:t>13:48</w:t>
      </w:r>
    </w:p>
    <w:p>
      <w:pPr>
        <w:spacing w:after="0"/>
      </w:pPr>
      <w:r>
        <w:rPr>
          <w:rFonts w:ascii="Arial" w:hAnsi="Arial"/>
          <w:sz w:val="22"/>
        </w:rPr>
        <w:t xml:space="preserve">Yeah, an entertainer. Um. So you know, his his role in the court was not just a you know, sit around and  </w:t>
      </w:r>
    </w:p>
    <w:p>
      <w:pPr>
        <w:spacing w:after="0"/>
      </w:pPr>
    </w:p>
    <w:p>
      <w:pPr>
        <w:spacing w:after="0"/>
      </w:pPr>
      <w:r>
        <w:rPr>
          <w:rFonts w:ascii="Arial" w:hAnsi="Arial"/>
          <w:b/>
          <w:sz w:val="22"/>
        </w:rPr>
        <w:t xml:space="preserve">Lucy  </w:t>
      </w:r>
      <w:r>
        <w:rPr>
          <w:rFonts w:ascii="Arial" w:hAnsi="Arial"/>
          <w:color w:val="5D7284"/>
          <w:sz w:val="22"/>
        </w:rPr>
        <w:t>13:56</w:t>
      </w:r>
    </w:p>
    <w:p>
      <w:pPr>
        <w:spacing w:after="0"/>
      </w:pPr>
      <w:r>
        <w:rPr>
          <w:rFonts w:ascii="Arial" w:hAnsi="Arial"/>
          <w:sz w:val="22"/>
        </w:rPr>
        <w:t>It was a bit like a jester almost or something.</w:t>
      </w:r>
    </w:p>
    <w:p>
      <w:pPr>
        <w:spacing w:after="0"/>
      </w:pPr>
    </w:p>
    <w:p>
      <w:pPr>
        <w:spacing w:after="0"/>
      </w:pPr>
      <w:r>
        <w:rPr>
          <w:rFonts w:ascii="Arial" w:hAnsi="Arial"/>
          <w:b/>
          <w:sz w:val="22"/>
        </w:rPr>
        <w:t xml:space="preserve">Daisy  </w:t>
      </w:r>
      <w:r>
        <w:rPr>
          <w:rFonts w:ascii="Arial" w:hAnsi="Arial"/>
          <w:color w:val="5D7284"/>
          <w:sz w:val="22"/>
        </w:rPr>
        <w:t>14:00</w:t>
      </w:r>
    </w:p>
    <w:p>
      <w:pPr>
        <w:spacing w:after="0"/>
      </w:pPr>
      <w:r>
        <w:rPr>
          <w:rFonts w:ascii="Arial" w:hAnsi="Arial"/>
          <w:sz w:val="22"/>
        </w:rPr>
        <w:t>Sort of, yeah, yeah, yeah, but with you know less focus on just pratfalls and more kind of you know all sorts of like I think the the impression we get of jesters is those people you know just run around with custard pies and stuff yeah but you know most people did like multiple things you know they would dance and sing and</w:t>
      </w:r>
    </w:p>
    <w:p>
      <w:pPr>
        <w:spacing w:after="0"/>
      </w:pPr>
    </w:p>
    <w:p>
      <w:pPr>
        <w:spacing w:after="0"/>
      </w:pPr>
      <w:r>
        <w:rPr>
          <w:rFonts w:ascii="Arial" w:hAnsi="Arial"/>
          <w:b/>
          <w:sz w:val="22"/>
        </w:rPr>
        <w:t xml:space="preserve">Alice  </w:t>
      </w:r>
      <w:r>
        <w:rPr>
          <w:rFonts w:ascii="Arial" w:hAnsi="Arial"/>
          <w:color w:val="5D7284"/>
          <w:sz w:val="22"/>
        </w:rPr>
        <w:t>14:16</w:t>
      </w:r>
    </w:p>
    <w:p>
      <w:pPr>
        <w:spacing w:after="0"/>
      </w:pPr>
      <w:r>
        <w:rPr>
          <w:rFonts w:ascii="Arial" w:hAnsi="Arial"/>
          <w:sz w:val="22"/>
        </w:rPr>
        <w:t xml:space="preserve"> I think I think it was like if if I'm thinking of the same person, he would like he was almost a bit of a satirist and would like like mock people in the court and like that was you know because he was he was really quick witted and could you know like like would make the queen laugh by taking the piss out of the people she didn't like and stuff like that. </w:t>
      </w:r>
    </w:p>
    <w:p>
      <w:pPr>
        <w:spacing w:after="0"/>
      </w:pPr>
    </w:p>
    <w:p>
      <w:pPr>
        <w:spacing w:after="0"/>
      </w:pPr>
      <w:r>
        <w:rPr>
          <w:rFonts w:ascii="Arial" w:hAnsi="Arial"/>
          <w:b/>
          <w:sz w:val="22"/>
        </w:rPr>
        <w:t xml:space="preserve">Daisy  </w:t>
      </w:r>
      <w:r>
        <w:rPr>
          <w:rFonts w:ascii="Arial" w:hAnsi="Arial"/>
          <w:color w:val="5D7284"/>
          <w:sz w:val="22"/>
        </w:rPr>
        <w:t>14:38</w:t>
      </w:r>
    </w:p>
    <w:p>
      <w:pPr>
        <w:spacing w:after="0"/>
      </w:pPr>
      <w:r>
        <w:rPr>
          <w:rFonts w:ascii="Arial" w:hAnsi="Arial"/>
          <w:sz w:val="22"/>
        </w:rPr>
        <w:t>See now you're gonna make me look it up again because I can't remember. There's too many people, but there definitely lots of various people who are around doing things. I move straight on to the next person after this because there's so many to get through. Okay. All right. Okay. So that same household was also visited by the Colorado twins. Okay. So this was Lazarus and Johannes, who were is it Johannes or Johan? Is it when it when it has the es at the end? I'm not sure.</w:t>
      </w:r>
    </w:p>
    <w:p>
      <w:pPr>
        <w:spacing w:after="0"/>
      </w:pPr>
    </w:p>
    <w:p>
      <w:pPr>
        <w:spacing w:after="0"/>
      </w:pPr>
      <w:r>
        <w:rPr>
          <w:rFonts w:ascii="Arial" w:hAnsi="Arial"/>
          <w:b/>
          <w:sz w:val="22"/>
        </w:rPr>
        <w:t xml:space="preserve">Lucy  </w:t>
      </w:r>
      <w:r>
        <w:rPr>
          <w:rFonts w:ascii="Arial" w:hAnsi="Arial"/>
          <w:color w:val="5D7284"/>
          <w:sz w:val="22"/>
        </w:rPr>
        <w:t>15:17</w:t>
      </w:r>
    </w:p>
    <w:p>
      <w:pPr>
        <w:spacing w:after="0"/>
      </w:pPr>
      <w:r>
        <w:rPr>
          <w:rFonts w:ascii="Arial" w:hAnsi="Arial"/>
          <w:sz w:val="22"/>
        </w:rPr>
        <w:t>If it's not got an es, it's Johan.</w:t>
      </w:r>
    </w:p>
    <w:p>
      <w:pPr>
        <w:spacing w:after="0"/>
      </w:pPr>
    </w:p>
    <w:p>
      <w:pPr>
        <w:spacing w:after="0"/>
      </w:pPr>
      <w:r>
        <w:rPr>
          <w:rFonts w:ascii="Arial" w:hAnsi="Arial"/>
          <w:b/>
          <w:sz w:val="22"/>
        </w:rPr>
        <w:t xml:space="preserve">Daisy  </w:t>
      </w:r>
      <w:r>
        <w:rPr>
          <w:rFonts w:ascii="Arial" w:hAnsi="Arial"/>
          <w:color w:val="5D7284"/>
          <w:sz w:val="22"/>
        </w:rPr>
        <w:t>15:19</w:t>
      </w:r>
    </w:p>
    <w:p>
      <w:pPr>
        <w:spacing w:after="0"/>
      </w:pPr>
      <w:r>
        <w:rPr>
          <w:rFonts w:ascii="Arial" w:hAnsi="Arial"/>
          <w:sz w:val="22"/>
        </w:rPr>
        <w:t xml:space="preserve"> That's what I thought, but then I said it out loud, and it sounded weird. Anyway, the Lazarus and Johannes-they were conjoined twins.</w:t>
      </w:r>
    </w:p>
    <w:p>
      <w:pPr>
        <w:spacing w:after="0"/>
      </w:pPr>
    </w:p>
    <w:p>
      <w:pPr>
        <w:spacing w:after="0"/>
      </w:pPr>
      <w:r>
        <w:rPr>
          <w:rFonts w:ascii="Arial" w:hAnsi="Arial"/>
          <w:b/>
          <w:sz w:val="22"/>
        </w:rPr>
        <w:t xml:space="preserve">Lucy  </w:t>
      </w:r>
      <w:r>
        <w:rPr>
          <w:rFonts w:ascii="Arial" w:hAnsi="Arial"/>
          <w:color w:val="5D7284"/>
          <w:sz w:val="22"/>
        </w:rPr>
        <w:t>15:32</w:t>
      </w:r>
    </w:p>
    <w:p>
      <w:pPr>
        <w:spacing w:after="0"/>
      </w:pPr>
      <w:r>
        <w:rPr>
          <w:rFonts w:ascii="Arial" w:hAnsi="Arial"/>
          <w:sz w:val="22"/>
        </w:rPr>
        <w:t>Okay.</w:t>
      </w:r>
    </w:p>
    <w:p>
      <w:pPr>
        <w:spacing w:after="0"/>
      </w:pPr>
    </w:p>
    <w:p>
      <w:pPr>
        <w:spacing w:after="0"/>
      </w:pPr>
      <w:r>
        <w:rPr>
          <w:rFonts w:ascii="Arial" w:hAnsi="Arial"/>
          <w:b/>
          <w:sz w:val="22"/>
        </w:rPr>
        <w:t xml:space="preserve">Daisy  </w:t>
      </w:r>
      <w:r>
        <w:rPr>
          <w:rFonts w:ascii="Arial" w:hAnsi="Arial"/>
          <w:color w:val="5D7284"/>
          <w:sz w:val="22"/>
        </w:rPr>
        <w:t>15:32</w:t>
      </w:r>
    </w:p>
    <w:p>
      <w:pPr>
        <w:spacing w:after="0"/>
      </w:pPr>
      <w:r>
        <w:rPr>
          <w:rFonts w:ascii="Arial" w:hAnsi="Arial"/>
          <w:sz w:val="22"/>
        </w:rPr>
        <w:t>Johannes was considered a parasitic twin.</w:t>
      </w:r>
    </w:p>
    <w:p>
      <w:pPr>
        <w:spacing w:after="0"/>
      </w:pPr>
    </w:p>
    <w:p>
      <w:pPr>
        <w:spacing w:after="0"/>
      </w:pPr>
      <w:r>
        <w:rPr>
          <w:rFonts w:ascii="Arial" w:hAnsi="Arial"/>
          <w:b/>
          <w:sz w:val="22"/>
        </w:rPr>
        <w:t xml:space="preserve">Alice  </w:t>
      </w:r>
      <w:r>
        <w:rPr>
          <w:rFonts w:ascii="Arial" w:hAnsi="Arial"/>
          <w:color w:val="5D7284"/>
          <w:sz w:val="22"/>
        </w:rPr>
        <w:t>15:37</w:t>
      </w:r>
    </w:p>
    <w:p>
      <w:pPr>
        <w:spacing w:after="0"/>
      </w:pPr>
      <w:r>
        <w:rPr>
          <w:rFonts w:ascii="Arial" w:hAnsi="Arial"/>
          <w:sz w:val="22"/>
        </w:rPr>
        <w:t>Right. So the</w:t>
      </w:r>
    </w:p>
    <w:p>
      <w:pPr>
        <w:spacing w:after="0"/>
      </w:pPr>
    </w:p>
    <w:p>
      <w:pPr>
        <w:spacing w:after="0"/>
      </w:pPr>
      <w:r>
        <w:rPr>
          <w:rFonts w:ascii="Arial" w:hAnsi="Arial"/>
          <w:b/>
          <w:sz w:val="22"/>
        </w:rPr>
        <w:t xml:space="preserve">Daisy  </w:t>
      </w:r>
      <w:r>
        <w:rPr>
          <w:rFonts w:ascii="Arial" w:hAnsi="Arial"/>
          <w:color w:val="5D7284"/>
          <w:sz w:val="22"/>
        </w:rPr>
        <w:t>15:38</w:t>
      </w:r>
    </w:p>
    <w:p>
      <w:pPr>
        <w:spacing w:after="0"/>
      </w:pPr>
      <w:r>
        <w:rPr>
          <w:rFonts w:ascii="Arial" w:hAnsi="Arial"/>
          <w:sz w:val="22"/>
        </w:rPr>
        <w:t>idea that the twins hadn't fully separated, and so was sort of</w:t>
      </w:r>
    </w:p>
    <w:p>
      <w:pPr>
        <w:spacing w:after="0"/>
      </w:pPr>
    </w:p>
    <w:p>
      <w:pPr>
        <w:spacing w:after="0"/>
      </w:pPr>
      <w:r>
        <w:rPr>
          <w:rFonts w:ascii="Arial" w:hAnsi="Arial"/>
          <w:b/>
          <w:sz w:val="22"/>
        </w:rPr>
        <w:t xml:space="preserve">Lucy  </w:t>
      </w:r>
      <w:r>
        <w:rPr>
          <w:rFonts w:ascii="Arial" w:hAnsi="Arial"/>
          <w:color w:val="5D7284"/>
          <w:sz w:val="22"/>
        </w:rPr>
        <w:t>15:42</w:t>
      </w:r>
    </w:p>
    <w:p>
      <w:pPr>
        <w:spacing w:after="0"/>
      </w:pPr>
      <w:r>
        <w:rPr>
          <w:rFonts w:ascii="Arial" w:hAnsi="Arial"/>
          <w:sz w:val="22"/>
        </w:rPr>
        <w:t>one of them was yeah</w:t>
      </w:r>
    </w:p>
    <w:p>
      <w:pPr>
        <w:spacing w:after="0"/>
      </w:pPr>
    </w:p>
    <w:p>
      <w:pPr>
        <w:spacing w:after="0"/>
      </w:pPr>
      <w:r>
        <w:rPr>
          <w:rFonts w:ascii="Arial" w:hAnsi="Arial"/>
          <w:b/>
          <w:sz w:val="22"/>
        </w:rPr>
        <w:t xml:space="preserve">Daisy  </w:t>
      </w:r>
      <w:r>
        <w:rPr>
          <w:rFonts w:ascii="Arial" w:hAnsi="Arial"/>
          <w:color w:val="5D7284"/>
          <w:sz w:val="22"/>
        </w:rPr>
        <w:t>15:43</w:t>
      </w:r>
    </w:p>
    <w:p>
      <w:pPr>
        <w:spacing w:after="0"/>
      </w:pPr>
      <w:r>
        <w:rPr>
          <w:rFonts w:ascii="Arial" w:hAnsi="Arial"/>
          <w:sz w:val="22"/>
        </w:rPr>
        <w:t>embedded within within his chest. So yeah, one develops at the expense of the other. Lazarus was very protective of him, and supposedly he murdered someone for making fun of Johannes and was sentenced to death, but got out of it because he made the very good point that it would also kill his innocent brother, and I've written, but there's too much folks on, so he can't even dwell upon the second murder of the episode.</w:t>
      </w:r>
    </w:p>
    <w:p>
      <w:pPr>
        <w:spacing w:after="0"/>
      </w:pPr>
    </w:p>
    <w:p>
      <w:pPr>
        <w:spacing w:after="0"/>
      </w:pPr>
      <w:r>
        <w:rPr>
          <w:rFonts w:ascii="Arial" w:hAnsi="Arial"/>
          <w:b/>
          <w:sz w:val="22"/>
        </w:rPr>
        <w:t xml:space="preserve">Alice  </w:t>
      </w:r>
      <w:r>
        <w:rPr>
          <w:rFonts w:ascii="Arial" w:hAnsi="Arial"/>
          <w:color w:val="5D7284"/>
          <w:sz w:val="22"/>
        </w:rPr>
        <w:t>16:11</w:t>
      </w:r>
    </w:p>
    <w:p>
      <w:pPr>
        <w:spacing w:after="0"/>
      </w:pPr>
      <w:r>
        <w:rPr>
          <w:rFonts w:ascii="Arial" w:hAnsi="Arial"/>
          <w:sz w:val="22"/>
        </w:rPr>
        <w:t>Yeah, yeah, it's um, it's quite the philosophical debate, isn't it? But</w:t>
      </w:r>
    </w:p>
    <w:p>
      <w:pPr>
        <w:spacing w:after="0"/>
      </w:pPr>
    </w:p>
    <w:p>
      <w:pPr>
        <w:spacing w:after="0"/>
      </w:pPr>
      <w:r>
        <w:rPr>
          <w:rFonts w:ascii="Arial" w:hAnsi="Arial"/>
          <w:b/>
          <w:sz w:val="22"/>
        </w:rPr>
        <w:t xml:space="preserve">Daisy  </w:t>
      </w:r>
      <w:r>
        <w:rPr>
          <w:rFonts w:ascii="Arial" w:hAnsi="Arial"/>
          <w:color w:val="5D7284"/>
          <w:sz w:val="22"/>
        </w:rPr>
        <w:t>16:21</w:t>
      </w:r>
    </w:p>
    <w:p>
      <w:pPr>
        <w:spacing w:after="0"/>
      </w:pPr>
      <w:r>
        <w:rPr>
          <w:rFonts w:ascii="Arial" w:hAnsi="Arial"/>
          <w:sz w:val="22"/>
        </w:rPr>
        <w:t>yeah, has. so yeah, I've definitely heard of this coming up with with conjoined twins. So Johanna's didn't it didn't sort of you know respond to speech or have much movement really. So I've come across this argument being made with, I don't like the term, but more kind of functional conjoined twins. But yeah, this one's interesting. But we don't know an awful lot about them because they they sort of stopped by the court and were part of their court for a bit and then went off. So we don't really know what happened to them before they were at the court, or after they left, because you know the royal bit is the bit that they wrote down. So then, after this, we sort of you know jump a bit through time. We're sort of into the 18th century now.</w:t>
      </w:r>
    </w:p>
    <w:p>
      <w:pPr>
        <w:spacing w:after="0"/>
      </w:pPr>
    </w:p>
    <w:p>
      <w:pPr>
        <w:spacing w:after="0"/>
      </w:pPr>
      <w:r>
        <w:rPr>
          <w:rFonts w:ascii="Arial" w:hAnsi="Arial"/>
          <w:b/>
          <w:sz w:val="22"/>
        </w:rPr>
        <w:t xml:space="preserve">Lucy  </w:t>
      </w:r>
      <w:r>
        <w:rPr>
          <w:rFonts w:ascii="Arial" w:hAnsi="Arial"/>
          <w:color w:val="5D7284"/>
          <w:sz w:val="22"/>
        </w:rPr>
        <w:t>17:16</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17:17</w:t>
      </w:r>
    </w:p>
    <w:p>
      <w:pPr>
        <w:spacing w:after="0"/>
      </w:pPr>
      <w:r>
        <w:rPr>
          <w:rFonts w:ascii="Arial" w:hAnsi="Arial"/>
          <w:sz w:val="22"/>
        </w:rPr>
        <w:t>So we previously had an episode on Joseph Merrick, who, and we went into some detail then about the kind of early days of his like exhibiting career, as it were. So you know, going between like taverns and the back room of shops and and things like that, and and that was kind of how a lot of these freak shows started. You know, they weren't necessarily big events with multiple people in. There would be individuals who were traveling around, but going into the 18th century, these were changing slightly. To get more people through the door, you had more events where there were multiple people, and it was allowing people who were part of them to display their talents as well as their, you know, supposed physical curiosity.</w:t>
      </w:r>
    </w:p>
    <w:p>
      <w:pPr>
        <w:spacing w:after="0"/>
      </w:pPr>
    </w:p>
    <w:p>
      <w:pPr>
        <w:spacing w:after="0"/>
      </w:pPr>
      <w:r>
        <w:rPr>
          <w:rFonts w:ascii="Arial" w:hAnsi="Arial"/>
          <w:b/>
          <w:sz w:val="22"/>
        </w:rPr>
        <w:t xml:space="preserve">Lucy  </w:t>
      </w:r>
      <w:r>
        <w:rPr>
          <w:rFonts w:ascii="Arial" w:hAnsi="Arial"/>
          <w:color w:val="5D7284"/>
          <w:sz w:val="22"/>
        </w:rPr>
        <w:t>18:08</w:t>
      </w:r>
    </w:p>
    <w:p>
      <w:pPr>
        <w:spacing w:after="0"/>
      </w:pPr>
      <w:r>
        <w:rPr>
          <w:rFonts w:ascii="Arial" w:hAnsi="Arial"/>
          <w:sz w:val="22"/>
        </w:rPr>
        <w:t>Yes, it's like the circus model almost.</w:t>
      </w:r>
    </w:p>
    <w:p>
      <w:pPr>
        <w:spacing w:after="0"/>
      </w:pPr>
    </w:p>
    <w:p>
      <w:pPr>
        <w:spacing w:after="0"/>
      </w:pPr>
      <w:r>
        <w:rPr>
          <w:rFonts w:ascii="Arial" w:hAnsi="Arial"/>
          <w:b/>
          <w:sz w:val="22"/>
        </w:rPr>
        <w:t xml:space="preserve">Alice  </w:t>
      </w:r>
      <w:r>
        <w:rPr>
          <w:rFonts w:ascii="Arial" w:hAnsi="Arial"/>
          <w:color w:val="5D7284"/>
          <w:sz w:val="22"/>
        </w:rPr>
        <w:t>18:11</w:t>
      </w:r>
    </w:p>
    <w:p>
      <w:pPr>
        <w:spacing w:after="0"/>
      </w:pPr>
      <w:r>
        <w:rPr>
          <w:rFonts w:ascii="Arial" w:hAnsi="Arial"/>
          <w:sz w:val="22"/>
        </w:rPr>
        <w:t>Yeah, it's not. It's not just a hey, come and have a look. It's a watch this person perform. Yeah,</w:t>
      </w:r>
    </w:p>
    <w:p>
      <w:pPr>
        <w:spacing w:after="0"/>
      </w:pPr>
    </w:p>
    <w:p>
      <w:pPr>
        <w:spacing w:after="0"/>
      </w:pPr>
      <w:r>
        <w:rPr>
          <w:rFonts w:ascii="Arial" w:hAnsi="Arial"/>
          <w:b/>
          <w:sz w:val="22"/>
        </w:rPr>
        <w:t xml:space="preserve">Daisy  </w:t>
      </w:r>
      <w:r>
        <w:rPr>
          <w:rFonts w:ascii="Arial" w:hAnsi="Arial"/>
          <w:color w:val="5D7284"/>
          <w:sz w:val="22"/>
        </w:rPr>
        <w:t>18:16</w:t>
      </w:r>
    </w:p>
    <w:p>
      <w:pPr>
        <w:spacing w:after="0"/>
      </w:pPr>
      <w:r>
        <w:rPr>
          <w:rFonts w:ascii="Arial" w:hAnsi="Arial"/>
          <w:sz w:val="22"/>
        </w:rPr>
        <w:t>yeah, yeah. So Matthias, Buckingham was a good example of that. So, I've done some, you know, post and things on my disability history page about Matthias before because he's really interesting, and his art is incredibly good. He does like you know very intricate portraits and carvings and calligraphy and stuff. So he was known as the greatest German living. He was an artist and magician, and his big thing was tiny, tiny writing within his drawings. So he had no legs and no arms, and so well I think he had little stumps of arms. He also played loads of instruments. He was great at shooting. He had at least 14 children by four wives.</w:t>
      </w:r>
    </w:p>
    <w:p>
      <w:pPr>
        <w:spacing w:after="0"/>
      </w:pPr>
    </w:p>
    <w:p>
      <w:pPr>
        <w:spacing w:after="0"/>
      </w:pPr>
      <w:r>
        <w:rPr>
          <w:rFonts w:ascii="Arial" w:hAnsi="Arial"/>
          <w:b/>
          <w:sz w:val="22"/>
        </w:rPr>
        <w:t xml:space="preserve">Lucy  </w:t>
      </w:r>
      <w:r>
        <w:rPr>
          <w:rFonts w:ascii="Arial" w:hAnsi="Arial"/>
          <w:color w:val="5D7284"/>
          <w:sz w:val="22"/>
        </w:rPr>
        <w:t>18:42</w:t>
      </w:r>
    </w:p>
    <w:p>
      <w:pPr>
        <w:spacing w:after="0"/>
      </w:pPr>
      <w:r>
        <w:rPr>
          <w:rFonts w:ascii="Arial" w:hAnsi="Arial"/>
          <w:sz w:val="22"/>
        </w:rPr>
        <w:t>Wow!</w:t>
      </w:r>
    </w:p>
    <w:p>
      <w:pPr>
        <w:spacing w:after="0"/>
      </w:pPr>
    </w:p>
    <w:p>
      <w:pPr>
        <w:spacing w:after="0"/>
      </w:pPr>
      <w:r>
        <w:rPr>
          <w:rFonts w:ascii="Arial" w:hAnsi="Arial"/>
          <w:b/>
          <w:sz w:val="22"/>
        </w:rPr>
        <w:t xml:space="preserve">Alice  </w:t>
      </w:r>
      <w:r>
        <w:rPr>
          <w:rFonts w:ascii="Arial" w:hAnsi="Arial"/>
          <w:color w:val="5D7284"/>
          <w:sz w:val="22"/>
        </w:rPr>
        <w:t>18:43</w:t>
      </w:r>
    </w:p>
    <w:p>
      <w:pPr>
        <w:spacing w:after="0"/>
      </w:pPr>
      <w:r>
        <w:rPr>
          <w:rFonts w:ascii="Arial" w:hAnsi="Arial"/>
          <w:sz w:val="22"/>
        </w:rPr>
        <w:t>So so charming as well. Then I guess. Yeah,</w:t>
      </w:r>
    </w:p>
    <w:p>
      <w:pPr>
        <w:spacing w:after="0"/>
      </w:pPr>
    </w:p>
    <w:p>
      <w:pPr>
        <w:spacing w:after="0"/>
      </w:pPr>
      <w:r>
        <w:rPr>
          <w:rFonts w:ascii="Arial" w:hAnsi="Arial"/>
          <w:b/>
          <w:sz w:val="22"/>
        </w:rPr>
        <w:t xml:space="preserve">Daisy  </w:t>
      </w:r>
      <w:r>
        <w:rPr>
          <w:rFonts w:ascii="Arial" w:hAnsi="Arial"/>
          <w:color w:val="5D7284"/>
          <w:sz w:val="22"/>
        </w:rPr>
        <w:t>19:01</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19:01</w:t>
      </w:r>
    </w:p>
    <w:p>
      <w:pPr>
        <w:spacing w:after="0"/>
      </w:pPr>
      <w:r>
        <w:rPr>
          <w:rFonts w:ascii="Arial" w:hAnsi="Arial"/>
          <w:sz w:val="22"/>
        </w:rPr>
        <w:t>So fertile.</w:t>
      </w:r>
    </w:p>
    <w:p>
      <w:pPr>
        <w:spacing w:after="0"/>
      </w:pPr>
    </w:p>
    <w:p>
      <w:pPr>
        <w:spacing w:after="0"/>
      </w:pPr>
      <w:r>
        <w:rPr>
          <w:rFonts w:ascii="Arial" w:hAnsi="Arial"/>
          <w:b/>
          <w:sz w:val="22"/>
        </w:rPr>
        <w:t xml:space="preserve">Daisy  </w:t>
      </w:r>
      <w:r>
        <w:rPr>
          <w:rFonts w:ascii="Arial" w:hAnsi="Arial"/>
          <w:color w:val="5D7284"/>
          <w:sz w:val="22"/>
        </w:rPr>
        <w:t>19:27</w:t>
      </w:r>
    </w:p>
    <w:p>
      <w:pPr>
        <w:spacing w:after="0"/>
      </w:pPr>
      <w:r>
        <w:rPr>
          <w:rFonts w:ascii="Arial" w:hAnsi="Arial"/>
          <w:sz w:val="22"/>
        </w:rPr>
        <w:t>He's he's alleged to have had so many mistresses that people in England use the term "bucking his boot" as a euphemism for a vagina.</w:t>
      </w:r>
    </w:p>
    <w:p>
      <w:pPr>
        <w:spacing w:after="0"/>
      </w:pPr>
    </w:p>
    <w:p>
      <w:pPr>
        <w:spacing w:after="0"/>
      </w:pPr>
      <w:r>
        <w:rPr>
          <w:rFonts w:ascii="Arial" w:hAnsi="Arial"/>
          <w:b/>
          <w:sz w:val="22"/>
        </w:rPr>
        <w:t xml:space="preserve">Lucy  </w:t>
      </w:r>
      <w:r>
        <w:rPr>
          <w:rFonts w:ascii="Arial" w:hAnsi="Arial"/>
          <w:color w:val="5D7284"/>
          <w:sz w:val="22"/>
        </w:rPr>
        <w:t>19:40</w:t>
      </w:r>
    </w:p>
    <w:p>
      <w:pPr>
        <w:spacing w:after="0"/>
      </w:pPr>
      <w:r>
        <w:rPr>
          <w:rFonts w:ascii="Arial" w:hAnsi="Arial"/>
          <w:sz w:val="22"/>
        </w:rPr>
        <w:t>Wow. I mean, you've got a ghost, though, haven't you? Really?</w:t>
      </w:r>
    </w:p>
    <w:p>
      <w:pPr>
        <w:spacing w:after="0"/>
      </w:pPr>
    </w:p>
    <w:p>
      <w:pPr>
        <w:spacing w:after="0"/>
      </w:pPr>
      <w:r>
        <w:rPr>
          <w:rFonts w:ascii="Arial" w:hAnsi="Arial"/>
          <w:b/>
          <w:sz w:val="22"/>
        </w:rPr>
        <w:t xml:space="preserve">Alice  </w:t>
      </w:r>
      <w:r>
        <w:rPr>
          <w:rFonts w:ascii="Arial" w:hAnsi="Arial"/>
          <w:color w:val="5D7284"/>
          <w:sz w:val="22"/>
        </w:rPr>
        <w:t>19:46</w:t>
      </w:r>
    </w:p>
    <w:p>
      <w:pPr>
        <w:spacing w:after="0"/>
      </w:pPr>
      <w:r>
        <w:rPr>
          <w:rFonts w:ascii="Arial" w:hAnsi="Arial"/>
          <w:sz w:val="22"/>
        </w:rPr>
        <w:t>Can I can I make a really really crass comment? We can cut it out if it's if it's if it's too much.</w:t>
      </w:r>
    </w:p>
    <w:p>
      <w:pPr>
        <w:spacing w:after="0"/>
      </w:pPr>
    </w:p>
    <w:p>
      <w:pPr>
        <w:spacing w:after="0"/>
      </w:pPr>
      <w:r>
        <w:rPr>
          <w:rFonts w:ascii="Arial" w:hAnsi="Arial"/>
          <w:b/>
          <w:sz w:val="22"/>
        </w:rPr>
        <w:t xml:space="preserve">Lucy  </w:t>
      </w:r>
      <w:r>
        <w:rPr>
          <w:rFonts w:ascii="Arial" w:hAnsi="Arial"/>
          <w:color w:val="5D7284"/>
          <w:sz w:val="22"/>
        </w:rPr>
        <w:t>19:52</w:t>
      </w:r>
    </w:p>
    <w:p>
      <w:pPr>
        <w:spacing w:after="0"/>
      </w:pPr>
      <w:r>
        <w:rPr>
          <w:rFonts w:ascii="Arial" w:hAnsi="Arial"/>
          <w:sz w:val="22"/>
        </w:rPr>
        <w:t>Go on,</w:t>
      </w:r>
    </w:p>
    <w:p>
      <w:pPr>
        <w:spacing w:after="0"/>
      </w:pPr>
    </w:p>
    <w:p>
      <w:pPr>
        <w:spacing w:after="0"/>
      </w:pPr>
      <w:r>
        <w:rPr>
          <w:rFonts w:ascii="Arial" w:hAnsi="Arial"/>
          <w:b/>
          <w:sz w:val="22"/>
        </w:rPr>
        <w:t xml:space="preserve">Daisy  </w:t>
      </w:r>
      <w:r>
        <w:rPr>
          <w:rFonts w:ascii="Arial" w:hAnsi="Arial"/>
          <w:color w:val="5D7284"/>
          <w:sz w:val="22"/>
        </w:rPr>
        <w:t>19:53</w:t>
      </w:r>
    </w:p>
    <w:p>
      <w:pPr>
        <w:spacing w:after="0"/>
      </w:pPr>
      <w:r>
        <w:rPr>
          <w:rFonts w:ascii="Arial" w:hAnsi="Arial"/>
          <w:sz w:val="22"/>
        </w:rPr>
        <w:t>go for it.</w:t>
      </w:r>
    </w:p>
    <w:p>
      <w:pPr>
        <w:spacing w:after="0"/>
      </w:pPr>
    </w:p>
    <w:p>
      <w:pPr>
        <w:spacing w:after="0"/>
      </w:pPr>
      <w:r>
        <w:rPr>
          <w:rFonts w:ascii="Arial" w:hAnsi="Arial"/>
          <w:b/>
          <w:sz w:val="22"/>
        </w:rPr>
        <w:t xml:space="preserve">Alice  </w:t>
      </w:r>
      <w:r>
        <w:rPr>
          <w:rFonts w:ascii="Arial" w:hAnsi="Arial"/>
          <w:color w:val="5D7284"/>
          <w:sz w:val="22"/>
        </w:rPr>
        <w:t>19:53</w:t>
      </w:r>
    </w:p>
    <w:p>
      <w:pPr>
        <w:spacing w:after="0"/>
      </w:pPr>
      <w:r>
        <w:rPr>
          <w:rFonts w:ascii="Arial" w:hAnsi="Arial"/>
          <w:sz w:val="22"/>
        </w:rPr>
        <w:t>I mean, I guess if you know, I'm assuming he's using his mouth for producing his art. So I guess he's very skilled in that area. I can see why women would be interested.</w:t>
      </w:r>
    </w:p>
    <w:p>
      <w:pPr>
        <w:spacing w:after="0"/>
      </w:pPr>
    </w:p>
    <w:p>
      <w:pPr>
        <w:spacing w:after="0"/>
      </w:pPr>
      <w:r>
        <w:rPr>
          <w:rFonts w:ascii="Arial" w:hAnsi="Arial"/>
          <w:b/>
          <w:sz w:val="22"/>
        </w:rPr>
        <w:t xml:space="preserve">Daisy  </w:t>
      </w:r>
      <w:r>
        <w:rPr>
          <w:rFonts w:ascii="Arial" w:hAnsi="Arial"/>
          <w:color w:val="5D7284"/>
          <w:sz w:val="22"/>
        </w:rPr>
        <w:t>20:10</w:t>
      </w:r>
    </w:p>
    <w:p>
      <w:pPr>
        <w:spacing w:after="0"/>
      </w:pPr>
      <w:r>
        <w:rPr>
          <w:rFonts w:ascii="Arial" w:hAnsi="Arial"/>
          <w:sz w:val="22"/>
        </w:rPr>
        <w:t>Yeah, they put they put the number of mistresses up to 70.</w:t>
      </w:r>
    </w:p>
    <w:p>
      <w:pPr>
        <w:spacing w:after="0"/>
      </w:pPr>
    </w:p>
    <w:p>
      <w:pPr>
        <w:spacing w:after="0"/>
      </w:pPr>
      <w:r>
        <w:rPr>
          <w:rFonts w:ascii="Arial" w:hAnsi="Arial"/>
          <w:b/>
          <w:sz w:val="22"/>
        </w:rPr>
        <w:t xml:space="preserve">Alice  </w:t>
      </w:r>
      <w:r>
        <w:rPr>
          <w:rFonts w:ascii="Arial" w:hAnsi="Arial"/>
          <w:color w:val="5D7284"/>
          <w:sz w:val="22"/>
        </w:rPr>
        <w:t>20:17</w:t>
      </w:r>
    </w:p>
    <w:p>
      <w:pPr>
        <w:spacing w:after="0"/>
      </w:pPr>
      <w:r>
        <w:rPr>
          <w:rFonts w:ascii="Arial" w:hAnsi="Arial"/>
          <w:sz w:val="22"/>
        </w:rPr>
        <w:t>Wow!</w:t>
      </w:r>
    </w:p>
    <w:p>
      <w:pPr>
        <w:spacing w:after="0"/>
      </w:pPr>
    </w:p>
    <w:p>
      <w:pPr>
        <w:spacing w:after="0"/>
      </w:pPr>
      <w:r>
        <w:rPr>
          <w:rFonts w:ascii="Arial" w:hAnsi="Arial"/>
          <w:b/>
          <w:sz w:val="22"/>
        </w:rPr>
        <w:t xml:space="preserve">Daisy  </w:t>
      </w:r>
      <w:r>
        <w:rPr>
          <w:rFonts w:ascii="Arial" w:hAnsi="Arial"/>
          <w:color w:val="5D7284"/>
          <w:sz w:val="22"/>
        </w:rPr>
        <w:t>20:20</w:t>
      </w:r>
    </w:p>
    <w:p>
      <w:pPr>
        <w:spacing w:after="0"/>
      </w:pPr>
      <w:r>
        <w:rPr>
          <w:rFonts w:ascii="Arial" w:hAnsi="Arial"/>
          <w:sz w:val="22"/>
        </w:rPr>
        <w:t>You would have to be, wouldn't you</w:t>
      </w:r>
    </w:p>
    <w:p>
      <w:pPr>
        <w:spacing w:after="0"/>
      </w:pPr>
    </w:p>
    <w:p>
      <w:pPr>
        <w:spacing w:after="0"/>
      </w:pPr>
      <w:r>
        <w:rPr>
          <w:rFonts w:ascii="Arial" w:hAnsi="Arial"/>
          <w:b/>
          <w:sz w:val="22"/>
        </w:rPr>
        <w:t xml:space="preserve">Alice  </w:t>
      </w:r>
      <w:r>
        <w:rPr>
          <w:rFonts w:ascii="Arial" w:hAnsi="Arial"/>
          <w:color w:val="5D7284"/>
          <w:sz w:val="22"/>
        </w:rPr>
        <w:t>20:21</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20:22</w:t>
      </w:r>
    </w:p>
    <w:p>
      <w:pPr>
        <w:spacing w:after="0"/>
      </w:pPr>
      <w:r>
        <w:rPr>
          <w:rFonts w:ascii="Arial" w:hAnsi="Arial"/>
          <w:sz w:val="22"/>
        </w:rPr>
        <w:t>would have to be worth your while.</w:t>
      </w:r>
    </w:p>
    <w:p>
      <w:pPr>
        <w:spacing w:after="0"/>
      </w:pPr>
    </w:p>
    <w:p>
      <w:pPr>
        <w:spacing w:after="0"/>
      </w:pPr>
      <w:r>
        <w:rPr>
          <w:rFonts w:ascii="Arial" w:hAnsi="Arial"/>
          <w:b/>
          <w:sz w:val="22"/>
        </w:rPr>
        <w:t xml:space="preserve">Alice  </w:t>
      </w:r>
      <w:r>
        <w:rPr>
          <w:rFonts w:ascii="Arial" w:hAnsi="Arial"/>
          <w:color w:val="5D7284"/>
          <w:sz w:val="22"/>
        </w:rPr>
        <w:t>20:23</w:t>
      </w:r>
    </w:p>
    <w:p>
      <w:pPr>
        <w:spacing w:after="0"/>
      </w:pPr>
      <w:r>
        <w:rPr>
          <w:rFonts w:ascii="Arial" w:hAnsi="Arial"/>
          <w:sz w:val="22"/>
        </w:rPr>
        <w:t>Yeah, absolutely.</w:t>
      </w:r>
    </w:p>
    <w:p>
      <w:pPr>
        <w:spacing w:after="0"/>
      </w:pPr>
    </w:p>
    <w:p>
      <w:pPr>
        <w:spacing w:after="0"/>
      </w:pPr>
      <w:r>
        <w:rPr>
          <w:rFonts w:ascii="Arial" w:hAnsi="Arial"/>
          <w:b/>
          <w:sz w:val="22"/>
        </w:rPr>
        <w:t xml:space="preserve">Lucy  </w:t>
      </w:r>
      <w:r>
        <w:rPr>
          <w:rFonts w:ascii="Arial" w:hAnsi="Arial"/>
          <w:color w:val="5D7284"/>
          <w:sz w:val="22"/>
        </w:rPr>
        <w:t>20:25</w:t>
      </w:r>
    </w:p>
    <w:p>
      <w:pPr>
        <w:spacing w:after="0"/>
      </w:pPr>
      <w:r>
        <w:rPr>
          <w:rFonts w:ascii="Arial" w:hAnsi="Arial"/>
          <w:sz w:val="22"/>
        </w:rPr>
        <w:t>When you don't have television, isn't it? Really, do you know what I mean?</w:t>
      </w:r>
    </w:p>
    <w:p>
      <w:pPr>
        <w:spacing w:after="0"/>
      </w:pPr>
    </w:p>
    <w:p>
      <w:pPr>
        <w:spacing w:after="0"/>
      </w:pPr>
      <w:r>
        <w:rPr>
          <w:rFonts w:ascii="Arial" w:hAnsi="Arial"/>
          <w:b/>
          <w:sz w:val="22"/>
        </w:rPr>
        <w:t xml:space="preserve">Daisy  </w:t>
      </w:r>
      <w:r>
        <w:rPr>
          <w:rFonts w:ascii="Arial" w:hAnsi="Arial"/>
          <w:color w:val="5D7284"/>
          <w:sz w:val="22"/>
        </w:rPr>
        <w:t>20:28</w:t>
      </w:r>
    </w:p>
    <w:p>
      <w:pPr>
        <w:spacing w:after="0"/>
      </w:pPr>
      <w:r>
        <w:rPr>
          <w:rFonts w:ascii="Arial" w:hAnsi="Arial"/>
          <w:sz w:val="22"/>
        </w:rPr>
        <w:t>Yeah, not much else to</w:t>
      </w:r>
    </w:p>
    <w:p>
      <w:pPr>
        <w:spacing w:after="0"/>
      </w:pPr>
    </w:p>
    <w:p>
      <w:pPr>
        <w:spacing w:after="0"/>
      </w:pPr>
      <w:r>
        <w:rPr>
          <w:rFonts w:ascii="Arial" w:hAnsi="Arial"/>
          <w:b/>
          <w:sz w:val="22"/>
        </w:rPr>
        <w:t xml:space="preserve">Lucy  </w:t>
      </w:r>
      <w:r>
        <w:rPr>
          <w:rFonts w:ascii="Arial" w:hAnsi="Arial"/>
          <w:color w:val="5D7284"/>
          <w:sz w:val="22"/>
        </w:rPr>
        <w:t>20:30</w:t>
      </w:r>
    </w:p>
    <w:p>
      <w:pPr>
        <w:spacing w:after="0"/>
      </w:pPr>
      <w:r>
        <w:rPr>
          <w:rFonts w:ascii="Arial" w:hAnsi="Arial"/>
          <w:sz w:val="22"/>
        </w:rPr>
        <w:t>do. Yeah, blimey. Okay, wow.</w:t>
      </w:r>
    </w:p>
    <w:p>
      <w:pPr>
        <w:spacing w:after="0"/>
      </w:pPr>
    </w:p>
    <w:p>
      <w:pPr>
        <w:spacing w:after="0"/>
      </w:pPr>
      <w:r>
        <w:rPr>
          <w:rFonts w:ascii="Arial" w:hAnsi="Arial"/>
          <w:b/>
          <w:sz w:val="22"/>
        </w:rPr>
        <w:t xml:space="preserve">Daisy  </w:t>
      </w:r>
      <w:r>
        <w:rPr>
          <w:rFonts w:ascii="Arial" w:hAnsi="Arial"/>
          <w:color w:val="5D7284"/>
          <w:sz w:val="22"/>
        </w:rPr>
        <w:t>20:38</w:t>
      </w:r>
    </w:p>
    <w:p>
      <w:pPr>
        <w:spacing w:after="0"/>
      </w:pPr>
      <w:r>
        <w:rPr>
          <w:rFonts w:ascii="Arial" w:hAnsi="Arial"/>
          <w:sz w:val="22"/>
        </w:rPr>
        <w:t>But yeah, these types of displays weren't always noteworthy just because of the impairment, so it's often a heavy dose of racism as well.</w:t>
      </w:r>
    </w:p>
    <w:p>
      <w:pPr>
        <w:spacing w:after="0"/>
      </w:pPr>
    </w:p>
    <w:p>
      <w:pPr>
        <w:spacing w:after="0"/>
      </w:pPr>
      <w:r>
        <w:rPr>
          <w:rFonts w:ascii="Arial" w:hAnsi="Arial"/>
          <w:b/>
          <w:sz w:val="22"/>
        </w:rPr>
        <w:t xml:space="preserve">Lucy  </w:t>
      </w:r>
      <w:r>
        <w:rPr>
          <w:rFonts w:ascii="Arial" w:hAnsi="Arial"/>
          <w:color w:val="5D7284"/>
          <w:sz w:val="22"/>
        </w:rPr>
        <w:t>20:47</w:t>
      </w:r>
    </w:p>
    <w:p>
      <w:pPr>
        <w:spacing w:after="0"/>
      </w:pPr>
      <w:r>
        <w:rPr>
          <w:rFonts w:ascii="Arial" w:hAnsi="Arial"/>
          <w:sz w:val="22"/>
        </w:rPr>
        <w:t>Of course,</w:t>
      </w:r>
    </w:p>
    <w:p>
      <w:pPr>
        <w:spacing w:after="0"/>
      </w:pPr>
    </w:p>
    <w:p>
      <w:pPr>
        <w:spacing w:after="0"/>
      </w:pPr>
      <w:r>
        <w:rPr>
          <w:rFonts w:ascii="Arial" w:hAnsi="Arial"/>
          <w:b/>
          <w:sz w:val="22"/>
        </w:rPr>
        <w:t xml:space="preserve">Alice  </w:t>
      </w:r>
      <w:r>
        <w:rPr>
          <w:rFonts w:ascii="Arial" w:hAnsi="Arial"/>
          <w:color w:val="5D7284"/>
          <w:sz w:val="22"/>
        </w:rPr>
        <w:t>20:48</w:t>
      </w:r>
    </w:p>
    <w:p>
      <w:pPr>
        <w:spacing w:after="0"/>
      </w:pPr>
      <w:r>
        <w:rPr>
          <w:rFonts w:ascii="Arial" w:hAnsi="Arial"/>
          <w:sz w:val="22"/>
        </w:rPr>
        <w:t>I've just finished David Olisoga's book about Black British history, and there's a lot.. there's a lot of like talking about the the exhibitions of and how and how we used to bring people over from Africa and get them to like recreate their African village, and then there was sort of these like tabloid newspapers kicking up a fuss because after the ex like as the exhibition moved on from town to town, they'd see these so-called savages in like coat smoking pipes and like Yeah, yeah, and of course, of course, the Daily Mail was up up in fucking arms about it. Of course it was.</w:t>
      </w:r>
    </w:p>
    <w:p>
      <w:pPr>
        <w:spacing w:after="0"/>
      </w:pPr>
    </w:p>
    <w:p>
      <w:pPr>
        <w:spacing w:after="0"/>
      </w:pPr>
      <w:r>
        <w:rPr>
          <w:rFonts w:ascii="Arial" w:hAnsi="Arial"/>
          <w:b/>
          <w:sz w:val="22"/>
        </w:rPr>
        <w:t xml:space="preserve">Lucy  </w:t>
      </w:r>
      <w:r>
        <w:rPr>
          <w:rFonts w:ascii="Arial" w:hAnsi="Arial"/>
          <w:color w:val="5D7284"/>
          <w:sz w:val="22"/>
        </w:rPr>
        <w:t>21:37</w:t>
      </w:r>
    </w:p>
    <w:p>
      <w:pPr>
        <w:spacing w:after="0"/>
      </w:pPr>
      <w:r>
        <w:rPr>
          <w:rFonts w:ascii="Arial" w:hAnsi="Arial"/>
          <w:sz w:val="22"/>
        </w:rPr>
        <w:t>Of course it was.</w:t>
      </w:r>
    </w:p>
    <w:p>
      <w:pPr>
        <w:spacing w:after="0"/>
      </w:pPr>
    </w:p>
    <w:p>
      <w:pPr>
        <w:spacing w:after="0"/>
      </w:pPr>
      <w:r>
        <w:rPr>
          <w:rFonts w:ascii="Arial" w:hAnsi="Arial"/>
          <w:b/>
          <w:sz w:val="22"/>
        </w:rPr>
        <w:t xml:space="preserve">Daisy  </w:t>
      </w:r>
      <w:r>
        <w:rPr>
          <w:rFonts w:ascii="Arial" w:hAnsi="Arial"/>
          <w:color w:val="5D7284"/>
          <w:sz w:val="22"/>
        </w:rPr>
        <w:t>21:41</w:t>
      </w:r>
    </w:p>
    <w:p>
      <w:pPr>
        <w:spacing w:after="0"/>
      </w:pPr>
      <w:r>
        <w:rPr>
          <w:rFonts w:ascii="Arial" w:hAnsi="Arial"/>
          <w:sz w:val="22"/>
        </w:rPr>
        <w:t xml:space="preserve">I don't know. How to have these people be smoking? A real, a real change for them. So, so yes, there was there was a man called Tom Wiggins. </w:t>
      </w:r>
    </w:p>
    <w:p>
      <w:pPr>
        <w:spacing w:after="0"/>
      </w:pPr>
    </w:p>
    <w:p>
      <w:pPr>
        <w:spacing w:after="0"/>
      </w:pPr>
      <w:r>
        <w:rPr>
          <w:rFonts w:ascii="Arial" w:hAnsi="Arial"/>
          <w:b/>
          <w:sz w:val="22"/>
        </w:rPr>
        <w:t xml:space="preserve">Lucy  </w:t>
      </w:r>
      <w:r>
        <w:rPr>
          <w:rFonts w:ascii="Arial" w:hAnsi="Arial"/>
          <w:color w:val="5D7284"/>
          <w:sz w:val="22"/>
        </w:rPr>
        <w:t>21:53</w:t>
      </w:r>
    </w:p>
    <w:p>
      <w:pPr>
        <w:spacing w:after="0"/>
      </w:pPr>
      <w:r>
        <w:rPr>
          <w:rFonts w:ascii="Arial" w:hAnsi="Arial"/>
          <w:sz w:val="22"/>
        </w:rPr>
        <w:t>I've heard of Tom.</w:t>
      </w:r>
    </w:p>
    <w:p>
      <w:pPr>
        <w:spacing w:after="0"/>
      </w:pPr>
    </w:p>
    <w:p>
      <w:pPr>
        <w:spacing w:after="0"/>
      </w:pPr>
      <w:r>
        <w:rPr>
          <w:rFonts w:ascii="Arial" w:hAnsi="Arial"/>
          <w:b/>
          <w:sz w:val="22"/>
        </w:rPr>
        <w:t xml:space="preserve">Alice  </w:t>
      </w:r>
      <w:r>
        <w:rPr>
          <w:rFonts w:ascii="Arial" w:hAnsi="Arial"/>
          <w:color w:val="5D7284"/>
          <w:sz w:val="22"/>
        </w:rPr>
        <w:t>21:54</w:t>
      </w:r>
    </w:p>
    <w:p>
      <w:pPr>
        <w:spacing w:after="0"/>
      </w:pPr>
      <w:r>
        <w:rPr>
          <w:rFonts w:ascii="Arial" w:hAnsi="Arial"/>
          <w:sz w:val="22"/>
        </w:rPr>
        <w:t>We we talked about Tom Wiggins in like yes, episode one. I thought we cut. Yeah,</w:t>
      </w:r>
    </w:p>
    <w:p>
      <w:pPr>
        <w:spacing w:after="0"/>
      </w:pPr>
    </w:p>
    <w:p>
      <w:pPr>
        <w:spacing w:after="0"/>
      </w:pPr>
      <w:r>
        <w:rPr>
          <w:rFonts w:ascii="Arial" w:hAnsi="Arial"/>
          <w:b/>
          <w:sz w:val="22"/>
        </w:rPr>
        <w:t xml:space="preserve">Daisy  </w:t>
      </w:r>
      <w:r>
        <w:rPr>
          <w:rFonts w:ascii="Arial" w:hAnsi="Arial"/>
          <w:color w:val="5D7284"/>
          <w:sz w:val="22"/>
        </w:rPr>
        <w:t>22:00</w:t>
      </w:r>
    </w:p>
    <w:p>
      <w:pPr>
        <w:spacing w:after="0"/>
      </w:pPr>
      <w:r>
        <w:rPr>
          <w:rFonts w:ascii="Arial" w:hAnsi="Arial"/>
          <w:sz w:val="22"/>
        </w:rPr>
        <w:t>it rang a it rang a bell. So, yeah, he was active kind of 1850s to 1890s So, when I'm saying active here, I mean in terms of you know performing, as it were. Because</w:t>
      </w:r>
    </w:p>
    <w:p>
      <w:pPr>
        <w:spacing w:after="0"/>
      </w:pPr>
    </w:p>
    <w:p>
      <w:pPr>
        <w:spacing w:after="0"/>
      </w:pPr>
      <w:r>
        <w:rPr>
          <w:rFonts w:ascii="Arial" w:hAnsi="Arial"/>
          <w:b/>
          <w:sz w:val="22"/>
        </w:rPr>
        <w:t xml:space="preserve">Lucy  </w:t>
      </w:r>
      <w:r>
        <w:rPr>
          <w:rFonts w:ascii="Arial" w:hAnsi="Arial"/>
          <w:color w:val="5D7284"/>
          <w:sz w:val="22"/>
        </w:rPr>
        <w:t>22:14</w:t>
      </w:r>
    </w:p>
    <w:p>
      <w:pPr>
        <w:spacing w:after="0"/>
      </w:pPr>
      <w:r>
        <w:rPr>
          <w:rFonts w:ascii="Arial" w:hAnsi="Arial"/>
          <w:sz w:val="22"/>
        </w:rPr>
        <w:t>Tom Wiggin's Tom Thumb. No, or am I getting? But no,</w:t>
      </w:r>
    </w:p>
    <w:p>
      <w:pPr>
        <w:spacing w:after="0"/>
      </w:pPr>
    </w:p>
    <w:p>
      <w:pPr>
        <w:spacing w:after="0"/>
      </w:pPr>
      <w:r>
        <w:rPr>
          <w:rFonts w:ascii="Arial" w:hAnsi="Arial"/>
          <w:b/>
          <w:sz w:val="22"/>
        </w:rPr>
        <w:t xml:space="preserve">Daisy  </w:t>
      </w:r>
      <w:r>
        <w:rPr>
          <w:rFonts w:ascii="Arial" w:hAnsi="Arial"/>
          <w:color w:val="5D7284"/>
          <w:sz w:val="22"/>
        </w:rPr>
        <w:t>22:18</w:t>
      </w:r>
    </w:p>
    <w:p>
      <w:pPr>
        <w:spacing w:after="0"/>
      </w:pPr>
      <w:r>
        <w:rPr>
          <w:rFonts w:ascii="Arial" w:hAnsi="Arial"/>
          <w:sz w:val="22"/>
        </w:rPr>
        <w:t>but Tom Thumb is coming up later.</w:t>
      </w:r>
    </w:p>
    <w:p>
      <w:pPr>
        <w:spacing w:after="0"/>
      </w:pPr>
    </w:p>
    <w:p>
      <w:pPr>
        <w:spacing w:after="0"/>
      </w:pPr>
      <w:r>
        <w:rPr>
          <w:rFonts w:ascii="Arial" w:hAnsi="Arial"/>
          <w:b/>
          <w:sz w:val="22"/>
        </w:rPr>
        <w:t xml:space="preserve">Lucy  </w:t>
      </w:r>
      <w:r>
        <w:rPr>
          <w:rFonts w:ascii="Arial" w:hAnsi="Arial"/>
          <w:color w:val="5D7284"/>
          <w:sz w:val="22"/>
        </w:rPr>
        <w:t>22:20</w:t>
      </w:r>
    </w:p>
    <w:p>
      <w:pPr>
        <w:spacing w:after="0"/>
      </w:pPr>
      <w:r>
        <w:rPr>
          <w:rFonts w:ascii="Arial" w:hAnsi="Arial"/>
          <w:sz w:val="22"/>
        </w:rPr>
        <w:t>Okay, all right, okay.</w:t>
      </w:r>
    </w:p>
    <w:p>
      <w:pPr>
        <w:spacing w:after="0"/>
      </w:pPr>
    </w:p>
    <w:p>
      <w:pPr>
        <w:spacing w:after="0"/>
      </w:pPr>
      <w:r>
        <w:rPr>
          <w:rFonts w:ascii="Arial" w:hAnsi="Arial"/>
          <w:b/>
          <w:sz w:val="22"/>
        </w:rPr>
        <w:t xml:space="preserve">Daisy  </w:t>
      </w:r>
      <w:r>
        <w:rPr>
          <w:rFonts w:ascii="Arial" w:hAnsi="Arial"/>
          <w:color w:val="5D7284"/>
          <w:sz w:val="22"/>
        </w:rPr>
        <w:t>22:22</w:t>
      </w:r>
    </w:p>
    <w:p>
      <w:pPr>
        <w:spacing w:after="0"/>
      </w:pPr>
      <w:r>
        <w:rPr>
          <w:rFonts w:ascii="Arial" w:hAnsi="Arial"/>
          <w:sz w:val="22"/>
        </w:rPr>
        <w:t>Um. Tom Wiggins was a blind pianist.</w:t>
      </w:r>
    </w:p>
    <w:p>
      <w:pPr>
        <w:spacing w:after="0"/>
      </w:pPr>
    </w:p>
    <w:p>
      <w:pPr>
        <w:spacing w:after="0"/>
      </w:pPr>
      <w:r>
        <w:rPr>
          <w:rFonts w:ascii="Arial" w:hAnsi="Arial"/>
          <w:b/>
          <w:sz w:val="22"/>
        </w:rPr>
        <w:t xml:space="preserve">Lucy  </w:t>
      </w:r>
      <w:r>
        <w:rPr>
          <w:rFonts w:ascii="Arial" w:hAnsi="Arial"/>
          <w:color w:val="5D7284"/>
          <w:sz w:val="22"/>
        </w:rPr>
        <w:t>22:25</w:t>
      </w:r>
    </w:p>
    <w:p>
      <w:pPr>
        <w:spacing w:after="0"/>
      </w:pPr>
      <w:r>
        <w:rPr>
          <w:rFonts w:ascii="Arial" w:hAnsi="Arial"/>
          <w:sz w:val="22"/>
        </w:rPr>
        <w:t>Right. Yes.</w:t>
      </w:r>
    </w:p>
    <w:p>
      <w:pPr>
        <w:spacing w:after="0"/>
      </w:pPr>
    </w:p>
    <w:p>
      <w:pPr>
        <w:spacing w:after="0"/>
      </w:pPr>
      <w:r>
        <w:rPr>
          <w:rFonts w:ascii="Arial" w:hAnsi="Arial"/>
          <w:b/>
          <w:sz w:val="22"/>
        </w:rPr>
        <w:t xml:space="preserve">Daisy  </w:t>
      </w:r>
      <w:r>
        <w:rPr>
          <w:rFonts w:ascii="Arial" w:hAnsi="Arial"/>
          <w:color w:val="5D7284"/>
          <w:sz w:val="22"/>
        </w:rPr>
        <w:t>22:26</w:t>
      </w:r>
    </w:p>
    <w:p>
      <w:pPr>
        <w:spacing w:after="0"/>
      </w:pPr>
      <w:r>
        <w:rPr>
          <w:rFonts w:ascii="Arial" w:hAnsi="Arial"/>
          <w:sz w:val="22"/>
        </w:rPr>
        <w:t>But along with the normal disclaimer about trying to diagnose historical figures, he was probably autistic as well.</w:t>
      </w:r>
    </w:p>
    <w:p>
      <w:pPr>
        <w:spacing w:after="0"/>
      </w:pPr>
    </w:p>
    <w:p>
      <w:pPr>
        <w:spacing w:after="0"/>
      </w:pPr>
      <w:r>
        <w:rPr>
          <w:rFonts w:ascii="Arial" w:hAnsi="Arial"/>
          <w:b/>
          <w:sz w:val="22"/>
        </w:rPr>
        <w:t xml:space="preserve">Lucy  </w:t>
      </w:r>
      <w:r>
        <w:rPr>
          <w:rFonts w:ascii="Arial" w:hAnsi="Arial"/>
          <w:color w:val="5D7284"/>
          <w:sz w:val="22"/>
        </w:rPr>
        <w:t>22:35</w:t>
      </w:r>
    </w:p>
    <w:p>
      <w:pPr>
        <w:spacing w:after="0"/>
      </w:pPr>
      <w:r>
        <w:rPr>
          <w:rFonts w:ascii="Arial" w:hAnsi="Arial"/>
          <w:sz w:val="22"/>
        </w:rPr>
        <w:t>Okay.</w:t>
      </w:r>
    </w:p>
    <w:p>
      <w:pPr>
        <w:spacing w:after="0"/>
      </w:pPr>
    </w:p>
    <w:p>
      <w:pPr>
        <w:spacing w:after="0"/>
      </w:pPr>
      <w:r>
        <w:rPr>
          <w:rFonts w:ascii="Arial" w:hAnsi="Arial"/>
          <w:b/>
          <w:sz w:val="22"/>
        </w:rPr>
        <w:t xml:space="preserve">Daisy  </w:t>
      </w:r>
      <w:r>
        <w:rPr>
          <w:rFonts w:ascii="Arial" w:hAnsi="Arial"/>
          <w:color w:val="5D7284"/>
          <w:sz w:val="22"/>
        </w:rPr>
        <w:t>22:37</w:t>
      </w:r>
    </w:p>
    <w:p>
      <w:pPr>
        <w:spacing w:after="0"/>
      </w:pPr>
      <w:r>
        <w:rPr>
          <w:rFonts w:ascii="Arial" w:hAnsi="Arial"/>
          <w:sz w:val="22"/>
        </w:rPr>
        <w:t>He was born into slavery, but he wasn't able to do plantation work like the other people because he was blind. So he was permitted to roam around.</w:t>
      </w:r>
    </w:p>
    <w:p>
      <w:pPr>
        <w:spacing w:after="0"/>
      </w:pPr>
    </w:p>
    <w:p>
      <w:pPr>
        <w:spacing w:after="0"/>
      </w:pPr>
      <w:r>
        <w:rPr>
          <w:rFonts w:ascii="Arial" w:hAnsi="Arial"/>
          <w:b/>
          <w:sz w:val="22"/>
        </w:rPr>
        <w:t xml:space="preserve">Alice  </w:t>
      </w:r>
      <w:r>
        <w:rPr>
          <w:rFonts w:ascii="Arial" w:hAnsi="Arial"/>
          <w:color w:val="5D7284"/>
          <w:sz w:val="22"/>
        </w:rPr>
        <w:t>22:53</w:t>
      </w:r>
    </w:p>
    <w:p>
      <w:pPr>
        <w:spacing w:after="0"/>
      </w:pPr>
      <w:r>
        <w:rPr>
          <w:rFonts w:ascii="Arial" w:hAnsi="Arial"/>
          <w:sz w:val="22"/>
        </w:rPr>
        <w:t>Basically, yeah. Off you pop then.</w:t>
      </w:r>
    </w:p>
    <w:p>
      <w:pPr>
        <w:spacing w:after="0"/>
      </w:pPr>
    </w:p>
    <w:p>
      <w:pPr>
        <w:spacing w:after="0"/>
      </w:pPr>
      <w:r>
        <w:rPr>
          <w:rFonts w:ascii="Arial" w:hAnsi="Arial"/>
          <w:b/>
          <w:sz w:val="22"/>
        </w:rPr>
        <w:t xml:space="preserve">Lucy  </w:t>
      </w:r>
      <w:r>
        <w:rPr>
          <w:rFonts w:ascii="Arial" w:hAnsi="Arial"/>
          <w:color w:val="5D7284"/>
          <w:sz w:val="22"/>
        </w:rPr>
        <w:t>22:56</w:t>
      </w:r>
    </w:p>
    <w:p>
      <w:pPr>
        <w:spacing w:after="0"/>
      </w:pPr>
      <w:r>
        <w:rPr>
          <w:rFonts w:ascii="Arial" w:hAnsi="Arial"/>
          <w:sz w:val="22"/>
        </w:rPr>
        <w:t>Off you go. See you later.</w:t>
      </w:r>
    </w:p>
    <w:p>
      <w:pPr>
        <w:spacing w:after="0"/>
      </w:pPr>
    </w:p>
    <w:p>
      <w:pPr>
        <w:spacing w:after="0"/>
      </w:pPr>
      <w:r>
        <w:rPr>
          <w:rFonts w:ascii="Arial" w:hAnsi="Arial"/>
          <w:b/>
          <w:sz w:val="22"/>
        </w:rPr>
        <w:t xml:space="preserve">Daisy  </w:t>
      </w:r>
      <w:r>
        <w:rPr>
          <w:rFonts w:ascii="Arial" w:hAnsi="Arial"/>
          <w:color w:val="5D7284"/>
          <w:sz w:val="22"/>
        </w:rPr>
        <w:t>22:58</w:t>
      </w:r>
    </w:p>
    <w:p>
      <w:pPr>
        <w:spacing w:after="0"/>
      </w:pPr>
      <w:r>
        <w:rPr>
          <w:rFonts w:ascii="Arial" w:hAnsi="Arial"/>
          <w:sz w:val="22"/>
        </w:rPr>
        <w:t>Yeah. So he he developed an interest in the piano that the the owner's daughters would play in the house.</w:t>
      </w:r>
    </w:p>
    <w:p>
      <w:pPr>
        <w:spacing w:after="0"/>
      </w:pPr>
    </w:p>
    <w:p>
      <w:pPr>
        <w:spacing w:after="0"/>
      </w:pPr>
      <w:r>
        <w:rPr>
          <w:rFonts w:ascii="Arial" w:hAnsi="Arial"/>
          <w:b/>
          <w:sz w:val="22"/>
        </w:rPr>
        <w:t xml:space="preserve">Lucy  </w:t>
      </w:r>
      <w:r>
        <w:rPr>
          <w:rFonts w:ascii="Arial" w:hAnsi="Arial"/>
          <w:color w:val="5D7284"/>
          <w:sz w:val="22"/>
        </w:rPr>
        <w:t>23:05</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23:05</w:t>
      </w:r>
    </w:p>
    <w:p>
      <w:pPr>
        <w:spacing w:after="0"/>
      </w:pPr>
      <w:r>
        <w:rPr>
          <w:rFonts w:ascii="Arial" w:hAnsi="Arial"/>
          <w:sz w:val="22"/>
        </w:rPr>
        <w:t>and after you know enough years of being interested in a thing, he was finally allowed to touch it and try playing it. And the the daughters were teaching him some of the piano, and so from the age of like eight years old, he was hired out to travel and play the piano for people because he had an incredible ability to sort of hear a tune and be able to play it immediately. And he had like a roster of all of these songs that he was able to work through having only heard them one time. I</w:t>
      </w:r>
    </w:p>
    <w:p>
      <w:pPr>
        <w:spacing w:after="0"/>
      </w:pPr>
    </w:p>
    <w:p>
      <w:pPr>
        <w:spacing w:after="0"/>
      </w:pPr>
      <w:r>
        <w:rPr>
          <w:rFonts w:ascii="Arial" w:hAnsi="Arial"/>
          <w:b/>
          <w:sz w:val="22"/>
        </w:rPr>
        <w:t xml:space="preserve">Lucy  </w:t>
      </w:r>
      <w:r>
        <w:rPr>
          <w:rFonts w:ascii="Arial" w:hAnsi="Arial"/>
          <w:color w:val="5D7284"/>
          <w:sz w:val="22"/>
        </w:rPr>
        <w:t>23:46</w:t>
      </w:r>
    </w:p>
    <w:p>
      <w:pPr>
        <w:spacing w:after="0"/>
      </w:pPr>
      <w:r>
        <w:rPr>
          <w:rFonts w:ascii="Arial" w:hAnsi="Arial"/>
          <w:sz w:val="22"/>
        </w:rPr>
        <w:t>wish I had that skill, like being able to hear stuff and go, "Oh, I got, I got it, I got it, I got it.</w:t>
      </w:r>
    </w:p>
    <w:p>
      <w:pPr>
        <w:spacing w:after="0"/>
      </w:pPr>
    </w:p>
    <w:p>
      <w:pPr>
        <w:spacing w:after="0"/>
      </w:pPr>
      <w:r>
        <w:rPr>
          <w:rFonts w:ascii="Arial" w:hAnsi="Arial"/>
          <w:b/>
          <w:sz w:val="22"/>
        </w:rPr>
        <w:t xml:space="preserve">Alice  </w:t>
      </w:r>
      <w:r>
        <w:rPr>
          <w:rFonts w:ascii="Arial" w:hAnsi="Arial"/>
          <w:color w:val="5D7284"/>
          <w:sz w:val="22"/>
        </w:rPr>
        <w:t>23:52</w:t>
      </w:r>
    </w:p>
    <w:p>
      <w:pPr>
        <w:spacing w:after="0"/>
      </w:pPr>
      <w:r>
        <w:rPr>
          <w:rFonts w:ascii="Arial" w:hAnsi="Arial"/>
          <w:sz w:val="22"/>
        </w:rPr>
        <w:t>As Daisy was saying that, I was a little bit thinking like this. That's a little bit where some of these like myths about blind and visually impaired people comes from as there because I can promise you you can play me a song 179 times then I'm still like this key then this key no no I literally</w:t>
      </w:r>
    </w:p>
    <w:p>
      <w:pPr>
        <w:spacing w:after="0"/>
      </w:pPr>
    </w:p>
    <w:p>
      <w:pPr>
        <w:spacing w:after="0"/>
      </w:pPr>
      <w:r>
        <w:rPr>
          <w:rFonts w:ascii="Arial" w:hAnsi="Arial"/>
          <w:b/>
          <w:sz w:val="22"/>
        </w:rPr>
        <w:t xml:space="preserve">Lucy  </w:t>
      </w:r>
      <w:r>
        <w:rPr>
          <w:rFonts w:ascii="Arial" w:hAnsi="Arial"/>
          <w:color w:val="5D7284"/>
          <w:sz w:val="22"/>
        </w:rPr>
        <w:t>24:13</w:t>
      </w:r>
    </w:p>
    <w:p>
      <w:pPr>
        <w:spacing w:after="0"/>
      </w:pPr>
      <w:r>
        <w:rPr>
          <w:rFonts w:ascii="Arial" w:hAnsi="Arial"/>
          <w:sz w:val="22"/>
        </w:rPr>
        <w:t>four notes and then that's it</w:t>
      </w:r>
    </w:p>
    <w:p>
      <w:pPr>
        <w:spacing w:after="0"/>
      </w:pPr>
    </w:p>
    <w:p>
      <w:pPr>
        <w:spacing w:after="0"/>
      </w:pPr>
      <w:r>
        <w:rPr>
          <w:rFonts w:ascii="Arial" w:hAnsi="Arial"/>
          <w:b/>
          <w:sz w:val="22"/>
        </w:rPr>
        <w:t xml:space="preserve">Alice  </w:t>
      </w:r>
      <w:r>
        <w:rPr>
          <w:rFonts w:ascii="Arial" w:hAnsi="Arial"/>
          <w:color w:val="5D7284"/>
          <w:sz w:val="22"/>
        </w:rPr>
        <w:t>24:15</w:t>
      </w:r>
    </w:p>
    <w:p>
      <w:pPr>
        <w:spacing w:after="0"/>
      </w:pPr>
      <w:r>
        <w:rPr>
          <w:rFonts w:ascii="Arial" w:hAnsi="Arial"/>
          <w:sz w:val="22"/>
        </w:rPr>
        <w:t>when I was 11 I taught myself to play, my heart will go on from Titanic on the piano, by listening to it over and over and over and over again to the point that my mum was like, "Stop, stop! I appreciate I appreciate that you are trying to develop your creativity, and I see what's happening here, and it's all very admirable, but oh my god, stop, stop,</w:t>
      </w:r>
    </w:p>
    <w:p>
      <w:pPr>
        <w:spacing w:after="0"/>
      </w:pPr>
    </w:p>
    <w:p>
      <w:pPr>
        <w:spacing w:after="0"/>
      </w:pPr>
      <w:r>
        <w:rPr>
          <w:rFonts w:ascii="Arial" w:hAnsi="Arial"/>
          <w:b/>
          <w:sz w:val="22"/>
        </w:rPr>
        <w:t xml:space="preserve">Lucy  </w:t>
      </w:r>
      <w:r>
        <w:rPr>
          <w:rFonts w:ascii="Arial" w:hAnsi="Arial"/>
          <w:color w:val="5D7284"/>
          <w:sz w:val="22"/>
        </w:rPr>
        <w:t>24:43</w:t>
      </w:r>
    </w:p>
    <w:p>
      <w:pPr>
        <w:spacing w:after="0"/>
      </w:pPr>
      <w:r>
        <w:rPr>
          <w:rFonts w:ascii="Arial" w:hAnsi="Arial"/>
          <w:sz w:val="22"/>
        </w:rPr>
        <w:t>stop it now! Yeah,</w:t>
      </w:r>
    </w:p>
    <w:p>
      <w:pPr>
        <w:spacing w:after="0"/>
      </w:pPr>
    </w:p>
    <w:p>
      <w:pPr>
        <w:spacing w:after="0"/>
      </w:pPr>
      <w:r>
        <w:rPr>
          <w:rFonts w:ascii="Arial" w:hAnsi="Arial"/>
          <w:b/>
          <w:sz w:val="22"/>
        </w:rPr>
        <w:t xml:space="preserve">Alice  </w:t>
      </w:r>
      <w:r>
        <w:rPr>
          <w:rFonts w:ascii="Arial" w:hAnsi="Arial"/>
          <w:color w:val="5D7284"/>
          <w:sz w:val="22"/>
        </w:rPr>
        <w:t>24:46</w:t>
      </w:r>
    </w:p>
    <w:p>
      <w:pPr>
        <w:spacing w:after="0"/>
      </w:pPr>
      <w:r>
        <w:rPr>
          <w:rFonts w:ascii="Arial" w:hAnsi="Arial"/>
          <w:sz w:val="22"/>
        </w:rPr>
        <w:t>and also that's where we need</w:t>
      </w:r>
    </w:p>
    <w:p>
      <w:pPr>
        <w:spacing w:after="0"/>
      </w:pPr>
    </w:p>
    <w:p>
      <w:pPr>
        <w:spacing w:after="0"/>
      </w:pPr>
      <w:r>
        <w:rPr>
          <w:rFonts w:ascii="Arial" w:hAnsi="Arial"/>
          <w:b/>
          <w:sz w:val="22"/>
        </w:rPr>
        <w:t xml:space="preserve">Daisy  </w:t>
      </w:r>
      <w:r>
        <w:rPr>
          <w:rFonts w:ascii="Arial" w:hAnsi="Arial"/>
          <w:color w:val="5D7284"/>
          <w:sz w:val="22"/>
        </w:rPr>
        <w:t>24:48</w:t>
      </w:r>
    </w:p>
    <w:p>
      <w:pPr>
        <w:spacing w:after="0"/>
      </w:pPr>
      <w:r>
        <w:rPr>
          <w:rFonts w:ascii="Arial" w:hAnsi="Arial"/>
          <w:sz w:val="22"/>
        </w:rPr>
        <w:t>electric keyboards with headphones. Yeah, yeah.</w:t>
      </w:r>
    </w:p>
    <w:p>
      <w:pPr>
        <w:spacing w:after="0"/>
      </w:pPr>
    </w:p>
    <w:p>
      <w:pPr>
        <w:spacing w:after="0"/>
      </w:pPr>
      <w:r>
        <w:rPr>
          <w:rFonts w:ascii="Arial" w:hAnsi="Arial"/>
          <w:b/>
          <w:sz w:val="22"/>
        </w:rPr>
        <w:t xml:space="preserve">Alice  </w:t>
      </w:r>
      <w:r>
        <w:rPr>
          <w:rFonts w:ascii="Arial" w:hAnsi="Arial"/>
          <w:color w:val="5D7284"/>
          <w:sz w:val="22"/>
        </w:rPr>
        <w:t>24:50</w:t>
      </w:r>
    </w:p>
    <w:p>
      <w:pPr>
        <w:spacing w:after="0"/>
      </w:pPr>
      <w:r>
        <w:rPr>
          <w:rFonts w:ascii="Arial" w:hAnsi="Arial"/>
          <w:sz w:val="22"/>
        </w:rPr>
        <w:t>I mean, this was I was 11 in 1998 so we we had an electric keyboard, but we did not have headphones.</w:t>
      </w:r>
    </w:p>
    <w:p>
      <w:pPr>
        <w:spacing w:after="0"/>
      </w:pPr>
    </w:p>
    <w:p>
      <w:pPr>
        <w:spacing w:after="0"/>
      </w:pPr>
      <w:r>
        <w:rPr>
          <w:rFonts w:ascii="Arial" w:hAnsi="Arial"/>
          <w:b/>
          <w:sz w:val="22"/>
        </w:rPr>
        <w:t xml:space="preserve">Lucy  </w:t>
      </w:r>
      <w:r>
        <w:rPr>
          <w:rFonts w:ascii="Arial" w:hAnsi="Arial"/>
          <w:color w:val="5D7284"/>
          <w:sz w:val="22"/>
        </w:rPr>
        <w:t>24:57</w:t>
      </w:r>
    </w:p>
    <w:p>
      <w:pPr>
        <w:spacing w:after="0"/>
      </w:pPr>
      <w:r>
        <w:rPr>
          <w:rFonts w:ascii="Arial" w:hAnsi="Arial"/>
          <w:sz w:val="22"/>
        </w:rPr>
        <w:t>My mom and dad bought me a little. Electric, like keyboard, like a little mini one when I was a kid, and I would wake up at like half past six in the morning, just plinky plonk. I can't play the piano. I can plinky plonk it, and I would plinky plonk it for about an hour and a half. Somebody got up and gave me my breakfast.</w:t>
      </w:r>
    </w:p>
    <w:p>
      <w:pPr>
        <w:spacing w:after="0"/>
      </w:pPr>
    </w:p>
    <w:p>
      <w:pPr>
        <w:spacing w:after="0"/>
      </w:pPr>
      <w:r>
        <w:rPr>
          <w:rFonts w:ascii="Arial" w:hAnsi="Arial"/>
          <w:b/>
          <w:sz w:val="22"/>
        </w:rPr>
        <w:t xml:space="preserve">Daisy  </w:t>
      </w:r>
      <w:r>
        <w:rPr>
          <w:rFonts w:ascii="Arial" w:hAnsi="Arial"/>
          <w:color w:val="5D7284"/>
          <w:sz w:val="22"/>
        </w:rPr>
        <w:t>25:17</w:t>
      </w:r>
    </w:p>
    <w:p>
      <w:pPr>
        <w:spacing w:after="0"/>
      </w:pPr>
      <w:r>
        <w:rPr>
          <w:rFonts w:ascii="Arial" w:hAnsi="Arial"/>
          <w:sz w:val="22"/>
        </w:rPr>
        <w:t>You're using it as a bell, like wake up, bring me food.</w:t>
      </w:r>
    </w:p>
    <w:p>
      <w:pPr>
        <w:spacing w:after="0"/>
      </w:pPr>
    </w:p>
    <w:p>
      <w:pPr>
        <w:spacing w:after="0"/>
      </w:pPr>
      <w:r>
        <w:rPr>
          <w:rFonts w:ascii="Arial" w:hAnsi="Arial"/>
          <w:b/>
          <w:sz w:val="22"/>
        </w:rPr>
        <w:t xml:space="preserve">Alice  </w:t>
      </w:r>
      <w:r>
        <w:rPr>
          <w:rFonts w:ascii="Arial" w:hAnsi="Arial"/>
          <w:color w:val="5D7284"/>
          <w:sz w:val="22"/>
        </w:rPr>
        <w:t>25:24</w:t>
      </w:r>
    </w:p>
    <w:p>
      <w:pPr>
        <w:spacing w:after="0"/>
      </w:pPr>
      <w:r>
        <w:rPr>
          <w:rFonts w:ascii="Arial" w:hAnsi="Arial"/>
          <w:sz w:val="22"/>
        </w:rPr>
        <w:t>I, I, some motherfucker thought it was a good idea to buy my. He was two at the time. Toddler, a flute,</w:t>
      </w:r>
    </w:p>
    <w:p>
      <w:pPr>
        <w:spacing w:after="0"/>
      </w:pPr>
    </w:p>
    <w:p>
      <w:pPr>
        <w:spacing w:after="0"/>
      </w:pPr>
      <w:r>
        <w:rPr>
          <w:rFonts w:ascii="Arial" w:hAnsi="Arial"/>
          <w:b/>
          <w:sz w:val="22"/>
        </w:rPr>
        <w:t xml:space="preserve">Daisy  </w:t>
      </w:r>
      <w:r>
        <w:rPr>
          <w:rFonts w:ascii="Arial" w:hAnsi="Arial"/>
          <w:color w:val="5D7284"/>
          <w:sz w:val="22"/>
        </w:rPr>
        <w:t>25:33</w:t>
      </w:r>
    </w:p>
    <w:p>
      <w:pPr>
        <w:spacing w:after="0"/>
      </w:pPr>
      <w:r>
        <w:rPr>
          <w:rFonts w:ascii="Arial" w:hAnsi="Arial"/>
          <w:sz w:val="22"/>
        </w:rPr>
        <w:t>a proper flute.</w:t>
      </w:r>
    </w:p>
    <w:p>
      <w:pPr>
        <w:spacing w:after="0"/>
      </w:pPr>
    </w:p>
    <w:p>
      <w:pPr>
        <w:spacing w:after="0"/>
      </w:pPr>
      <w:r>
        <w:rPr>
          <w:rFonts w:ascii="Arial" w:hAnsi="Arial"/>
          <w:b/>
          <w:sz w:val="22"/>
        </w:rPr>
        <w:t xml:space="preserve">Alice  </w:t>
      </w:r>
      <w:r>
        <w:rPr>
          <w:rFonts w:ascii="Arial" w:hAnsi="Arial"/>
          <w:color w:val="5D7284"/>
          <w:sz w:val="22"/>
        </w:rPr>
        <w:t>25:36</w:t>
      </w:r>
    </w:p>
    <w:p>
      <w:pPr>
        <w:spacing w:after="0"/>
      </w:pPr>
      <w:r>
        <w:rPr>
          <w:rFonts w:ascii="Arial" w:hAnsi="Arial"/>
          <w:sz w:val="22"/>
        </w:rPr>
        <w:t>Well, no, a it's it no no no. It's a wooden like recorder, but it's longer than a recorder, so it's a, it's a, it's a, it's a. He calls it a flute. Well,</w:t>
      </w:r>
    </w:p>
    <w:p>
      <w:pPr>
        <w:spacing w:after="0"/>
      </w:pPr>
    </w:p>
    <w:p>
      <w:pPr>
        <w:spacing w:after="0"/>
      </w:pPr>
      <w:r>
        <w:rPr>
          <w:rFonts w:ascii="Arial" w:hAnsi="Arial"/>
          <w:b/>
          <w:sz w:val="22"/>
        </w:rPr>
        <w:t xml:space="preserve">Daisy  </w:t>
      </w:r>
      <w:r>
        <w:rPr>
          <w:rFonts w:ascii="Arial" w:hAnsi="Arial"/>
          <w:color w:val="5D7284"/>
          <w:sz w:val="22"/>
        </w:rPr>
        <w:t>25:47</w:t>
      </w:r>
    </w:p>
    <w:p>
      <w:pPr>
        <w:spacing w:after="0"/>
      </w:pPr>
      <w:r>
        <w:rPr>
          <w:rFonts w:ascii="Arial" w:hAnsi="Arial"/>
          <w:sz w:val="22"/>
        </w:rPr>
        <w:t>oh, like a pan flute type.</w:t>
      </w:r>
    </w:p>
    <w:p>
      <w:pPr>
        <w:spacing w:after="0"/>
      </w:pPr>
    </w:p>
    <w:p>
      <w:pPr>
        <w:spacing w:after="0"/>
      </w:pPr>
      <w:r>
        <w:rPr>
          <w:rFonts w:ascii="Arial" w:hAnsi="Arial"/>
          <w:b/>
          <w:sz w:val="22"/>
        </w:rPr>
        <w:t xml:space="preserve">Alice  </w:t>
      </w:r>
      <w:r>
        <w:rPr>
          <w:rFonts w:ascii="Arial" w:hAnsi="Arial"/>
          <w:color w:val="5D7284"/>
          <w:sz w:val="22"/>
        </w:rPr>
        <w:t>25:49</w:t>
      </w:r>
    </w:p>
    <w:p>
      <w:pPr>
        <w:spacing w:after="0"/>
      </w:pPr>
      <w:r>
        <w:rPr>
          <w:rFonts w:ascii="Arial" w:hAnsi="Arial"/>
          <w:sz w:val="22"/>
        </w:rPr>
        <w:t>He screams into it and makes a noise, which he has a very nice time doing. The rest of us, not not so great. We can't, we can't all be Tom Wiggins. Let's just put it that way.</w:t>
      </w:r>
    </w:p>
    <w:p>
      <w:pPr>
        <w:spacing w:after="0"/>
      </w:pPr>
    </w:p>
    <w:p>
      <w:pPr>
        <w:spacing w:after="0"/>
      </w:pPr>
      <w:r>
        <w:rPr>
          <w:rFonts w:ascii="Arial" w:hAnsi="Arial"/>
          <w:b/>
          <w:sz w:val="22"/>
        </w:rPr>
        <w:t xml:space="preserve">Daisy  </w:t>
      </w:r>
      <w:r>
        <w:rPr>
          <w:rFonts w:ascii="Arial" w:hAnsi="Arial"/>
          <w:color w:val="5D7284"/>
          <w:sz w:val="22"/>
        </w:rPr>
        <w:t>26:01</w:t>
      </w:r>
    </w:p>
    <w:p>
      <w:pPr>
        <w:spacing w:after="0"/>
      </w:pPr>
      <w:r>
        <w:rPr>
          <w:rFonts w:ascii="Arial" w:hAnsi="Arial"/>
          <w:sz w:val="22"/>
        </w:rPr>
        <w:t>I'm gonna send you a vivu zalar or something.</w:t>
      </w:r>
    </w:p>
    <w:p>
      <w:pPr>
        <w:spacing w:after="0"/>
      </w:pPr>
    </w:p>
    <w:p>
      <w:pPr>
        <w:spacing w:after="0"/>
      </w:pPr>
      <w:r>
        <w:rPr>
          <w:rFonts w:ascii="Arial" w:hAnsi="Arial"/>
          <w:b/>
          <w:sz w:val="22"/>
        </w:rPr>
        <w:t xml:space="preserve">Lucy  </w:t>
      </w:r>
      <w:r>
        <w:rPr>
          <w:rFonts w:ascii="Arial" w:hAnsi="Arial"/>
          <w:color w:val="5D7284"/>
          <w:sz w:val="22"/>
        </w:rPr>
        <w:t>26:03</w:t>
      </w:r>
    </w:p>
    <w:p>
      <w:pPr>
        <w:spacing w:after="0"/>
      </w:pPr>
      <w:r>
        <w:rPr>
          <w:rFonts w:ascii="Arial" w:hAnsi="Arial"/>
          <w:sz w:val="22"/>
        </w:rPr>
        <w:t>Bagpipes.</w:t>
      </w:r>
    </w:p>
    <w:p>
      <w:pPr>
        <w:spacing w:after="0"/>
      </w:pPr>
    </w:p>
    <w:p>
      <w:pPr>
        <w:spacing w:after="0"/>
      </w:pPr>
      <w:r>
        <w:rPr>
          <w:rFonts w:ascii="Arial" w:hAnsi="Arial"/>
          <w:b/>
          <w:sz w:val="22"/>
        </w:rPr>
        <w:t xml:space="preserve">Alice  </w:t>
      </w:r>
      <w:r>
        <w:rPr>
          <w:rFonts w:ascii="Arial" w:hAnsi="Arial"/>
          <w:color w:val="5D7284"/>
          <w:sz w:val="22"/>
        </w:rPr>
        <w:t>26:04</w:t>
      </w:r>
    </w:p>
    <w:p>
      <w:pPr>
        <w:spacing w:after="0"/>
      </w:pPr>
      <w:r>
        <w:rPr>
          <w:rFonts w:ascii="Arial" w:hAnsi="Arial"/>
          <w:sz w:val="22"/>
        </w:rPr>
        <w:t>I will stop speaking to you. I will stop speaking to you.</w:t>
      </w:r>
    </w:p>
    <w:p>
      <w:pPr>
        <w:spacing w:after="0"/>
      </w:pPr>
    </w:p>
    <w:p>
      <w:pPr>
        <w:spacing w:after="0"/>
      </w:pPr>
      <w:r>
        <w:rPr>
          <w:rFonts w:ascii="Arial" w:hAnsi="Arial"/>
          <w:b/>
          <w:sz w:val="22"/>
        </w:rPr>
        <w:t xml:space="preserve">Daisy  </w:t>
      </w:r>
      <w:r>
        <w:rPr>
          <w:rFonts w:ascii="Arial" w:hAnsi="Arial"/>
          <w:color w:val="5D7284"/>
          <w:sz w:val="22"/>
        </w:rPr>
        <w:t>26:12</w:t>
      </w:r>
    </w:p>
    <w:p>
      <w:pPr>
        <w:spacing w:after="0"/>
      </w:pPr>
      <w:r>
        <w:rPr>
          <w:rFonts w:ascii="Arial" w:hAnsi="Arial"/>
          <w:sz w:val="22"/>
        </w:rPr>
        <w:t>But then, how will we do this?</w:t>
      </w:r>
    </w:p>
    <w:p>
      <w:pPr>
        <w:spacing w:after="0"/>
      </w:pPr>
    </w:p>
    <w:p>
      <w:pPr>
        <w:spacing w:after="0"/>
      </w:pPr>
      <w:r>
        <w:rPr>
          <w:rFonts w:ascii="Arial" w:hAnsi="Arial"/>
          <w:b/>
          <w:sz w:val="22"/>
        </w:rPr>
        <w:t xml:space="preserve">Lucy  </w:t>
      </w:r>
      <w:r>
        <w:rPr>
          <w:rFonts w:ascii="Arial" w:hAnsi="Arial"/>
          <w:color w:val="5D7284"/>
          <w:sz w:val="22"/>
        </w:rPr>
        <w:t>26:15</w:t>
      </w:r>
    </w:p>
    <w:p>
      <w:pPr>
        <w:spacing w:after="0"/>
      </w:pPr>
      <w:r>
        <w:rPr>
          <w:rFonts w:ascii="Arial" w:hAnsi="Arial"/>
          <w:sz w:val="22"/>
        </w:rPr>
        <w:t>We have to find a new a new historian to keep us on track. Yes, Daisy, and Alice has had a fall out. Yeah, I I do think that the worst sound in the world from a musical instrument is bagpipes. I find them extremely. They hurt. They physically hurt my ears.</w:t>
      </w:r>
    </w:p>
    <w:p>
      <w:pPr>
        <w:spacing w:after="0"/>
      </w:pPr>
    </w:p>
    <w:p>
      <w:pPr>
        <w:spacing w:after="0"/>
      </w:pPr>
      <w:r>
        <w:rPr>
          <w:rFonts w:ascii="Arial" w:hAnsi="Arial"/>
          <w:b/>
          <w:sz w:val="22"/>
        </w:rPr>
        <w:t xml:space="preserve">Daisy  </w:t>
      </w:r>
      <w:r>
        <w:rPr>
          <w:rFonts w:ascii="Arial" w:hAnsi="Arial"/>
          <w:color w:val="5D7284"/>
          <w:sz w:val="22"/>
        </w:rPr>
        <w:t>26:37</w:t>
      </w:r>
    </w:p>
    <w:p>
      <w:pPr>
        <w:spacing w:after="0"/>
      </w:pPr>
      <w:r>
        <w:rPr>
          <w:rFonts w:ascii="Arial" w:hAnsi="Arial"/>
          <w:sz w:val="22"/>
        </w:rPr>
        <w:t>I I really like well played bagpipes. Yeah, the problem is there's there's a period of time before before you become good at it.</w:t>
      </w:r>
    </w:p>
    <w:p>
      <w:pPr>
        <w:spacing w:after="0"/>
      </w:pPr>
    </w:p>
    <w:p>
      <w:pPr>
        <w:spacing w:after="0"/>
      </w:pPr>
      <w:r>
        <w:rPr>
          <w:rFonts w:ascii="Arial" w:hAnsi="Arial"/>
          <w:b/>
          <w:sz w:val="22"/>
        </w:rPr>
        <w:t xml:space="preserve">Lucy  </w:t>
      </w:r>
      <w:r>
        <w:rPr>
          <w:rFonts w:ascii="Arial" w:hAnsi="Arial"/>
          <w:color w:val="5D7284"/>
          <w:sz w:val="22"/>
        </w:rPr>
        <w:t>26:47</w:t>
      </w:r>
    </w:p>
    <w:p>
      <w:pPr>
        <w:spacing w:after="0"/>
      </w:pPr>
      <w:r>
        <w:rPr>
          <w:rFonts w:ascii="Arial" w:hAnsi="Arial"/>
          <w:sz w:val="22"/>
        </w:rPr>
        <w:t>Yeah, yes,</w:t>
      </w:r>
    </w:p>
    <w:p>
      <w:pPr>
        <w:spacing w:after="0"/>
      </w:pPr>
    </w:p>
    <w:p>
      <w:pPr>
        <w:spacing w:after="0"/>
      </w:pPr>
      <w:r>
        <w:rPr>
          <w:rFonts w:ascii="Arial" w:hAnsi="Arial"/>
          <w:b/>
          <w:sz w:val="22"/>
        </w:rPr>
        <w:t xml:space="preserve">Daisy  </w:t>
      </w:r>
      <w:r>
        <w:rPr>
          <w:rFonts w:ascii="Arial" w:hAnsi="Arial"/>
          <w:color w:val="5D7284"/>
          <w:sz w:val="22"/>
        </w:rPr>
        <w:t>26:47</w:t>
      </w:r>
    </w:p>
    <w:p>
      <w:pPr>
        <w:spacing w:after="0"/>
      </w:pPr>
      <w:r>
        <w:rPr>
          <w:rFonts w:ascii="Arial" w:hAnsi="Arial"/>
          <w:sz w:val="22"/>
        </w:rPr>
        <w:t>and it's it's one of those instruments that hasn't, as far as I know, they haven't come up with like an electric version of it. No, no, yet. Yeah, which I'd be awful because yeah, I really like the bagpipes. I would be interested in learning. Well, I was interested in learning it at some point, but you can't just buy learners' bag pipes.</w:t>
      </w:r>
    </w:p>
    <w:p>
      <w:pPr>
        <w:spacing w:after="0"/>
      </w:pPr>
    </w:p>
    <w:p>
      <w:pPr>
        <w:spacing w:after="0"/>
      </w:pPr>
      <w:r>
        <w:rPr>
          <w:rFonts w:ascii="Arial" w:hAnsi="Arial"/>
          <w:b/>
          <w:sz w:val="22"/>
        </w:rPr>
        <w:t xml:space="preserve">Lucy  </w:t>
      </w:r>
      <w:r>
        <w:rPr>
          <w:rFonts w:ascii="Arial" w:hAnsi="Arial"/>
          <w:color w:val="5D7284"/>
          <w:sz w:val="22"/>
        </w:rPr>
        <w:t>27:07</w:t>
      </w:r>
    </w:p>
    <w:p>
      <w:pPr>
        <w:spacing w:after="0"/>
      </w:pPr>
      <w:r>
        <w:rPr>
          <w:rFonts w:ascii="Arial" w:hAnsi="Arial"/>
          <w:sz w:val="22"/>
        </w:rPr>
        <w:t>My first bag pipes.</w:t>
      </w:r>
    </w:p>
    <w:p>
      <w:pPr>
        <w:spacing w:after="0"/>
      </w:pPr>
    </w:p>
    <w:p>
      <w:pPr>
        <w:spacing w:after="0"/>
      </w:pPr>
      <w:r>
        <w:rPr>
          <w:rFonts w:ascii="Arial" w:hAnsi="Arial"/>
          <w:b/>
          <w:sz w:val="22"/>
        </w:rPr>
        <w:t xml:space="preserve">Daisy  </w:t>
      </w:r>
      <w:r>
        <w:rPr>
          <w:rFonts w:ascii="Arial" w:hAnsi="Arial"/>
          <w:color w:val="5D7284"/>
          <w:sz w:val="22"/>
        </w:rPr>
        <w:t>27:11</w:t>
      </w:r>
    </w:p>
    <w:p>
      <w:pPr>
        <w:spacing w:after="0"/>
      </w:pPr>
      <w:r>
        <w:rPr>
          <w:rFonts w:ascii="Arial" w:hAnsi="Arial"/>
          <w:sz w:val="22"/>
        </w:rPr>
        <w:t>Yeah, because unfortunately, the you know the bagpipes that you buy when you're brand new are the same as the bagpipes that you buy when you know what you're doing.</w:t>
      </w:r>
    </w:p>
    <w:p>
      <w:pPr>
        <w:spacing w:after="0"/>
      </w:pPr>
    </w:p>
    <w:p>
      <w:pPr>
        <w:spacing w:after="0"/>
      </w:pPr>
      <w:r>
        <w:rPr>
          <w:rFonts w:ascii="Arial" w:hAnsi="Arial"/>
          <w:b/>
          <w:sz w:val="22"/>
        </w:rPr>
        <w:t xml:space="preserve">Lucy  </w:t>
      </w:r>
      <w:r>
        <w:rPr>
          <w:rFonts w:ascii="Arial" w:hAnsi="Arial"/>
          <w:color w:val="5D7284"/>
          <w:sz w:val="22"/>
        </w:rPr>
        <w:t>27:19</w:t>
      </w:r>
    </w:p>
    <w:p>
      <w:pPr>
        <w:spacing w:after="0"/>
      </w:pPr>
      <w:r>
        <w:rPr>
          <w:rFonts w:ascii="Arial" w:hAnsi="Arial"/>
          <w:sz w:val="22"/>
        </w:rPr>
        <w:t>Yeah, yeah. I I just don't.</w:t>
      </w:r>
    </w:p>
    <w:p>
      <w:pPr>
        <w:spacing w:after="0"/>
      </w:pPr>
    </w:p>
    <w:p>
      <w:pPr>
        <w:spacing w:after="0"/>
      </w:pPr>
      <w:r>
        <w:rPr>
          <w:rFonts w:ascii="Arial" w:hAnsi="Arial"/>
          <w:b/>
          <w:sz w:val="22"/>
        </w:rPr>
        <w:t xml:space="preserve">Lucy  </w:t>
      </w:r>
      <w:r>
        <w:rPr>
          <w:rFonts w:ascii="Arial" w:hAnsi="Arial"/>
          <w:color w:val="5D7284"/>
          <w:sz w:val="22"/>
        </w:rPr>
        <w:t>27:22</w:t>
      </w:r>
    </w:p>
    <w:p>
      <w:pPr>
        <w:spacing w:after="0"/>
      </w:pPr>
      <w:r>
        <w:rPr>
          <w:rFonts w:ascii="Arial" w:hAnsi="Arial"/>
          <w:sz w:val="22"/>
        </w:rPr>
        <w:t>Violins are the same, though. A bad violin makes you want to gouge your eyes out. Yeah,</w:t>
      </w:r>
    </w:p>
    <w:p>
      <w:pPr>
        <w:spacing w:after="0"/>
      </w:pPr>
    </w:p>
    <w:p>
      <w:pPr>
        <w:spacing w:after="0"/>
      </w:pPr>
      <w:r>
        <w:rPr>
          <w:rFonts w:ascii="Arial" w:hAnsi="Arial"/>
          <w:b/>
          <w:sz w:val="22"/>
        </w:rPr>
        <w:t xml:space="preserve">Daisy  </w:t>
      </w:r>
      <w:r>
        <w:rPr>
          <w:rFonts w:ascii="Arial" w:hAnsi="Arial"/>
          <w:color w:val="5D7284"/>
          <w:sz w:val="22"/>
        </w:rPr>
        <w:t>27:28</w:t>
      </w:r>
    </w:p>
    <w:p>
      <w:pPr>
        <w:spacing w:after="0"/>
      </w:pPr>
      <w:r>
        <w:rPr>
          <w:rFonts w:ascii="Arial" w:hAnsi="Arial"/>
          <w:sz w:val="22"/>
        </w:rPr>
        <w:t>but at least I, yeah, I know that well because I played very bad violin for a while. But at least they make electric versions of that now.</w:t>
      </w:r>
    </w:p>
    <w:p>
      <w:pPr>
        <w:spacing w:after="0"/>
      </w:pPr>
    </w:p>
    <w:p>
      <w:pPr>
        <w:spacing w:after="0"/>
      </w:pPr>
      <w:r>
        <w:rPr>
          <w:rFonts w:ascii="Arial" w:hAnsi="Arial"/>
          <w:b/>
          <w:sz w:val="22"/>
        </w:rPr>
        <w:t xml:space="preserve">Lucy  </w:t>
      </w:r>
      <w:r>
        <w:rPr>
          <w:rFonts w:ascii="Arial" w:hAnsi="Arial"/>
          <w:color w:val="5D7284"/>
          <w:sz w:val="22"/>
        </w:rPr>
        <w:t>27:35</w:t>
      </w:r>
    </w:p>
    <w:p>
      <w:pPr>
        <w:spacing w:after="0"/>
      </w:pPr>
      <w:r>
        <w:rPr>
          <w:rFonts w:ascii="Arial" w:hAnsi="Arial"/>
          <w:sz w:val="22"/>
        </w:rPr>
        <w:t xml:space="preserve"> They do, don't they tried every musical instrument with me as a child, and even to the point of a triangle, and I was just-I've got no rhythm or musicality in me whatsoever. So it doesn't matter what instrument you give me, I will be shit. Unfortunately, I will be shit. So I do envy people that can play instruments, but I am terrible.</w:t>
      </w:r>
    </w:p>
    <w:p>
      <w:pPr>
        <w:spacing w:after="0"/>
      </w:pPr>
    </w:p>
    <w:p>
      <w:pPr>
        <w:spacing w:after="0"/>
      </w:pPr>
      <w:r>
        <w:rPr>
          <w:rFonts w:ascii="Arial" w:hAnsi="Arial"/>
          <w:b/>
          <w:sz w:val="22"/>
        </w:rPr>
        <w:t xml:space="preserve">Daisy  </w:t>
      </w:r>
      <w:r>
        <w:rPr>
          <w:rFonts w:ascii="Arial" w:hAnsi="Arial"/>
          <w:color w:val="5D7284"/>
          <w:sz w:val="22"/>
        </w:rPr>
        <w:t>28:00</w:t>
      </w:r>
    </w:p>
    <w:p>
      <w:pPr>
        <w:spacing w:after="0"/>
      </w:pPr>
      <w:r>
        <w:rPr>
          <w:rFonts w:ascii="Arial" w:hAnsi="Arial"/>
          <w:sz w:val="22"/>
        </w:rPr>
        <w:t>Yeah, I wish I was more musical than I am. I did those violin lessons for ages and ages and ages, but my teacher, as it turned out, wasn't actually teaching us how to read music.</w:t>
      </w:r>
    </w:p>
    <w:p>
      <w:pPr>
        <w:spacing w:after="0"/>
      </w:pPr>
    </w:p>
    <w:p>
      <w:pPr>
        <w:spacing w:after="0"/>
      </w:pPr>
      <w:r>
        <w:rPr>
          <w:rFonts w:ascii="Arial" w:hAnsi="Arial"/>
          <w:b/>
          <w:sz w:val="22"/>
        </w:rPr>
        <w:t xml:space="preserve">Lucy  </w:t>
      </w:r>
      <w:r>
        <w:rPr>
          <w:rFonts w:ascii="Arial" w:hAnsi="Arial"/>
          <w:color w:val="5D7284"/>
          <w:sz w:val="22"/>
        </w:rPr>
        <w:t>28:10</w:t>
      </w:r>
    </w:p>
    <w:p>
      <w:pPr>
        <w:spacing w:after="0"/>
      </w:pPr>
      <w:r>
        <w:rPr>
          <w:rFonts w:ascii="Arial" w:hAnsi="Arial"/>
          <w:sz w:val="22"/>
        </w:rPr>
        <w:t>Okay, okay</w:t>
      </w:r>
    </w:p>
    <w:p>
      <w:pPr>
        <w:spacing w:after="0"/>
      </w:pPr>
    </w:p>
    <w:p>
      <w:pPr>
        <w:spacing w:after="0"/>
      </w:pPr>
      <w:r>
        <w:rPr>
          <w:rFonts w:ascii="Arial" w:hAnsi="Arial"/>
          <w:b/>
          <w:sz w:val="22"/>
        </w:rPr>
        <w:t xml:space="preserve">Daisy  </w:t>
      </w:r>
      <w:r>
        <w:rPr>
          <w:rFonts w:ascii="Arial" w:hAnsi="Arial"/>
          <w:color w:val="5D7284"/>
          <w:sz w:val="22"/>
        </w:rPr>
        <w:t>28:12</w:t>
      </w:r>
    </w:p>
    <w:p>
      <w:pPr>
        <w:spacing w:after="0"/>
      </w:pPr>
      <w:r>
        <w:rPr>
          <w:rFonts w:ascii="Arial" w:hAnsi="Arial"/>
          <w:sz w:val="22"/>
        </w:rPr>
        <w:t>or to really play the violin. Were</w:t>
      </w:r>
    </w:p>
    <w:p>
      <w:pPr>
        <w:spacing w:after="0"/>
      </w:pPr>
    </w:p>
    <w:p>
      <w:pPr>
        <w:spacing w:after="0"/>
      </w:pPr>
      <w:r>
        <w:rPr>
          <w:rFonts w:ascii="Arial" w:hAnsi="Arial"/>
          <w:b/>
          <w:sz w:val="22"/>
        </w:rPr>
        <w:t xml:space="preserve">Alice  </w:t>
      </w:r>
      <w:r>
        <w:rPr>
          <w:rFonts w:ascii="Arial" w:hAnsi="Arial"/>
          <w:color w:val="5D7284"/>
          <w:sz w:val="22"/>
        </w:rPr>
        <w:t>28:16</w:t>
      </w:r>
    </w:p>
    <w:p>
      <w:pPr>
        <w:spacing w:after="0"/>
      </w:pPr>
      <w:r>
        <w:rPr>
          <w:rFonts w:ascii="Arial" w:hAnsi="Arial"/>
          <w:sz w:val="22"/>
        </w:rPr>
        <w:t>you just watching Thomas the Tank Engine and going home with your violin again? So</w:t>
      </w:r>
    </w:p>
    <w:p>
      <w:pPr>
        <w:spacing w:after="0"/>
      </w:pPr>
    </w:p>
    <w:p>
      <w:pPr>
        <w:spacing w:after="0"/>
      </w:pPr>
      <w:r>
        <w:rPr>
          <w:rFonts w:ascii="Arial" w:hAnsi="Arial"/>
          <w:b/>
          <w:sz w:val="22"/>
        </w:rPr>
        <w:t xml:space="preserve">Daisy  </w:t>
      </w:r>
      <w:r>
        <w:rPr>
          <w:rFonts w:ascii="Arial" w:hAnsi="Arial"/>
          <w:color w:val="5D7284"/>
          <w:sz w:val="22"/>
        </w:rPr>
        <w:t>28:22</w:t>
      </w:r>
    </w:p>
    <w:p>
      <w:pPr>
        <w:spacing w:after="0"/>
      </w:pPr>
      <w:r>
        <w:rPr>
          <w:rFonts w:ascii="Arial" w:hAnsi="Arial"/>
          <w:sz w:val="22"/>
        </w:rPr>
        <w:t>this. this is so. Instead of teaching us the notes, he he taught us the strings. So on a violin, you've got strings that are G D A and E. Right. So instead of teaching us all of the other notes, yeah, he taught us, for example, g1 which was the first finger position on the G string, and like E3, which is the third. It was a bit like that, yeah. Yeah, yeah. And so every bit of music we had, we didn't know what any of the notes were or what they looked like. It was just written on it like g1 g4 and that was how we played things. Anyway, so yeah, he he he taught me for about three years, and then he fell out of a window and broke both of his legs, so we didn't see him again.</w:t>
      </w:r>
    </w:p>
    <w:p>
      <w:pPr>
        <w:spacing w:after="0"/>
      </w:pPr>
    </w:p>
    <w:p>
      <w:pPr>
        <w:spacing w:after="0"/>
      </w:pPr>
      <w:r>
        <w:rPr>
          <w:rFonts w:ascii="Arial" w:hAnsi="Arial"/>
          <w:b/>
          <w:sz w:val="22"/>
        </w:rPr>
        <w:t xml:space="preserve">Lucy  </w:t>
      </w:r>
      <w:r>
        <w:rPr>
          <w:rFonts w:ascii="Arial" w:hAnsi="Arial"/>
          <w:color w:val="5D7284"/>
          <w:sz w:val="22"/>
        </w:rPr>
        <w:t>29:15</w:t>
      </w:r>
    </w:p>
    <w:p>
      <w:pPr>
        <w:spacing w:after="0"/>
      </w:pPr>
      <w:r>
        <w:rPr>
          <w:rFonts w:ascii="Arial" w:hAnsi="Arial"/>
          <w:sz w:val="22"/>
        </w:rPr>
        <w:t>Sorry, what? What?</w:t>
      </w:r>
    </w:p>
    <w:p>
      <w:pPr>
        <w:spacing w:after="0"/>
      </w:pPr>
    </w:p>
    <w:p>
      <w:pPr>
        <w:spacing w:after="0"/>
      </w:pPr>
      <w:r>
        <w:rPr>
          <w:rFonts w:ascii="Arial" w:hAnsi="Arial"/>
          <w:b/>
          <w:sz w:val="22"/>
        </w:rPr>
        <w:t xml:space="preserve">Daisy  </w:t>
      </w:r>
      <w:r>
        <w:rPr>
          <w:rFonts w:ascii="Arial" w:hAnsi="Arial"/>
          <w:color w:val="5D7284"/>
          <w:sz w:val="22"/>
        </w:rPr>
        <w:t>29:18</w:t>
      </w:r>
    </w:p>
    <w:p>
      <w:pPr>
        <w:spacing w:after="0"/>
      </w:pPr>
      <w:r>
        <w:rPr>
          <w:rFonts w:ascii="Arial" w:hAnsi="Arial"/>
          <w:sz w:val="22"/>
        </w:rPr>
        <w:t>This is what they told us. They told us that he'd fallen out of a window and broken both of his legs.</w:t>
      </w:r>
    </w:p>
    <w:p>
      <w:pPr>
        <w:spacing w:after="0"/>
      </w:pPr>
    </w:p>
    <w:p>
      <w:pPr>
        <w:spacing w:after="0"/>
      </w:pPr>
      <w:r>
        <w:rPr>
          <w:rFonts w:ascii="Arial" w:hAnsi="Arial"/>
          <w:b/>
          <w:sz w:val="22"/>
        </w:rPr>
        <w:t xml:space="preserve">Alice  </w:t>
      </w:r>
      <w:r>
        <w:rPr>
          <w:rFonts w:ascii="Arial" w:hAnsi="Arial"/>
          <w:color w:val="5D7284"/>
          <w:sz w:val="22"/>
        </w:rPr>
        <w:t>29:24</w:t>
      </w:r>
    </w:p>
    <w:p>
      <w:pPr>
        <w:spacing w:after="0"/>
      </w:pPr>
      <w:r>
        <w:rPr>
          <w:rFonts w:ascii="Arial" w:hAnsi="Arial"/>
          <w:sz w:val="22"/>
        </w:rPr>
        <w:t>I, you know what I think. You know I think actually happened, Daisy. I think there was a serious safeguarding concern about this gentleman, and the parents were like, "We can't tell him that he was touching one of the students in your class.</w:t>
      </w:r>
    </w:p>
    <w:p>
      <w:pPr>
        <w:spacing w:after="0"/>
      </w:pPr>
    </w:p>
    <w:p>
      <w:pPr>
        <w:spacing w:after="0"/>
      </w:pPr>
      <w:r>
        <w:rPr>
          <w:rFonts w:ascii="Arial" w:hAnsi="Arial"/>
          <w:b/>
          <w:sz w:val="22"/>
        </w:rPr>
        <w:t xml:space="preserve">Daisy  </w:t>
      </w:r>
      <w:r>
        <w:rPr>
          <w:rFonts w:ascii="Arial" w:hAnsi="Arial"/>
          <w:color w:val="5D7284"/>
          <w:sz w:val="22"/>
        </w:rPr>
        <w:t>29:35</w:t>
      </w:r>
    </w:p>
    <w:p>
      <w:pPr>
        <w:spacing w:after="0"/>
      </w:pPr>
      <w:r>
        <w:rPr>
          <w:rFonts w:ascii="Arial" w:hAnsi="Arial"/>
          <w:sz w:val="22"/>
        </w:rPr>
        <w:t>In hindsight, so yes, I think that was probably what happened.</w:t>
      </w:r>
    </w:p>
    <w:p>
      <w:pPr>
        <w:spacing w:after="0"/>
      </w:pPr>
    </w:p>
    <w:p>
      <w:pPr>
        <w:spacing w:after="0"/>
      </w:pPr>
      <w:r>
        <w:rPr>
          <w:rFonts w:ascii="Arial" w:hAnsi="Arial"/>
          <w:b/>
          <w:sz w:val="22"/>
        </w:rPr>
        <w:t xml:space="preserve">Alice  </w:t>
      </w:r>
      <w:r>
        <w:rPr>
          <w:rFonts w:ascii="Arial" w:hAnsi="Arial"/>
          <w:color w:val="5D7284"/>
          <w:sz w:val="22"/>
        </w:rPr>
        <w:t>29:38</w:t>
      </w:r>
    </w:p>
    <w:p>
      <w:pPr>
        <w:spacing w:after="0"/>
      </w:pPr>
      <w:r>
        <w:rPr>
          <w:rFonts w:ascii="Arial" w:hAnsi="Arial"/>
          <w:sz w:val="22"/>
        </w:rPr>
        <w:t>We'd have to tell you that he fell out of a window on both Bo his legs because that it makes sense to an eight year old.</w:t>
      </w:r>
    </w:p>
    <w:p>
      <w:pPr>
        <w:spacing w:after="0"/>
      </w:pPr>
    </w:p>
    <w:p>
      <w:pPr>
        <w:spacing w:after="0"/>
      </w:pPr>
      <w:r>
        <w:rPr>
          <w:rFonts w:ascii="Arial" w:hAnsi="Arial"/>
          <w:b/>
          <w:sz w:val="22"/>
        </w:rPr>
        <w:t xml:space="preserve">Daisy  </w:t>
      </w:r>
      <w:r>
        <w:rPr>
          <w:rFonts w:ascii="Arial" w:hAnsi="Arial"/>
          <w:color w:val="5D7284"/>
          <w:sz w:val="22"/>
        </w:rPr>
        <w:t>29:44</w:t>
      </w:r>
    </w:p>
    <w:p>
      <w:pPr>
        <w:spacing w:after="0"/>
      </w:pPr>
      <w:r>
        <w:rPr>
          <w:rFonts w:ascii="Arial" w:hAnsi="Arial"/>
          <w:sz w:val="22"/>
        </w:rPr>
        <w:t xml:space="preserve">Yeah, in hindsight, I do think that is probably what happened. </w:t>
      </w:r>
    </w:p>
    <w:p>
      <w:pPr>
        <w:spacing w:after="0"/>
      </w:pPr>
    </w:p>
    <w:p>
      <w:pPr>
        <w:spacing w:after="0"/>
      </w:pPr>
      <w:r>
        <w:rPr>
          <w:rFonts w:ascii="Arial" w:hAnsi="Arial"/>
          <w:b/>
          <w:sz w:val="22"/>
        </w:rPr>
        <w:t xml:space="preserve">Lucy  </w:t>
      </w:r>
      <w:r>
        <w:rPr>
          <w:rFonts w:ascii="Arial" w:hAnsi="Arial"/>
          <w:color w:val="5D7284"/>
          <w:sz w:val="22"/>
        </w:rPr>
        <w:t>29:47</w:t>
      </w:r>
    </w:p>
    <w:p>
      <w:pPr>
        <w:spacing w:after="0"/>
      </w:pPr>
      <w:r>
        <w:rPr>
          <w:rFonts w:ascii="Arial" w:hAnsi="Arial"/>
          <w:sz w:val="22"/>
        </w:rPr>
        <w:t xml:space="preserve">Oh my God, I love these. So I love these. I love these episodes. </w:t>
      </w:r>
    </w:p>
    <w:p>
      <w:pPr>
        <w:spacing w:after="0"/>
      </w:pPr>
    </w:p>
    <w:p>
      <w:pPr>
        <w:spacing w:after="0"/>
      </w:pPr>
      <w:r>
        <w:rPr>
          <w:rFonts w:ascii="Arial" w:hAnsi="Arial"/>
          <w:b/>
          <w:sz w:val="22"/>
        </w:rPr>
        <w:t xml:space="preserve">Daisy  </w:t>
      </w:r>
      <w:r>
        <w:rPr>
          <w:rFonts w:ascii="Arial" w:hAnsi="Arial"/>
          <w:color w:val="5D7284"/>
          <w:sz w:val="22"/>
        </w:rPr>
        <w:t>29:52</w:t>
      </w:r>
    </w:p>
    <w:p>
      <w:pPr>
        <w:spacing w:after="0"/>
      </w:pPr>
      <w:r>
        <w:rPr>
          <w:rFonts w:ascii="Arial" w:hAnsi="Arial"/>
          <w:sz w:val="22"/>
        </w:rPr>
        <w:t>Yes. Yeah. Eventually, we got a new a new teacher, and I was put forward for grade one violin. Okay. When I was like 11 or something, so I was the oldest by a significant margin, and I'd been playing for like four or five years, and I was doing grade one.</w:t>
      </w:r>
    </w:p>
    <w:p>
      <w:pPr>
        <w:spacing w:after="0"/>
      </w:pPr>
    </w:p>
    <w:p>
      <w:pPr>
        <w:spacing w:after="0"/>
      </w:pPr>
      <w:r>
        <w:rPr>
          <w:rFonts w:ascii="Arial" w:hAnsi="Arial"/>
          <w:b/>
          <w:sz w:val="22"/>
        </w:rPr>
        <w:t xml:space="preserve">Lucy  </w:t>
      </w:r>
      <w:r>
        <w:rPr>
          <w:rFonts w:ascii="Arial" w:hAnsi="Arial"/>
          <w:color w:val="5D7284"/>
          <w:sz w:val="22"/>
        </w:rPr>
        <w:t>30:11</w:t>
      </w:r>
    </w:p>
    <w:p>
      <w:pPr>
        <w:spacing w:after="0"/>
      </w:pPr>
      <w:r>
        <w:rPr>
          <w:rFonts w:ascii="Arial" w:hAnsi="Arial"/>
          <w:sz w:val="22"/>
        </w:rPr>
        <w:t>I think we need to write a book or something. Oh god!</w:t>
      </w:r>
    </w:p>
    <w:p>
      <w:pPr>
        <w:spacing w:after="0"/>
      </w:pPr>
    </w:p>
    <w:p>
      <w:pPr>
        <w:spacing w:after="0"/>
      </w:pPr>
      <w:r>
        <w:rPr>
          <w:rFonts w:ascii="Arial" w:hAnsi="Arial"/>
          <w:b/>
          <w:sz w:val="22"/>
        </w:rPr>
        <w:t xml:space="preserve">Daisy  </w:t>
      </w:r>
      <w:r>
        <w:rPr>
          <w:rFonts w:ascii="Arial" w:hAnsi="Arial"/>
          <w:color w:val="5D7284"/>
          <w:sz w:val="22"/>
        </w:rPr>
        <w:t>30:18</w:t>
      </w:r>
    </w:p>
    <w:p>
      <w:pPr>
        <w:spacing w:after="0"/>
      </w:pPr>
      <w:r>
        <w:rPr>
          <w:rFonts w:ascii="Arial" w:hAnsi="Arial"/>
          <w:sz w:val="22"/>
        </w:rPr>
        <w:t>And I passed, and then I gave up the violin.</w:t>
      </w:r>
    </w:p>
    <w:p>
      <w:pPr>
        <w:spacing w:after="0"/>
      </w:pPr>
    </w:p>
    <w:p>
      <w:pPr>
        <w:spacing w:after="0"/>
      </w:pPr>
      <w:r>
        <w:rPr>
          <w:rFonts w:ascii="Arial" w:hAnsi="Arial"/>
          <w:b/>
          <w:sz w:val="22"/>
        </w:rPr>
        <w:t xml:space="preserve">Lucy  </w:t>
      </w:r>
      <w:r>
        <w:rPr>
          <w:rFonts w:ascii="Arial" w:hAnsi="Arial"/>
          <w:color w:val="5D7284"/>
          <w:sz w:val="22"/>
        </w:rPr>
        <w:t>30:22</w:t>
      </w:r>
    </w:p>
    <w:p>
      <w:pPr>
        <w:spacing w:after="0"/>
      </w:pPr>
      <w:r>
        <w:rPr>
          <w:rFonts w:ascii="Arial" w:hAnsi="Arial"/>
          <w:sz w:val="22"/>
        </w:rPr>
        <w:t>That's enough. violin for me. Thank you.</w:t>
      </w:r>
    </w:p>
    <w:p>
      <w:pPr>
        <w:spacing w:after="0"/>
      </w:pPr>
    </w:p>
    <w:p>
      <w:pPr>
        <w:spacing w:after="0"/>
      </w:pPr>
      <w:r>
        <w:rPr>
          <w:rFonts w:ascii="Arial" w:hAnsi="Arial"/>
          <w:b/>
          <w:sz w:val="22"/>
        </w:rPr>
        <w:t xml:space="preserve">Daisy  </w:t>
      </w:r>
      <w:r>
        <w:rPr>
          <w:rFonts w:ascii="Arial" w:hAnsi="Arial"/>
          <w:color w:val="5D7284"/>
          <w:sz w:val="22"/>
        </w:rPr>
        <w:t>30:24</w:t>
      </w:r>
    </w:p>
    <w:p>
      <w:pPr>
        <w:spacing w:after="0"/>
      </w:pPr>
      <w:r>
        <w:rPr>
          <w:rFonts w:ascii="Arial" w:hAnsi="Arial"/>
          <w:sz w:val="22"/>
        </w:rPr>
        <w:t>Well, my stubbornness needed to get me through passing one exam, so I had something to show for it. But I was like, okay, the time has passed. I'm not going to be good at this. Weirdly, I had a friend from another school who apparently also had the same teacher who fell out of a window and broke both of his legs.</w:t>
      </w:r>
    </w:p>
    <w:p>
      <w:pPr>
        <w:spacing w:after="0"/>
      </w:pPr>
    </w:p>
    <w:p>
      <w:pPr>
        <w:spacing w:after="0"/>
      </w:pPr>
      <w:r>
        <w:rPr>
          <w:rFonts w:ascii="Arial" w:hAnsi="Arial"/>
          <w:b/>
          <w:sz w:val="22"/>
        </w:rPr>
        <w:t xml:space="preserve">Alice  </w:t>
      </w:r>
      <w:r>
        <w:rPr>
          <w:rFonts w:ascii="Arial" w:hAnsi="Arial"/>
          <w:color w:val="5D7284"/>
          <w:sz w:val="22"/>
        </w:rPr>
        <w:t>30:43</w:t>
      </w:r>
    </w:p>
    <w:p>
      <w:pPr>
        <w:spacing w:after="0"/>
      </w:pPr>
      <w:r>
        <w:rPr>
          <w:rFonts w:ascii="Arial" w:hAnsi="Arial"/>
          <w:sz w:val="22"/>
        </w:rPr>
        <w:t>I I think I think all of the parents got together and were like, right, right. What can we tell the children that isn't going to scar them about what this gen, what this guy is actually doing?</w:t>
      </w:r>
    </w:p>
    <w:p>
      <w:pPr>
        <w:spacing w:after="0"/>
      </w:pPr>
    </w:p>
    <w:p>
      <w:pPr>
        <w:spacing w:after="0"/>
      </w:pPr>
      <w:r>
        <w:rPr>
          <w:rFonts w:ascii="Arial" w:hAnsi="Arial"/>
          <w:b/>
          <w:sz w:val="22"/>
        </w:rPr>
        <w:t xml:space="preserve">Daisy  </w:t>
      </w:r>
      <w:r>
        <w:rPr>
          <w:rFonts w:ascii="Arial" w:hAnsi="Arial"/>
          <w:color w:val="5D7284"/>
          <w:sz w:val="22"/>
        </w:rPr>
        <w:t>30:55</w:t>
      </w:r>
    </w:p>
    <w:p>
      <w:pPr>
        <w:spacing w:after="0"/>
      </w:pPr>
      <w:r>
        <w:rPr>
          <w:rFonts w:ascii="Arial" w:hAnsi="Arial"/>
          <w:sz w:val="22"/>
        </w:rPr>
        <w:t>We'll explain why he's never coming back.</w:t>
      </w:r>
    </w:p>
    <w:p>
      <w:pPr>
        <w:spacing w:after="0"/>
      </w:pPr>
    </w:p>
    <w:p>
      <w:pPr>
        <w:spacing w:after="0"/>
      </w:pPr>
      <w:r>
        <w:rPr>
          <w:rFonts w:ascii="Arial" w:hAnsi="Arial"/>
          <w:b/>
          <w:sz w:val="22"/>
        </w:rPr>
        <w:t xml:space="preserve">Alice  </w:t>
      </w:r>
      <w:r>
        <w:rPr>
          <w:rFonts w:ascii="Arial" w:hAnsi="Arial"/>
          <w:color w:val="5D7284"/>
          <w:sz w:val="22"/>
        </w:rPr>
        <w:t>30:59</w:t>
      </w:r>
    </w:p>
    <w:p>
      <w:pPr>
        <w:spacing w:after="0"/>
      </w:pPr>
      <w:r>
        <w:rPr>
          <w:rFonts w:ascii="Arial" w:hAnsi="Arial"/>
          <w:sz w:val="22"/>
        </w:rPr>
        <w:t>I mean, I suppose it could be worse. They could have been like, "He's gone to live on a farm with all the other violin teachers,</w:t>
      </w:r>
    </w:p>
    <w:p>
      <w:pPr>
        <w:spacing w:after="0"/>
      </w:pPr>
    </w:p>
    <w:p>
      <w:pPr>
        <w:spacing w:after="0"/>
      </w:pPr>
      <w:r>
        <w:rPr>
          <w:rFonts w:ascii="Arial" w:hAnsi="Arial"/>
          <w:b/>
          <w:sz w:val="22"/>
        </w:rPr>
        <w:t xml:space="preserve">Daisy  </w:t>
      </w:r>
      <w:r>
        <w:rPr>
          <w:rFonts w:ascii="Arial" w:hAnsi="Arial"/>
          <w:color w:val="5D7284"/>
          <w:sz w:val="22"/>
        </w:rPr>
        <w:t>31:06</w:t>
      </w:r>
    </w:p>
    <w:p>
      <w:pPr>
        <w:spacing w:after="0"/>
      </w:pPr>
      <w:r>
        <w:rPr>
          <w:rFonts w:ascii="Arial" w:hAnsi="Arial"/>
          <w:sz w:val="22"/>
        </w:rPr>
        <w:t>all of the other suspect teachers. So yeah, so this will be our first reference to our great enemy, PT, because Tom Wiggins was advertised as a Barnum style freak.</w:t>
      </w:r>
    </w:p>
    <w:p>
      <w:pPr>
        <w:spacing w:after="0"/>
      </w:pPr>
    </w:p>
    <w:p>
      <w:pPr>
        <w:spacing w:after="0"/>
      </w:pPr>
      <w:r>
        <w:rPr>
          <w:rFonts w:ascii="Arial" w:hAnsi="Arial"/>
          <w:b/>
          <w:sz w:val="22"/>
        </w:rPr>
        <w:t xml:space="preserve">Alice  </w:t>
      </w:r>
      <w:r>
        <w:rPr>
          <w:rFonts w:ascii="Arial" w:hAnsi="Arial"/>
          <w:color w:val="5D7284"/>
          <w:sz w:val="22"/>
        </w:rPr>
        <w:t>31:25</w:t>
      </w:r>
    </w:p>
    <w:p>
      <w:pPr>
        <w:spacing w:after="0"/>
      </w:pPr>
      <w:r>
        <w:rPr>
          <w:rFonts w:ascii="Arial" w:hAnsi="Arial"/>
          <w:sz w:val="22"/>
        </w:rPr>
        <w:t>Okay, so he he was he was famous enough that like they couldn't, you know, they they they famous enough that you just using his name would give people an idea of kind of what to expect, even if you weren't yeah, be affiliated with them,</w:t>
      </w:r>
    </w:p>
    <w:p>
      <w:pPr>
        <w:spacing w:after="0"/>
      </w:pPr>
    </w:p>
    <w:p>
      <w:pPr>
        <w:spacing w:after="0"/>
      </w:pPr>
      <w:r>
        <w:rPr>
          <w:rFonts w:ascii="Arial" w:hAnsi="Arial"/>
          <w:b/>
          <w:sz w:val="22"/>
        </w:rPr>
        <w:t xml:space="preserve">Daisy  </w:t>
      </w:r>
      <w:r>
        <w:rPr>
          <w:rFonts w:ascii="Arial" w:hAnsi="Arial"/>
          <w:color w:val="5D7284"/>
          <w:sz w:val="22"/>
        </w:rPr>
        <w:t>31:42</w:t>
      </w:r>
    </w:p>
    <w:p>
      <w:pPr>
        <w:spacing w:after="0"/>
      </w:pPr>
      <w:r>
        <w:rPr>
          <w:rFonts w:ascii="Arial" w:hAnsi="Arial"/>
          <w:sz w:val="22"/>
        </w:rPr>
        <w:t>but it's it's strange because you know, P. T. Barnum's you know big, I suppose time was was later than this, so it must have been sort of right at the end of his career that he was being advertised as that, because otherwise, everyone just would have been who who the hell is who the hell is Barnum?</w:t>
      </w:r>
    </w:p>
    <w:p>
      <w:pPr>
        <w:spacing w:after="0"/>
      </w:pPr>
    </w:p>
    <w:p>
      <w:pPr>
        <w:spacing w:after="0"/>
      </w:pPr>
      <w:r>
        <w:rPr>
          <w:rFonts w:ascii="Arial" w:hAnsi="Arial"/>
          <w:b/>
          <w:sz w:val="22"/>
        </w:rPr>
        <w:t xml:space="preserve">Lucy  </w:t>
      </w:r>
      <w:r>
        <w:rPr>
          <w:rFonts w:ascii="Arial" w:hAnsi="Arial"/>
          <w:color w:val="5D7284"/>
          <w:sz w:val="22"/>
        </w:rPr>
        <w:t>32:00</w:t>
      </w:r>
    </w:p>
    <w:p>
      <w:pPr>
        <w:spacing w:after="0"/>
      </w:pPr>
      <w:r>
        <w:rPr>
          <w:rFonts w:ascii="Arial" w:hAnsi="Arial"/>
          <w:sz w:val="22"/>
        </w:rPr>
        <w:t>What the hell are you talking about? Yeah, yeah.</w:t>
      </w:r>
    </w:p>
    <w:p>
      <w:pPr>
        <w:spacing w:after="0"/>
      </w:pPr>
    </w:p>
    <w:p>
      <w:pPr>
        <w:spacing w:after="0"/>
      </w:pPr>
      <w:r>
        <w:rPr>
          <w:rFonts w:ascii="Arial" w:hAnsi="Arial"/>
          <w:b/>
          <w:sz w:val="22"/>
        </w:rPr>
        <w:t xml:space="preserve">Daisy  </w:t>
      </w:r>
      <w:r>
        <w:rPr>
          <w:rFonts w:ascii="Arial" w:hAnsi="Arial"/>
          <w:color w:val="5D7284"/>
          <w:sz w:val="22"/>
        </w:rPr>
        <w:t>32:03</w:t>
      </w:r>
    </w:p>
    <w:p>
      <w:pPr>
        <w:spacing w:after="0"/>
      </w:pPr>
      <w:r>
        <w:rPr>
          <w:rFonts w:ascii="Arial" w:hAnsi="Arial"/>
          <w:sz w:val="22"/>
        </w:rPr>
        <w:t>So yeah, they they were telling audiences that this is where a lot of the various obvious racial overtones come in. They would tell audience that he transformed from an animal to a talented musician.</w:t>
      </w:r>
    </w:p>
    <w:p>
      <w:pPr>
        <w:spacing w:after="0"/>
      </w:pPr>
    </w:p>
    <w:p>
      <w:pPr>
        <w:spacing w:after="0"/>
      </w:pPr>
      <w:r>
        <w:rPr>
          <w:rFonts w:ascii="Arial" w:hAnsi="Arial"/>
          <w:b/>
          <w:sz w:val="22"/>
        </w:rPr>
        <w:t xml:space="preserve">Lucy  </w:t>
      </w:r>
      <w:r>
        <w:rPr>
          <w:rFonts w:ascii="Arial" w:hAnsi="Arial"/>
          <w:color w:val="5D7284"/>
          <w:sz w:val="22"/>
        </w:rPr>
        <w:t>32:16</w:t>
      </w:r>
    </w:p>
    <w:p>
      <w:pPr>
        <w:spacing w:after="0"/>
      </w:pPr>
      <w:r>
        <w:rPr>
          <w:rFonts w:ascii="Arial" w:hAnsi="Arial"/>
          <w:sz w:val="22"/>
        </w:rPr>
        <w:t>Okay.</w:t>
      </w:r>
    </w:p>
    <w:p>
      <w:pPr>
        <w:spacing w:after="0"/>
      </w:pPr>
    </w:p>
    <w:p>
      <w:pPr>
        <w:spacing w:after="0"/>
      </w:pPr>
      <w:r>
        <w:rPr>
          <w:rFonts w:ascii="Arial" w:hAnsi="Arial"/>
          <w:b/>
          <w:sz w:val="22"/>
        </w:rPr>
        <w:t xml:space="preserve">Daisy  </w:t>
      </w:r>
      <w:r>
        <w:rPr>
          <w:rFonts w:ascii="Arial" w:hAnsi="Arial"/>
          <w:color w:val="5D7284"/>
          <w:sz w:val="22"/>
        </w:rPr>
        <w:t>32:19</w:t>
      </w:r>
    </w:p>
    <w:p>
      <w:pPr>
        <w:spacing w:after="0"/>
      </w:pPr>
      <w:r>
        <w:rPr>
          <w:rFonts w:ascii="Arial" w:hAnsi="Arial"/>
          <w:sz w:val="22"/>
        </w:rPr>
        <w:t>Say he was compared to a monkey, a grizzly bear, certain kinds of aggressive dog. So some of this was the racism, and some of this was what we would now consider was probably autism, because he was not hugely verbal. Like he could talk to audiences, but he would he would just recite what he had been told before. You know, none of it really came from him, which was apparently really strange for audiences because he would like talk about himself as others had talked about him. So it's quite like disparaging about himself.</w:t>
      </w:r>
    </w:p>
    <w:p>
      <w:pPr>
        <w:spacing w:after="0"/>
      </w:pPr>
    </w:p>
    <w:p>
      <w:pPr>
        <w:spacing w:after="0"/>
      </w:pPr>
      <w:r>
        <w:rPr>
          <w:rFonts w:ascii="Arial" w:hAnsi="Arial"/>
          <w:b/>
          <w:sz w:val="22"/>
        </w:rPr>
        <w:t xml:space="preserve">Lucy  </w:t>
      </w:r>
      <w:r>
        <w:rPr>
          <w:rFonts w:ascii="Arial" w:hAnsi="Arial"/>
          <w:color w:val="5D7284"/>
          <w:sz w:val="22"/>
        </w:rPr>
        <w:t>33:00</w:t>
      </w:r>
    </w:p>
    <w:p>
      <w:pPr>
        <w:spacing w:after="0"/>
      </w:pPr>
      <w:r>
        <w:rPr>
          <w:rFonts w:ascii="Arial" w:hAnsi="Arial"/>
          <w:sz w:val="22"/>
        </w:rPr>
        <w:t>Yeah, yeah, yeah, yeah,</w:t>
      </w:r>
    </w:p>
    <w:p>
      <w:pPr>
        <w:spacing w:after="0"/>
      </w:pPr>
    </w:p>
    <w:p>
      <w:pPr>
        <w:spacing w:after="0"/>
      </w:pPr>
      <w:r>
        <w:rPr>
          <w:rFonts w:ascii="Arial" w:hAnsi="Arial"/>
          <w:b/>
          <w:sz w:val="22"/>
        </w:rPr>
        <w:t xml:space="preserve">Daisy  </w:t>
      </w:r>
      <w:r>
        <w:rPr>
          <w:rFonts w:ascii="Arial" w:hAnsi="Arial"/>
          <w:color w:val="5D7284"/>
          <w:sz w:val="22"/>
        </w:rPr>
        <w:t>33:02</w:t>
      </w:r>
    </w:p>
    <w:p>
      <w:pPr>
        <w:spacing w:after="0"/>
      </w:pPr>
      <w:r>
        <w:rPr>
          <w:rFonts w:ascii="Arial" w:hAnsi="Arial"/>
          <w:sz w:val="22"/>
        </w:rPr>
        <w:t>yeah. But but also strangely, in his later years, there was kind of like a Avril Lavigne style imposter rumor, like a like there was a major flood that hit an area where he was performing, and it spread the rumor that he died, and so for a while afterwards, when he would perform. People would be like, "That's not really him. You found a different blind musician to perform for us. What what benefit is there?</w:t>
      </w:r>
    </w:p>
    <w:p>
      <w:pPr>
        <w:spacing w:after="0"/>
      </w:pPr>
    </w:p>
    <w:p>
      <w:pPr>
        <w:spacing w:after="0"/>
      </w:pPr>
      <w:r>
        <w:rPr>
          <w:rFonts w:ascii="Arial" w:hAnsi="Arial"/>
          <w:b/>
          <w:sz w:val="22"/>
        </w:rPr>
        <w:t xml:space="preserve">Lucy  </w:t>
      </w:r>
      <w:r>
        <w:rPr>
          <w:rFonts w:ascii="Arial" w:hAnsi="Arial"/>
          <w:color w:val="5D7284"/>
          <w:sz w:val="22"/>
        </w:rPr>
        <w:t>33:33</w:t>
      </w:r>
    </w:p>
    <w:p>
      <w:pPr>
        <w:spacing w:after="0"/>
      </w:pPr>
      <w:r>
        <w:rPr>
          <w:rFonts w:ascii="Arial" w:hAnsi="Arial"/>
          <w:sz w:val="22"/>
        </w:rPr>
        <w:t>Right, you just found an identical person. Yeah,</w:t>
      </w:r>
    </w:p>
    <w:p>
      <w:pPr>
        <w:spacing w:after="0"/>
      </w:pPr>
    </w:p>
    <w:p>
      <w:pPr>
        <w:spacing w:after="0"/>
      </w:pPr>
      <w:r>
        <w:rPr>
          <w:rFonts w:ascii="Arial" w:hAnsi="Arial"/>
          <w:b/>
          <w:sz w:val="22"/>
        </w:rPr>
        <w:t xml:space="preserve">Alice  </w:t>
      </w:r>
      <w:r>
        <w:rPr>
          <w:rFonts w:ascii="Arial" w:hAnsi="Arial"/>
          <w:color w:val="5D7284"/>
          <w:sz w:val="22"/>
        </w:rPr>
        <w:t>33:38</w:t>
      </w:r>
    </w:p>
    <w:p>
      <w:pPr>
        <w:spacing w:after="0"/>
      </w:pPr>
      <w:r>
        <w:rPr>
          <w:rFonts w:ascii="Arial" w:hAnsi="Arial"/>
          <w:sz w:val="22"/>
        </w:rPr>
        <w:t>and and it feels like you know, what's what's the outlay kind of financially of okay? So we've managed to secure another blind enslaved person that we are going to train to be as good at the piano. Yeah, as</w:t>
      </w:r>
    </w:p>
    <w:p>
      <w:pPr>
        <w:spacing w:after="0"/>
      </w:pPr>
    </w:p>
    <w:p>
      <w:pPr>
        <w:spacing w:after="0"/>
      </w:pPr>
      <w:r>
        <w:rPr>
          <w:rFonts w:ascii="Arial" w:hAnsi="Arial"/>
          <w:b/>
          <w:sz w:val="22"/>
        </w:rPr>
        <w:t xml:space="preserve">Lucy  </w:t>
      </w:r>
      <w:r>
        <w:rPr>
          <w:rFonts w:ascii="Arial" w:hAnsi="Arial"/>
          <w:color w:val="5D7284"/>
          <w:sz w:val="22"/>
        </w:rPr>
        <w:t>33:54</w:t>
      </w:r>
    </w:p>
    <w:p>
      <w:pPr>
        <w:spacing w:after="0"/>
      </w:pPr>
      <w:r>
        <w:rPr>
          <w:rFonts w:ascii="Arial" w:hAnsi="Arial"/>
          <w:sz w:val="22"/>
        </w:rPr>
        <w:t>good if not better.</w:t>
      </w:r>
    </w:p>
    <w:p>
      <w:pPr>
        <w:spacing w:after="0"/>
      </w:pPr>
    </w:p>
    <w:p>
      <w:pPr>
        <w:spacing w:after="0"/>
      </w:pPr>
      <w:r>
        <w:rPr>
          <w:rFonts w:ascii="Arial" w:hAnsi="Arial"/>
          <w:b/>
          <w:sz w:val="22"/>
        </w:rPr>
        <w:t xml:space="preserve">Daisy  </w:t>
      </w:r>
      <w:r>
        <w:rPr>
          <w:rFonts w:ascii="Arial" w:hAnsi="Arial"/>
          <w:color w:val="5D7284"/>
          <w:sz w:val="22"/>
        </w:rPr>
        <w:t>33:58</w:t>
      </w:r>
    </w:p>
    <w:p>
      <w:pPr>
        <w:spacing w:after="0"/>
      </w:pPr>
      <w:r>
        <w:rPr>
          <w:rFonts w:ascii="Arial" w:hAnsi="Arial"/>
          <w:sz w:val="22"/>
        </w:rPr>
        <w:t>Very strange. Like you know, there must have been more of a reason for it, but just all I know is that people thought</w:t>
      </w:r>
    </w:p>
    <w:p>
      <w:pPr>
        <w:spacing w:after="0"/>
      </w:pPr>
    </w:p>
    <w:p>
      <w:pPr>
        <w:spacing w:after="0"/>
      </w:pPr>
      <w:r>
        <w:rPr>
          <w:rFonts w:ascii="Arial" w:hAnsi="Arial"/>
          <w:b/>
          <w:sz w:val="22"/>
        </w:rPr>
        <w:t xml:space="preserve">Lucy  </w:t>
      </w:r>
      <w:r>
        <w:rPr>
          <w:rFonts w:ascii="Arial" w:hAnsi="Arial"/>
          <w:color w:val="5D7284"/>
          <w:sz w:val="22"/>
        </w:rPr>
        <w:t>34:05</w:t>
      </w:r>
    </w:p>
    <w:p>
      <w:pPr>
        <w:spacing w:after="0"/>
      </w:pPr>
      <w:r>
        <w:rPr>
          <w:rFonts w:ascii="Arial" w:hAnsi="Arial"/>
          <w:sz w:val="22"/>
        </w:rPr>
        <w:t>he died.</w:t>
      </w:r>
    </w:p>
    <w:p>
      <w:pPr>
        <w:spacing w:after="0"/>
      </w:pPr>
    </w:p>
    <w:p>
      <w:pPr>
        <w:spacing w:after="0"/>
      </w:pPr>
      <w:r>
        <w:rPr>
          <w:rFonts w:ascii="Arial" w:hAnsi="Arial"/>
          <w:b/>
          <w:sz w:val="22"/>
        </w:rPr>
        <w:t xml:space="preserve">Daisy  </w:t>
      </w:r>
      <w:r>
        <w:rPr>
          <w:rFonts w:ascii="Arial" w:hAnsi="Arial"/>
          <w:color w:val="5D7284"/>
          <w:sz w:val="22"/>
        </w:rPr>
        <w:t>34:05</w:t>
      </w:r>
    </w:p>
    <w:p>
      <w:pPr>
        <w:spacing w:after="0"/>
      </w:pPr>
      <w:r>
        <w:rPr>
          <w:rFonts w:ascii="Arial" w:hAnsi="Arial"/>
          <w:sz w:val="22"/>
        </w:rPr>
        <w:t>He had died.</w:t>
      </w:r>
    </w:p>
    <w:p>
      <w:pPr>
        <w:spacing w:after="0"/>
      </w:pPr>
    </w:p>
    <w:p>
      <w:pPr>
        <w:spacing w:after="0"/>
      </w:pPr>
      <w:r>
        <w:rPr>
          <w:rFonts w:ascii="Arial" w:hAnsi="Arial"/>
          <w:b/>
          <w:sz w:val="22"/>
        </w:rPr>
        <w:t xml:space="preserve">Alice  </w:t>
      </w:r>
      <w:r>
        <w:rPr>
          <w:rFonts w:ascii="Arial" w:hAnsi="Arial"/>
          <w:color w:val="5D7284"/>
          <w:sz w:val="22"/>
        </w:rPr>
        <w:t>34:06</w:t>
      </w:r>
    </w:p>
    <w:p>
      <w:pPr>
        <w:spacing w:after="0"/>
      </w:pPr>
      <w:r>
        <w:rPr>
          <w:rFonts w:ascii="Arial" w:hAnsi="Arial"/>
          <w:sz w:val="22"/>
        </w:rPr>
        <w:t>It's it's nice. It's nice to hear that batshit conspiracy theories existed before the internet and TikTok.</w:t>
      </w:r>
    </w:p>
    <w:p>
      <w:pPr>
        <w:spacing w:after="0"/>
      </w:pPr>
    </w:p>
    <w:p>
      <w:pPr>
        <w:spacing w:after="0"/>
      </w:pPr>
      <w:r>
        <w:rPr>
          <w:rFonts w:ascii="Arial" w:hAnsi="Arial"/>
          <w:b/>
          <w:sz w:val="22"/>
        </w:rPr>
        <w:t xml:space="preserve">Lucy  </w:t>
      </w:r>
      <w:r>
        <w:rPr>
          <w:rFonts w:ascii="Arial" w:hAnsi="Arial"/>
          <w:color w:val="5D7284"/>
          <w:sz w:val="22"/>
        </w:rPr>
        <w:t>34:14</w:t>
      </w:r>
    </w:p>
    <w:p>
      <w:pPr>
        <w:spacing w:after="0"/>
      </w:pPr>
      <w:r>
        <w:rPr>
          <w:rFonts w:ascii="Arial" w:hAnsi="Arial"/>
          <w:sz w:val="22"/>
        </w:rPr>
        <w:t>It's it's nice to know that people would spread rumors like wildfire back in those times</w:t>
      </w:r>
    </w:p>
    <w:p>
      <w:pPr>
        <w:spacing w:after="0"/>
      </w:pPr>
    </w:p>
    <w:p>
      <w:pPr>
        <w:spacing w:after="0"/>
      </w:pPr>
      <w:r>
        <w:rPr>
          <w:rFonts w:ascii="Arial" w:hAnsi="Arial"/>
          <w:b/>
          <w:sz w:val="22"/>
        </w:rPr>
        <w:t xml:space="preserve">Daisy  </w:t>
      </w:r>
      <w:r>
        <w:rPr>
          <w:rFonts w:ascii="Arial" w:hAnsi="Arial"/>
          <w:color w:val="5D7284"/>
          <w:sz w:val="22"/>
        </w:rPr>
        <w:t>34:20</w:t>
      </w:r>
    </w:p>
    <w:p>
      <w:pPr>
        <w:spacing w:after="0"/>
      </w:pPr>
      <w:r>
        <w:rPr>
          <w:rFonts w:ascii="Arial" w:hAnsi="Arial"/>
          <w:sz w:val="22"/>
        </w:rPr>
        <w:t>So yeah, the the next person is a similar ish era as Tom Wiggins. So Tom Wiggins was from kind of 1850s to 1890's ish, and Krao Farini was active from about the 1880 s. So it's a little bit of crossover, but not not a huge amount. She was known as the missing link, in yet another example of racism, but also the great tradition of removing people from their homes just so that people can come and look at them, which is like you were talking about with David Olasogat's book. So Krao is thought to have been born in Laos, but we, again, we don't have any way of knowing whether any of the background information we have about her was made up for advertising her her own exploitation, or whether it's a true thing that she has. You know, there's stories of like sending expeditions out, and there was a tribe of people who were all like her, and you know her mother died, and she was given over to this this lovely explorer, so that that was the thing could take care of her, and</w:t>
      </w:r>
    </w:p>
    <w:p>
      <w:pPr>
        <w:spacing w:after="0"/>
      </w:pPr>
    </w:p>
    <w:p>
      <w:pPr>
        <w:spacing w:after="0"/>
      </w:pPr>
      <w:r>
        <w:rPr>
          <w:rFonts w:ascii="Arial" w:hAnsi="Arial"/>
          <w:b/>
          <w:sz w:val="22"/>
        </w:rPr>
        <w:t xml:space="preserve">Alice  </w:t>
      </w:r>
      <w:r>
        <w:rPr>
          <w:rFonts w:ascii="Arial" w:hAnsi="Arial"/>
          <w:color w:val="5D7284"/>
          <w:sz w:val="22"/>
        </w:rPr>
        <w:t>35:34</w:t>
      </w:r>
    </w:p>
    <w:p>
      <w:pPr>
        <w:spacing w:after="0"/>
      </w:pPr>
      <w:r>
        <w:rPr>
          <w:rFonts w:ascii="Arial" w:hAnsi="Arial"/>
          <w:sz w:val="22"/>
        </w:rPr>
        <w:t>that they talked about in the David A. So good book that right like right up until really like like well into the slave trade era and stuff like that, that there were parts of you know the the I guess inner African continent where we where people in Europe were convinced that there were like there was a tribe of of people with just one eye, and there were like people who had, like what was mouths in weird places, and just this this concept that it was that's there were these these bizarre inhuman versions of humanity there because we just go on.</w:t>
      </w:r>
    </w:p>
    <w:p>
      <w:pPr>
        <w:spacing w:after="0"/>
      </w:pPr>
    </w:p>
    <w:p>
      <w:pPr>
        <w:spacing w:after="0"/>
      </w:pPr>
      <w:r>
        <w:rPr>
          <w:rFonts w:ascii="Arial" w:hAnsi="Arial"/>
          <w:b/>
          <w:sz w:val="22"/>
        </w:rPr>
        <w:t xml:space="preserve">Lucy  </w:t>
      </w:r>
      <w:r>
        <w:rPr>
          <w:rFonts w:ascii="Arial" w:hAnsi="Arial"/>
          <w:color w:val="5D7284"/>
          <w:sz w:val="22"/>
        </w:rPr>
        <w:t>36:19</w:t>
      </w:r>
    </w:p>
    <w:p>
      <w:pPr>
        <w:spacing w:after="0"/>
      </w:pPr>
      <w:r>
        <w:rPr>
          <w:rFonts w:ascii="Arial" w:hAnsi="Arial"/>
          <w:sz w:val="22"/>
        </w:rPr>
        <w:t>Yeah. So is that is that why she was called the missing link because she's got like one eye and like a 40 nose or something or what?</w:t>
      </w:r>
    </w:p>
    <w:p>
      <w:pPr>
        <w:spacing w:after="0"/>
      </w:pPr>
    </w:p>
    <w:p>
      <w:pPr>
        <w:spacing w:after="0"/>
      </w:pPr>
      <w:r>
        <w:rPr>
          <w:rFonts w:ascii="Arial" w:hAnsi="Arial"/>
          <w:b/>
          <w:sz w:val="22"/>
        </w:rPr>
        <w:t xml:space="preserve">Daisy  </w:t>
      </w:r>
      <w:r>
        <w:rPr>
          <w:rFonts w:ascii="Arial" w:hAnsi="Arial"/>
          <w:color w:val="5D7284"/>
          <w:sz w:val="22"/>
        </w:rPr>
        <w:t>36:28</w:t>
      </w:r>
    </w:p>
    <w:p>
      <w:pPr>
        <w:spacing w:after="0"/>
      </w:pPr>
      <w:r>
        <w:rPr>
          <w:rFonts w:ascii="Arial" w:hAnsi="Arial"/>
          <w:sz w:val="22"/>
        </w:rPr>
        <w:t>Yeah, so she had sort of, I guess what you were just telling me like excessive hair, right? So you know she had quite dark hair and it sort of all over her face and body. It's classic, you know, bearded lady type stuff, but obviously then that drew the connections between you know that missing link between yeah human and beast ape. That sort of you know something in between.</w:t>
      </w:r>
    </w:p>
    <w:p>
      <w:pPr>
        <w:spacing w:after="0"/>
      </w:pPr>
    </w:p>
    <w:p>
      <w:pPr>
        <w:spacing w:after="0"/>
      </w:pPr>
      <w:r>
        <w:rPr>
          <w:rFonts w:ascii="Arial" w:hAnsi="Arial"/>
          <w:b/>
          <w:sz w:val="22"/>
        </w:rPr>
        <w:t xml:space="preserve">Alice  </w:t>
      </w:r>
      <w:r>
        <w:rPr>
          <w:rFonts w:ascii="Arial" w:hAnsi="Arial"/>
          <w:color w:val="5D7284"/>
          <w:sz w:val="22"/>
        </w:rPr>
        <w:t>36:54</w:t>
      </w:r>
    </w:p>
    <w:p>
      <w:pPr>
        <w:spacing w:after="0"/>
      </w:pPr>
      <w:r>
        <w:rPr>
          <w:rFonts w:ascii="Arial" w:hAnsi="Arial"/>
          <w:sz w:val="22"/>
        </w:rPr>
        <w:t>You can bet that had she been born white, that she that those same kind of, it wouldn't have had you know. I'm not saying people wouldn't have exploited her, and there wouldn't have been things said about her. But I think it, I think it is important to sort of highlight that that the missing link thing ties very specifically to the fact that she was not white, and</w:t>
      </w:r>
    </w:p>
    <w:p>
      <w:pPr>
        <w:spacing w:after="0"/>
      </w:pPr>
    </w:p>
    <w:p>
      <w:pPr>
        <w:spacing w:after="0"/>
      </w:pPr>
      <w:r>
        <w:rPr>
          <w:rFonts w:ascii="Arial" w:hAnsi="Arial"/>
          <w:b/>
          <w:sz w:val="22"/>
        </w:rPr>
        <w:t xml:space="preserve">Daisy  </w:t>
      </w:r>
      <w:r>
        <w:rPr>
          <w:rFonts w:ascii="Arial" w:hAnsi="Arial"/>
          <w:color w:val="5D7284"/>
          <w:sz w:val="22"/>
        </w:rPr>
        <w:t>37:22</w:t>
      </w:r>
    </w:p>
    <w:p>
      <w:pPr>
        <w:spacing w:after="0"/>
      </w:pPr>
      <w:r>
        <w:rPr>
          <w:rFonts w:ascii="Arial" w:hAnsi="Arial"/>
          <w:sz w:val="22"/>
        </w:rPr>
        <w:t>oh, absolutely, yeah, yeah, yeah. It's it's part of the story that they have gone to this you know remote place where they they have found a tribe of people who are all you know part way between ape and human, and yes, that is basically because they are not white, like that just wouldn't happen if someone had been, you know, born in Luton.</w:t>
      </w:r>
    </w:p>
    <w:p>
      <w:pPr>
        <w:spacing w:after="0"/>
      </w:pPr>
    </w:p>
    <w:p>
      <w:pPr>
        <w:spacing w:after="0"/>
      </w:pPr>
      <w:r>
        <w:rPr>
          <w:rFonts w:ascii="Arial" w:hAnsi="Arial"/>
          <w:b/>
          <w:sz w:val="22"/>
        </w:rPr>
        <w:t xml:space="preserve">Alice  </w:t>
      </w:r>
      <w:r>
        <w:rPr>
          <w:rFonts w:ascii="Arial" w:hAnsi="Arial"/>
          <w:color w:val="5D7284"/>
          <w:sz w:val="22"/>
        </w:rPr>
        <w:t>37:46</w:t>
      </w:r>
    </w:p>
    <w:p>
      <w:pPr>
        <w:spacing w:after="0"/>
      </w:pPr>
      <w:r>
        <w:rPr>
          <w:rFonts w:ascii="Arial" w:hAnsi="Arial"/>
          <w:sz w:val="22"/>
        </w:rPr>
        <w:t>And and this</w:t>
      </w:r>
    </w:p>
    <w:p>
      <w:pPr>
        <w:spacing w:after="0"/>
      </w:pPr>
    </w:p>
    <w:p>
      <w:pPr>
        <w:spacing w:after="0"/>
      </w:pPr>
      <w:r>
        <w:rPr>
          <w:rFonts w:ascii="Arial" w:hAnsi="Arial"/>
          <w:b/>
          <w:sz w:val="22"/>
        </w:rPr>
        <w:t xml:space="preserve">Daisy  </w:t>
      </w:r>
      <w:r>
        <w:rPr>
          <w:rFonts w:ascii="Arial" w:hAnsi="Arial"/>
          <w:color w:val="5D7284"/>
          <w:sz w:val="22"/>
        </w:rPr>
        <w:t>37:46</w:t>
      </w:r>
    </w:p>
    <w:p>
      <w:pPr>
        <w:spacing w:after="0"/>
      </w:pPr>
      <w:r>
        <w:rPr>
          <w:rFonts w:ascii="Arial" w:hAnsi="Arial"/>
          <w:sz w:val="22"/>
        </w:rPr>
        <w:t>Luton's a terrible example because that's like a new town that definitely wouldn't have existed.</w:t>
      </w:r>
    </w:p>
    <w:p>
      <w:pPr>
        <w:spacing w:after="0"/>
      </w:pPr>
    </w:p>
    <w:p>
      <w:pPr>
        <w:spacing w:after="0"/>
      </w:pPr>
      <w:r>
        <w:rPr>
          <w:rFonts w:ascii="Arial" w:hAnsi="Arial"/>
          <w:b/>
          <w:sz w:val="22"/>
        </w:rPr>
        <w:t xml:space="preserve">Alice  </w:t>
      </w:r>
      <w:r>
        <w:rPr>
          <w:rFonts w:ascii="Arial" w:hAnsi="Arial"/>
          <w:color w:val="5D7284"/>
          <w:sz w:val="22"/>
        </w:rPr>
        <w:t>37:52</w:t>
      </w:r>
    </w:p>
    <w:p>
      <w:pPr>
        <w:spacing w:after="0"/>
      </w:pPr>
      <w:r>
        <w:rPr>
          <w:rFonts w:ascii="Arial" w:hAnsi="Arial"/>
          <w:sz w:val="22"/>
        </w:rPr>
        <w:t>But so, and and I guess when we're talking about this stuff, so this was a similar time as when Joseph Merrick was being exhibiting himself, because I think that's one of the things that that we've sort of touched on is that there was an element for for Merrick of being involved in the decision to to exhibit himself. Yeah, whereas I think the thing about Tom Wiggins and this lady is that there's no consent.</w:t>
      </w:r>
    </w:p>
    <w:p>
      <w:pPr>
        <w:spacing w:after="0"/>
      </w:pPr>
    </w:p>
    <w:p>
      <w:pPr>
        <w:spacing w:after="0"/>
      </w:pPr>
      <w:r>
        <w:rPr>
          <w:rFonts w:ascii="Arial" w:hAnsi="Arial"/>
          <w:b/>
          <w:sz w:val="22"/>
        </w:rPr>
        <w:t xml:space="preserve">Daisy  </w:t>
      </w:r>
      <w:r>
        <w:rPr>
          <w:rFonts w:ascii="Arial" w:hAnsi="Arial"/>
          <w:color w:val="5D7284"/>
          <w:sz w:val="22"/>
        </w:rPr>
        <w:t>38:27</w:t>
      </w:r>
    </w:p>
    <w:p>
      <w:pPr>
        <w:spacing w:after="0"/>
      </w:pPr>
      <w:r>
        <w:rPr>
          <w:rFonts w:ascii="Arial" w:hAnsi="Arial"/>
          <w:sz w:val="22"/>
        </w:rPr>
        <w:t>Yeah, so she continued, you know, doing shows and traveling around, you know, well into her adult years, and you know, theoretically, she could have chosen to go back, but at that point, she had already been, you know, removed from her life and her family, and just sort of forcibly taken away from that. There, there is definitely an element within a lot of these people's stories of kind of, I guess, the the idea that you've been given this certain lot in life, and so you might as well take advantage of it and and some people probably did genuinely really enjoy you know the amount of traveling and you know going around and like doing all of their various talents and things.</w:t>
      </w:r>
    </w:p>
    <w:p>
      <w:pPr>
        <w:spacing w:after="0"/>
      </w:pPr>
    </w:p>
    <w:p>
      <w:pPr>
        <w:spacing w:after="0"/>
      </w:pPr>
      <w:r>
        <w:rPr>
          <w:rFonts w:ascii="Arial" w:hAnsi="Arial"/>
          <w:b/>
          <w:sz w:val="22"/>
        </w:rPr>
        <w:t xml:space="preserve">Lucy  </w:t>
      </w:r>
      <w:r>
        <w:rPr>
          <w:rFonts w:ascii="Arial" w:hAnsi="Arial"/>
          <w:color w:val="5D7284"/>
          <w:sz w:val="22"/>
        </w:rPr>
        <w:t>39:14</w:t>
      </w:r>
    </w:p>
    <w:p>
      <w:pPr>
        <w:spacing w:after="0"/>
      </w:pPr>
      <w:r>
        <w:rPr>
          <w:rFonts w:ascii="Arial" w:hAnsi="Arial"/>
          <w:sz w:val="22"/>
        </w:rPr>
        <w:t>I suppose as well if you think about it, where else would somebody like that that kind of class of person get to see the world, see the country. If they weren't in a traveling freak show, do you know what I mean? Yeah, and there's there's some people who did</w:t>
      </w:r>
    </w:p>
    <w:p>
      <w:pPr>
        <w:spacing w:after="0"/>
      </w:pPr>
    </w:p>
    <w:p>
      <w:pPr>
        <w:spacing w:after="0"/>
      </w:pPr>
      <w:r>
        <w:rPr>
          <w:rFonts w:ascii="Arial" w:hAnsi="Arial"/>
          <w:b/>
          <w:sz w:val="22"/>
        </w:rPr>
        <w:t xml:space="preserve">Daisy  </w:t>
      </w:r>
      <w:r>
        <w:rPr>
          <w:rFonts w:ascii="Arial" w:hAnsi="Arial"/>
          <w:color w:val="5D7284"/>
          <w:sz w:val="22"/>
        </w:rPr>
        <w:t>39:34</w:t>
      </w:r>
    </w:p>
    <w:p>
      <w:pPr>
        <w:spacing w:after="0"/>
      </w:pPr>
      <w:r>
        <w:rPr>
          <w:rFonts w:ascii="Arial" w:hAnsi="Arial"/>
          <w:sz w:val="22"/>
        </w:rPr>
        <w:t>make significant amounts of money by.</w:t>
      </w:r>
    </w:p>
    <w:p>
      <w:pPr>
        <w:spacing w:after="0"/>
      </w:pPr>
    </w:p>
    <w:p>
      <w:pPr>
        <w:spacing w:after="0"/>
      </w:pPr>
      <w:r>
        <w:rPr>
          <w:rFonts w:ascii="Arial" w:hAnsi="Arial"/>
          <w:b/>
          <w:sz w:val="22"/>
        </w:rPr>
        <w:t xml:space="preserve">Alice  </w:t>
      </w:r>
      <w:r>
        <w:rPr>
          <w:rFonts w:ascii="Arial" w:hAnsi="Arial"/>
          <w:color w:val="5D7284"/>
          <w:sz w:val="22"/>
        </w:rPr>
        <w:t>39:37</w:t>
      </w:r>
    </w:p>
    <w:p>
      <w:pPr>
        <w:spacing w:after="0"/>
      </w:pPr>
      <w:r>
        <w:rPr>
          <w:rFonts w:ascii="Arial" w:hAnsi="Arial"/>
          <w:sz w:val="22"/>
        </w:rPr>
        <w:t>I guess that's the question. Was she was she what? Because you said Tom Wiggins was born into slavery, wasn't he? Was she she enslaved or</w:t>
      </w:r>
    </w:p>
    <w:p>
      <w:pPr>
        <w:spacing w:after="0"/>
      </w:pPr>
    </w:p>
    <w:p>
      <w:pPr>
        <w:spacing w:after="0"/>
      </w:pPr>
      <w:r>
        <w:rPr>
          <w:rFonts w:ascii="Arial" w:hAnsi="Arial"/>
          <w:b/>
          <w:sz w:val="22"/>
        </w:rPr>
        <w:t xml:space="preserve">Daisy  </w:t>
      </w:r>
      <w:r>
        <w:rPr>
          <w:rFonts w:ascii="Arial" w:hAnsi="Arial"/>
          <w:color w:val="5D7284"/>
          <w:sz w:val="22"/>
        </w:rPr>
        <w:t>39:49</w:t>
      </w:r>
    </w:p>
    <w:p>
      <w:pPr>
        <w:spacing w:after="0"/>
      </w:pPr>
      <w:r>
        <w:rPr>
          <w:rFonts w:ascii="Arial" w:hAnsi="Arial"/>
          <w:sz w:val="22"/>
        </w:rPr>
        <w:t>no? She was well. Again, we don't really know because it could all just be marketing. Well, yeah, but as as far as we can tell, it seems likely that she was taken. From Laos,</w:t>
      </w:r>
    </w:p>
    <w:p>
      <w:pPr>
        <w:spacing w:after="0"/>
      </w:pPr>
    </w:p>
    <w:p>
      <w:pPr>
        <w:spacing w:after="0"/>
      </w:pPr>
      <w:r>
        <w:rPr>
          <w:rFonts w:ascii="Arial" w:hAnsi="Arial"/>
          <w:b/>
          <w:sz w:val="22"/>
        </w:rPr>
        <w:t xml:space="preserve">Alice  </w:t>
      </w:r>
      <w:r>
        <w:rPr>
          <w:rFonts w:ascii="Arial" w:hAnsi="Arial"/>
          <w:color w:val="5D7284"/>
          <w:sz w:val="22"/>
        </w:rPr>
        <w:t>40:01</w:t>
      </w:r>
    </w:p>
    <w:p>
      <w:pPr>
        <w:spacing w:after="0"/>
      </w:pPr>
      <w:r>
        <w:rPr>
          <w:rFonts w:ascii="Arial" w:hAnsi="Arial"/>
          <w:sz w:val="22"/>
        </w:rPr>
        <w:t>right,</w:t>
      </w:r>
    </w:p>
    <w:p>
      <w:pPr>
        <w:spacing w:after="0"/>
      </w:pPr>
    </w:p>
    <w:p>
      <w:pPr>
        <w:spacing w:after="0"/>
      </w:pPr>
      <w:r>
        <w:rPr>
          <w:rFonts w:ascii="Arial" w:hAnsi="Arial"/>
          <w:b/>
          <w:sz w:val="22"/>
        </w:rPr>
        <w:t xml:space="preserve">Daisy  </w:t>
      </w:r>
      <w:r>
        <w:rPr>
          <w:rFonts w:ascii="Arial" w:hAnsi="Arial"/>
          <w:color w:val="5D7284"/>
          <w:sz w:val="22"/>
        </w:rPr>
        <w:t>40:02</w:t>
      </w:r>
    </w:p>
    <w:p>
      <w:pPr>
        <w:spacing w:after="0"/>
      </w:pPr>
      <w:r>
        <w:rPr>
          <w:rFonts w:ascii="Arial" w:hAnsi="Arial"/>
          <w:sz w:val="22"/>
        </w:rPr>
        <w:t>and from her family, and brought back to the West</w:t>
      </w:r>
    </w:p>
    <w:p>
      <w:pPr>
        <w:spacing w:after="0"/>
      </w:pPr>
    </w:p>
    <w:p>
      <w:pPr>
        <w:spacing w:after="0"/>
      </w:pPr>
      <w:r>
        <w:rPr>
          <w:rFonts w:ascii="Arial" w:hAnsi="Arial"/>
          <w:b/>
          <w:sz w:val="22"/>
        </w:rPr>
        <w:t xml:space="preserve">Alice  </w:t>
      </w:r>
      <w:r>
        <w:rPr>
          <w:rFonts w:ascii="Arial" w:hAnsi="Arial"/>
          <w:color w:val="5D7284"/>
          <w:sz w:val="22"/>
        </w:rPr>
        <w:t>40:06</w:t>
      </w:r>
    </w:p>
    <w:p>
      <w:pPr>
        <w:spacing w:after="0"/>
      </w:pPr>
      <w:r>
        <w:rPr>
          <w:rFonts w:ascii="Arial" w:hAnsi="Arial"/>
          <w:sz w:val="22"/>
        </w:rPr>
        <w:t>So probably kidnapped by the sounds of it.</w:t>
      </w:r>
    </w:p>
    <w:p>
      <w:pPr>
        <w:spacing w:after="0"/>
      </w:pPr>
    </w:p>
    <w:p>
      <w:pPr>
        <w:spacing w:after="0"/>
      </w:pPr>
      <w:r>
        <w:rPr>
          <w:rFonts w:ascii="Arial" w:hAnsi="Arial"/>
          <w:b/>
          <w:sz w:val="22"/>
        </w:rPr>
        <w:t xml:space="preserve">Daisy  </w:t>
      </w:r>
      <w:r>
        <w:rPr>
          <w:rFonts w:ascii="Arial" w:hAnsi="Arial"/>
          <w:color w:val="5D7284"/>
          <w:sz w:val="22"/>
        </w:rPr>
        <w:t>40:11</w:t>
      </w:r>
    </w:p>
    <w:p>
      <w:pPr>
        <w:spacing w:after="0"/>
      </w:pPr>
      <w:r>
        <w:rPr>
          <w:rFonts w:ascii="Arial" w:hAnsi="Arial"/>
          <w:sz w:val="22"/>
        </w:rPr>
        <w:t>But yeah, like whether you believe the story that she had been orphaned before she was taken, I there's there's no real way of knowing because you know she was taken at a point where she was so young that she probably wouldn't really have any way of you know determining what was what was true or not either. There are lots of there are some photos of her with the explorer who brought her over, and she's a very cute little kid. It's really adorable, but that's not the point.</w:t>
      </w:r>
    </w:p>
    <w:p>
      <w:pPr>
        <w:spacing w:after="0"/>
      </w:pPr>
    </w:p>
    <w:p>
      <w:pPr>
        <w:spacing w:after="0"/>
      </w:pPr>
      <w:r>
        <w:rPr>
          <w:rFonts w:ascii="Arial" w:hAnsi="Arial"/>
          <w:b/>
          <w:sz w:val="22"/>
        </w:rPr>
        <w:t xml:space="preserve">Lucy  </w:t>
      </w:r>
      <w:r>
        <w:rPr>
          <w:rFonts w:ascii="Arial" w:hAnsi="Arial"/>
          <w:color w:val="5D7284"/>
          <w:sz w:val="22"/>
        </w:rPr>
        <w:t>40:50</w:t>
      </w:r>
    </w:p>
    <w:p>
      <w:pPr>
        <w:spacing w:after="0"/>
      </w:pPr>
      <w:r>
        <w:rPr>
          <w:rFonts w:ascii="Arial" w:hAnsi="Arial"/>
          <w:sz w:val="22"/>
        </w:rPr>
        <w:t xml:space="preserve">No. But arwww </w:t>
      </w:r>
    </w:p>
    <w:p>
      <w:pPr>
        <w:spacing w:after="0"/>
      </w:pPr>
    </w:p>
    <w:p>
      <w:pPr>
        <w:spacing w:after="0"/>
      </w:pPr>
      <w:r>
        <w:rPr>
          <w:rFonts w:ascii="Arial" w:hAnsi="Arial"/>
          <w:b/>
          <w:sz w:val="22"/>
        </w:rPr>
        <w:t xml:space="preserve">Daisy  </w:t>
      </w:r>
      <w:r>
        <w:rPr>
          <w:rFonts w:ascii="Arial" w:hAnsi="Arial"/>
          <w:color w:val="5D7284"/>
          <w:sz w:val="22"/>
        </w:rPr>
        <w:t>40:55</w:t>
      </w:r>
    </w:p>
    <w:p>
      <w:pPr>
        <w:spacing w:after="0"/>
      </w:pPr>
      <w:r>
        <w:rPr>
          <w:rFonts w:ascii="Arial" w:hAnsi="Arial"/>
          <w:sz w:val="22"/>
        </w:rPr>
        <w:t>So yeah, it's it's interesting. It seems sort of unlikely that you know the the story of you know the rest of her tribe or family or group that she was with also had this sort of excessive hair. However, she did have a bunch of other genetic differences, I suppose. So she had extra ribs, and yeah, she was hyper mobile. Big up my my people, and you know there were a bunch of little things like that, so you know it is plausible that it was like a you know regional genetic genetic thing because there definitely are you know pockets of the world where these sorts of things do exist. Yeah, yeah, yeah.</w:t>
      </w:r>
    </w:p>
    <w:p>
      <w:pPr>
        <w:spacing w:after="0"/>
      </w:pPr>
    </w:p>
    <w:p>
      <w:pPr>
        <w:spacing w:after="0"/>
      </w:pPr>
      <w:r>
        <w:rPr>
          <w:rFonts w:ascii="Arial" w:hAnsi="Arial"/>
          <w:b/>
          <w:sz w:val="22"/>
        </w:rPr>
        <w:t xml:space="preserve">Alice  </w:t>
      </w:r>
      <w:r>
        <w:rPr>
          <w:rFonts w:ascii="Arial" w:hAnsi="Arial"/>
          <w:color w:val="5D7284"/>
          <w:sz w:val="22"/>
        </w:rPr>
        <w:t>41:37</w:t>
      </w:r>
    </w:p>
    <w:p>
      <w:pPr>
        <w:spacing w:after="0"/>
      </w:pPr>
      <w:r>
        <w:rPr>
          <w:rFonts w:ascii="Arial" w:hAnsi="Arial"/>
          <w:sz w:val="22"/>
        </w:rPr>
        <w:t>Limited gene pools, isn't it? But</w:t>
      </w:r>
    </w:p>
    <w:p>
      <w:pPr>
        <w:spacing w:after="0"/>
      </w:pPr>
    </w:p>
    <w:p>
      <w:pPr>
        <w:spacing w:after="0"/>
      </w:pPr>
      <w:r>
        <w:rPr>
          <w:rFonts w:ascii="Arial" w:hAnsi="Arial"/>
          <w:b/>
          <w:sz w:val="22"/>
        </w:rPr>
        <w:t xml:space="preserve">Daisy  </w:t>
      </w:r>
      <w:r>
        <w:rPr>
          <w:rFonts w:ascii="Arial" w:hAnsi="Arial"/>
          <w:color w:val="5D7284"/>
          <w:sz w:val="22"/>
        </w:rPr>
        <w:t>41:39</w:t>
      </w:r>
    </w:p>
    <w:p>
      <w:pPr>
        <w:spacing w:after="0"/>
      </w:pPr>
      <w:r>
        <w:rPr>
          <w:rFonts w:ascii="Arial" w:hAnsi="Arial"/>
          <w:sz w:val="22"/>
        </w:rPr>
        <w:t>well, yeah, and I mean, there's that. Is it in America somewhere? That that blue family.</w:t>
      </w:r>
    </w:p>
    <w:p>
      <w:pPr>
        <w:spacing w:after="0"/>
      </w:pPr>
    </w:p>
    <w:p>
      <w:pPr>
        <w:spacing w:after="0"/>
      </w:pPr>
      <w:r>
        <w:rPr>
          <w:rFonts w:ascii="Arial" w:hAnsi="Arial"/>
          <w:b/>
          <w:sz w:val="22"/>
        </w:rPr>
        <w:t xml:space="preserve">Alice  </w:t>
      </w:r>
      <w:r>
        <w:rPr>
          <w:rFonts w:ascii="Arial" w:hAnsi="Arial"/>
          <w:color w:val="5D7284"/>
          <w:sz w:val="22"/>
        </w:rPr>
        <w:t>41:46</w:t>
      </w:r>
    </w:p>
    <w:p>
      <w:pPr>
        <w:spacing w:after="0"/>
      </w:pPr>
      <w:r>
        <w:rPr>
          <w:rFonts w:ascii="Arial" w:hAnsi="Arial"/>
          <w:sz w:val="22"/>
        </w:rPr>
        <w:t>No, what?</w:t>
      </w:r>
    </w:p>
    <w:p>
      <w:pPr>
        <w:spacing w:after="0"/>
      </w:pPr>
    </w:p>
    <w:p>
      <w:pPr>
        <w:spacing w:after="0"/>
      </w:pPr>
      <w:r>
        <w:rPr>
          <w:rFonts w:ascii="Arial" w:hAnsi="Arial"/>
          <w:b/>
          <w:sz w:val="22"/>
        </w:rPr>
        <w:t xml:space="preserve">Daisy  </w:t>
      </w:r>
      <w:r>
        <w:rPr>
          <w:rFonts w:ascii="Arial" w:hAnsi="Arial"/>
          <w:color w:val="5D7284"/>
          <w:sz w:val="22"/>
        </w:rPr>
        <w:t>41:48</w:t>
      </w:r>
    </w:p>
    <w:p>
      <w:pPr>
        <w:spacing w:after="0"/>
      </w:pPr>
      <w:r>
        <w:rPr>
          <w:rFonts w:ascii="Arial" w:hAnsi="Arial"/>
          <w:sz w:val="22"/>
        </w:rPr>
        <w:t>Yeah, so it's it's like a a genetic thing because yeah, like you said, a limited gene pool, and their skin is kind of</w:t>
      </w:r>
    </w:p>
    <w:p>
      <w:pPr>
        <w:spacing w:after="0"/>
      </w:pPr>
    </w:p>
    <w:p>
      <w:pPr>
        <w:spacing w:after="0"/>
      </w:pPr>
      <w:r>
        <w:rPr>
          <w:rFonts w:ascii="Arial" w:hAnsi="Arial"/>
          <w:b/>
          <w:sz w:val="22"/>
        </w:rPr>
        <w:t xml:space="preserve">Lucy  </w:t>
      </w:r>
      <w:r>
        <w:rPr>
          <w:rFonts w:ascii="Arial" w:hAnsi="Arial"/>
          <w:color w:val="5D7284"/>
          <w:sz w:val="22"/>
        </w:rPr>
        <w:t>42:00</w:t>
      </w:r>
    </w:p>
    <w:p>
      <w:pPr>
        <w:spacing w:after="0"/>
      </w:pPr>
      <w:r>
        <w:rPr>
          <w:rFonts w:ascii="Arial" w:hAnsi="Arial"/>
          <w:sz w:val="22"/>
        </w:rPr>
        <w:t>blue.</w:t>
      </w:r>
    </w:p>
    <w:p>
      <w:pPr>
        <w:spacing w:after="0"/>
      </w:pPr>
    </w:p>
    <w:p>
      <w:pPr>
        <w:spacing w:after="0"/>
      </w:pPr>
      <w:r>
        <w:rPr>
          <w:rFonts w:ascii="Arial" w:hAnsi="Arial"/>
          <w:b/>
          <w:sz w:val="22"/>
        </w:rPr>
        <w:t xml:space="preserve">Daisy  </w:t>
      </w:r>
      <w:r>
        <w:rPr>
          <w:rFonts w:ascii="Arial" w:hAnsi="Arial"/>
          <w:color w:val="5D7284"/>
          <w:sz w:val="22"/>
        </w:rPr>
        <w:t>42:00</w:t>
      </w:r>
    </w:p>
    <w:p>
      <w:pPr>
        <w:spacing w:after="0"/>
      </w:pPr>
      <w:r>
        <w:rPr>
          <w:rFonts w:ascii="Arial" w:hAnsi="Arial"/>
          <w:sz w:val="22"/>
        </w:rPr>
        <w:t>Blue. I think it's America. I hope I hope I'm not conflating too different.</w:t>
      </w:r>
    </w:p>
    <w:p>
      <w:pPr>
        <w:spacing w:after="0"/>
      </w:pPr>
    </w:p>
    <w:p>
      <w:pPr>
        <w:spacing w:after="0"/>
      </w:pPr>
      <w:r>
        <w:rPr>
          <w:rFonts w:ascii="Arial" w:hAnsi="Arial"/>
          <w:b/>
          <w:sz w:val="22"/>
        </w:rPr>
        <w:t xml:space="preserve">Alice  </w:t>
      </w:r>
      <w:r>
        <w:rPr>
          <w:rFonts w:ascii="Arial" w:hAnsi="Arial"/>
          <w:color w:val="5D7284"/>
          <w:sz w:val="22"/>
        </w:rPr>
        <w:t>42:05</w:t>
      </w:r>
    </w:p>
    <w:p>
      <w:pPr>
        <w:spacing w:after="0"/>
      </w:pPr>
      <w:r>
        <w:rPr>
          <w:rFonts w:ascii="Arial" w:hAnsi="Arial"/>
          <w:sz w:val="22"/>
        </w:rPr>
        <w:t>You're not thinking of Avatar,</w:t>
      </w:r>
    </w:p>
    <w:p>
      <w:pPr>
        <w:spacing w:after="0"/>
      </w:pPr>
    </w:p>
    <w:p>
      <w:pPr>
        <w:spacing w:after="0"/>
      </w:pPr>
      <w:r>
        <w:rPr>
          <w:rFonts w:ascii="Arial" w:hAnsi="Arial"/>
          <w:b/>
          <w:sz w:val="22"/>
        </w:rPr>
        <w:t xml:space="preserve">Daisy  </w:t>
      </w:r>
      <w:r>
        <w:rPr>
          <w:rFonts w:ascii="Arial" w:hAnsi="Arial"/>
          <w:color w:val="5D7284"/>
          <w:sz w:val="22"/>
        </w:rPr>
        <w:t>42:07</w:t>
      </w:r>
    </w:p>
    <w:p>
      <w:pPr>
        <w:spacing w:after="0"/>
      </w:pPr>
      <w:r>
        <w:rPr>
          <w:rFonts w:ascii="Arial" w:hAnsi="Arial"/>
          <w:sz w:val="22"/>
        </w:rPr>
        <w:t>no, no.</w:t>
      </w:r>
    </w:p>
    <w:p>
      <w:pPr>
        <w:spacing w:after="0"/>
      </w:pPr>
    </w:p>
    <w:p>
      <w:pPr>
        <w:spacing w:after="0"/>
      </w:pPr>
      <w:r>
        <w:rPr>
          <w:rFonts w:ascii="Arial" w:hAnsi="Arial"/>
          <w:b/>
          <w:sz w:val="22"/>
        </w:rPr>
        <w:t xml:space="preserve">Alice  </w:t>
      </w:r>
      <w:r>
        <w:rPr>
          <w:rFonts w:ascii="Arial" w:hAnsi="Arial"/>
          <w:color w:val="5D7284"/>
          <w:sz w:val="22"/>
        </w:rPr>
        <w:t>42:09</w:t>
      </w:r>
    </w:p>
    <w:p>
      <w:pPr>
        <w:spacing w:after="0"/>
      </w:pPr>
      <w:r>
        <w:rPr>
          <w:rFonts w:ascii="Arial" w:hAnsi="Arial"/>
          <w:sz w:val="22"/>
        </w:rPr>
        <w:t>Just check in.</w:t>
      </w:r>
    </w:p>
    <w:p>
      <w:pPr>
        <w:spacing w:after="0"/>
      </w:pPr>
    </w:p>
    <w:p>
      <w:pPr>
        <w:spacing w:after="0"/>
      </w:pPr>
      <w:r>
        <w:rPr>
          <w:rFonts w:ascii="Arial" w:hAnsi="Arial"/>
          <w:b/>
          <w:sz w:val="22"/>
        </w:rPr>
        <w:t xml:space="preserve">Lucy  </w:t>
      </w:r>
      <w:r>
        <w:rPr>
          <w:rFonts w:ascii="Arial" w:hAnsi="Arial"/>
          <w:color w:val="5D7284"/>
          <w:sz w:val="22"/>
        </w:rPr>
        <w:t>42:10</w:t>
      </w:r>
    </w:p>
    <w:p>
      <w:pPr>
        <w:spacing w:after="0"/>
      </w:pPr>
      <w:r>
        <w:rPr>
          <w:rFonts w:ascii="Arial" w:hAnsi="Arial"/>
          <w:sz w:val="22"/>
        </w:rPr>
        <w:t>It's a bit like that. The king that was king over here, and he he had such a limited gene pool that basically he couldn't swallow, and like his tongue was too big for his mouth, and when he died, that the the person who was like doing his autopsy said he's got no blood in him, and I don't know how that happens. I can't remember which king it was now.</w:t>
      </w:r>
    </w:p>
    <w:p>
      <w:pPr>
        <w:spacing w:after="0"/>
      </w:pPr>
    </w:p>
    <w:p>
      <w:pPr>
        <w:spacing w:after="0"/>
      </w:pPr>
      <w:r>
        <w:rPr>
          <w:rFonts w:ascii="Arial" w:hAnsi="Arial"/>
          <w:b/>
          <w:sz w:val="22"/>
        </w:rPr>
        <w:t xml:space="preserve">Alice  </w:t>
      </w:r>
      <w:r>
        <w:rPr>
          <w:rFonts w:ascii="Arial" w:hAnsi="Arial"/>
          <w:color w:val="5D7284"/>
          <w:sz w:val="22"/>
        </w:rPr>
        <w:t>42:32</w:t>
      </w:r>
    </w:p>
    <w:p>
      <w:pPr>
        <w:spacing w:after="0"/>
      </w:pPr>
      <w:r>
        <w:rPr>
          <w:rFonts w:ascii="Arial" w:hAnsi="Arial"/>
          <w:sz w:val="22"/>
        </w:rPr>
        <w:t>What I think I might have, I certainly read about it. I don't know if I talked about it when I did the Romanovs because that's the the it was the the hemophilia was all linked to Victoria's</w:t>
      </w:r>
    </w:p>
    <w:p>
      <w:pPr>
        <w:spacing w:after="0"/>
      </w:pPr>
    </w:p>
    <w:p>
      <w:pPr>
        <w:spacing w:after="0"/>
      </w:pPr>
      <w:r>
        <w:rPr>
          <w:rFonts w:ascii="Arial" w:hAnsi="Arial"/>
          <w:b/>
          <w:sz w:val="22"/>
        </w:rPr>
        <w:t xml:space="preserve">Lucy  </w:t>
      </w:r>
      <w:r>
        <w:rPr>
          <w:rFonts w:ascii="Arial" w:hAnsi="Arial"/>
          <w:color w:val="5D7284"/>
          <w:sz w:val="22"/>
        </w:rPr>
        <w:t>42:46</w:t>
      </w:r>
    </w:p>
    <w:p>
      <w:pPr>
        <w:spacing w:after="0"/>
      </w:pPr>
      <w:r>
        <w:rPr>
          <w:rFonts w:ascii="Arial" w:hAnsi="Arial"/>
          <w:sz w:val="22"/>
        </w:rPr>
        <w:t>I don't know whether he was like Victorian or whether it's before. I think it was like before. I'm gonna have to Google it, and we'll have to do an episode on it because he was so like mal that like it was cousins marrying cousins, yeah, yeah, yeah, decades and decades, like that. Basically, he was just not. He couldn't eat properly. He couldn't speak. He couldn't really think for himself because of like the gene pool was literally a puddle. Basically,</w:t>
      </w:r>
    </w:p>
    <w:p>
      <w:pPr>
        <w:spacing w:after="0"/>
      </w:pPr>
    </w:p>
    <w:p>
      <w:pPr>
        <w:spacing w:after="0"/>
      </w:pPr>
      <w:r>
        <w:rPr>
          <w:rFonts w:ascii="Arial" w:hAnsi="Arial"/>
          <w:b/>
          <w:sz w:val="22"/>
        </w:rPr>
        <w:t xml:space="preserve">Alice  </w:t>
      </w:r>
      <w:r>
        <w:rPr>
          <w:rFonts w:ascii="Arial" w:hAnsi="Arial"/>
          <w:color w:val="5D7284"/>
          <w:sz w:val="22"/>
        </w:rPr>
        <w:t>43:12</w:t>
      </w:r>
    </w:p>
    <w:p>
      <w:pPr>
        <w:spacing w:after="0"/>
      </w:pPr>
      <w:r>
        <w:rPr>
          <w:rFonts w:ascii="Arial" w:hAnsi="Arial"/>
          <w:sz w:val="22"/>
        </w:rPr>
        <w:t>it's why you should. It's why you should you know adopt a unwanted cross breed, not buy a pedigree dog because it's going to end up with like secretly having seven legs and no intestines.</w:t>
      </w:r>
    </w:p>
    <w:p>
      <w:pPr>
        <w:spacing w:after="0"/>
      </w:pPr>
    </w:p>
    <w:p>
      <w:pPr>
        <w:spacing w:after="0"/>
      </w:pPr>
      <w:r>
        <w:rPr>
          <w:rFonts w:ascii="Arial" w:hAnsi="Arial"/>
          <w:b/>
          <w:sz w:val="22"/>
        </w:rPr>
        <w:t xml:space="preserve">Lucy  </w:t>
      </w:r>
      <w:r>
        <w:rPr>
          <w:rFonts w:ascii="Arial" w:hAnsi="Arial"/>
          <w:color w:val="5D7284"/>
          <w:sz w:val="22"/>
        </w:rPr>
        <w:t>43:28</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43:28</w:t>
      </w:r>
    </w:p>
    <w:p>
      <w:pPr>
        <w:spacing w:after="0"/>
      </w:pPr>
      <w:r>
        <w:rPr>
          <w:rFonts w:ascii="Arial" w:hAnsi="Arial"/>
          <w:sz w:val="22"/>
        </w:rPr>
        <w:t>because overbreeding does that to you. Yeah.</w:t>
      </w:r>
    </w:p>
    <w:p>
      <w:pPr>
        <w:spacing w:after="0"/>
      </w:pPr>
    </w:p>
    <w:p>
      <w:pPr>
        <w:spacing w:after="0"/>
      </w:pPr>
      <w:r>
        <w:rPr>
          <w:rFonts w:ascii="Arial" w:hAnsi="Arial"/>
          <w:b/>
          <w:sz w:val="22"/>
        </w:rPr>
        <w:t xml:space="preserve">Daisy  </w:t>
      </w:r>
      <w:r>
        <w:rPr>
          <w:rFonts w:ascii="Arial" w:hAnsi="Arial"/>
          <w:color w:val="5D7284"/>
          <w:sz w:val="22"/>
        </w:rPr>
        <w:t>43:31</w:t>
      </w:r>
    </w:p>
    <w:p>
      <w:pPr>
        <w:spacing w:after="0"/>
      </w:pPr>
      <w:r>
        <w:rPr>
          <w:rFonts w:ascii="Arial" w:hAnsi="Arial"/>
          <w:sz w:val="22"/>
        </w:rPr>
        <w:t>Yes, the blue people I'm referring to are known as the blue fugates of Kentucky. So it's a rare genetic mutation that causes their blood to carry less oxygen.</w:t>
      </w:r>
    </w:p>
    <w:p>
      <w:pPr>
        <w:spacing w:after="0"/>
      </w:pPr>
    </w:p>
    <w:p>
      <w:pPr>
        <w:spacing w:after="0"/>
      </w:pPr>
      <w:r>
        <w:rPr>
          <w:rFonts w:ascii="Arial" w:hAnsi="Arial"/>
          <w:b/>
          <w:sz w:val="22"/>
        </w:rPr>
        <w:t xml:space="preserve">Lucy  </w:t>
      </w:r>
      <w:r>
        <w:rPr>
          <w:rFonts w:ascii="Arial" w:hAnsi="Arial"/>
          <w:color w:val="5D7284"/>
          <w:sz w:val="22"/>
        </w:rPr>
        <w:t>43:43</w:t>
      </w:r>
    </w:p>
    <w:p>
      <w:pPr>
        <w:spacing w:after="0"/>
      </w:pPr>
      <w:r>
        <w:rPr>
          <w:rFonts w:ascii="Arial" w:hAnsi="Arial"/>
          <w:sz w:val="22"/>
        </w:rPr>
        <w:t>Oh, so they,</w:t>
      </w:r>
    </w:p>
    <w:p>
      <w:pPr>
        <w:spacing w:after="0"/>
      </w:pPr>
    </w:p>
    <w:p>
      <w:pPr>
        <w:spacing w:after="0"/>
      </w:pPr>
      <w:r>
        <w:rPr>
          <w:rFonts w:ascii="Arial" w:hAnsi="Arial"/>
          <w:b/>
          <w:sz w:val="22"/>
        </w:rPr>
        <w:t xml:space="preserve">Daisy  </w:t>
      </w:r>
      <w:r>
        <w:rPr>
          <w:rFonts w:ascii="Arial" w:hAnsi="Arial"/>
          <w:color w:val="5D7284"/>
          <w:sz w:val="22"/>
        </w:rPr>
        <w:t>43:44</w:t>
      </w:r>
    </w:p>
    <w:p>
      <w:pPr>
        <w:spacing w:after="0"/>
      </w:pPr>
      <w:r>
        <w:rPr>
          <w:rFonts w:ascii="Arial" w:hAnsi="Arial"/>
          <w:sz w:val="22"/>
        </w:rPr>
        <w:t>yeah, and it it passed down through the family because they were in a small area in Kentucky, and the sort of two parents had the recessive gene from being in the same town, and I think they they did find the treatment.</w:t>
      </w:r>
    </w:p>
    <w:p>
      <w:pPr>
        <w:spacing w:after="0"/>
      </w:pPr>
    </w:p>
    <w:p>
      <w:pPr>
        <w:spacing w:after="0"/>
      </w:pPr>
      <w:r>
        <w:rPr>
          <w:rFonts w:ascii="Arial" w:hAnsi="Arial"/>
          <w:b/>
          <w:sz w:val="22"/>
        </w:rPr>
        <w:t xml:space="preserve">Alice  </w:t>
      </w:r>
      <w:r>
        <w:rPr>
          <w:rFonts w:ascii="Arial" w:hAnsi="Arial"/>
          <w:color w:val="5D7284"/>
          <w:sz w:val="22"/>
        </w:rPr>
        <w:t>44:01</w:t>
      </w:r>
    </w:p>
    <w:p>
      <w:pPr>
        <w:spacing w:after="0"/>
      </w:pPr>
      <w:r>
        <w:rPr>
          <w:rFonts w:ascii="Arial" w:hAnsi="Arial"/>
          <w:sz w:val="22"/>
        </w:rPr>
        <w:t>Yeah, I was going to say I feel like poorly oxygenated blood is going to cause a bunch of problems as well. Like you're not going to feel well, are you?</w:t>
      </w:r>
    </w:p>
    <w:p>
      <w:pPr>
        <w:spacing w:after="0"/>
      </w:pPr>
    </w:p>
    <w:p>
      <w:pPr>
        <w:spacing w:after="0"/>
      </w:pPr>
      <w:r>
        <w:rPr>
          <w:rFonts w:ascii="Arial" w:hAnsi="Arial"/>
          <w:b/>
          <w:sz w:val="22"/>
        </w:rPr>
        <w:t xml:space="preserve">Lucy  </w:t>
      </w:r>
      <w:r>
        <w:rPr>
          <w:rFonts w:ascii="Arial" w:hAnsi="Arial"/>
          <w:color w:val="5D7284"/>
          <w:sz w:val="22"/>
        </w:rPr>
        <w:t>44:09</w:t>
      </w:r>
    </w:p>
    <w:p>
      <w:pPr>
        <w:spacing w:after="0"/>
      </w:pPr>
      <w:r>
        <w:rPr>
          <w:rFonts w:ascii="Arial" w:hAnsi="Arial"/>
          <w:sz w:val="22"/>
        </w:rPr>
        <w:t>No, I'd never heard of that though, Daisy.</w:t>
      </w:r>
    </w:p>
    <w:p>
      <w:pPr>
        <w:spacing w:after="0"/>
      </w:pPr>
    </w:p>
    <w:p>
      <w:pPr>
        <w:spacing w:after="0"/>
      </w:pPr>
      <w:r>
        <w:rPr>
          <w:rFonts w:ascii="Arial" w:hAnsi="Arial"/>
          <w:b/>
          <w:sz w:val="22"/>
        </w:rPr>
        <w:t xml:space="preserve">Daisy  </w:t>
      </w:r>
      <w:r>
        <w:rPr>
          <w:rFonts w:ascii="Arial" w:hAnsi="Arial"/>
          <w:color w:val="5D7284"/>
          <w:sz w:val="22"/>
        </w:rPr>
        <w:t>44:14</w:t>
      </w:r>
    </w:p>
    <w:p>
      <w:pPr>
        <w:spacing w:after="0"/>
      </w:pPr>
      <w:r>
        <w:rPr>
          <w:rFonts w:ascii="Arial" w:hAnsi="Arial"/>
          <w:sz w:val="22"/>
        </w:rPr>
        <w:t>Yeah, it's it's really interesting the the different weird things that you know genetics can do so. So yeah, it is perfectly plausible that you know the her family unit, you know, had had this sort of you know genetic thing that yeah</w:t>
      </w:r>
    </w:p>
    <w:p>
      <w:pPr>
        <w:spacing w:after="0"/>
      </w:pPr>
    </w:p>
    <w:p>
      <w:pPr>
        <w:spacing w:after="0"/>
      </w:pPr>
      <w:r>
        <w:rPr>
          <w:rFonts w:ascii="Arial" w:hAnsi="Arial"/>
          <w:b/>
          <w:sz w:val="22"/>
        </w:rPr>
        <w:t xml:space="preserve">Lucy  </w:t>
      </w:r>
      <w:r>
        <w:rPr>
          <w:rFonts w:ascii="Arial" w:hAnsi="Arial"/>
          <w:color w:val="5D7284"/>
          <w:sz w:val="22"/>
        </w:rPr>
        <w:t>44:31</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44:32</w:t>
      </w:r>
    </w:p>
    <w:p>
      <w:pPr>
        <w:spacing w:after="0"/>
      </w:pPr>
      <w:r>
        <w:rPr>
          <w:rFonts w:ascii="Arial" w:hAnsi="Arial"/>
          <w:sz w:val="22"/>
        </w:rPr>
        <w:t>well yeah because it's it's not uncommon to have people who you know around wherever who you know genetically have more hair.</w:t>
      </w:r>
    </w:p>
    <w:p>
      <w:pPr>
        <w:spacing w:after="0"/>
      </w:pPr>
    </w:p>
    <w:p>
      <w:pPr>
        <w:spacing w:after="0"/>
      </w:pPr>
      <w:r>
        <w:rPr>
          <w:rFonts w:ascii="Arial" w:hAnsi="Arial"/>
          <w:b/>
          <w:sz w:val="22"/>
        </w:rPr>
        <w:t xml:space="preserve">Alice  </w:t>
      </w:r>
      <w:r>
        <w:rPr>
          <w:rFonts w:ascii="Arial" w:hAnsi="Arial"/>
          <w:color w:val="5D7284"/>
          <w:sz w:val="22"/>
        </w:rPr>
        <w:t>44:40</w:t>
      </w:r>
    </w:p>
    <w:p>
      <w:pPr>
        <w:spacing w:after="0"/>
      </w:pPr>
      <w:r>
        <w:rPr>
          <w:rFonts w:ascii="Arial" w:hAnsi="Arial"/>
          <w:sz w:val="22"/>
        </w:rPr>
        <w:t>Oh, I mean, I have hairy knuckles thanks to my father.</w:t>
      </w:r>
    </w:p>
    <w:p>
      <w:pPr>
        <w:spacing w:after="0"/>
      </w:pPr>
    </w:p>
    <w:p>
      <w:pPr>
        <w:spacing w:after="0"/>
      </w:pPr>
      <w:r>
        <w:rPr>
          <w:rFonts w:ascii="Arial" w:hAnsi="Arial"/>
          <w:b/>
          <w:sz w:val="22"/>
        </w:rPr>
        <w:t xml:space="preserve">Lucy  </w:t>
      </w:r>
      <w:r>
        <w:rPr>
          <w:rFonts w:ascii="Arial" w:hAnsi="Arial"/>
          <w:color w:val="5D7284"/>
          <w:sz w:val="22"/>
        </w:rPr>
        <w:t>44:42</w:t>
      </w:r>
    </w:p>
    <w:p>
      <w:pPr>
        <w:spacing w:after="0"/>
      </w:pPr>
      <w:r>
        <w:rPr>
          <w:rFonts w:ascii="Arial" w:hAnsi="Arial"/>
          <w:sz w:val="22"/>
        </w:rPr>
        <w:t xml:space="preserve">i've got hairy toes, </w:t>
      </w:r>
    </w:p>
    <w:p>
      <w:pPr>
        <w:spacing w:after="0"/>
      </w:pPr>
    </w:p>
    <w:p>
      <w:pPr>
        <w:spacing w:after="0"/>
      </w:pPr>
      <w:r>
        <w:rPr>
          <w:rFonts w:ascii="Arial" w:hAnsi="Arial"/>
          <w:b/>
          <w:sz w:val="22"/>
        </w:rPr>
        <w:t xml:space="preserve">Daisy  </w:t>
      </w:r>
      <w:r>
        <w:rPr>
          <w:rFonts w:ascii="Arial" w:hAnsi="Arial"/>
          <w:color w:val="5D7284"/>
          <w:sz w:val="22"/>
        </w:rPr>
        <w:t>44:46</w:t>
      </w:r>
    </w:p>
    <w:p>
      <w:pPr>
        <w:spacing w:after="0"/>
      </w:pPr>
      <w:r>
        <w:rPr>
          <w:rFonts w:ascii="Arial" w:hAnsi="Arial"/>
          <w:sz w:val="22"/>
        </w:rPr>
        <w:t>and bearded ladies are a staple, and you know, polycystic ovary syndrome. Although there's a new name for it now, I've forgotten what it is off the top of my head.</w:t>
      </w:r>
    </w:p>
    <w:p>
      <w:pPr>
        <w:spacing w:after="0"/>
      </w:pPr>
    </w:p>
    <w:p>
      <w:pPr>
        <w:spacing w:after="0"/>
      </w:pPr>
      <w:r>
        <w:rPr>
          <w:rFonts w:ascii="Arial" w:hAnsi="Arial"/>
          <w:b/>
          <w:sz w:val="22"/>
        </w:rPr>
        <w:t xml:space="preserve">Lucy  </w:t>
      </w:r>
      <w:r>
        <w:rPr>
          <w:rFonts w:ascii="Arial" w:hAnsi="Arial"/>
          <w:color w:val="5D7284"/>
          <w:sz w:val="22"/>
        </w:rPr>
        <w:t>44:58</w:t>
      </w:r>
    </w:p>
    <w:p>
      <w:pPr>
        <w:spacing w:after="0"/>
      </w:pPr>
      <w:r>
        <w:rPr>
          <w:rFonts w:ascii="Arial" w:hAnsi="Arial"/>
          <w:sz w:val="22"/>
        </w:rPr>
        <w:t>Yeah. I can't remember, but it's it. You know, it's still. You wouldn't. You wouldn't. Yeah,</w:t>
      </w:r>
    </w:p>
    <w:p>
      <w:pPr>
        <w:spacing w:after="0"/>
      </w:pPr>
    </w:p>
    <w:p>
      <w:pPr>
        <w:spacing w:after="0"/>
      </w:pPr>
      <w:r>
        <w:rPr>
          <w:rFonts w:ascii="Arial" w:hAnsi="Arial"/>
          <w:b/>
          <w:sz w:val="22"/>
        </w:rPr>
        <w:t xml:space="preserve">Daisy  </w:t>
      </w:r>
      <w:r>
        <w:rPr>
          <w:rFonts w:ascii="Arial" w:hAnsi="Arial"/>
          <w:color w:val="5D7284"/>
          <w:sz w:val="22"/>
        </w:rPr>
        <w:t>45:05</w:t>
      </w:r>
    </w:p>
    <w:p>
      <w:pPr>
        <w:spacing w:after="0"/>
      </w:pPr>
      <w:r>
        <w:rPr>
          <w:rFonts w:ascii="Arial" w:hAnsi="Arial"/>
          <w:sz w:val="22"/>
        </w:rPr>
        <w:t>very various genetic and hormonal things can cause it.</w:t>
      </w:r>
    </w:p>
    <w:p>
      <w:pPr>
        <w:spacing w:after="0"/>
      </w:pPr>
    </w:p>
    <w:p>
      <w:pPr>
        <w:spacing w:after="0"/>
      </w:pPr>
      <w:r>
        <w:rPr>
          <w:rFonts w:ascii="Arial" w:hAnsi="Arial"/>
          <w:b/>
          <w:sz w:val="22"/>
        </w:rPr>
        <w:t xml:space="preserve">Daisy  </w:t>
      </w:r>
      <w:r>
        <w:rPr>
          <w:rFonts w:ascii="Arial" w:hAnsi="Arial"/>
          <w:color w:val="5D7284"/>
          <w:sz w:val="22"/>
        </w:rPr>
        <w:t>45:09</w:t>
      </w:r>
    </w:p>
    <w:p>
      <w:pPr>
        <w:spacing w:after="0"/>
      </w:pPr>
      <w:r>
        <w:rPr>
          <w:rFonts w:ascii="Arial" w:hAnsi="Arial"/>
          <w:sz w:val="22"/>
        </w:rPr>
        <w:t>Yeah,</w:t>
      </w:r>
    </w:p>
    <w:p>
      <w:pPr>
        <w:spacing w:after="0"/>
      </w:pPr>
    </w:p>
    <w:p>
      <w:pPr>
        <w:spacing w:after="0"/>
      </w:pPr>
      <w:r>
        <w:rPr>
          <w:rFonts w:ascii="Arial" w:hAnsi="Arial"/>
          <w:b/>
          <w:sz w:val="22"/>
        </w:rPr>
        <w:t xml:space="preserve">Lucy  </w:t>
      </w:r>
      <w:r>
        <w:rPr>
          <w:rFonts w:ascii="Arial" w:hAnsi="Arial"/>
          <w:color w:val="5D7284"/>
          <w:sz w:val="22"/>
        </w:rPr>
        <w:t>45:09</w:t>
      </w:r>
    </w:p>
    <w:p>
      <w:pPr>
        <w:spacing w:after="0"/>
      </w:pPr>
      <w:r>
        <w:rPr>
          <w:rFonts w:ascii="Arial" w:hAnsi="Arial"/>
          <w:sz w:val="22"/>
        </w:rPr>
        <w:t>and you wouldn't for the life of you in this day and age. Think, oh, they're really hairy. Let's put them on show and show them off. Do you know what I mean? It's it's ridiculous, isn't it?</w:t>
      </w:r>
    </w:p>
    <w:p>
      <w:pPr>
        <w:spacing w:after="0"/>
      </w:pPr>
    </w:p>
    <w:p>
      <w:pPr>
        <w:spacing w:after="0"/>
      </w:pPr>
      <w:r>
        <w:rPr>
          <w:rFonts w:ascii="Arial" w:hAnsi="Arial"/>
          <w:b/>
          <w:sz w:val="22"/>
        </w:rPr>
        <w:t xml:space="preserve">Daisy  </w:t>
      </w:r>
      <w:r>
        <w:rPr>
          <w:rFonts w:ascii="Arial" w:hAnsi="Arial"/>
          <w:color w:val="5D7284"/>
          <w:sz w:val="22"/>
        </w:rPr>
        <w:t>45:20</w:t>
      </w:r>
    </w:p>
    <w:p>
      <w:pPr>
        <w:spacing w:after="0"/>
      </w:pPr>
      <w:r>
        <w:rPr>
          <w:rFonts w:ascii="Arial" w:hAnsi="Arial"/>
          <w:sz w:val="22"/>
        </w:rPr>
        <w:t>Yeah, yeah. She she spent years traveling Europe and America, but died of flu when she was only sort of 50. And depressingly, she has to be cremated so that no one could go up and gawp her body after she was dead.</w:t>
      </w:r>
    </w:p>
    <w:p>
      <w:pPr>
        <w:spacing w:after="0"/>
      </w:pPr>
    </w:p>
    <w:p>
      <w:pPr>
        <w:spacing w:after="0"/>
      </w:pPr>
      <w:r>
        <w:rPr>
          <w:rFonts w:ascii="Arial" w:hAnsi="Arial"/>
          <w:b/>
          <w:sz w:val="22"/>
        </w:rPr>
        <w:t xml:space="preserve">Lucy  </w:t>
      </w:r>
      <w:r>
        <w:rPr>
          <w:rFonts w:ascii="Arial" w:hAnsi="Arial"/>
          <w:color w:val="5D7284"/>
          <w:sz w:val="22"/>
        </w:rPr>
        <w:t>45:36</w:t>
      </w:r>
    </w:p>
    <w:p>
      <w:pPr>
        <w:spacing w:after="0"/>
      </w:pPr>
      <w:r>
        <w:rPr>
          <w:rFonts w:ascii="Arial" w:hAnsi="Arial"/>
          <w:sz w:val="22"/>
        </w:rPr>
        <w:t>that's what we said about Joseph Merrick. Yeah, we're we're</w:t>
      </w:r>
    </w:p>
    <w:p>
      <w:pPr>
        <w:spacing w:after="0"/>
      </w:pPr>
    </w:p>
    <w:p>
      <w:pPr>
        <w:spacing w:after="0"/>
      </w:pPr>
      <w:r>
        <w:rPr>
          <w:rFonts w:ascii="Arial" w:hAnsi="Arial"/>
          <w:b/>
          <w:sz w:val="22"/>
        </w:rPr>
        <w:t xml:space="preserve">Alice  </w:t>
      </w:r>
      <w:r>
        <w:rPr>
          <w:rFonts w:ascii="Arial" w:hAnsi="Arial"/>
          <w:color w:val="5D7284"/>
          <w:sz w:val="22"/>
        </w:rPr>
        <w:t>45:39</w:t>
      </w:r>
    </w:p>
    <w:p>
      <w:pPr>
        <w:spacing w:after="0"/>
      </w:pPr>
      <w:r>
        <w:rPr>
          <w:rFonts w:ascii="Arial" w:hAnsi="Arial"/>
          <w:sz w:val="22"/>
        </w:rPr>
        <w:t>still we're still gawping at him. 100 years after he died, so</w:t>
      </w:r>
    </w:p>
    <w:p>
      <w:pPr>
        <w:spacing w:after="0"/>
      </w:pPr>
    </w:p>
    <w:p>
      <w:pPr>
        <w:spacing w:after="0"/>
      </w:pPr>
      <w:r>
        <w:rPr>
          <w:rFonts w:ascii="Arial" w:hAnsi="Arial"/>
          <w:b/>
          <w:sz w:val="22"/>
        </w:rPr>
        <w:t xml:space="preserve">Daisy  </w:t>
      </w:r>
      <w:r>
        <w:rPr>
          <w:rFonts w:ascii="Arial" w:hAnsi="Arial"/>
          <w:color w:val="5D7284"/>
          <w:sz w:val="22"/>
        </w:rPr>
        <w:t>45:44</w:t>
      </w:r>
    </w:p>
    <w:p>
      <w:pPr>
        <w:spacing w:after="0"/>
      </w:pPr>
      <w:r>
        <w:rPr>
          <w:rFonts w:ascii="Arial" w:hAnsi="Arial"/>
          <w:sz w:val="22"/>
        </w:rPr>
        <w:t xml:space="preserve">yeah, and and she was right to be concerned about this because you know the death of another exhibited woman called Joyce Heth turned into a whole other side show act. So she was </w:t>
      </w:r>
    </w:p>
    <w:p>
      <w:pPr>
        <w:spacing w:after="0"/>
      </w:pPr>
    </w:p>
    <w:p>
      <w:pPr>
        <w:spacing w:after="0"/>
      </w:pPr>
      <w:r>
        <w:rPr>
          <w:rFonts w:ascii="Arial" w:hAnsi="Arial"/>
          <w:b/>
          <w:sz w:val="22"/>
        </w:rPr>
        <w:t xml:space="preserve">Alice  </w:t>
      </w:r>
      <w:r>
        <w:rPr>
          <w:rFonts w:ascii="Arial" w:hAnsi="Arial"/>
          <w:color w:val="5D7284"/>
          <w:sz w:val="22"/>
        </w:rPr>
        <w:t>45:59</w:t>
      </w:r>
    </w:p>
    <w:p>
      <w:pPr>
        <w:spacing w:after="0"/>
      </w:pPr>
      <w:r>
        <w:rPr>
          <w:rFonts w:ascii="Arial" w:hAnsi="Arial"/>
          <w:sz w:val="22"/>
        </w:rPr>
        <w:t xml:space="preserve">Aren't people just the fucking worst. Aren't just why people just the fucking </w:t>
      </w:r>
    </w:p>
    <w:p>
      <w:pPr>
        <w:spacing w:after="0"/>
      </w:pPr>
    </w:p>
    <w:p>
      <w:pPr>
        <w:spacing w:after="0"/>
      </w:pPr>
      <w:r>
        <w:rPr>
          <w:rFonts w:ascii="Arial" w:hAnsi="Arial"/>
          <w:b/>
          <w:sz w:val="22"/>
        </w:rPr>
        <w:t xml:space="preserve">Lucy  </w:t>
      </w:r>
      <w:r>
        <w:rPr>
          <w:rFonts w:ascii="Arial" w:hAnsi="Arial"/>
          <w:color w:val="5D7284"/>
          <w:sz w:val="22"/>
        </w:rPr>
        <w:t>46:03</w:t>
      </w:r>
    </w:p>
    <w:p>
      <w:pPr>
        <w:spacing w:after="0"/>
      </w:pPr>
      <w:r>
        <w:rPr>
          <w:rFonts w:ascii="Arial" w:hAnsi="Arial"/>
          <w:sz w:val="22"/>
        </w:rPr>
        <w:t>what's wrong with you? What is wrong with you? Just stop it, weirdo.</w:t>
      </w:r>
    </w:p>
    <w:p>
      <w:pPr>
        <w:spacing w:after="0"/>
      </w:pPr>
    </w:p>
    <w:p>
      <w:pPr>
        <w:spacing w:after="0"/>
      </w:pPr>
      <w:r>
        <w:rPr>
          <w:rFonts w:ascii="Arial" w:hAnsi="Arial"/>
          <w:b/>
          <w:sz w:val="22"/>
        </w:rPr>
        <w:t xml:space="preserve">Daisy  </w:t>
      </w:r>
      <w:r>
        <w:rPr>
          <w:rFonts w:ascii="Arial" w:hAnsi="Arial"/>
          <w:color w:val="5D7284"/>
          <w:sz w:val="22"/>
        </w:rPr>
        <w:t>46:08</w:t>
      </w:r>
    </w:p>
    <w:p>
      <w:pPr>
        <w:spacing w:after="0"/>
      </w:pPr>
      <w:r>
        <w:rPr>
          <w:rFonts w:ascii="Arial" w:hAnsi="Arial"/>
          <w:sz w:val="22"/>
        </w:rPr>
        <w:t>Yeah, well, yeah. This this is this is the fault of our of our our good pal.</w:t>
      </w:r>
    </w:p>
    <w:p>
      <w:pPr>
        <w:spacing w:after="0"/>
      </w:pPr>
    </w:p>
    <w:p>
      <w:pPr>
        <w:spacing w:after="0"/>
      </w:pPr>
      <w:r>
        <w:rPr>
          <w:rFonts w:ascii="Arial" w:hAnsi="Arial"/>
          <w:b/>
          <w:sz w:val="22"/>
        </w:rPr>
        <w:t xml:space="preserve">Lucy  </w:t>
      </w:r>
      <w:r>
        <w:rPr>
          <w:rFonts w:ascii="Arial" w:hAnsi="Arial"/>
          <w:color w:val="5D7284"/>
          <w:sz w:val="22"/>
        </w:rPr>
        <w:t>46:15</w:t>
      </w:r>
    </w:p>
    <w:p>
      <w:pPr>
        <w:spacing w:after="0"/>
      </w:pPr>
      <w:r>
        <w:rPr>
          <w:rFonts w:ascii="Arial" w:hAnsi="Arial"/>
          <w:sz w:val="22"/>
        </w:rPr>
        <w:t>You up, PT?</w:t>
      </w:r>
    </w:p>
    <w:p>
      <w:pPr>
        <w:spacing w:after="0"/>
      </w:pPr>
    </w:p>
    <w:p>
      <w:pPr>
        <w:spacing w:after="0"/>
      </w:pPr>
      <w:r>
        <w:rPr>
          <w:rFonts w:ascii="Arial" w:hAnsi="Arial"/>
          <w:b/>
          <w:sz w:val="22"/>
        </w:rPr>
        <w:t xml:space="preserve">Daisy  </w:t>
      </w:r>
      <w:r>
        <w:rPr>
          <w:rFonts w:ascii="Arial" w:hAnsi="Arial"/>
          <w:color w:val="5D7284"/>
          <w:sz w:val="22"/>
        </w:rPr>
        <w:t>46:17</w:t>
      </w:r>
    </w:p>
    <w:p>
      <w:pPr>
        <w:spacing w:after="0"/>
      </w:pPr>
      <w:r>
        <w:rPr>
          <w:rFonts w:ascii="Arial" w:hAnsi="Arial"/>
          <w:sz w:val="22"/>
        </w:rPr>
        <w:t>Yeah. So yeah, Joyce Heth was much earlier, so she was active in kind of 1830s, and she was an enslaved woman who was sold to promoters for reasons unknown, presumably because she couldn't do much manual work, and someone saw an opportunity. They marketed her as the world's oldest woman.</w:t>
      </w:r>
    </w:p>
    <w:p>
      <w:pPr>
        <w:spacing w:after="0"/>
      </w:pPr>
    </w:p>
    <w:p>
      <w:pPr>
        <w:spacing w:after="0"/>
      </w:pPr>
      <w:r>
        <w:rPr>
          <w:rFonts w:ascii="Arial" w:hAnsi="Arial"/>
          <w:b/>
          <w:sz w:val="22"/>
        </w:rPr>
        <w:t xml:space="preserve">Alice  </w:t>
      </w:r>
      <w:r>
        <w:rPr>
          <w:rFonts w:ascii="Arial" w:hAnsi="Arial"/>
          <w:color w:val="5D7284"/>
          <w:sz w:val="22"/>
        </w:rPr>
        <w:t>46:41</w:t>
      </w:r>
    </w:p>
    <w:p>
      <w:pPr>
        <w:spacing w:after="0"/>
      </w:pPr>
      <w:r>
        <w:rPr>
          <w:rFonts w:ascii="Arial" w:hAnsi="Arial"/>
          <w:sz w:val="22"/>
        </w:rPr>
        <w:t>Yes, I've heard of her. I think in probably talking about PT Barnum. Yeah,</w:t>
      </w:r>
    </w:p>
    <w:p>
      <w:pPr>
        <w:spacing w:after="0"/>
      </w:pPr>
    </w:p>
    <w:p>
      <w:pPr>
        <w:spacing w:after="0"/>
      </w:pPr>
      <w:r>
        <w:rPr>
          <w:rFonts w:ascii="Arial" w:hAnsi="Arial"/>
          <w:b/>
          <w:sz w:val="22"/>
        </w:rPr>
        <w:t xml:space="preserve">Daisy  </w:t>
      </w:r>
      <w:r>
        <w:rPr>
          <w:rFonts w:ascii="Arial" w:hAnsi="Arial"/>
          <w:color w:val="5D7284"/>
          <w:sz w:val="22"/>
        </w:rPr>
        <w:t>46:47</w:t>
      </w:r>
    </w:p>
    <w:p>
      <w:pPr>
        <w:spacing w:after="0"/>
      </w:pPr>
      <w:r>
        <w:rPr>
          <w:rFonts w:ascii="Arial" w:hAnsi="Arial"/>
          <w:sz w:val="22"/>
        </w:rPr>
        <w:t>yeah, and they they claimed that she'd been the nurse of George Washington when he was a baby. So she was sold to PT Barnum, and she was his first humid exhibit.</w:t>
      </w:r>
    </w:p>
    <w:p>
      <w:pPr>
        <w:spacing w:after="0"/>
      </w:pPr>
    </w:p>
    <w:p>
      <w:pPr>
        <w:spacing w:after="0"/>
      </w:pPr>
      <w:r>
        <w:rPr>
          <w:rFonts w:ascii="Arial" w:hAnsi="Arial"/>
          <w:b/>
          <w:sz w:val="22"/>
        </w:rPr>
        <w:t xml:space="preserve">Lucy  </w:t>
      </w:r>
      <w:r>
        <w:rPr>
          <w:rFonts w:ascii="Arial" w:hAnsi="Arial"/>
          <w:color w:val="5D7284"/>
          <w:sz w:val="22"/>
        </w:rPr>
        <w:t>46:58</w:t>
      </w:r>
    </w:p>
    <w:p>
      <w:pPr>
        <w:spacing w:after="0"/>
      </w:pPr>
      <w:r>
        <w:rPr>
          <w:rFonts w:ascii="Arial" w:hAnsi="Arial"/>
          <w:sz w:val="22"/>
        </w:rPr>
        <w:t>I remember.</w:t>
      </w:r>
    </w:p>
    <w:p>
      <w:pPr>
        <w:spacing w:after="0"/>
      </w:pPr>
    </w:p>
    <w:p>
      <w:pPr>
        <w:spacing w:after="0"/>
      </w:pPr>
      <w:r>
        <w:rPr>
          <w:rFonts w:ascii="Arial" w:hAnsi="Arial"/>
          <w:b/>
          <w:sz w:val="22"/>
        </w:rPr>
        <w:t xml:space="preserve">Daisy  </w:t>
      </w:r>
      <w:r>
        <w:rPr>
          <w:rFonts w:ascii="Arial" w:hAnsi="Arial"/>
          <w:color w:val="5D7284"/>
          <w:sz w:val="22"/>
        </w:rPr>
        <w:t>47:00</w:t>
      </w:r>
    </w:p>
    <w:p>
      <w:pPr>
        <w:spacing w:after="0"/>
      </w:pPr>
      <w:r>
        <w:rPr>
          <w:rFonts w:ascii="Arial" w:hAnsi="Arial"/>
          <w:sz w:val="22"/>
        </w:rPr>
        <w:t>Yeah. So he claimed she'd been born in 1674 which would make her 161 at the point that he owned her. Yeah, and topped it off by allegedly removing her teeth to make her look older.</w:t>
      </w:r>
    </w:p>
    <w:p>
      <w:pPr>
        <w:spacing w:after="0"/>
      </w:pPr>
    </w:p>
    <w:p>
      <w:pPr>
        <w:spacing w:after="0"/>
      </w:pPr>
      <w:r>
        <w:rPr>
          <w:rFonts w:ascii="Arial" w:hAnsi="Arial"/>
          <w:b/>
          <w:sz w:val="22"/>
        </w:rPr>
        <w:t xml:space="preserve">Lucy  </w:t>
      </w:r>
      <w:r>
        <w:rPr>
          <w:rFonts w:ascii="Arial" w:hAnsi="Arial"/>
          <w:color w:val="5D7284"/>
          <w:sz w:val="22"/>
        </w:rPr>
        <w:t>47:15</w:t>
      </w:r>
    </w:p>
    <w:p>
      <w:pPr>
        <w:spacing w:after="0"/>
      </w:pPr>
      <w:r>
        <w:rPr>
          <w:rFonts w:ascii="Arial" w:hAnsi="Arial"/>
          <w:sz w:val="22"/>
        </w:rPr>
        <w:t>Oh, nice, nice.</w:t>
      </w:r>
    </w:p>
    <w:p>
      <w:pPr>
        <w:spacing w:after="0"/>
      </w:pPr>
    </w:p>
    <w:p>
      <w:pPr>
        <w:spacing w:after="0"/>
      </w:pPr>
      <w:r>
        <w:rPr>
          <w:rFonts w:ascii="Arial" w:hAnsi="Arial"/>
          <w:b/>
          <w:sz w:val="22"/>
        </w:rPr>
        <w:t xml:space="preserve">Daisy  </w:t>
      </w:r>
      <w:r>
        <w:rPr>
          <w:rFonts w:ascii="Arial" w:hAnsi="Arial"/>
          <w:color w:val="5D7284"/>
          <w:sz w:val="22"/>
        </w:rPr>
        <w:t>47:16</w:t>
      </w:r>
    </w:p>
    <w:p>
      <w:pPr>
        <w:spacing w:after="0"/>
      </w:pPr>
      <w:r>
        <w:rPr>
          <w:rFonts w:ascii="Arial" w:hAnsi="Arial"/>
          <w:sz w:val="22"/>
        </w:rPr>
        <w:t>Yeah, lovely. He became greatly successful thanks to Joyce, and he repaid her by hosting a public autopsy after she died to prove that she really was over 160 years old.</w:t>
      </w:r>
    </w:p>
    <w:p>
      <w:pPr>
        <w:spacing w:after="0"/>
      </w:pPr>
    </w:p>
    <w:p>
      <w:pPr>
        <w:spacing w:after="0"/>
      </w:pPr>
      <w:r>
        <w:rPr>
          <w:rFonts w:ascii="Arial" w:hAnsi="Arial"/>
          <w:b/>
          <w:sz w:val="22"/>
        </w:rPr>
        <w:t xml:space="preserve">Lucy  </w:t>
      </w:r>
      <w:r>
        <w:rPr>
          <w:rFonts w:ascii="Arial" w:hAnsi="Arial"/>
          <w:color w:val="5D7284"/>
          <w:sz w:val="22"/>
        </w:rPr>
        <w:t>47:32</w:t>
      </w:r>
    </w:p>
    <w:p>
      <w:pPr>
        <w:spacing w:after="0"/>
      </w:pPr>
      <w:r>
        <w:rPr>
          <w:rFonts w:ascii="Arial" w:hAnsi="Arial"/>
          <w:sz w:val="22"/>
        </w:rPr>
        <w:t>And how did he do? I was going to say, how</w:t>
      </w:r>
    </w:p>
    <w:p>
      <w:pPr>
        <w:spacing w:after="0"/>
      </w:pPr>
    </w:p>
    <w:p>
      <w:pPr>
        <w:spacing w:after="0"/>
      </w:pPr>
      <w:r>
        <w:rPr>
          <w:rFonts w:ascii="Arial" w:hAnsi="Arial"/>
          <w:b/>
          <w:sz w:val="22"/>
        </w:rPr>
        <w:t xml:space="preserve">Alice  </w:t>
      </w:r>
      <w:r>
        <w:rPr>
          <w:rFonts w:ascii="Arial" w:hAnsi="Arial"/>
          <w:color w:val="5D7284"/>
          <w:sz w:val="22"/>
        </w:rPr>
        <w:t>47:34</w:t>
      </w:r>
    </w:p>
    <w:p>
      <w:pPr>
        <w:spacing w:after="0"/>
      </w:pPr>
      <w:r>
        <w:rPr>
          <w:rFonts w:ascii="Arial" w:hAnsi="Arial"/>
          <w:sz w:val="22"/>
        </w:rPr>
        <w:t>do we? How do? What did they cut her open and count the lines? Like you do in a fucking tree? What are you doing?</w:t>
      </w:r>
    </w:p>
    <w:p>
      <w:pPr>
        <w:spacing w:after="0"/>
      </w:pPr>
    </w:p>
    <w:p>
      <w:pPr>
        <w:spacing w:after="0"/>
      </w:pPr>
      <w:r>
        <w:rPr>
          <w:rFonts w:ascii="Arial" w:hAnsi="Arial"/>
          <w:b/>
          <w:sz w:val="22"/>
        </w:rPr>
        <w:t xml:space="preserve">Daisy  </w:t>
      </w:r>
      <w:r>
        <w:rPr>
          <w:rFonts w:ascii="Arial" w:hAnsi="Arial"/>
          <w:color w:val="5D7284"/>
          <w:sz w:val="22"/>
        </w:rPr>
        <w:t>47:40</w:t>
      </w:r>
    </w:p>
    <w:p>
      <w:pPr>
        <w:spacing w:after="0"/>
      </w:pPr>
      <w:r>
        <w:rPr>
          <w:rFonts w:ascii="Arial" w:hAnsi="Arial"/>
          <w:sz w:val="22"/>
        </w:rPr>
        <w:t>He got he got like a regular doctor to do it, and I genuinely don't know what he thought was going to happen because the doctor declared him a fraud naturally because she wasn't 161</w:t>
      </w:r>
    </w:p>
    <w:p>
      <w:pPr>
        <w:spacing w:after="0"/>
      </w:pPr>
    </w:p>
    <w:p>
      <w:pPr>
        <w:spacing w:after="0"/>
      </w:pPr>
      <w:r>
        <w:rPr>
          <w:rFonts w:ascii="Arial" w:hAnsi="Arial"/>
          <w:b/>
          <w:sz w:val="22"/>
        </w:rPr>
        <w:t xml:space="preserve">Lucy  </w:t>
      </w:r>
      <w:r>
        <w:rPr>
          <w:rFonts w:ascii="Arial" w:hAnsi="Arial"/>
          <w:color w:val="5D7284"/>
          <w:sz w:val="22"/>
        </w:rPr>
        <w:t>47:53</w:t>
      </w:r>
    </w:p>
    <w:p>
      <w:pPr>
        <w:spacing w:after="0"/>
      </w:pPr>
      <w:r>
        <w:rPr>
          <w:rFonts w:ascii="Arial" w:hAnsi="Arial"/>
          <w:sz w:val="22"/>
        </w:rPr>
        <w:t>How old was she? Do we know?</w:t>
      </w:r>
    </w:p>
    <w:p>
      <w:pPr>
        <w:spacing w:after="0"/>
      </w:pPr>
    </w:p>
    <w:p>
      <w:pPr>
        <w:spacing w:after="0"/>
      </w:pPr>
      <w:r>
        <w:rPr>
          <w:rFonts w:ascii="Arial" w:hAnsi="Arial"/>
          <w:b/>
          <w:sz w:val="22"/>
        </w:rPr>
        <w:t xml:space="preserve">Daisy  </w:t>
      </w:r>
      <w:r>
        <w:rPr>
          <w:rFonts w:ascii="Arial" w:hAnsi="Arial"/>
          <w:color w:val="5D7284"/>
          <w:sz w:val="22"/>
        </w:rPr>
        <w:t>47:55</w:t>
      </w:r>
    </w:p>
    <w:p>
      <w:pPr>
        <w:spacing w:after="0"/>
      </w:pPr>
      <w:r>
        <w:rPr>
          <w:rFonts w:ascii="Arial" w:hAnsi="Arial"/>
          <w:sz w:val="22"/>
        </w:rPr>
        <w:t>I think she was thought to be about you know 80 something.</w:t>
      </w:r>
    </w:p>
    <w:p>
      <w:pPr>
        <w:spacing w:after="0"/>
      </w:pPr>
    </w:p>
    <w:p>
      <w:pPr>
        <w:spacing w:after="0"/>
      </w:pPr>
      <w:r>
        <w:rPr>
          <w:rFonts w:ascii="Arial" w:hAnsi="Arial"/>
          <w:b/>
          <w:sz w:val="22"/>
        </w:rPr>
        <w:t xml:space="preserve">Lucy  </w:t>
      </w:r>
      <w:r>
        <w:rPr>
          <w:rFonts w:ascii="Arial" w:hAnsi="Arial"/>
          <w:color w:val="5D7284"/>
          <w:sz w:val="22"/>
        </w:rPr>
        <w:t>47:59</w:t>
      </w:r>
    </w:p>
    <w:p>
      <w:pPr>
        <w:spacing w:after="0"/>
      </w:pPr>
      <w:r>
        <w:rPr>
          <w:rFonts w:ascii="Arial" w:hAnsi="Arial"/>
          <w:sz w:val="22"/>
        </w:rPr>
        <w:t>Okay, you</w:t>
      </w:r>
    </w:p>
    <w:p>
      <w:pPr>
        <w:spacing w:after="0"/>
      </w:pPr>
    </w:p>
    <w:p>
      <w:pPr>
        <w:spacing w:after="0"/>
      </w:pPr>
      <w:r>
        <w:rPr>
          <w:rFonts w:ascii="Arial" w:hAnsi="Arial"/>
          <w:b/>
          <w:sz w:val="22"/>
        </w:rPr>
        <w:t xml:space="preserve">Daisy  </w:t>
      </w:r>
      <w:r>
        <w:rPr>
          <w:rFonts w:ascii="Arial" w:hAnsi="Arial"/>
          <w:color w:val="5D7284"/>
          <w:sz w:val="22"/>
        </w:rPr>
        <w:t>47:59</w:t>
      </w:r>
    </w:p>
    <w:p>
      <w:pPr>
        <w:spacing w:after="0"/>
      </w:pPr>
      <w:r>
        <w:rPr>
          <w:rFonts w:ascii="Arial" w:hAnsi="Arial"/>
          <w:sz w:val="22"/>
        </w:rPr>
        <w:t>know</w:t>
      </w:r>
    </w:p>
    <w:p>
      <w:pPr>
        <w:spacing w:after="0"/>
      </w:pPr>
    </w:p>
    <w:p>
      <w:pPr>
        <w:spacing w:after="0"/>
      </w:pPr>
      <w:r>
        <w:rPr>
          <w:rFonts w:ascii="Arial" w:hAnsi="Arial"/>
          <w:b/>
          <w:sz w:val="22"/>
        </w:rPr>
        <w:t xml:space="preserve">Lucy  </w:t>
      </w:r>
      <w:r>
        <w:rPr>
          <w:rFonts w:ascii="Arial" w:hAnsi="Arial"/>
          <w:color w:val="5D7284"/>
          <w:sz w:val="22"/>
        </w:rPr>
        <w:t>48:00</w:t>
      </w:r>
    </w:p>
    <w:p>
      <w:pPr>
        <w:spacing w:after="0"/>
      </w:pPr>
      <w:r>
        <w:rPr>
          <w:rFonts w:ascii="Arial" w:hAnsi="Arial"/>
          <w:sz w:val="22"/>
        </w:rPr>
        <w:t>she just looked really like just probably. yeah. She wasn't</w:t>
      </w:r>
    </w:p>
    <w:p>
      <w:pPr>
        <w:spacing w:after="0"/>
      </w:pPr>
    </w:p>
    <w:p>
      <w:pPr>
        <w:spacing w:after="0"/>
      </w:pPr>
      <w:r>
        <w:rPr>
          <w:rFonts w:ascii="Arial" w:hAnsi="Arial"/>
          <w:b/>
          <w:sz w:val="22"/>
        </w:rPr>
        <w:t xml:space="preserve">Daisy  </w:t>
      </w:r>
      <w:r>
        <w:rPr>
          <w:rFonts w:ascii="Arial" w:hAnsi="Arial"/>
          <w:color w:val="5D7284"/>
          <w:sz w:val="22"/>
        </w:rPr>
        <w:t>48:04</w:t>
      </w:r>
    </w:p>
    <w:p>
      <w:pPr>
        <w:spacing w:after="0"/>
      </w:pPr>
      <w:r>
        <w:rPr>
          <w:rFonts w:ascii="Arial" w:hAnsi="Arial"/>
          <w:sz w:val="22"/>
        </w:rPr>
        <w:t>an enslaved woman. Of course, she looked older than she she was. And so yeah, at the point where he was declared a fraud, he claimed there was actually someone else on the table.</w:t>
      </w:r>
    </w:p>
    <w:p>
      <w:pPr>
        <w:spacing w:after="0"/>
      </w:pPr>
    </w:p>
    <w:p>
      <w:pPr>
        <w:spacing w:after="0"/>
      </w:pPr>
      <w:r>
        <w:rPr>
          <w:rFonts w:ascii="Arial" w:hAnsi="Arial"/>
          <w:b/>
          <w:sz w:val="22"/>
        </w:rPr>
        <w:t xml:space="preserve">Lucy  </w:t>
      </w:r>
      <w:r>
        <w:rPr>
          <w:rFonts w:ascii="Arial" w:hAnsi="Arial"/>
          <w:color w:val="5D7284"/>
          <w:sz w:val="22"/>
        </w:rPr>
        <w:t>48:16</w:t>
      </w:r>
    </w:p>
    <w:p>
      <w:pPr>
        <w:spacing w:after="0"/>
      </w:pPr>
      <w:r>
        <w:rPr>
          <w:rFonts w:ascii="Arial" w:hAnsi="Arial"/>
          <w:sz w:val="22"/>
        </w:rPr>
        <w:t>Oh yeah. As</w:t>
      </w:r>
    </w:p>
    <w:p>
      <w:pPr>
        <w:spacing w:after="0"/>
      </w:pPr>
    </w:p>
    <w:p>
      <w:pPr>
        <w:spacing w:after="0"/>
      </w:pPr>
      <w:r>
        <w:rPr>
          <w:rFonts w:ascii="Arial" w:hAnsi="Arial"/>
          <w:b/>
          <w:sz w:val="22"/>
        </w:rPr>
        <w:t xml:space="preserve">Daisy  </w:t>
      </w:r>
      <w:r>
        <w:rPr>
          <w:rFonts w:ascii="Arial" w:hAnsi="Arial"/>
          <w:color w:val="5D7284"/>
          <w:sz w:val="22"/>
        </w:rPr>
        <w:t>48:17</w:t>
      </w:r>
    </w:p>
    <w:p>
      <w:pPr>
        <w:spacing w:after="0"/>
      </w:pPr>
      <w:r>
        <w:rPr>
          <w:rFonts w:ascii="Arial" w:hAnsi="Arial"/>
          <w:sz w:val="22"/>
        </w:rPr>
        <w:t>actually, this isn't Joyce. This is a whole other person. You know, Joyce. Joyce is over there in another school. You wouldn't have seen her. I</w:t>
      </w:r>
    </w:p>
    <w:p>
      <w:pPr>
        <w:spacing w:after="0"/>
      </w:pPr>
    </w:p>
    <w:p>
      <w:pPr>
        <w:spacing w:after="0"/>
      </w:pPr>
      <w:r>
        <w:rPr>
          <w:rFonts w:ascii="Arial" w:hAnsi="Arial"/>
          <w:b/>
          <w:sz w:val="22"/>
        </w:rPr>
        <w:t xml:space="preserve">Lucy  </w:t>
      </w:r>
      <w:r>
        <w:rPr>
          <w:rFonts w:ascii="Arial" w:hAnsi="Arial"/>
          <w:color w:val="5D7284"/>
          <w:sz w:val="22"/>
        </w:rPr>
        <w:t>48:23</w:t>
      </w:r>
    </w:p>
    <w:p>
      <w:pPr>
        <w:spacing w:after="0"/>
      </w:pPr>
      <w:r>
        <w:rPr>
          <w:rFonts w:ascii="Arial" w:hAnsi="Arial"/>
          <w:sz w:val="22"/>
        </w:rPr>
        <w:t>swear, like P.T. Barnum was alive today, he would be one of those people that one of those men that like go down the pub that tells the most outlandish stories that everybody knows is a dickhead. Do you know what I mean?</w:t>
      </w:r>
    </w:p>
    <w:p>
      <w:pPr>
        <w:spacing w:after="0"/>
      </w:pPr>
    </w:p>
    <w:p>
      <w:pPr>
        <w:spacing w:after="0"/>
      </w:pPr>
      <w:r>
        <w:rPr>
          <w:rFonts w:ascii="Arial" w:hAnsi="Arial"/>
          <w:b/>
          <w:sz w:val="22"/>
        </w:rPr>
        <w:t xml:space="preserve">Alice  </w:t>
      </w:r>
      <w:r>
        <w:rPr>
          <w:rFonts w:ascii="Arial" w:hAnsi="Arial"/>
          <w:color w:val="5D7284"/>
          <w:sz w:val="22"/>
        </w:rPr>
        <w:t>48:39</w:t>
      </w:r>
    </w:p>
    <w:p>
      <w:pPr>
        <w:spacing w:after="0"/>
      </w:pPr>
      <w:r>
        <w:rPr>
          <w:rFonts w:ascii="Arial" w:hAnsi="Arial"/>
          <w:sz w:val="22"/>
        </w:rPr>
        <w:t>gonna show my political colors now, but he's gonna be like Trump, where he'll say something and everyone goes, "No, I don't think so. And he goes, "Well, I didn't bleh bleh bleh". I can't do Trump accent</w:t>
      </w:r>
    </w:p>
    <w:p>
      <w:pPr>
        <w:spacing w:after="0"/>
      </w:pPr>
    </w:p>
    <w:p>
      <w:pPr>
        <w:spacing w:after="0"/>
      </w:pPr>
      <w:r>
        <w:rPr>
          <w:rFonts w:ascii="Arial" w:hAnsi="Arial"/>
          <w:b/>
          <w:sz w:val="22"/>
        </w:rPr>
        <w:t xml:space="preserve">Lucy  </w:t>
      </w:r>
      <w:r>
        <w:rPr>
          <w:rFonts w:ascii="Arial" w:hAnsi="Arial"/>
          <w:color w:val="5D7284"/>
          <w:sz w:val="22"/>
        </w:rPr>
        <w:t>48:51</w:t>
      </w:r>
    </w:p>
    <w:p>
      <w:pPr>
        <w:spacing w:after="0"/>
      </w:pPr>
      <w:r>
        <w:rPr>
          <w:rFonts w:ascii="Arial" w:hAnsi="Arial"/>
          <w:sz w:val="22"/>
        </w:rPr>
        <w:t>that tell a story, but like get the crucial element of it completely round his neck the wrong way round, but tells you with complete conviction that he is right. Thank you very much. And you're like, are you sure, mate?</w:t>
      </w:r>
    </w:p>
    <w:p>
      <w:pPr>
        <w:spacing w:after="0"/>
      </w:pPr>
    </w:p>
    <w:p>
      <w:pPr>
        <w:spacing w:after="0"/>
      </w:pPr>
      <w:r>
        <w:rPr>
          <w:rFonts w:ascii="Arial" w:hAnsi="Arial"/>
          <w:b/>
          <w:sz w:val="22"/>
        </w:rPr>
        <w:t xml:space="preserve">Alice  </w:t>
      </w:r>
      <w:r>
        <w:rPr>
          <w:rFonts w:ascii="Arial" w:hAnsi="Arial"/>
          <w:color w:val="5D7284"/>
          <w:sz w:val="22"/>
        </w:rPr>
        <w:t>49:07</w:t>
      </w:r>
    </w:p>
    <w:p>
      <w:pPr>
        <w:spacing w:after="0"/>
      </w:pPr>
      <w:r>
        <w:rPr>
          <w:rFonts w:ascii="Arial" w:hAnsi="Arial"/>
          <w:sz w:val="22"/>
        </w:rPr>
        <w:t>As as someone who has considers it as cornerstone of part of my personality, of just to be like, I will just say it with confidence and hope for the best. But I do I do try and educate myself so that at least what I'm saying is going to be mildly accurate. It sounds like PT. Barnum just said whatever the fuck he wanted, throw it against the wall, and hope it stuck.</w:t>
      </w:r>
    </w:p>
    <w:p>
      <w:pPr>
        <w:spacing w:after="0"/>
      </w:pPr>
    </w:p>
    <w:p>
      <w:pPr>
        <w:spacing w:after="0"/>
      </w:pPr>
      <w:r>
        <w:rPr>
          <w:rFonts w:ascii="Arial" w:hAnsi="Arial"/>
          <w:b/>
          <w:sz w:val="22"/>
        </w:rPr>
        <w:t xml:space="preserve">Lucy  </w:t>
      </w:r>
      <w:r>
        <w:rPr>
          <w:rFonts w:ascii="Arial" w:hAnsi="Arial"/>
          <w:color w:val="5D7284"/>
          <w:sz w:val="22"/>
        </w:rPr>
        <w:t>49:30</w:t>
      </w:r>
    </w:p>
    <w:p>
      <w:pPr>
        <w:spacing w:after="0"/>
      </w:pPr>
      <w:r>
        <w:rPr>
          <w:rFonts w:ascii="Arial" w:hAnsi="Arial"/>
          <w:sz w:val="22"/>
        </w:rPr>
        <w:t>Yeah, spaghetti man.</w:t>
      </w:r>
    </w:p>
    <w:p>
      <w:pPr>
        <w:spacing w:after="0"/>
      </w:pPr>
    </w:p>
    <w:p>
      <w:pPr>
        <w:spacing w:after="0"/>
      </w:pPr>
      <w:r>
        <w:rPr>
          <w:rFonts w:ascii="Arial" w:hAnsi="Arial"/>
          <w:b/>
          <w:sz w:val="22"/>
        </w:rPr>
        <w:t xml:space="preserve">Daisy  </w:t>
      </w:r>
      <w:r>
        <w:rPr>
          <w:rFonts w:ascii="Arial" w:hAnsi="Arial"/>
          <w:color w:val="5D7284"/>
          <w:sz w:val="22"/>
        </w:rPr>
        <w:t>49:33</w:t>
      </w:r>
    </w:p>
    <w:p>
      <w:pPr>
        <w:spacing w:after="0"/>
      </w:pPr>
      <w:r>
        <w:rPr>
          <w:rFonts w:ascii="Arial" w:hAnsi="Arial"/>
          <w:sz w:val="22"/>
        </w:rPr>
        <w:t>Yeah. So yes, because I'm pretty sure we've already covered him and how much he sucks. I'm going to continue glossing over him and focus on the people he worked with.</w:t>
      </w:r>
    </w:p>
    <w:p>
      <w:pPr>
        <w:spacing w:after="0"/>
      </w:pPr>
    </w:p>
    <w:p>
      <w:pPr>
        <w:spacing w:after="0"/>
      </w:pPr>
      <w:r>
        <w:rPr>
          <w:rFonts w:ascii="Arial" w:hAnsi="Arial"/>
          <w:b/>
          <w:sz w:val="22"/>
        </w:rPr>
        <w:t xml:space="preserve">Lucy  </w:t>
      </w:r>
      <w:r>
        <w:rPr>
          <w:rFonts w:ascii="Arial" w:hAnsi="Arial"/>
          <w:color w:val="5D7284"/>
          <w:sz w:val="22"/>
        </w:rPr>
        <w:t>49:42</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49:44</w:t>
      </w:r>
    </w:p>
    <w:p>
      <w:pPr>
        <w:spacing w:after="0"/>
      </w:pPr>
      <w:r>
        <w:rPr>
          <w:rFonts w:ascii="Arial" w:hAnsi="Arial"/>
          <w:sz w:val="22"/>
        </w:rPr>
        <w:t>So this this one comes with a an asterisk, which is please note that I haven't seen The Greatest Showman or anything because I I I thought it would make me too angry, so I I made a decision to not. Not do that. So I am pretty sure that Charles Stratton, which is General Tom Thumb,</w:t>
      </w:r>
    </w:p>
    <w:p>
      <w:pPr>
        <w:spacing w:after="0"/>
      </w:pPr>
    </w:p>
    <w:p>
      <w:pPr>
        <w:spacing w:after="0"/>
      </w:pPr>
      <w:r>
        <w:rPr>
          <w:rFonts w:ascii="Arial" w:hAnsi="Arial"/>
          <w:b/>
          <w:sz w:val="22"/>
        </w:rPr>
        <w:t xml:space="preserve">Lucy  </w:t>
      </w:r>
      <w:r>
        <w:rPr>
          <w:rFonts w:ascii="Arial" w:hAnsi="Arial"/>
          <w:color w:val="5D7284"/>
          <w:sz w:val="22"/>
        </w:rPr>
        <w:t>50:10</w:t>
      </w:r>
    </w:p>
    <w:p>
      <w:pPr>
        <w:spacing w:after="0"/>
      </w:pPr>
      <w:r>
        <w:rPr>
          <w:rFonts w:ascii="Arial" w:hAnsi="Arial"/>
          <w:sz w:val="22"/>
        </w:rPr>
        <w:t>yes,</w:t>
      </w:r>
    </w:p>
    <w:p>
      <w:pPr>
        <w:spacing w:after="0"/>
      </w:pPr>
    </w:p>
    <w:p>
      <w:pPr>
        <w:spacing w:after="0"/>
      </w:pPr>
      <w:r>
        <w:rPr>
          <w:rFonts w:ascii="Arial" w:hAnsi="Arial"/>
          <w:b/>
          <w:sz w:val="22"/>
        </w:rPr>
        <w:t xml:space="preserve">Daisy  </w:t>
      </w:r>
      <w:r>
        <w:rPr>
          <w:rFonts w:ascii="Arial" w:hAnsi="Arial"/>
          <w:color w:val="5D7284"/>
          <w:sz w:val="22"/>
        </w:rPr>
        <w:t>50:11</w:t>
      </w:r>
    </w:p>
    <w:p>
      <w:pPr>
        <w:spacing w:after="0"/>
      </w:pPr>
      <w:r>
        <w:rPr>
          <w:rFonts w:ascii="Arial" w:hAnsi="Arial"/>
          <w:sz w:val="22"/>
        </w:rPr>
        <w:t>was in that film.</w:t>
      </w:r>
    </w:p>
    <w:p>
      <w:pPr>
        <w:spacing w:after="0"/>
      </w:pPr>
    </w:p>
    <w:p>
      <w:pPr>
        <w:spacing w:after="0"/>
      </w:pPr>
      <w:r>
        <w:rPr>
          <w:rFonts w:ascii="Arial" w:hAnsi="Arial"/>
          <w:b/>
          <w:sz w:val="22"/>
        </w:rPr>
        <w:t xml:space="preserve">Lucy  </w:t>
      </w:r>
      <w:r>
        <w:rPr>
          <w:rFonts w:ascii="Arial" w:hAnsi="Arial"/>
          <w:color w:val="5D7284"/>
          <w:sz w:val="22"/>
        </w:rPr>
        <w:t>50:13</w:t>
      </w:r>
    </w:p>
    <w:p>
      <w:pPr>
        <w:spacing w:after="0"/>
      </w:pPr>
      <w:r>
        <w:rPr>
          <w:rFonts w:ascii="Arial" w:hAnsi="Arial"/>
          <w:sz w:val="22"/>
        </w:rPr>
        <w:t>Was yes, he was.</w:t>
      </w:r>
    </w:p>
    <w:p>
      <w:pPr>
        <w:spacing w:after="0"/>
      </w:pPr>
    </w:p>
    <w:p>
      <w:pPr>
        <w:spacing w:after="0"/>
      </w:pPr>
      <w:r>
        <w:rPr>
          <w:rFonts w:ascii="Arial" w:hAnsi="Arial"/>
          <w:b/>
          <w:sz w:val="22"/>
        </w:rPr>
        <w:t xml:space="preserve">Daisy  </w:t>
      </w:r>
      <w:r>
        <w:rPr>
          <w:rFonts w:ascii="Arial" w:hAnsi="Arial"/>
          <w:color w:val="5D7284"/>
          <w:sz w:val="22"/>
        </w:rPr>
        <w:t>50:15</w:t>
      </w:r>
    </w:p>
    <w:p>
      <w:pPr>
        <w:spacing w:after="0"/>
      </w:pPr>
      <w:r>
        <w:rPr>
          <w:rFonts w:ascii="Arial" w:hAnsi="Arial"/>
          <w:sz w:val="22"/>
        </w:rPr>
        <w:t>So I labelled Charles Stratton as probably the most famous of the the people that Petey Barnum worked with. I don't know whether that is the case in the film, but I think generally historically he's considered I think one of the more well known</w:t>
      </w:r>
    </w:p>
    <w:p>
      <w:pPr>
        <w:spacing w:after="0"/>
      </w:pPr>
    </w:p>
    <w:p>
      <w:pPr>
        <w:spacing w:after="0"/>
      </w:pPr>
      <w:r>
        <w:rPr>
          <w:rFonts w:ascii="Arial" w:hAnsi="Arial"/>
          <w:b/>
          <w:sz w:val="22"/>
        </w:rPr>
        <w:t xml:space="preserve">Lucy  </w:t>
      </w:r>
      <w:r>
        <w:rPr>
          <w:rFonts w:ascii="Arial" w:hAnsi="Arial"/>
          <w:color w:val="5D7284"/>
          <w:sz w:val="22"/>
        </w:rPr>
        <w:t>50:27</w:t>
      </w:r>
    </w:p>
    <w:p>
      <w:pPr>
        <w:spacing w:after="0"/>
      </w:pPr>
      <w:r>
        <w:rPr>
          <w:rFonts w:ascii="Arial" w:hAnsi="Arial"/>
          <w:sz w:val="22"/>
        </w:rPr>
        <w:t>In the film he is like the second or is either the first or the second person he works with. I think he goes to see the bearded lady first, and then</w:t>
      </w:r>
    </w:p>
    <w:p>
      <w:pPr>
        <w:spacing w:after="0"/>
      </w:pPr>
    </w:p>
    <w:p>
      <w:pPr>
        <w:spacing w:after="0"/>
      </w:pPr>
      <w:r>
        <w:rPr>
          <w:rFonts w:ascii="Arial" w:hAnsi="Arial"/>
          <w:b/>
          <w:sz w:val="22"/>
        </w:rPr>
        <w:t xml:space="preserve">Daisy  </w:t>
      </w:r>
      <w:r>
        <w:rPr>
          <w:rFonts w:ascii="Arial" w:hAnsi="Arial"/>
          <w:color w:val="5D7284"/>
          <w:sz w:val="22"/>
        </w:rPr>
        <w:t>50:36</w:t>
      </w:r>
    </w:p>
    <w:p>
      <w:pPr>
        <w:spacing w:after="0"/>
      </w:pPr>
      <w:r>
        <w:rPr>
          <w:rFonts w:ascii="Arial" w:hAnsi="Arial"/>
          <w:sz w:val="22"/>
        </w:rPr>
        <w:t>they do they not feature the public autopsy?</w:t>
      </w:r>
    </w:p>
    <w:p>
      <w:pPr>
        <w:spacing w:after="0"/>
      </w:pPr>
    </w:p>
    <w:p>
      <w:pPr>
        <w:spacing w:after="0"/>
      </w:pPr>
      <w:r>
        <w:rPr>
          <w:rFonts w:ascii="Arial" w:hAnsi="Arial"/>
          <w:b/>
          <w:sz w:val="22"/>
        </w:rPr>
        <w:t xml:space="preserve">Alice  </w:t>
      </w:r>
      <w:r>
        <w:rPr>
          <w:rFonts w:ascii="Arial" w:hAnsi="Arial"/>
          <w:color w:val="5D7284"/>
          <w:sz w:val="22"/>
        </w:rPr>
        <w:t>50:39</w:t>
      </w:r>
    </w:p>
    <w:p>
      <w:pPr>
        <w:spacing w:after="0"/>
      </w:pPr>
      <w:r>
        <w:rPr>
          <w:rFonts w:ascii="Arial" w:hAnsi="Arial"/>
          <w:sz w:val="22"/>
        </w:rPr>
        <w:t>No, that's funny that aint it</w:t>
      </w:r>
    </w:p>
    <w:p>
      <w:pPr>
        <w:spacing w:after="0"/>
      </w:pPr>
    </w:p>
    <w:p>
      <w:pPr>
        <w:spacing w:after="0"/>
      </w:pPr>
      <w:r>
        <w:rPr>
          <w:rFonts w:ascii="Arial" w:hAnsi="Arial"/>
          <w:b/>
          <w:sz w:val="22"/>
        </w:rPr>
        <w:t xml:space="preserve">Daisy  </w:t>
      </w:r>
      <w:r>
        <w:rPr>
          <w:rFonts w:ascii="Arial" w:hAnsi="Arial"/>
          <w:color w:val="5D7284"/>
          <w:sz w:val="22"/>
        </w:rPr>
        <w:t>50:40</w:t>
      </w:r>
    </w:p>
    <w:p>
      <w:pPr>
        <w:spacing w:after="0"/>
      </w:pPr>
      <w:r>
        <w:rPr>
          <w:rFonts w:ascii="Arial" w:hAnsi="Arial"/>
          <w:sz w:val="22"/>
        </w:rPr>
        <w:t>they don't have a nice song about it.</w:t>
      </w:r>
    </w:p>
    <w:p>
      <w:pPr>
        <w:spacing w:after="0"/>
      </w:pPr>
    </w:p>
    <w:p>
      <w:pPr>
        <w:spacing w:after="0"/>
      </w:pPr>
      <w:r>
        <w:rPr>
          <w:rFonts w:ascii="Arial" w:hAnsi="Arial"/>
          <w:b/>
          <w:sz w:val="22"/>
        </w:rPr>
        <w:t xml:space="preserve">Alice  </w:t>
      </w:r>
      <w:r>
        <w:rPr>
          <w:rFonts w:ascii="Arial" w:hAnsi="Arial"/>
          <w:color w:val="5D7284"/>
          <w:sz w:val="22"/>
        </w:rPr>
        <w:t>50:41</w:t>
      </w:r>
    </w:p>
    <w:p>
      <w:pPr>
        <w:spacing w:after="0"/>
      </w:pPr>
      <w:r>
        <w:rPr>
          <w:rFonts w:ascii="Arial" w:hAnsi="Arial"/>
          <w:sz w:val="22"/>
        </w:rPr>
        <w:t>That's really funny that they do not to to put the bit about the exploited enslaved woman. It's really funny. I wonder why why they made that directorial choice.</w:t>
      </w:r>
    </w:p>
    <w:p>
      <w:pPr>
        <w:spacing w:after="0"/>
      </w:pPr>
    </w:p>
    <w:p>
      <w:pPr>
        <w:spacing w:after="0"/>
      </w:pPr>
      <w:r>
        <w:rPr>
          <w:rFonts w:ascii="Arial" w:hAnsi="Arial"/>
          <w:b/>
          <w:sz w:val="22"/>
        </w:rPr>
        <w:t xml:space="preserve">Lucy  </w:t>
      </w:r>
      <w:r>
        <w:rPr>
          <w:rFonts w:ascii="Arial" w:hAnsi="Arial"/>
          <w:color w:val="5D7284"/>
          <w:sz w:val="22"/>
        </w:rPr>
        <w:t>50:54</w:t>
      </w:r>
    </w:p>
    <w:p>
      <w:pPr>
        <w:spacing w:after="0"/>
      </w:pPr>
      <w:r>
        <w:rPr>
          <w:rFonts w:ascii="Arial" w:hAnsi="Arial"/>
          <w:sz w:val="22"/>
        </w:rPr>
        <w:t>In the film, he goes to see Tom Thumb. What was his name? What's his actual name? Charles Stratton. He goes to see Charles Stratton, but in the film he is called Tom, and again because and says to his mom, his mother, if he comes and works for me on the freak show, he will basically give you some money as well, and this will change your life, basically.</w:t>
      </w:r>
    </w:p>
    <w:p>
      <w:pPr>
        <w:spacing w:after="0"/>
      </w:pPr>
    </w:p>
    <w:p>
      <w:pPr>
        <w:spacing w:after="0"/>
      </w:pPr>
      <w:r>
        <w:rPr>
          <w:rFonts w:ascii="Arial" w:hAnsi="Arial"/>
          <w:b/>
          <w:sz w:val="22"/>
        </w:rPr>
        <w:t xml:space="preserve">Alice  </w:t>
      </w:r>
      <w:r>
        <w:rPr>
          <w:rFonts w:ascii="Arial" w:hAnsi="Arial"/>
          <w:color w:val="5D7284"/>
          <w:sz w:val="22"/>
        </w:rPr>
        <w:t>51:24</w:t>
      </w:r>
    </w:p>
    <w:p>
      <w:pPr>
        <w:spacing w:after="0"/>
      </w:pPr>
      <w:r>
        <w:rPr>
          <w:rFonts w:ascii="Arial" w:hAnsi="Arial"/>
          <w:sz w:val="22"/>
        </w:rPr>
        <w:t>Oh, he was he was quite the saviour, wasn't he?</w:t>
      </w:r>
    </w:p>
    <w:p>
      <w:pPr>
        <w:spacing w:after="0"/>
      </w:pPr>
    </w:p>
    <w:p>
      <w:pPr>
        <w:spacing w:after="0"/>
      </w:pPr>
      <w:r>
        <w:rPr>
          <w:rFonts w:ascii="Arial" w:hAnsi="Arial"/>
          <w:b/>
          <w:sz w:val="22"/>
        </w:rPr>
        <w:t xml:space="preserve">Daisy  </w:t>
      </w:r>
      <w:r>
        <w:rPr>
          <w:rFonts w:ascii="Arial" w:hAnsi="Arial"/>
          <w:color w:val="5D7284"/>
          <w:sz w:val="22"/>
        </w:rPr>
        <w:t>51:28</w:t>
      </w:r>
    </w:p>
    <w:p>
      <w:pPr>
        <w:spacing w:after="0"/>
      </w:pPr>
      <w:r>
        <w:rPr>
          <w:rFonts w:ascii="Arial" w:hAnsi="Arial"/>
          <w:sz w:val="22"/>
        </w:rPr>
        <w:t>But I mean, yeah, that sort of track. He he found Charles when he was only about five years old.</w:t>
      </w:r>
    </w:p>
    <w:p>
      <w:pPr>
        <w:spacing w:after="0"/>
      </w:pPr>
    </w:p>
    <w:p>
      <w:pPr>
        <w:spacing w:after="0"/>
      </w:pPr>
      <w:r>
        <w:rPr>
          <w:rFonts w:ascii="Arial" w:hAnsi="Arial"/>
          <w:b/>
          <w:sz w:val="22"/>
        </w:rPr>
        <w:t xml:space="preserve">Lucy  </w:t>
      </w:r>
      <w:r>
        <w:rPr>
          <w:rFonts w:ascii="Arial" w:hAnsi="Arial"/>
          <w:color w:val="5D7284"/>
          <w:sz w:val="22"/>
        </w:rPr>
        <w:t>51:35</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51:36</w:t>
      </w:r>
    </w:p>
    <w:p>
      <w:pPr>
        <w:spacing w:after="0"/>
      </w:pPr>
      <w:r>
        <w:rPr>
          <w:rFonts w:ascii="Arial" w:hAnsi="Arial"/>
          <w:sz w:val="22"/>
        </w:rPr>
        <w:t>and taught him to sing and dance and entertain, and and took him to tour America as a kid that young. I mean, he was really popular because he was genuinely really talented as like a entertainer, and he is kind of almost single-handedly credited with making you know side shows like a a popular entertainment thing that anyone could you know go to and enjoy rather than just like a seedy sort of carnival entertainment thing.</w:t>
      </w:r>
    </w:p>
    <w:p>
      <w:pPr>
        <w:spacing w:after="0"/>
      </w:pPr>
    </w:p>
    <w:p>
      <w:pPr>
        <w:spacing w:after="0"/>
      </w:pPr>
      <w:r>
        <w:rPr>
          <w:rFonts w:ascii="Arial" w:hAnsi="Arial"/>
          <w:b/>
          <w:sz w:val="22"/>
        </w:rPr>
        <w:t xml:space="preserve">Alice  </w:t>
      </w:r>
      <w:r>
        <w:rPr>
          <w:rFonts w:ascii="Arial" w:hAnsi="Arial"/>
          <w:color w:val="5D7284"/>
          <w:sz w:val="22"/>
        </w:rPr>
        <w:t>52:08</w:t>
      </w:r>
    </w:p>
    <w:p>
      <w:pPr>
        <w:spacing w:after="0"/>
      </w:pPr>
      <w:r>
        <w:rPr>
          <w:rFonts w:ascii="Arial" w:hAnsi="Arial"/>
          <w:sz w:val="22"/>
        </w:rPr>
        <w:t>I will push back and say singing and dancing is not really something that you need to teach five year olds to do. Sitting still, that's things they're not good at. Singing, dancing, fucking around for for attention that they're very good at that.</w:t>
      </w:r>
    </w:p>
    <w:p>
      <w:pPr>
        <w:spacing w:after="0"/>
      </w:pPr>
    </w:p>
    <w:p>
      <w:pPr>
        <w:spacing w:after="0"/>
      </w:pPr>
      <w:r>
        <w:rPr>
          <w:rFonts w:ascii="Arial" w:hAnsi="Arial"/>
          <w:b/>
          <w:sz w:val="22"/>
        </w:rPr>
        <w:t xml:space="preserve">Lucy  </w:t>
      </w:r>
      <w:r>
        <w:rPr>
          <w:rFonts w:ascii="Arial" w:hAnsi="Arial"/>
          <w:color w:val="5D7284"/>
          <w:sz w:val="22"/>
        </w:rPr>
        <w:t>52:22</w:t>
      </w:r>
    </w:p>
    <w:p>
      <w:pPr>
        <w:spacing w:after="0"/>
      </w:pPr>
      <w:r>
        <w:rPr>
          <w:rFonts w:ascii="Arial" w:hAnsi="Arial"/>
          <w:sz w:val="22"/>
        </w:rPr>
        <w:t>You do make it sound Daisy aswell like he is the Bradley Walsh of his time.</w:t>
      </w:r>
    </w:p>
    <w:p>
      <w:pPr>
        <w:spacing w:after="0"/>
      </w:pPr>
    </w:p>
    <w:p>
      <w:pPr>
        <w:spacing w:after="0"/>
      </w:pPr>
      <w:r>
        <w:rPr>
          <w:rFonts w:ascii="Arial" w:hAnsi="Arial"/>
          <w:b/>
          <w:sz w:val="22"/>
        </w:rPr>
        <w:t xml:space="preserve">Daisy  </w:t>
      </w:r>
      <w:r>
        <w:rPr>
          <w:rFonts w:ascii="Arial" w:hAnsi="Arial"/>
          <w:color w:val="5D7284"/>
          <w:sz w:val="22"/>
        </w:rPr>
        <w:t>52:28</w:t>
      </w:r>
    </w:p>
    <w:p>
      <w:pPr>
        <w:spacing w:after="0"/>
      </w:pPr>
      <w:r>
        <w:rPr>
          <w:rFonts w:ascii="Arial" w:hAnsi="Arial"/>
          <w:sz w:val="22"/>
        </w:rPr>
        <w:t>I mean, probably not far off. You know what I mean? I've I've never seen Bradley Walsh Walsh dance.</w:t>
      </w:r>
    </w:p>
    <w:p>
      <w:pPr>
        <w:spacing w:after="0"/>
      </w:pPr>
    </w:p>
    <w:p>
      <w:pPr>
        <w:spacing w:after="0"/>
      </w:pPr>
      <w:r>
        <w:rPr>
          <w:rFonts w:ascii="Arial" w:hAnsi="Arial"/>
          <w:b/>
          <w:sz w:val="22"/>
        </w:rPr>
        <w:t xml:space="preserve">Lucy  </w:t>
      </w:r>
      <w:r>
        <w:rPr>
          <w:rFonts w:ascii="Arial" w:hAnsi="Arial"/>
          <w:color w:val="5D7284"/>
          <w:sz w:val="22"/>
        </w:rPr>
        <w:t>52:34</w:t>
      </w:r>
    </w:p>
    <w:p>
      <w:pPr>
        <w:spacing w:after="0"/>
      </w:pPr>
      <w:r>
        <w:rPr>
          <w:rFonts w:ascii="Arial" w:hAnsi="Arial"/>
          <w:sz w:val="22"/>
        </w:rPr>
        <w:t>No, well, I don't know. I don't think I've ever seen him dance, but like,</w:t>
      </w:r>
    </w:p>
    <w:p>
      <w:pPr>
        <w:spacing w:after="0"/>
      </w:pPr>
    </w:p>
    <w:p>
      <w:pPr>
        <w:spacing w:after="0"/>
      </w:pPr>
      <w:r>
        <w:rPr>
          <w:rFonts w:ascii="Arial" w:hAnsi="Arial"/>
          <w:b/>
          <w:sz w:val="22"/>
        </w:rPr>
        <w:t xml:space="preserve">Daisy  </w:t>
      </w:r>
      <w:r>
        <w:rPr>
          <w:rFonts w:ascii="Arial" w:hAnsi="Arial"/>
          <w:color w:val="5D7284"/>
          <w:sz w:val="22"/>
        </w:rPr>
        <w:t>52:39</w:t>
      </w:r>
    </w:p>
    <w:p>
      <w:pPr>
        <w:spacing w:after="0"/>
      </w:pPr>
      <w:r>
        <w:rPr>
          <w:rFonts w:ascii="Arial" w:hAnsi="Arial"/>
          <w:sz w:val="22"/>
        </w:rPr>
        <w:t>yeah, I'm gonna Google Bradley Walsh dancing.</w:t>
      </w:r>
    </w:p>
    <w:p>
      <w:pPr>
        <w:spacing w:after="0"/>
      </w:pPr>
    </w:p>
    <w:p>
      <w:pPr>
        <w:spacing w:after="0"/>
      </w:pPr>
      <w:r>
        <w:rPr>
          <w:rFonts w:ascii="Arial" w:hAnsi="Arial"/>
          <w:b/>
          <w:sz w:val="22"/>
        </w:rPr>
        <w:t xml:space="preserve">Alice  </w:t>
      </w:r>
      <w:r>
        <w:rPr>
          <w:rFonts w:ascii="Arial" w:hAnsi="Arial"/>
          <w:color w:val="5D7284"/>
          <w:sz w:val="22"/>
        </w:rPr>
        <w:t>52:46</w:t>
      </w:r>
    </w:p>
    <w:p>
      <w:pPr>
        <w:spacing w:after="0"/>
      </w:pPr>
      <w:r>
        <w:rPr>
          <w:rFonts w:ascii="Arial" w:hAnsi="Arial"/>
          <w:sz w:val="22"/>
        </w:rPr>
        <w:t>Again, I just really love that Lucy's frame of reference is just, just</w:t>
      </w:r>
    </w:p>
    <w:p>
      <w:pPr>
        <w:spacing w:after="0"/>
      </w:pPr>
    </w:p>
    <w:p>
      <w:pPr>
        <w:spacing w:after="0"/>
      </w:pPr>
      <w:r>
        <w:rPr>
          <w:rFonts w:ascii="Arial" w:hAnsi="Arial"/>
          <w:b/>
          <w:sz w:val="22"/>
        </w:rPr>
        <w:t xml:space="preserve">Lucy  </w:t>
      </w:r>
      <w:r>
        <w:rPr>
          <w:rFonts w:ascii="Arial" w:hAnsi="Arial"/>
          <w:color w:val="5D7284"/>
          <w:sz w:val="22"/>
        </w:rPr>
        <w:t>52:52</w:t>
      </w:r>
    </w:p>
    <w:p>
      <w:pPr>
        <w:spacing w:after="0"/>
      </w:pPr>
      <w:r>
        <w:rPr>
          <w:rFonts w:ascii="Arial" w:hAnsi="Arial"/>
          <w:sz w:val="22"/>
        </w:rPr>
        <w:t>listen to me, listen to me, right? Bradley Walsh, Brian Conley, Shane Rich, all those people-they are my childhood. They were always on. They were like Saturday night, Matthew Kelly, that kind of thing. I'm happy with that. Do you know what I mean?</w:t>
      </w:r>
    </w:p>
    <w:p>
      <w:pPr>
        <w:spacing w:after="0"/>
      </w:pPr>
    </w:p>
    <w:p>
      <w:pPr>
        <w:spacing w:after="0"/>
      </w:pPr>
      <w:r>
        <w:rPr>
          <w:rFonts w:ascii="Arial" w:hAnsi="Arial"/>
          <w:b/>
          <w:sz w:val="22"/>
        </w:rPr>
        <w:t xml:space="preserve">Alice  </w:t>
      </w:r>
      <w:r>
        <w:rPr>
          <w:rFonts w:ascii="Arial" w:hAnsi="Arial"/>
          <w:color w:val="5D7284"/>
          <w:sz w:val="22"/>
        </w:rPr>
        <w:t>53:11</w:t>
      </w:r>
    </w:p>
    <w:p>
      <w:pPr>
        <w:spacing w:after="0"/>
      </w:pPr>
      <w:r>
        <w:rPr>
          <w:rFonts w:ascii="Arial" w:hAnsi="Arial"/>
          <w:sz w:val="22"/>
        </w:rPr>
        <w:t>It just is. It doesn't feel like you know. I I would I would have thought that it's probably like a more a more contemporary triple threat type.</w:t>
      </w:r>
    </w:p>
    <w:p>
      <w:pPr>
        <w:spacing w:after="0"/>
      </w:pPr>
    </w:p>
    <w:p>
      <w:pPr>
        <w:spacing w:after="0"/>
      </w:pPr>
      <w:r>
        <w:rPr>
          <w:rFonts w:ascii="Arial" w:hAnsi="Arial"/>
          <w:b/>
          <w:sz w:val="22"/>
        </w:rPr>
        <w:t xml:space="preserve">Daisy  </w:t>
      </w:r>
      <w:r>
        <w:rPr>
          <w:rFonts w:ascii="Arial" w:hAnsi="Arial"/>
          <w:color w:val="5D7284"/>
          <w:sz w:val="22"/>
        </w:rPr>
        <w:t>53:23</w:t>
      </w:r>
    </w:p>
    <w:p>
      <w:pPr>
        <w:spacing w:after="0"/>
      </w:pPr>
      <w:r>
        <w:rPr>
          <w:rFonts w:ascii="Arial" w:hAnsi="Arial"/>
          <w:sz w:val="22"/>
        </w:rPr>
        <w:t>I don't know. There aren't all that many people anymore that are just sort of known as being entertainers. They're all</w:t>
      </w:r>
    </w:p>
    <w:p>
      <w:pPr>
        <w:spacing w:after="0"/>
      </w:pPr>
    </w:p>
    <w:p>
      <w:pPr>
        <w:spacing w:after="0"/>
      </w:pPr>
      <w:r>
        <w:rPr>
          <w:rFonts w:ascii="Arial" w:hAnsi="Arial"/>
          <w:b/>
          <w:sz w:val="22"/>
        </w:rPr>
        <w:t xml:space="preserve">Lucy  </w:t>
      </w:r>
      <w:r>
        <w:rPr>
          <w:rFonts w:ascii="Arial" w:hAnsi="Arial"/>
          <w:color w:val="5D7284"/>
          <w:sz w:val="22"/>
        </w:rPr>
        <w:t>53:28</w:t>
      </w:r>
    </w:p>
    <w:p>
      <w:pPr>
        <w:spacing w:after="0"/>
      </w:pPr>
      <w:r>
        <w:rPr>
          <w:rFonts w:ascii="Arial" w:hAnsi="Arial"/>
          <w:sz w:val="22"/>
        </w:rPr>
        <w:t>thank you.</w:t>
      </w:r>
    </w:p>
    <w:p>
      <w:pPr>
        <w:spacing w:after="0"/>
      </w:pPr>
    </w:p>
    <w:p>
      <w:pPr>
        <w:spacing w:after="0"/>
      </w:pPr>
      <w:r>
        <w:rPr>
          <w:rFonts w:ascii="Arial" w:hAnsi="Arial"/>
          <w:b/>
          <w:sz w:val="22"/>
        </w:rPr>
        <w:t xml:space="preserve">Daisy  </w:t>
      </w:r>
      <w:r>
        <w:rPr>
          <w:rFonts w:ascii="Arial" w:hAnsi="Arial"/>
          <w:color w:val="5D7284"/>
          <w:sz w:val="22"/>
        </w:rPr>
        <w:t>53:30</w:t>
      </w:r>
    </w:p>
    <w:p>
      <w:pPr>
        <w:spacing w:after="0"/>
      </w:pPr>
      <w:r>
        <w:rPr>
          <w:rFonts w:ascii="Arial" w:hAnsi="Arial"/>
          <w:sz w:val="22"/>
        </w:rPr>
        <w:t>They're all like other stuff.</w:t>
      </w:r>
    </w:p>
    <w:p>
      <w:pPr>
        <w:spacing w:after="0"/>
      </w:pPr>
    </w:p>
    <w:p>
      <w:pPr>
        <w:spacing w:after="0"/>
      </w:pPr>
      <w:r>
        <w:rPr>
          <w:rFonts w:ascii="Arial" w:hAnsi="Arial"/>
          <w:b/>
          <w:sz w:val="22"/>
        </w:rPr>
        <w:t xml:space="preserve">Alice  </w:t>
      </w:r>
      <w:r>
        <w:rPr>
          <w:rFonts w:ascii="Arial" w:hAnsi="Arial"/>
          <w:color w:val="5D7284"/>
          <w:sz w:val="22"/>
        </w:rPr>
        <w:t>53:35</w:t>
      </w:r>
    </w:p>
    <w:p>
      <w:pPr>
        <w:spacing w:after="0"/>
      </w:pPr>
      <w:r>
        <w:rPr>
          <w:rFonts w:ascii="Arial" w:hAnsi="Arial"/>
          <w:sz w:val="22"/>
        </w:rPr>
        <w:t>I don't think you're mis. You're disproving my point, Lucy.</w:t>
      </w:r>
    </w:p>
    <w:p>
      <w:pPr>
        <w:spacing w:after="0"/>
      </w:pPr>
    </w:p>
    <w:p>
      <w:pPr>
        <w:spacing w:after="0"/>
      </w:pPr>
      <w:r>
        <w:rPr>
          <w:rFonts w:ascii="Arial" w:hAnsi="Arial"/>
          <w:b/>
          <w:sz w:val="22"/>
        </w:rPr>
        <w:t xml:space="preserve">Lucy  </w:t>
      </w:r>
      <w:r>
        <w:rPr>
          <w:rFonts w:ascii="Arial" w:hAnsi="Arial"/>
          <w:color w:val="5D7284"/>
          <w:sz w:val="22"/>
        </w:rPr>
        <w:t>53:39</w:t>
      </w:r>
    </w:p>
    <w:p>
      <w:pPr>
        <w:spacing w:after="0"/>
      </w:pPr>
      <w:r>
        <w:rPr>
          <w:rFonts w:ascii="Arial" w:hAnsi="Arial"/>
          <w:sz w:val="22"/>
        </w:rPr>
        <w:t>Jay McDonald. Let's face it. Jay McDonald is like all the all the kids like Jane McDonald. Sure, saying they do.</w:t>
      </w:r>
    </w:p>
    <w:p>
      <w:pPr>
        <w:spacing w:after="0"/>
      </w:pPr>
    </w:p>
    <w:p>
      <w:pPr>
        <w:spacing w:after="0"/>
      </w:pPr>
      <w:r>
        <w:rPr>
          <w:rFonts w:ascii="Arial" w:hAnsi="Arial"/>
          <w:b/>
          <w:sz w:val="22"/>
        </w:rPr>
        <w:t xml:space="preserve">Daisy  </w:t>
      </w:r>
      <w:r>
        <w:rPr>
          <w:rFonts w:ascii="Arial" w:hAnsi="Arial"/>
          <w:color w:val="5D7284"/>
          <w:sz w:val="22"/>
        </w:rPr>
        <w:t>53:49</w:t>
      </w:r>
    </w:p>
    <w:p>
      <w:pPr>
        <w:spacing w:after="0"/>
      </w:pPr>
      <w:r>
        <w:rPr>
          <w:rFonts w:ascii="Arial" w:hAnsi="Arial"/>
          <w:sz w:val="22"/>
        </w:rPr>
        <w:t>Is she is she cool now? But yes, Tom. Well, Charles Stratton slash Tom Thumb is a good example of one of these people we talked about earlier who actually made a good amount of money out of this. He actually made so much money that he bailed out P.T. Barnum on occasions where he was out of funds. Wow! And and</w:t>
      </w:r>
    </w:p>
    <w:p>
      <w:pPr>
        <w:spacing w:after="0"/>
      </w:pPr>
    </w:p>
    <w:p>
      <w:pPr>
        <w:spacing w:after="0"/>
      </w:pPr>
      <w:r>
        <w:rPr>
          <w:rFonts w:ascii="Arial" w:hAnsi="Arial"/>
          <w:b/>
          <w:sz w:val="22"/>
        </w:rPr>
        <w:t xml:space="preserve">Alice  </w:t>
      </w:r>
      <w:r>
        <w:rPr>
          <w:rFonts w:ascii="Arial" w:hAnsi="Arial"/>
          <w:color w:val="5D7284"/>
          <w:sz w:val="22"/>
        </w:rPr>
        <w:t>54:08</w:t>
      </w:r>
    </w:p>
    <w:p>
      <w:pPr>
        <w:spacing w:after="0"/>
      </w:pPr>
      <w:r>
        <w:rPr>
          <w:rFonts w:ascii="Arial" w:hAnsi="Arial"/>
          <w:sz w:val="22"/>
        </w:rPr>
        <w:t>what was their? Do we know what their relationship was like? I guess you can answer this from the film's perspective.</w:t>
      </w:r>
    </w:p>
    <w:p>
      <w:pPr>
        <w:spacing w:after="0"/>
      </w:pPr>
    </w:p>
    <w:p>
      <w:pPr>
        <w:spacing w:after="0"/>
      </w:pPr>
      <w:r>
        <w:rPr>
          <w:rFonts w:ascii="Arial" w:hAnsi="Arial"/>
          <w:b/>
          <w:sz w:val="22"/>
        </w:rPr>
        <w:t xml:space="preserve">Lucy  </w:t>
      </w:r>
      <w:r>
        <w:rPr>
          <w:rFonts w:ascii="Arial" w:hAnsi="Arial"/>
          <w:color w:val="5D7284"/>
          <w:sz w:val="22"/>
        </w:rPr>
        <w:t>54:15</w:t>
      </w:r>
    </w:p>
    <w:p>
      <w:pPr>
        <w:spacing w:after="0"/>
      </w:pPr>
      <w:r>
        <w:rPr>
          <w:rFonts w:ascii="Arial" w:hAnsi="Arial"/>
          <w:sz w:val="22"/>
        </w:rPr>
        <w:t>I think in the well in the film, P.T. Barnum's Curiosity Shop or whatever it was called burns down, and Tom. Yeah,</w:t>
      </w:r>
    </w:p>
    <w:p>
      <w:pPr>
        <w:spacing w:after="0"/>
      </w:pPr>
    </w:p>
    <w:p>
      <w:pPr>
        <w:spacing w:after="0"/>
      </w:pPr>
      <w:r>
        <w:rPr>
          <w:rFonts w:ascii="Arial" w:hAnsi="Arial"/>
          <w:b/>
          <w:sz w:val="22"/>
        </w:rPr>
        <w:t xml:space="preserve">Alice  </w:t>
      </w:r>
      <w:r>
        <w:rPr>
          <w:rFonts w:ascii="Arial" w:hAnsi="Arial"/>
          <w:color w:val="5D7284"/>
          <w:sz w:val="22"/>
        </w:rPr>
        <w:t>54:26</w:t>
      </w:r>
    </w:p>
    <w:p>
      <w:pPr>
        <w:spacing w:after="0"/>
      </w:pPr>
      <w:r>
        <w:rPr>
          <w:rFonts w:ascii="Arial" w:hAnsi="Arial"/>
          <w:sz w:val="22"/>
        </w:rPr>
        <w:t>it did. He didn't it? Didn't it burn down? And he left like a load of animals and stuff to just die in the fire.</w:t>
      </w:r>
    </w:p>
    <w:p>
      <w:pPr>
        <w:spacing w:after="0"/>
      </w:pPr>
    </w:p>
    <w:p>
      <w:pPr>
        <w:spacing w:after="0"/>
      </w:pPr>
      <w:r>
        <w:rPr>
          <w:rFonts w:ascii="Arial" w:hAnsi="Arial"/>
          <w:b/>
          <w:sz w:val="22"/>
        </w:rPr>
        <w:t xml:space="preserve">Lucy  </w:t>
      </w:r>
      <w:r>
        <w:rPr>
          <w:rFonts w:ascii="Arial" w:hAnsi="Arial"/>
          <w:color w:val="5D7284"/>
          <w:sz w:val="22"/>
        </w:rPr>
        <w:t>54:33</w:t>
      </w:r>
    </w:p>
    <w:p>
      <w:pPr>
        <w:spacing w:after="0"/>
      </w:pPr>
      <w:r>
        <w:rPr>
          <w:rFonts w:ascii="Arial" w:hAnsi="Arial"/>
          <w:sz w:val="22"/>
        </w:rPr>
        <w:t>Well, probably, probably, but you don't see that in the film, obviously, because that's not Hollywood, is it really? But Tom Thumb does, I think, buy him out, and and like invest money into this new show that he puts on. I think. I think. I've not seen the film in a long time, but yeah. And and in the film, you get the sense that they are quite good friends because, like, he goes to see his mother and says, like, "We'll give you some money. This will change your life. And so, and because in the film, Tom is very successful. I think he sees a very positive in the film. Sees a very positive side to it, you know, being involved with Mister Barnum.</w:t>
      </w:r>
    </w:p>
    <w:p>
      <w:pPr>
        <w:spacing w:after="0"/>
      </w:pPr>
    </w:p>
    <w:p>
      <w:pPr>
        <w:spacing w:after="0"/>
      </w:pPr>
      <w:r>
        <w:rPr>
          <w:rFonts w:ascii="Arial" w:hAnsi="Arial"/>
          <w:b/>
          <w:sz w:val="22"/>
        </w:rPr>
        <w:t xml:space="preserve">Daisy  </w:t>
      </w:r>
      <w:r>
        <w:rPr>
          <w:rFonts w:ascii="Arial" w:hAnsi="Arial"/>
          <w:color w:val="5D7284"/>
          <w:sz w:val="22"/>
        </w:rPr>
        <w:t>55:24</w:t>
      </w:r>
    </w:p>
    <w:p>
      <w:pPr>
        <w:spacing w:after="0"/>
      </w:pPr>
      <w:r>
        <w:rPr>
          <w:rFonts w:ascii="Arial" w:hAnsi="Arial"/>
          <w:sz w:val="22"/>
        </w:rPr>
        <w:t>Yeah, I mean, naturally, all of the information we have, you know, it's limited amount written by the individual people themselves.</w:t>
      </w:r>
    </w:p>
    <w:p>
      <w:pPr>
        <w:spacing w:after="0"/>
      </w:pPr>
    </w:p>
    <w:p>
      <w:pPr>
        <w:spacing w:after="0"/>
      </w:pPr>
      <w:r>
        <w:rPr>
          <w:rFonts w:ascii="Arial" w:hAnsi="Arial"/>
          <w:b/>
          <w:sz w:val="22"/>
        </w:rPr>
        <w:t xml:space="preserve">Lucy  </w:t>
      </w:r>
      <w:r>
        <w:rPr>
          <w:rFonts w:ascii="Arial" w:hAnsi="Arial"/>
          <w:color w:val="5D7284"/>
          <w:sz w:val="22"/>
        </w:rPr>
        <w:t>55:30</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55:31</w:t>
      </w:r>
    </w:p>
    <w:p>
      <w:pPr>
        <w:spacing w:after="0"/>
      </w:pPr>
      <w:r>
        <w:rPr>
          <w:rFonts w:ascii="Arial" w:hAnsi="Arial"/>
          <w:sz w:val="22"/>
        </w:rPr>
        <w:t>but it seems fair to assume that you know Charles was fairly grateful to PT. Barnum for you know giving him the opportunities to make all of this money and own multiple houses and boats and things, but yes, another person who was found abroad and dragged over to perform for PT. Barnum.</w:t>
      </w:r>
    </w:p>
    <w:p>
      <w:pPr>
        <w:spacing w:after="0"/>
      </w:pPr>
    </w:p>
    <w:p>
      <w:pPr>
        <w:spacing w:after="0"/>
      </w:pPr>
      <w:r>
        <w:rPr>
          <w:rFonts w:ascii="Arial" w:hAnsi="Arial"/>
          <w:b/>
          <w:sz w:val="22"/>
        </w:rPr>
        <w:t xml:space="preserve">Alice  </w:t>
      </w:r>
      <w:r>
        <w:rPr>
          <w:rFonts w:ascii="Arial" w:hAnsi="Arial"/>
          <w:color w:val="5D7284"/>
          <w:sz w:val="22"/>
        </w:rPr>
        <w:t>55:55</w:t>
      </w:r>
    </w:p>
    <w:p>
      <w:pPr>
        <w:spacing w:after="0"/>
      </w:pPr>
      <w:r>
        <w:rPr>
          <w:rFonts w:ascii="Arial" w:hAnsi="Arial"/>
          <w:sz w:val="22"/>
        </w:rPr>
        <w:t xml:space="preserve">Imagine you just in your kitchen making a sandwich, and he's just like, "Right, I'm going to put you on stage. </w:t>
      </w:r>
    </w:p>
    <w:p>
      <w:pPr>
        <w:spacing w:after="0"/>
      </w:pPr>
    </w:p>
    <w:p>
      <w:pPr>
        <w:spacing w:after="0"/>
      </w:pPr>
      <w:r>
        <w:rPr>
          <w:rFonts w:ascii="Arial" w:hAnsi="Arial"/>
          <w:b/>
          <w:sz w:val="22"/>
        </w:rPr>
        <w:t xml:space="preserve">Lucy  </w:t>
      </w:r>
      <w:r>
        <w:rPr>
          <w:rFonts w:ascii="Arial" w:hAnsi="Arial"/>
          <w:color w:val="5D7284"/>
          <w:sz w:val="22"/>
        </w:rPr>
        <w:t>56:02</w:t>
      </w:r>
    </w:p>
    <w:p>
      <w:pPr>
        <w:spacing w:after="0"/>
      </w:pPr>
      <w:r>
        <w:rPr>
          <w:rFonts w:ascii="Arial" w:hAnsi="Arial"/>
          <w:sz w:val="22"/>
        </w:rPr>
        <w:t>You've got a rather unusually large nose. Would you have to come and join me?</w:t>
      </w:r>
    </w:p>
    <w:p>
      <w:pPr>
        <w:spacing w:after="0"/>
      </w:pPr>
    </w:p>
    <w:p>
      <w:pPr>
        <w:spacing w:after="0"/>
      </w:pPr>
      <w:r>
        <w:rPr>
          <w:rFonts w:ascii="Arial" w:hAnsi="Arial"/>
          <w:b/>
          <w:sz w:val="22"/>
        </w:rPr>
        <w:t xml:space="preserve">Alice  </w:t>
      </w:r>
      <w:r>
        <w:rPr>
          <w:rFonts w:ascii="Arial" w:hAnsi="Arial"/>
          <w:color w:val="5D7284"/>
          <w:sz w:val="22"/>
        </w:rPr>
        <w:t>56:07</w:t>
      </w:r>
    </w:p>
    <w:p>
      <w:pPr>
        <w:spacing w:after="0"/>
      </w:pPr>
      <w:r>
        <w:rPr>
          <w:rFonts w:ascii="Arial" w:hAnsi="Arial"/>
          <w:sz w:val="22"/>
        </w:rPr>
        <w:t>Yeah, yeah. I know you may have had plans this weekend, but you won't be going to see Harry Styles. You're going to come on on on on the road with me.</w:t>
      </w:r>
    </w:p>
    <w:p>
      <w:pPr>
        <w:spacing w:after="0"/>
      </w:pPr>
    </w:p>
    <w:p>
      <w:pPr>
        <w:spacing w:after="0"/>
      </w:pPr>
      <w:r>
        <w:rPr>
          <w:rFonts w:ascii="Arial" w:hAnsi="Arial"/>
          <w:b/>
          <w:sz w:val="22"/>
        </w:rPr>
        <w:t xml:space="preserve">Lucy  </w:t>
      </w:r>
      <w:r>
        <w:rPr>
          <w:rFonts w:ascii="Arial" w:hAnsi="Arial"/>
          <w:color w:val="5D7284"/>
          <w:sz w:val="22"/>
        </w:rPr>
        <w:t>56:16</w:t>
      </w:r>
    </w:p>
    <w:p>
      <w:pPr>
        <w:spacing w:after="0"/>
      </w:pPr>
      <w:r>
        <w:rPr>
          <w:rFonts w:ascii="Arial" w:hAnsi="Arial"/>
          <w:sz w:val="22"/>
        </w:rPr>
        <w:t>I will point at your nose and laugh.</w:t>
      </w:r>
    </w:p>
    <w:p>
      <w:pPr>
        <w:spacing w:after="0"/>
      </w:pPr>
    </w:p>
    <w:p>
      <w:pPr>
        <w:spacing w:after="0"/>
      </w:pPr>
      <w:r>
        <w:rPr>
          <w:rFonts w:ascii="Arial" w:hAnsi="Arial"/>
          <w:b/>
          <w:sz w:val="22"/>
        </w:rPr>
        <w:t xml:space="preserve">Daisy  </w:t>
      </w:r>
      <w:r>
        <w:rPr>
          <w:rFonts w:ascii="Arial" w:hAnsi="Arial"/>
          <w:color w:val="5D7284"/>
          <w:sz w:val="22"/>
        </w:rPr>
        <w:t>56:19</w:t>
      </w:r>
    </w:p>
    <w:p>
      <w:pPr>
        <w:spacing w:after="0"/>
      </w:pPr>
      <w:r>
        <w:rPr>
          <w:rFonts w:ascii="Arial" w:hAnsi="Arial"/>
          <w:sz w:val="22"/>
        </w:rPr>
        <w:t>Yeah. So yeah, there was possibly a slight overlap between Prince Randian and Charles Stratton or Tom Thumb, but it wouldn't have been very much because Prince Randian was about 1890s to 1930s, and he was found in Guyana, so he was a famous, what they called a limbless performer, and he wore a specific outfit that covered his stumps and had no arm or leg holes to sort of look a bit like a caterpillar,</w:t>
      </w:r>
    </w:p>
    <w:p>
      <w:pPr>
        <w:spacing w:after="0"/>
      </w:pPr>
    </w:p>
    <w:p>
      <w:pPr>
        <w:spacing w:after="0"/>
      </w:pPr>
      <w:r>
        <w:rPr>
          <w:rFonts w:ascii="Arial" w:hAnsi="Arial"/>
          <w:b/>
          <w:sz w:val="22"/>
        </w:rPr>
        <w:t xml:space="preserve">Lucy  </w:t>
      </w:r>
      <w:r>
        <w:rPr>
          <w:rFonts w:ascii="Arial" w:hAnsi="Arial"/>
          <w:color w:val="5D7284"/>
          <w:sz w:val="22"/>
        </w:rPr>
        <w:t>56:55</w:t>
      </w:r>
    </w:p>
    <w:p>
      <w:pPr>
        <w:spacing w:after="0"/>
      </w:pPr>
      <w:r>
        <w:rPr>
          <w:rFonts w:ascii="Arial" w:hAnsi="Arial"/>
          <w:sz w:val="22"/>
        </w:rPr>
        <w:t>right?</w:t>
      </w:r>
    </w:p>
    <w:p>
      <w:pPr>
        <w:spacing w:after="0"/>
      </w:pPr>
    </w:p>
    <w:p>
      <w:pPr>
        <w:spacing w:after="0"/>
      </w:pPr>
      <w:r>
        <w:rPr>
          <w:rFonts w:ascii="Arial" w:hAnsi="Arial"/>
          <w:b/>
          <w:sz w:val="22"/>
        </w:rPr>
        <w:t xml:space="preserve">Daisy  </w:t>
      </w:r>
      <w:r>
        <w:rPr>
          <w:rFonts w:ascii="Arial" w:hAnsi="Arial"/>
          <w:color w:val="5D7284"/>
          <w:sz w:val="22"/>
        </w:rPr>
        <w:t>56:56</w:t>
      </w:r>
    </w:p>
    <w:p>
      <w:pPr>
        <w:spacing w:after="0"/>
      </w:pPr>
      <w:r>
        <w:rPr>
          <w:rFonts w:ascii="Arial" w:hAnsi="Arial"/>
          <w:sz w:val="22"/>
        </w:rPr>
        <w:t>Or, as the internet says, a potato, right? Which seems rude.</w:t>
      </w:r>
    </w:p>
    <w:p>
      <w:pPr>
        <w:spacing w:after="0"/>
      </w:pPr>
    </w:p>
    <w:p>
      <w:pPr>
        <w:spacing w:after="0"/>
      </w:pPr>
      <w:r>
        <w:rPr>
          <w:rFonts w:ascii="Arial" w:hAnsi="Arial"/>
          <w:b/>
          <w:sz w:val="22"/>
        </w:rPr>
        <w:t xml:space="preserve">Alice  </w:t>
      </w:r>
      <w:r>
        <w:rPr>
          <w:rFonts w:ascii="Arial" w:hAnsi="Arial"/>
          <w:color w:val="5D7284"/>
          <w:sz w:val="22"/>
        </w:rPr>
        <w:t>57:01</w:t>
      </w:r>
    </w:p>
    <w:p>
      <w:pPr>
        <w:spacing w:after="0"/>
      </w:pPr>
      <w:r>
        <w:rPr>
          <w:rFonts w:ascii="Arial" w:hAnsi="Arial"/>
          <w:sz w:val="22"/>
        </w:rPr>
        <w:t>Again, again, aren't we just the fucking worst?</w:t>
      </w:r>
    </w:p>
    <w:p>
      <w:pPr>
        <w:spacing w:after="0"/>
      </w:pPr>
    </w:p>
    <w:p>
      <w:pPr>
        <w:spacing w:after="0"/>
      </w:pPr>
      <w:r>
        <w:rPr>
          <w:rFonts w:ascii="Arial" w:hAnsi="Arial"/>
          <w:b/>
          <w:sz w:val="22"/>
        </w:rPr>
        <w:t xml:space="preserve">Lucy  </w:t>
      </w:r>
      <w:r>
        <w:rPr>
          <w:rFonts w:ascii="Arial" w:hAnsi="Arial"/>
          <w:color w:val="5D7284"/>
          <w:sz w:val="22"/>
        </w:rPr>
        <w:t>57:04</w:t>
      </w:r>
    </w:p>
    <w:p>
      <w:pPr>
        <w:spacing w:after="0"/>
      </w:pPr>
      <w:r>
        <w:rPr>
          <w:rFonts w:ascii="Arial" w:hAnsi="Arial"/>
          <w:sz w:val="22"/>
        </w:rPr>
        <w:t>Yeah, we are.</w:t>
      </w:r>
    </w:p>
    <w:p>
      <w:pPr>
        <w:spacing w:after="0"/>
      </w:pPr>
    </w:p>
    <w:p>
      <w:pPr>
        <w:spacing w:after="0"/>
      </w:pPr>
      <w:r>
        <w:rPr>
          <w:rFonts w:ascii="Arial" w:hAnsi="Arial"/>
          <w:b/>
          <w:sz w:val="22"/>
        </w:rPr>
        <w:t xml:space="preserve">Daisy  </w:t>
      </w:r>
      <w:r>
        <w:rPr>
          <w:rFonts w:ascii="Arial" w:hAnsi="Arial"/>
          <w:color w:val="5D7284"/>
          <w:sz w:val="22"/>
        </w:rPr>
        <w:t>57:06</w:t>
      </w:r>
    </w:p>
    <w:p>
      <w:pPr>
        <w:spacing w:after="0"/>
      </w:pPr>
      <w:r>
        <w:rPr>
          <w:rFonts w:ascii="Arial" w:hAnsi="Arial"/>
          <w:sz w:val="22"/>
        </w:rPr>
        <w:t>He is actually on the cover of a Ramones single.</w:t>
      </w:r>
    </w:p>
    <w:p>
      <w:pPr>
        <w:spacing w:after="0"/>
      </w:pPr>
    </w:p>
    <w:p>
      <w:pPr>
        <w:spacing w:after="0"/>
      </w:pPr>
      <w:r>
        <w:rPr>
          <w:rFonts w:ascii="Arial" w:hAnsi="Arial"/>
          <w:b/>
          <w:sz w:val="22"/>
        </w:rPr>
        <w:t xml:space="preserve">Lucy  </w:t>
      </w:r>
      <w:r>
        <w:rPr>
          <w:rFonts w:ascii="Arial" w:hAnsi="Arial"/>
          <w:color w:val="5D7284"/>
          <w:sz w:val="22"/>
        </w:rPr>
        <w:t>57:10</w:t>
      </w:r>
    </w:p>
    <w:p>
      <w:pPr>
        <w:spacing w:after="0"/>
      </w:pPr>
      <w:r>
        <w:rPr>
          <w:rFonts w:ascii="Arial" w:hAnsi="Arial"/>
          <w:sz w:val="22"/>
        </w:rPr>
        <w:t>Is he?</w:t>
      </w:r>
    </w:p>
    <w:p>
      <w:pPr>
        <w:spacing w:after="0"/>
      </w:pPr>
    </w:p>
    <w:p>
      <w:pPr>
        <w:spacing w:after="0"/>
      </w:pPr>
      <w:r>
        <w:rPr>
          <w:rFonts w:ascii="Arial" w:hAnsi="Arial"/>
          <w:b/>
          <w:sz w:val="22"/>
        </w:rPr>
        <w:t xml:space="preserve">Daisy  </w:t>
      </w:r>
      <w:r>
        <w:rPr>
          <w:rFonts w:ascii="Arial" w:hAnsi="Arial"/>
          <w:color w:val="5D7284"/>
          <w:sz w:val="22"/>
        </w:rPr>
        <w:t>57:11</w:t>
      </w:r>
    </w:p>
    <w:p>
      <w:pPr>
        <w:spacing w:after="0"/>
      </w:pPr>
      <w:r>
        <w:rPr>
          <w:rFonts w:ascii="Arial" w:hAnsi="Arial"/>
          <w:sz w:val="22"/>
        </w:rPr>
        <w:t>Yeah, in that outfit. Yeah, it's the song "Some Somebody Put Something in My Drink.</w:t>
      </w:r>
    </w:p>
    <w:p>
      <w:pPr>
        <w:spacing w:after="0"/>
      </w:pPr>
    </w:p>
    <w:p>
      <w:pPr>
        <w:spacing w:after="0"/>
      </w:pPr>
      <w:r>
        <w:rPr>
          <w:rFonts w:ascii="Arial" w:hAnsi="Arial"/>
          <w:b/>
          <w:sz w:val="22"/>
        </w:rPr>
        <w:t xml:space="preserve">Lucy  </w:t>
      </w:r>
      <w:r>
        <w:rPr>
          <w:rFonts w:ascii="Arial" w:hAnsi="Arial"/>
          <w:color w:val="5D7284"/>
          <w:sz w:val="22"/>
        </w:rPr>
        <w:t>57:18</w:t>
      </w:r>
    </w:p>
    <w:p>
      <w:pPr>
        <w:spacing w:after="0"/>
      </w:pPr>
      <w:r>
        <w:rPr>
          <w:rFonts w:ascii="Arial" w:hAnsi="Arial"/>
          <w:sz w:val="22"/>
        </w:rPr>
        <w:t>Okay.</w:t>
      </w:r>
    </w:p>
    <w:p>
      <w:pPr>
        <w:spacing w:after="0"/>
      </w:pPr>
    </w:p>
    <w:p>
      <w:pPr>
        <w:spacing w:after="0"/>
      </w:pPr>
      <w:r>
        <w:rPr>
          <w:rFonts w:ascii="Arial" w:hAnsi="Arial"/>
          <w:b/>
          <w:sz w:val="22"/>
        </w:rPr>
        <w:t xml:space="preserve">Daisy  </w:t>
      </w:r>
      <w:r>
        <w:rPr>
          <w:rFonts w:ascii="Arial" w:hAnsi="Arial"/>
          <w:color w:val="5D7284"/>
          <w:sz w:val="22"/>
        </w:rPr>
        <w:t>57:19</w:t>
      </w:r>
    </w:p>
    <w:p>
      <w:pPr>
        <w:spacing w:after="0"/>
      </w:pPr>
      <w:r>
        <w:rPr>
          <w:rFonts w:ascii="Arial" w:hAnsi="Arial"/>
          <w:sz w:val="22"/>
        </w:rPr>
        <w:t>So his his big tricks were he could you know paint and write and shave himself. He made all of his props himself, and his big trick, his party trick, was lighting a cigarette using just his lips. I mean, which is very impressive. Yeah,</w:t>
      </w:r>
    </w:p>
    <w:p>
      <w:pPr>
        <w:spacing w:after="0"/>
      </w:pPr>
    </w:p>
    <w:p>
      <w:pPr>
        <w:spacing w:after="0"/>
      </w:pPr>
      <w:r>
        <w:rPr>
          <w:rFonts w:ascii="Arial" w:hAnsi="Arial"/>
          <w:b/>
          <w:sz w:val="22"/>
        </w:rPr>
        <w:t xml:space="preserve">Alice  </w:t>
      </w:r>
      <w:r>
        <w:rPr>
          <w:rFonts w:ascii="Arial" w:hAnsi="Arial"/>
          <w:color w:val="5D7284"/>
          <w:sz w:val="22"/>
        </w:rPr>
        <w:t>57:43</w:t>
      </w:r>
    </w:p>
    <w:p>
      <w:pPr>
        <w:spacing w:after="0"/>
      </w:pPr>
      <w:r>
        <w:rPr>
          <w:rFonts w:ascii="Arial" w:hAnsi="Arial"/>
          <w:sz w:val="22"/>
        </w:rPr>
        <w:t>I was going to say it's not that's not easy because to light a cigarette, you have to be drawing in at the same time as lighting it. So that is that that is that is a skill.</w:t>
      </w:r>
    </w:p>
    <w:p>
      <w:pPr>
        <w:spacing w:after="0"/>
      </w:pPr>
    </w:p>
    <w:p>
      <w:pPr>
        <w:spacing w:after="0"/>
      </w:pPr>
      <w:r>
        <w:rPr>
          <w:rFonts w:ascii="Arial" w:hAnsi="Arial"/>
          <w:b/>
          <w:sz w:val="22"/>
        </w:rPr>
        <w:t xml:space="preserve">Daisy  </w:t>
      </w:r>
      <w:r>
        <w:rPr>
          <w:rFonts w:ascii="Arial" w:hAnsi="Arial"/>
          <w:color w:val="5D7284"/>
          <w:sz w:val="22"/>
        </w:rPr>
        <w:t>57:54</w:t>
      </w:r>
    </w:p>
    <w:p>
      <w:pPr>
        <w:spacing w:after="0"/>
      </w:pPr>
      <w:r>
        <w:rPr>
          <w:rFonts w:ascii="Arial" w:hAnsi="Arial"/>
          <w:sz w:val="22"/>
        </w:rPr>
        <w:t>Yeah, absolutely. While I was while I was researching Prince Randian and other what they call limbless performers. This is unrelated, really, but there was a an article that I found that someone someone wrote in one of the London newspapers, and it's just yeah, London life, and it's just a real sign of like how much less people had to think about what they were writing. Is this was 1929 and it's like now we've kind of written about a lot of the topics, and so we've got to be much more creative when you know writing articles. This was just a story called Limbless People I Have Met. It's just a list. It's just I met this lady. She was wearing a nice skirt. Like that's the whole article. Anyway, that's not really that's not really on topic because Prince Randian isn't featured within</w:t>
      </w:r>
    </w:p>
    <w:p>
      <w:pPr>
        <w:spacing w:after="0"/>
      </w:pPr>
    </w:p>
    <w:p>
      <w:pPr>
        <w:spacing w:after="0"/>
      </w:pPr>
      <w:r>
        <w:rPr>
          <w:rFonts w:ascii="Arial" w:hAnsi="Arial"/>
          <w:b/>
          <w:sz w:val="22"/>
        </w:rPr>
        <w:t xml:space="preserve">Lucy  </w:t>
      </w:r>
      <w:r>
        <w:rPr>
          <w:rFonts w:ascii="Arial" w:hAnsi="Arial"/>
          <w:color w:val="5D7284"/>
          <w:sz w:val="22"/>
        </w:rPr>
        <w:t>59:04</w:t>
      </w:r>
    </w:p>
    <w:p>
      <w:pPr>
        <w:spacing w:after="0"/>
      </w:pPr>
      <w:r>
        <w:rPr>
          <w:rFonts w:ascii="Arial" w:hAnsi="Arial"/>
          <w:sz w:val="22"/>
        </w:rPr>
        <w:t>no</w:t>
      </w:r>
    </w:p>
    <w:p>
      <w:pPr>
        <w:spacing w:after="0"/>
      </w:pPr>
    </w:p>
    <w:p>
      <w:pPr>
        <w:spacing w:after="0"/>
      </w:pPr>
      <w:r>
        <w:rPr>
          <w:rFonts w:ascii="Arial" w:hAnsi="Arial"/>
          <w:b/>
          <w:sz w:val="22"/>
        </w:rPr>
        <w:t xml:space="preserve">Daisy  </w:t>
      </w:r>
      <w:r>
        <w:rPr>
          <w:rFonts w:ascii="Arial" w:hAnsi="Arial"/>
          <w:color w:val="5D7284"/>
          <w:sz w:val="22"/>
        </w:rPr>
        <w:t>59:06</w:t>
      </w:r>
    </w:p>
    <w:p>
      <w:pPr>
        <w:spacing w:after="0"/>
      </w:pPr>
      <w:r>
        <w:rPr>
          <w:rFonts w:ascii="Arial" w:hAnsi="Arial"/>
          <w:sz w:val="22"/>
        </w:rPr>
        <w:t>that list. But but yes, this this this trick he did with lighting his cigarette, he performed in a film from 1932 which you may or may not be familiar with. It's called Freaks.</w:t>
      </w:r>
    </w:p>
    <w:p>
      <w:pPr>
        <w:spacing w:after="0"/>
      </w:pPr>
    </w:p>
    <w:p>
      <w:pPr>
        <w:spacing w:after="0"/>
      </w:pPr>
      <w:r>
        <w:rPr>
          <w:rFonts w:ascii="Arial" w:hAnsi="Arial"/>
          <w:b/>
          <w:sz w:val="22"/>
        </w:rPr>
        <w:t xml:space="preserve">Alice  </w:t>
      </w:r>
      <w:r>
        <w:rPr>
          <w:rFonts w:ascii="Arial" w:hAnsi="Arial"/>
          <w:color w:val="5D7284"/>
          <w:sz w:val="22"/>
        </w:rPr>
        <w:t>59:20</w:t>
      </w:r>
    </w:p>
    <w:p>
      <w:pPr>
        <w:spacing w:after="0"/>
      </w:pPr>
      <w:r>
        <w:rPr>
          <w:rFonts w:ascii="Arial" w:hAnsi="Arial"/>
          <w:sz w:val="22"/>
        </w:rPr>
        <w:t>Yeah, I've seen it. I've seen it. I wrote about it in my master's dissertation.</w:t>
      </w:r>
    </w:p>
    <w:p>
      <w:pPr>
        <w:spacing w:after="0"/>
      </w:pPr>
    </w:p>
    <w:p>
      <w:pPr>
        <w:spacing w:after="0"/>
      </w:pPr>
      <w:r>
        <w:rPr>
          <w:rFonts w:ascii="Arial" w:hAnsi="Arial"/>
          <w:b/>
          <w:sz w:val="22"/>
        </w:rPr>
        <w:t xml:space="preserve">Daisy  </w:t>
      </w:r>
      <w:r>
        <w:rPr>
          <w:rFonts w:ascii="Arial" w:hAnsi="Arial"/>
          <w:color w:val="5D7284"/>
          <w:sz w:val="22"/>
        </w:rPr>
        <w:t>59:26</w:t>
      </w:r>
    </w:p>
    <w:p>
      <w:pPr>
        <w:spacing w:after="0"/>
      </w:pPr>
      <w:r>
        <w:rPr>
          <w:rFonts w:ascii="Arial" w:hAnsi="Arial"/>
          <w:sz w:val="22"/>
        </w:rPr>
        <w:t>Is yeah, to my shame, I still haven't seen it, even though I've been meaning to for a really long time.</w:t>
      </w:r>
    </w:p>
    <w:p>
      <w:pPr>
        <w:spacing w:after="0"/>
      </w:pPr>
    </w:p>
    <w:p>
      <w:pPr>
        <w:spacing w:after="0"/>
      </w:pPr>
      <w:r>
        <w:rPr>
          <w:rFonts w:ascii="Arial" w:hAnsi="Arial"/>
          <w:b/>
          <w:sz w:val="22"/>
        </w:rPr>
        <w:t xml:space="preserve">Alice  </w:t>
      </w:r>
      <w:r>
        <w:rPr>
          <w:rFonts w:ascii="Arial" w:hAnsi="Arial"/>
          <w:color w:val="5D7284"/>
          <w:sz w:val="22"/>
        </w:rPr>
        <w:t>59:32</w:t>
      </w:r>
    </w:p>
    <w:p>
      <w:pPr>
        <w:spacing w:after="0"/>
      </w:pPr>
      <w:r>
        <w:rPr>
          <w:rFonts w:ascii="Arial" w:hAnsi="Arial"/>
          <w:sz w:val="22"/>
        </w:rPr>
        <w:t>Honest, honestly, honestly, it's not. It's not that interesting. Like if you know the story, you don't. It's not.</w:t>
      </w:r>
    </w:p>
    <w:p>
      <w:pPr>
        <w:spacing w:after="0"/>
      </w:pPr>
    </w:p>
    <w:p>
      <w:pPr>
        <w:spacing w:after="0"/>
      </w:pPr>
      <w:r>
        <w:rPr>
          <w:rFonts w:ascii="Arial" w:hAnsi="Arial"/>
          <w:b/>
          <w:sz w:val="22"/>
        </w:rPr>
        <w:t xml:space="preserve">Daisy  </w:t>
      </w:r>
      <w:r>
        <w:rPr>
          <w:rFonts w:ascii="Arial" w:hAnsi="Arial"/>
          <w:color w:val="5D7284"/>
          <w:sz w:val="22"/>
        </w:rPr>
        <w:t>59:41</w:t>
      </w:r>
    </w:p>
    <w:p>
      <w:pPr>
        <w:spacing w:after="0"/>
      </w:pPr>
      <w:r>
        <w:rPr>
          <w:rFonts w:ascii="Arial" w:hAnsi="Arial"/>
          <w:sz w:val="22"/>
        </w:rPr>
        <w:t>Yeah. So the film free is a strange way. So it features real disabled people and real side show performers playing the performers in the film. Right. I'm sort of torn on it because it's like maybe it's better than you know cryping up, but all. So the performers weren't allowed on the filming lot because they disturbed the the staff the staff of MGM too much.</w:t>
      </w:r>
    </w:p>
    <w:p>
      <w:pPr>
        <w:spacing w:after="0"/>
      </w:pPr>
    </w:p>
    <w:p>
      <w:pPr>
        <w:spacing w:after="0"/>
      </w:pPr>
      <w:r>
        <w:rPr>
          <w:rFonts w:ascii="Arial" w:hAnsi="Arial"/>
          <w:b/>
          <w:sz w:val="22"/>
        </w:rPr>
        <w:t xml:space="preserve">Lucy  </w:t>
      </w:r>
      <w:r>
        <w:rPr>
          <w:rFonts w:ascii="Arial" w:hAnsi="Arial"/>
          <w:color w:val="5D7284"/>
          <w:sz w:val="22"/>
        </w:rPr>
        <w:t>1:00:08</w:t>
      </w:r>
    </w:p>
    <w:p>
      <w:pPr>
        <w:spacing w:after="0"/>
      </w:pPr>
      <w:r>
        <w:rPr>
          <w:rFonts w:ascii="Arial" w:hAnsi="Arial"/>
          <w:sz w:val="22"/>
        </w:rPr>
        <w:t>Fuck off, not you, David. Just yeah, yeah. General situation. Just fuck off.</w:t>
      </w:r>
    </w:p>
    <w:p>
      <w:pPr>
        <w:spacing w:after="0"/>
      </w:pPr>
    </w:p>
    <w:p>
      <w:pPr>
        <w:spacing w:after="0"/>
      </w:pPr>
      <w:r>
        <w:rPr>
          <w:rFonts w:ascii="Arial" w:hAnsi="Arial"/>
          <w:b/>
          <w:sz w:val="22"/>
        </w:rPr>
        <w:t xml:space="preserve">Daisy  </w:t>
      </w:r>
      <w:r>
        <w:rPr>
          <w:rFonts w:ascii="Arial" w:hAnsi="Arial"/>
          <w:color w:val="5D7284"/>
          <w:sz w:val="22"/>
        </w:rPr>
        <w:t>1:00:14</w:t>
      </w:r>
    </w:p>
    <w:p>
      <w:pPr>
        <w:spacing w:after="0"/>
      </w:pPr>
      <w:r>
        <w:rPr>
          <w:rFonts w:ascii="Arial" w:hAnsi="Arial"/>
          <w:sz w:val="22"/>
        </w:rPr>
        <w:t>There, there were also like a lot of really heavy cuts to the film that the director really wasn't happy with. So they they tested it out on audiences, and the audience didn't like watching everybody.</w:t>
      </w:r>
    </w:p>
    <w:p>
      <w:pPr>
        <w:spacing w:after="0"/>
      </w:pPr>
    </w:p>
    <w:p>
      <w:pPr>
        <w:spacing w:after="0"/>
      </w:pPr>
      <w:r>
        <w:rPr>
          <w:rFonts w:ascii="Arial" w:hAnsi="Arial"/>
          <w:b/>
          <w:sz w:val="22"/>
        </w:rPr>
        <w:t xml:space="preserve">Lucy  </w:t>
      </w:r>
      <w:r>
        <w:rPr>
          <w:rFonts w:ascii="Arial" w:hAnsi="Arial"/>
          <w:color w:val="5D7284"/>
          <w:sz w:val="22"/>
        </w:rPr>
        <w:t>1:00:29</w:t>
      </w:r>
    </w:p>
    <w:p>
      <w:pPr>
        <w:spacing w:after="0"/>
      </w:pPr>
      <w:r>
        <w:rPr>
          <w:rFonts w:ascii="Arial" w:hAnsi="Arial"/>
          <w:sz w:val="22"/>
        </w:rPr>
        <w:t>Yeah, and</w:t>
      </w:r>
    </w:p>
    <w:p>
      <w:pPr>
        <w:spacing w:after="0"/>
      </w:pPr>
    </w:p>
    <w:p>
      <w:pPr>
        <w:spacing w:after="0"/>
      </w:pPr>
      <w:r>
        <w:rPr>
          <w:rFonts w:ascii="Arial" w:hAnsi="Arial"/>
          <w:b/>
          <w:sz w:val="22"/>
        </w:rPr>
        <w:t xml:space="preserve">Alice  </w:t>
      </w:r>
      <w:r>
        <w:rPr>
          <w:rFonts w:ascii="Arial" w:hAnsi="Arial"/>
          <w:color w:val="5D7284"/>
          <w:sz w:val="22"/>
        </w:rPr>
        <w:t>1:00:30</w:t>
      </w:r>
    </w:p>
    <w:p>
      <w:pPr>
        <w:spacing w:after="0"/>
      </w:pPr>
      <w:r>
        <w:rPr>
          <w:rFonts w:ascii="Arial" w:hAnsi="Arial"/>
          <w:sz w:val="22"/>
        </w:rPr>
        <w:t>and the story itself is like, you know, these disabled people are monsters and want to turn everybody else disabled because they're you know we are so we're</w:t>
      </w:r>
    </w:p>
    <w:p>
      <w:pPr>
        <w:spacing w:after="0"/>
      </w:pPr>
    </w:p>
    <w:p>
      <w:pPr>
        <w:spacing w:after="0"/>
      </w:pPr>
      <w:r>
        <w:rPr>
          <w:rFonts w:ascii="Arial" w:hAnsi="Arial"/>
          <w:b/>
          <w:sz w:val="22"/>
        </w:rPr>
        <w:t xml:space="preserve">Lucy  </w:t>
      </w:r>
      <w:r>
        <w:rPr>
          <w:rFonts w:ascii="Arial" w:hAnsi="Arial"/>
          <w:color w:val="5D7284"/>
          <w:sz w:val="22"/>
        </w:rPr>
        <w:t>1:00:44</w:t>
      </w:r>
    </w:p>
    <w:p>
      <w:pPr>
        <w:spacing w:after="0"/>
      </w:pPr>
      <w:r>
        <w:rPr>
          <w:rFonts w:ascii="Arial" w:hAnsi="Arial"/>
          <w:sz w:val="22"/>
        </w:rPr>
        <w:t>some kind of zombie yeah yeah it is it is</w:t>
      </w:r>
    </w:p>
    <w:p>
      <w:pPr>
        <w:spacing w:after="0"/>
      </w:pPr>
    </w:p>
    <w:p>
      <w:pPr>
        <w:spacing w:after="0"/>
      </w:pPr>
      <w:r>
        <w:rPr>
          <w:rFonts w:ascii="Arial" w:hAnsi="Arial"/>
          <w:b/>
          <w:sz w:val="22"/>
        </w:rPr>
        <w:t xml:space="preserve">Alice  </w:t>
      </w:r>
      <w:r>
        <w:rPr>
          <w:rFonts w:ascii="Arial" w:hAnsi="Arial"/>
          <w:color w:val="5D7284"/>
          <w:sz w:val="22"/>
        </w:rPr>
        <w:t>1:00:47</w:t>
      </w:r>
    </w:p>
    <w:p>
      <w:pPr>
        <w:spacing w:after="0"/>
      </w:pPr>
      <w:r>
        <w:rPr>
          <w:rFonts w:ascii="Arial" w:hAnsi="Arial"/>
          <w:sz w:val="22"/>
        </w:rPr>
        <w:t>that's definitely the vibe at the end of right but</w:t>
      </w:r>
    </w:p>
    <w:p>
      <w:pPr>
        <w:spacing w:after="0"/>
      </w:pPr>
    </w:p>
    <w:p>
      <w:pPr>
        <w:spacing w:after="0"/>
      </w:pPr>
      <w:r>
        <w:rPr>
          <w:rFonts w:ascii="Arial" w:hAnsi="Arial"/>
          <w:b/>
          <w:sz w:val="22"/>
        </w:rPr>
        <w:t xml:space="preserve">Lucy  </w:t>
      </w:r>
      <w:r>
        <w:rPr>
          <w:rFonts w:ascii="Arial" w:hAnsi="Arial"/>
          <w:color w:val="5D7284"/>
          <w:sz w:val="22"/>
        </w:rPr>
        <w:t>1:00:50</w:t>
      </w:r>
    </w:p>
    <w:p>
      <w:pPr>
        <w:spacing w:after="0"/>
      </w:pPr>
      <w:r>
        <w:rPr>
          <w:rFonts w:ascii="Arial" w:hAnsi="Arial"/>
          <w:sz w:val="22"/>
        </w:rPr>
        <w:t>I'm already pissed off so I'm not going to be watching that</w:t>
      </w:r>
    </w:p>
    <w:p>
      <w:pPr>
        <w:spacing w:after="0"/>
      </w:pPr>
    </w:p>
    <w:p>
      <w:pPr>
        <w:spacing w:after="0"/>
      </w:pPr>
      <w:r>
        <w:rPr>
          <w:rFonts w:ascii="Arial" w:hAnsi="Arial"/>
          <w:b/>
          <w:sz w:val="22"/>
        </w:rPr>
        <w:t xml:space="preserve">Daisy  </w:t>
      </w:r>
      <w:r>
        <w:rPr>
          <w:rFonts w:ascii="Arial" w:hAnsi="Arial"/>
          <w:color w:val="5D7284"/>
          <w:sz w:val="22"/>
        </w:rPr>
        <w:t>1:00:53</w:t>
      </w:r>
    </w:p>
    <w:p>
      <w:pPr>
        <w:spacing w:after="0"/>
      </w:pPr>
      <w:r>
        <w:rPr>
          <w:rFonts w:ascii="Arial" w:hAnsi="Arial"/>
          <w:sz w:val="22"/>
        </w:rPr>
        <w:t>yeah so yeah the director was really mad about that and so he did show the full real version as he wanted it to be to lots of people, but a lot of those scenes that have been cut have been lost. But we do know what those scenes were, because otherwise we'd have lost knowledge of the human duck that happens in the alternate ending.</w:t>
      </w:r>
    </w:p>
    <w:p>
      <w:pPr>
        <w:spacing w:after="0"/>
      </w:pPr>
    </w:p>
    <w:p>
      <w:pPr>
        <w:spacing w:after="0"/>
      </w:pPr>
      <w:r>
        <w:rPr>
          <w:rFonts w:ascii="Arial" w:hAnsi="Arial"/>
          <w:b/>
          <w:sz w:val="22"/>
        </w:rPr>
        <w:t xml:space="preserve">Alice  </w:t>
      </w:r>
      <w:r>
        <w:rPr>
          <w:rFonts w:ascii="Arial" w:hAnsi="Arial"/>
          <w:color w:val="5D7284"/>
          <w:sz w:val="22"/>
        </w:rPr>
        <w:t>1:01:16</w:t>
      </w:r>
    </w:p>
    <w:p>
      <w:pPr>
        <w:spacing w:after="0"/>
      </w:pPr>
      <w:r>
        <w:rPr>
          <w:rFonts w:ascii="Arial" w:hAnsi="Arial"/>
          <w:sz w:val="22"/>
        </w:rPr>
        <w:t>I haven't seen this or heard of this</w:t>
      </w:r>
    </w:p>
    <w:p>
      <w:pPr>
        <w:spacing w:after="0"/>
      </w:pPr>
    </w:p>
    <w:p>
      <w:pPr>
        <w:spacing w:after="0"/>
      </w:pPr>
      <w:r>
        <w:rPr>
          <w:rFonts w:ascii="Arial" w:hAnsi="Arial"/>
          <w:b/>
          <w:sz w:val="22"/>
        </w:rPr>
        <w:t xml:space="preserve">Daisy  </w:t>
      </w:r>
      <w:r>
        <w:rPr>
          <w:rFonts w:ascii="Arial" w:hAnsi="Arial"/>
          <w:color w:val="5D7284"/>
          <w:sz w:val="22"/>
        </w:rPr>
        <w:t>1:01:19</w:t>
      </w:r>
    </w:p>
    <w:p>
      <w:pPr>
        <w:spacing w:after="0"/>
      </w:pPr>
      <w:r>
        <w:rPr>
          <w:rFonts w:ascii="Arial" w:hAnsi="Arial"/>
          <w:sz w:val="22"/>
        </w:rPr>
        <w:t>Well, no, because it's the alternate ending that doesn't exist anymore.</w:t>
      </w:r>
    </w:p>
    <w:p>
      <w:pPr>
        <w:spacing w:after="0"/>
      </w:pPr>
    </w:p>
    <w:p>
      <w:pPr>
        <w:spacing w:after="0"/>
      </w:pPr>
      <w:r>
        <w:rPr>
          <w:rFonts w:ascii="Arial" w:hAnsi="Arial"/>
          <w:b/>
          <w:sz w:val="22"/>
        </w:rPr>
        <w:t xml:space="preserve">Lucy  </w:t>
      </w:r>
      <w:r>
        <w:rPr>
          <w:rFonts w:ascii="Arial" w:hAnsi="Arial"/>
          <w:color w:val="5D7284"/>
          <w:sz w:val="22"/>
        </w:rPr>
        <w:t>1:01:22</w:t>
      </w:r>
    </w:p>
    <w:p>
      <w:pPr>
        <w:spacing w:after="0"/>
      </w:pPr>
      <w:r>
        <w:rPr>
          <w:rFonts w:ascii="Arial" w:hAnsi="Arial"/>
          <w:sz w:val="22"/>
        </w:rPr>
        <w:t>Human duck.</w:t>
      </w:r>
    </w:p>
    <w:p>
      <w:pPr>
        <w:spacing w:after="0"/>
      </w:pPr>
    </w:p>
    <w:p>
      <w:pPr>
        <w:spacing w:after="0"/>
      </w:pPr>
      <w:r>
        <w:rPr>
          <w:rFonts w:ascii="Arial" w:hAnsi="Arial"/>
          <w:b/>
          <w:sz w:val="22"/>
        </w:rPr>
        <w:t xml:space="preserve">Daisy  </w:t>
      </w:r>
      <w:r>
        <w:rPr>
          <w:rFonts w:ascii="Arial" w:hAnsi="Arial"/>
          <w:color w:val="5D7284"/>
          <w:sz w:val="22"/>
        </w:rPr>
        <w:t>1:01:24</w:t>
      </w:r>
    </w:p>
    <w:p>
      <w:pPr>
        <w:spacing w:after="0"/>
      </w:pPr>
      <w:r>
        <w:rPr>
          <w:rFonts w:ascii="Arial" w:hAnsi="Arial"/>
          <w:sz w:val="22"/>
        </w:rPr>
        <w:t>Yes. So</w:t>
      </w:r>
    </w:p>
    <w:p>
      <w:pPr>
        <w:spacing w:after="0"/>
      </w:pPr>
    </w:p>
    <w:p>
      <w:pPr>
        <w:spacing w:after="0"/>
      </w:pPr>
      <w:r>
        <w:rPr>
          <w:rFonts w:ascii="Arial" w:hAnsi="Arial"/>
          <w:b/>
          <w:sz w:val="22"/>
        </w:rPr>
        <w:t xml:space="preserve">Lucy  </w:t>
      </w:r>
      <w:r>
        <w:rPr>
          <w:rFonts w:ascii="Arial" w:hAnsi="Arial"/>
          <w:color w:val="5D7284"/>
          <w:sz w:val="22"/>
        </w:rPr>
        <w:t>1:01:25</w:t>
      </w:r>
    </w:p>
    <w:p>
      <w:pPr>
        <w:spacing w:after="0"/>
      </w:pPr>
      <w:r>
        <w:rPr>
          <w:rFonts w:ascii="Arial" w:hAnsi="Arial"/>
          <w:sz w:val="22"/>
        </w:rPr>
        <w:t>the mind boggles. Like what?</w:t>
      </w:r>
    </w:p>
    <w:p>
      <w:pPr>
        <w:spacing w:after="0"/>
      </w:pPr>
    </w:p>
    <w:p>
      <w:pPr>
        <w:spacing w:after="0"/>
      </w:pPr>
      <w:r>
        <w:rPr>
          <w:rFonts w:ascii="Arial" w:hAnsi="Arial"/>
          <w:b/>
          <w:sz w:val="22"/>
        </w:rPr>
        <w:t xml:space="preserve">Daisy  </w:t>
      </w:r>
      <w:r>
        <w:rPr>
          <w:rFonts w:ascii="Arial" w:hAnsi="Arial"/>
          <w:color w:val="5D7284"/>
          <w:sz w:val="22"/>
        </w:rPr>
        <w:t>1:01:28</w:t>
      </w:r>
    </w:p>
    <w:p>
      <w:pPr>
        <w:spacing w:after="0"/>
      </w:pPr>
      <w:r>
        <w:rPr>
          <w:rFonts w:ascii="Arial" w:hAnsi="Arial"/>
          <w:sz w:val="22"/>
        </w:rPr>
        <w:t>Yeah. So the end of the. So is it</w:t>
      </w:r>
    </w:p>
    <w:p>
      <w:pPr>
        <w:spacing w:after="0"/>
      </w:pPr>
    </w:p>
    <w:p>
      <w:pPr>
        <w:spacing w:after="0"/>
      </w:pPr>
      <w:r>
        <w:rPr>
          <w:rFonts w:ascii="Arial" w:hAnsi="Arial"/>
          <w:b/>
          <w:sz w:val="22"/>
        </w:rPr>
        <w:t xml:space="preserve">Alice  </w:t>
      </w:r>
      <w:r>
        <w:rPr>
          <w:rFonts w:ascii="Arial" w:hAnsi="Arial"/>
          <w:color w:val="5D7284"/>
          <w:sz w:val="22"/>
        </w:rPr>
        <w:t>1:01:33</w:t>
      </w:r>
    </w:p>
    <w:p>
      <w:pPr>
        <w:spacing w:after="0"/>
      </w:pPr>
      <w:r>
        <w:rPr>
          <w:rFonts w:ascii="Arial" w:hAnsi="Arial"/>
          <w:sz w:val="22"/>
        </w:rPr>
        <w:t>just someone with facial differences that they were like, okay? No, no,</w:t>
      </w:r>
    </w:p>
    <w:p>
      <w:pPr>
        <w:spacing w:after="0"/>
      </w:pPr>
    </w:p>
    <w:p>
      <w:pPr>
        <w:spacing w:after="0"/>
      </w:pPr>
      <w:r>
        <w:rPr>
          <w:rFonts w:ascii="Arial" w:hAnsi="Arial"/>
          <w:b/>
          <w:sz w:val="22"/>
        </w:rPr>
        <w:t xml:space="preserve">Daisy  </w:t>
      </w:r>
      <w:r>
        <w:rPr>
          <w:rFonts w:ascii="Arial" w:hAnsi="Arial"/>
          <w:color w:val="5D7284"/>
          <w:sz w:val="22"/>
        </w:rPr>
        <w:t>1:01:39</w:t>
      </w:r>
    </w:p>
    <w:p>
      <w:pPr>
        <w:spacing w:after="0"/>
      </w:pPr>
      <w:r>
        <w:rPr>
          <w:rFonts w:ascii="Arial" w:hAnsi="Arial"/>
          <w:sz w:val="22"/>
        </w:rPr>
        <w:t>no, no, no. So this is supposedly the the non disabled character within the film. Oh no, I have becomes part of of the group. Yeah, and</w:t>
      </w:r>
    </w:p>
    <w:p>
      <w:pPr>
        <w:spacing w:after="0"/>
      </w:pPr>
    </w:p>
    <w:p>
      <w:pPr>
        <w:spacing w:after="0"/>
      </w:pPr>
      <w:r>
        <w:rPr>
          <w:rFonts w:ascii="Arial" w:hAnsi="Arial"/>
          <w:b/>
          <w:sz w:val="22"/>
        </w:rPr>
        <w:t xml:space="preserve">Lucy  </w:t>
      </w:r>
      <w:r>
        <w:rPr>
          <w:rFonts w:ascii="Arial" w:hAnsi="Arial"/>
          <w:color w:val="5D7284"/>
          <w:sz w:val="22"/>
        </w:rPr>
        <w:t>1:01:52</w:t>
      </w:r>
    </w:p>
    <w:p>
      <w:pPr>
        <w:spacing w:after="0"/>
      </w:pPr>
      <w:r>
        <w:rPr>
          <w:rFonts w:ascii="Arial" w:hAnsi="Arial"/>
          <w:sz w:val="22"/>
        </w:rPr>
        <w:t>one of us. One of that's it. Yeah,</w:t>
      </w:r>
    </w:p>
    <w:p>
      <w:pPr>
        <w:spacing w:after="0"/>
      </w:pPr>
    </w:p>
    <w:p>
      <w:pPr>
        <w:spacing w:after="0"/>
      </w:pPr>
      <w:r>
        <w:rPr>
          <w:rFonts w:ascii="Arial" w:hAnsi="Arial"/>
          <w:b/>
          <w:sz w:val="22"/>
        </w:rPr>
        <w:t xml:space="preserve">Daisy  </w:t>
      </w:r>
      <w:r>
        <w:rPr>
          <w:rFonts w:ascii="Arial" w:hAnsi="Arial"/>
          <w:color w:val="5D7284"/>
          <w:sz w:val="22"/>
        </w:rPr>
        <w:t>1:01:54</w:t>
      </w:r>
    </w:p>
    <w:p>
      <w:pPr>
        <w:spacing w:after="0"/>
      </w:pPr>
      <w:r>
        <w:rPr>
          <w:rFonts w:ascii="Arial" w:hAnsi="Arial"/>
          <w:sz w:val="22"/>
        </w:rPr>
        <w:t>and and yeah, exactly.</w:t>
      </w:r>
    </w:p>
    <w:p>
      <w:pPr>
        <w:spacing w:after="0"/>
      </w:pPr>
    </w:p>
    <w:p>
      <w:pPr>
        <w:spacing w:after="0"/>
      </w:pPr>
      <w:r>
        <w:rPr>
          <w:rFonts w:ascii="Arial" w:hAnsi="Arial"/>
          <w:b/>
          <w:sz w:val="22"/>
        </w:rPr>
        <w:t xml:space="preserve">Alice  </w:t>
      </w:r>
      <w:r>
        <w:rPr>
          <w:rFonts w:ascii="Arial" w:hAnsi="Arial"/>
          <w:color w:val="5D7284"/>
          <w:sz w:val="22"/>
        </w:rPr>
        <w:t>1:01:56</w:t>
      </w:r>
    </w:p>
    <w:p>
      <w:pPr>
        <w:spacing w:after="0"/>
      </w:pPr>
      <w:r>
        <w:rPr>
          <w:rFonts w:ascii="Arial" w:hAnsi="Arial"/>
          <w:sz w:val="22"/>
        </w:rPr>
        <w:t>That's where that comes from. This movie is where that comes from.</w:t>
      </w:r>
    </w:p>
    <w:p>
      <w:pPr>
        <w:spacing w:after="0"/>
      </w:pPr>
    </w:p>
    <w:p>
      <w:pPr>
        <w:spacing w:after="0"/>
      </w:pPr>
      <w:r>
        <w:rPr>
          <w:rFonts w:ascii="Arial" w:hAnsi="Arial"/>
          <w:b/>
          <w:sz w:val="22"/>
        </w:rPr>
        <w:t xml:space="preserve">Daisy  </w:t>
      </w:r>
      <w:r>
        <w:rPr>
          <w:rFonts w:ascii="Arial" w:hAnsi="Arial"/>
          <w:color w:val="5D7284"/>
          <w:sz w:val="22"/>
        </w:rPr>
        <w:t>1:02:00</w:t>
      </w:r>
    </w:p>
    <w:p>
      <w:pPr>
        <w:spacing w:after="0"/>
      </w:pPr>
      <w:r>
        <w:rPr>
          <w:rFonts w:ascii="Arial" w:hAnsi="Arial"/>
          <w:sz w:val="22"/>
        </w:rPr>
        <w:t>It is, it is, and it's one of these things that I've I've heard of for years. Many people have probably known years and years and years and had no idea where it comes from. I was</w:t>
      </w:r>
    </w:p>
    <w:p>
      <w:pPr>
        <w:spacing w:after="0"/>
      </w:pPr>
    </w:p>
    <w:p>
      <w:pPr>
        <w:spacing w:after="0"/>
      </w:pPr>
      <w:r>
        <w:rPr>
          <w:rFonts w:ascii="Arial" w:hAnsi="Arial"/>
          <w:b/>
          <w:sz w:val="22"/>
        </w:rPr>
        <w:t xml:space="preserve">Lucy  </w:t>
      </w:r>
      <w:r>
        <w:rPr>
          <w:rFonts w:ascii="Arial" w:hAnsi="Arial"/>
          <w:color w:val="5D7284"/>
          <w:sz w:val="22"/>
        </w:rPr>
        <w:t>1:02:09</w:t>
      </w:r>
    </w:p>
    <w:p>
      <w:pPr>
        <w:spacing w:after="0"/>
      </w:pPr>
      <w:r>
        <w:rPr>
          <w:rFonts w:ascii="Arial" w:hAnsi="Arial"/>
          <w:sz w:val="22"/>
        </w:rPr>
        <w:t>being funny or trying to be funny. Yeah,</w:t>
      </w:r>
    </w:p>
    <w:p>
      <w:pPr>
        <w:spacing w:after="0"/>
      </w:pPr>
    </w:p>
    <w:p>
      <w:pPr>
        <w:spacing w:after="0"/>
      </w:pPr>
      <w:r>
        <w:rPr>
          <w:rFonts w:ascii="Arial" w:hAnsi="Arial"/>
          <w:b/>
          <w:sz w:val="22"/>
        </w:rPr>
        <w:t xml:space="preserve">Daisy  </w:t>
      </w:r>
      <w:r>
        <w:rPr>
          <w:rFonts w:ascii="Arial" w:hAnsi="Arial"/>
          <w:color w:val="5D7284"/>
          <w:sz w:val="22"/>
        </w:rPr>
        <w:t>1:02:10</w:t>
      </w:r>
    </w:p>
    <w:p>
      <w:pPr>
        <w:spacing w:after="0"/>
      </w:pPr>
      <w:r>
        <w:rPr>
          <w:rFonts w:ascii="Arial" w:hAnsi="Arial"/>
          <w:sz w:val="22"/>
        </w:rPr>
        <w:t>yeah. No, but it is from this film.</w:t>
      </w:r>
    </w:p>
    <w:p>
      <w:pPr>
        <w:spacing w:after="0"/>
      </w:pPr>
    </w:p>
    <w:p>
      <w:pPr>
        <w:spacing w:after="0"/>
      </w:pPr>
      <w:r>
        <w:rPr>
          <w:rFonts w:ascii="Arial" w:hAnsi="Arial"/>
          <w:b/>
          <w:sz w:val="22"/>
        </w:rPr>
        <w:t xml:space="preserve">Alice  </w:t>
      </w:r>
      <w:r>
        <w:rPr>
          <w:rFonts w:ascii="Arial" w:hAnsi="Arial"/>
          <w:color w:val="5D7284"/>
          <w:sz w:val="22"/>
        </w:rPr>
        <w:t>1:02:12</w:t>
      </w:r>
    </w:p>
    <w:p>
      <w:pPr>
        <w:spacing w:after="0"/>
      </w:pPr>
      <w:r>
        <w:rPr>
          <w:rFonts w:ascii="Arial" w:hAnsi="Arial"/>
          <w:sz w:val="22"/>
        </w:rPr>
        <w:t>Literally, where it comes from. Right,</w:t>
      </w:r>
    </w:p>
    <w:p>
      <w:pPr>
        <w:spacing w:after="0"/>
      </w:pPr>
    </w:p>
    <w:p>
      <w:pPr>
        <w:spacing w:after="0"/>
      </w:pPr>
      <w:r>
        <w:rPr>
          <w:rFonts w:ascii="Arial" w:hAnsi="Arial"/>
          <w:b/>
          <w:sz w:val="22"/>
        </w:rPr>
        <w:t xml:space="preserve">Lucy  </w:t>
      </w:r>
      <w:r>
        <w:rPr>
          <w:rFonts w:ascii="Arial" w:hAnsi="Arial"/>
          <w:color w:val="5D7284"/>
          <w:sz w:val="22"/>
        </w:rPr>
        <w:t>1:02:14</w:t>
      </w:r>
    </w:p>
    <w:p>
      <w:pPr>
        <w:spacing w:after="0"/>
      </w:pPr>
      <w:r>
        <w:rPr>
          <w:rFonts w:ascii="Arial" w:hAnsi="Arial"/>
          <w:sz w:val="22"/>
        </w:rPr>
        <w:t>I am. I am raging. I'm raging.</w:t>
      </w:r>
    </w:p>
    <w:p>
      <w:pPr>
        <w:spacing w:after="0"/>
      </w:pPr>
    </w:p>
    <w:p>
      <w:pPr>
        <w:spacing w:after="0"/>
      </w:pPr>
      <w:r>
        <w:rPr>
          <w:rFonts w:ascii="Arial" w:hAnsi="Arial"/>
          <w:b/>
          <w:sz w:val="22"/>
        </w:rPr>
        <w:t xml:space="preserve">Daisy  </w:t>
      </w:r>
      <w:r>
        <w:rPr>
          <w:rFonts w:ascii="Arial" w:hAnsi="Arial"/>
          <w:color w:val="5D7284"/>
          <w:sz w:val="22"/>
        </w:rPr>
        <w:t>1:02:19</w:t>
      </w:r>
    </w:p>
    <w:p>
      <w:pPr>
        <w:spacing w:after="0"/>
      </w:pPr>
      <w:r>
        <w:rPr>
          <w:rFonts w:ascii="Arial" w:hAnsi="Arial"/>
          <w:sz w:val="22"/>
        </w:rPr>
        <w:t>So it's debatable. There are a lot of more modern retrospective reviews, which have concluded that sort of they think the meaning of the film is somewhat different to what it was assumed to be originally. So you know, rather than it being a exploitative insult to the disabled cast is, like you know, oh, you're pure or purely for the shock value of watching the performers.</w:t>
      </w:r>
    </w:p>
    <w:p>
      <w:pPr>
        <w:spacing w:after="0"/>
      </w:pPr>
    </w:p>
    <w:p>
      <w:pPr>
        <w:spacing w:after="0"/>
      </w:pPr>
      <w:r>
        <w:rPr>
          <w:rFonts w:ascii="Arial" w:hAnsi="Arial"/>
          <w:b/>
          <w:sz w:val="22"/>
        </w:rPr>
        <w:t xml:space="preserve">Lucy  </w:t>
      </w:r>
      <w:r>
        <w:rPr>
          <w:rFonts w:ascii="Arial" w:hAnsi="Arial"/>
          <w:color w:val="5D7284"/>
          <w:sz w:val="22"/>
        </w:rPr>
        <w:t>1:02:50</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1:02:50</w:t>
      </w:r>
    </w:p>
    <w:p>
      <w:pPr>
        <w:spacing w:after="0"/>
      </w:pPr>
      <w:r>
        <w:rPr>
          <w:rFonts w:ascii="Arial" w:hAnsi="Arial"/>
          <w:sz w:val="22"/>
        </w:rPr>
        <w:t>it's it was originally supposed to be maybe with these deleted scenes, it would make more sense in that way. That it was more supposed to be a challenge of the the title. title, in a sense of like, you know, oh, really, is it the the non disabled people who are so scared of the memory? So what</w:t>
      </w:r>
    </w:p>
    <w:p>
      <w:pPr>
        <w:spacing w:after="0"/>
      </w:pPr>
    </w:p>
    <w:p>
      <w:pPr>
        <w:spacing w:after="0"/>
      </w:pPr>
      <w:r>
        <w:rPr>
          <w:rFonts w:ascii="Arial" w:hAnsi="Arial"/>
          <w:b/>
          <w:sz w:val="22"/>
        </w:rPr>
        <w:t xml:space="preserve">Alice  </w:t>
      </w:r>
      <w:r>
        <w:rPr>
          <w:rFonts w:ascii="Arial" w:hAnsi="Arial"/>
          <w:color w:val="5D7284"/>
          <w:sz w:val="22"/>
        </w:rPr>
        <w:t>1:03:09</w:t>
      </w:r>
    </w:p>
    <w:p>
      <w:pPr>
        <w:spacing w:after="0"/>
      </w:pPr>
      <w:r>
        <w:rPr>
          <w:rFonts w:ascii="Arial" w:hAnsi="Arial"/>
          <w:sz w:val="22"/>
        </w:rPr>
        <w:t>what happens in the movie is that, from memory, the non disabled person does something, and it's just generally just shitty to all of these disabled characters, and so the movie ends with the disabled people taking their vengeance on him by disabling him, attacking him, and disabling him. But but the message there for me is that we disabled people and and non disabled people see becoming disabled as a punishment. So you know you weren't you were mean. So we're going to punish you by making you disabled.</w:t>
      </w:r>
    </w:p>
    <w:p>
      <w:pPr>
        <w:spacing w:after="0"/>
      </w:pPr>
    </w:p>
    <w:p>
      <w:pPr>
        <w:spacing w:after="0"/>
      </w:pPr>
      <w:r>
        <w:rPr>
          <w:rFonts w:ascii="Arial" w:hAnsi="Arial"/>
          <w:b/>
          <w:sz w:val="22"/>
        </w:rPr>
        <w:t xml:space="preserve">Lucy  </w:t>
      </w:r>
      <w:r>
        <w:rPr>
          <w:rFonts w:ascii="Arial" w:hAnsi="Arial"/>
          <w:color w:val="5D7284"/>
          <w:sz w:val="22"/>
        </w:rPr>
        <w:t>1:03:48</w:t>
      </w:r>
    </w:p>
    <w:p>
      <w:pPr>
        <w:spacing w:after="0"/>
      </w:pPr>
      <w:r>
        <w:rPr>
          <w:rFonts w:ascii="Arial" w:hAnsi="Arial"/>
          <w:sz w:val="22"/>
        </w:rPr>
        <w:t>Yes.</w:t>
      </w:r>
    </w:p>
    <w:p>
      <w:pPr>
        <w:spacing w:after="0"/>
      </w:pPr>
    </w:p>
    <w:p>
      <w:pPr>
        <w:spacing w:after="0"/>
      </w:pPr>
      <w:r>
        <w:rPr>
          <w:rFonts w:ascii="Arial" w:hAnsi="Arial"/>
          <w:b/>
          <w:sz w:val="22"/>
        </w:rPr>
        <w:t xml:space="preserve">Alice  </w:t>
      </w:r>
      <w:r>
        <w:rPr>
          <w:rFonts w:ascii="Arial" w:hAnsi="Arial"/>
          <w:color w:val="5D7284"/>
          <w:sz w:val="22"/>
        </w:rPr>
        <w:t>1:03:48</w:t>
      </w:r>
    </w:p>
    <w:p>
      <w:pPr>
        <w:spacing w:after="0"/>
      </w:pPr>
      <w:r>
        <w:rPr>
          <w:rFonts w:ascii="Arial" w:hAnsi="Arial"/>
          <w:sz w:val="22"/>
        </w:rPr>
        <w:t>You know, and and it doesn't it doesn't like yes, we see you should be nice to disabled people and shouldn't be like treat people differently because they're disabled, and a little bit of a you know now you're going to experience the discrimination and and the you know attacks and stuff that we experience, but but the second bit undoes the first bit for me.</w:t>
      </w:r>
    </w:p>
    <w:p>
      <w:pPr>
        <w:spacing w:after="0"/>
      </w:pPr>
    </w:p>
    <w:p>
      <w:pPr>
        <w:spacing w:after="0"/>
      </w:pPr>
      <w:r>
        <w:rPr>
          <w:rFonts w:ascii="Arial" w:hAnsi="Arial"/>
          <w:b/>
          <w:sz w:val="22"/>
        </w:rPr>
        <w:t xml:space="preserve">Lucy  </w:t>
      </w:r>
      <w:r>
        <w:rPr>
          <w:rFonts w:ascii="Arial" w:hAnsi="Arial"/>
          <w:color w:val="5D7284"/>
          <w:sz w:val="22"/>
        </w:rPr>
        <w:t>1:04:19</w:t>
      </w:r>
    </w:p>
    <w:p>
      <w:pPr>
        <w:spacing w:after="0"/>
      </w:pPr>
      <w:r>
        <w:rPr>
          <w:rFonts w:ascii="Arial" w:hAnsi="Arial"/>
          <w:sz w:val="22"/>
        </w:rPr>
        <w:t>So we we do we do all right up until a point, and then it's like, oh dear, you've crapped all over it.</w:t>
      </w:r>
    </w:p>
    <w:p>
      <w:pPr>
        <w:spacing w:after="0"/>
      </w:pPr>
    </w:p>
    <w:p>
      <w:pPr>
        <w:spacing w:after="0"/>
      </w:pPr>
      <w:r>
        <w:rPr>
          <w:rFonts w:ascii="Arial" w:hAnsi="Arial"/>
          <w:b/>
          <w:sz w:val="22"/>
        </w:rPr>
        <w:t xml:space="preserve">Alice  </w:t>
      </w:r>
      <w:r>
        <w:rPr>
          <w:rFonts w:ascii="Arial" w:hAnsi="Arial"/>
          <w:color w:val="5D7284"/>
          <w:sz w:val="22"/>
        </w:rPr>
        <w:t>1:04:25</w:t>
      </w:r>
    </w:p>
    <w:p>
      <w:pPr>
        <w:spacing w:after="0"/>
      </w:pPr>
      <w:r>
        <w:rPr>
          <w:rFonts w:ascii="Arial" w:hAnsi="Arial"/>
          <w:sz w:val="22"/>
        </w:rPr>
        <w:t>Yeah,</w:t>
      </w:r>
    </w:p>
    <w:p>
      <w:pPr>
        <w:spacing w:after="0"/>
      </w:pPr>
    </w:p>
    <w:p>
      <w:pPr>
        <w:spacing w:after="0"/>
      </w:pPr>
      <w:r>
        <w:rPr>
          <w:rFonts w:ascii="Arial" w:hAnsi="Arial"/>
          <w:b/>
          <w:sz w:val="22"/>
        </w:rPr>
        <w:t xml:space="preserve">Lucy  </w:t>
      </w:r>
      <w:r>
        <w:rPr>
          <w:rFonts w:ascii="Arial" w:hAnsi="Arial"/>
          <w:color w:val="5D7284"/>
          <w:sz w:val="22"/>
        </w:rPr>
        <w:t>1:04:26</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1:04:27</w:t>
      </w:r>
    </w:p>
    <w:p>
      <w:pPr>
        <w:spacing w:after="0"/>
      </w:pPr>
      <w:r>
        <w:rPr>
          <w:rFonts w:ascii="Arial" w:hAnsi="Arial"/>
          <w:sz w:val="22"/>
        </w:rPr>
        <w:t>yeah. It it was also 1932 Oh</w:t>
      </w:r>
    </w:p>
    <w:p>
      <w:pPr>
        <w:spacing w:after="0"/>
      </w:pPr>
    </w:p>
    <w:p>
      <w:pPr>
        <w:spacing w:after="0"/>
      </w:pPr>
      <w:r>
        <w:rPr>
          <w:rFonts w:ascii="Arial" w:hAnsi="Arial"/>
          <w:b/>
          <w:sz w:val="22"/>
        </w:rPr>
        <w:t xml:space="preserve">Alice  </w:t>
      </w:r>
      <w:r>
        <w:rPr>
          <w:rFonts w:ascii="Arial" w:hAnsi="Arial"/>
          <w:color w:val="5D7284"/>
          <w:sz w:val="22"/>
        </w:rPr>
        <w:t>1:04:30</w:t>
      </w:r>
    </w:p>
    <w:p>
      <w:pPr>
        <w:spacing w:after="0"/>
      </w:pPr>
      <w:r>
        <w:rPr>
          <w:rFonts w:ascii="Arial" w:hAnsi="Arial"/>
          <w:sz w:val="22"/>
        </w:rPr>
        <w:t>yeah, yeah, yeah, yeah. It's</w:t>
      </w:r>
    </w:p>
    <w:p>
      <w:pPr>
        <w:spacing w:after="0"/>
      </w:pPr>
    </w:p>
    <w:p>
      <w:pPr>
        <w:spacing w:after="0"/>
      </w:pPr>
      <w:r>
        <w:rPr>
          <w:rFonts w:ascii="Arial" w:hAnsi="Arial"/>
          <w:b/>
          <w:sz w:val="22"/>
        </w:rPr>
        <w:t xml:space="preserve">Lucy  </w:t>
      </w:r>
      <w:r>
        <w:rPr>
          <w:rFonts w:ascii="Arial" w:hAnsi="Arial"/>
          <w:color w:val="5D7284"/>
          <w:sz w:val="22"/>
        </w:rPr>
        <w:t>1:04:32</w:t>
      </w:r>
    </w:p>
    <w:p>
      <w:pPr>
        <w:spacing w:after="0"/>
      </w:pPr>
      <w:r>
        <w:rPr>
          <w:rFonts w:ascii="Arial" w:hAnsi="Arial"/>
          <w:sz w:val="22"/>
        </w:rPr>
        <w:t>it's of the time, but still.</w:t>
      </w:r>
    </w:p>
    <w:p>
      <w:pPr>
        <w:spacing w:after="0"/>
      </w:pPr>
    </w:p>
    <w:p>
      <w:pPr>
        <w:spacing w:after="0"/>
      </w:pPr>
      <w:r>
        <w:rPr>
          <w:rFonts w:ascii="Arial" w:hAnsi="Arial"/>
          <w:b/>
          <w:sz w:val="22"/>
        </w:rPr>
        <w:t xml:space="preserve">Daisy  </w:t>
      </w:r>
      <w:r>
        <w:rPr>
          <w:rFonts w:ascii="Arial" w:hAnsi="Arial"/>
          <w:color w:val="5D7284"/>
          <w:sz w:val="22"/>
        </w:rPr>
        <w:t>1:04:34</w:t>
      </w:r>
    </w:p>
    <w:p>
      <w:pPr>
        <w:spacing w:after="0"/>
      </w:pPr>
      <w:r>
        <w:rPr>
          <w:rFonts w:ascii="Arial" w:hAnsi="Arial"/>
          <w:sz w:val="22"/>
        </w:rPr>
        <w:t>Yeah, and it's kind of it's it's one of those you know it is this actually quite</w:t>
      </w:r>
    </w:p>
    <w:p>
      <w:pPr>
        <w:spacing w:after="0"/>
      </w:pPr>
    </w:p>
    <w:p>
      <w:pPr>
        <w:spacing w:after="0"/>
      </w:pPr>
      <w:r>
        <w:rPr>
          <w:rFonts w:ascii="Arial" w:hAnsi="Arial"/>
          <w:b/>
          <w:sz w:val="22"/>
        </w:rPr>
        <w:t xml:space="preserve">Alice  </w:t>
      </w:r>
      <w:r>
        <w:rPr>
          <w:rFonts w:ascii="Arial" w:hAnsi="Arial"/>
          <w:color w:val="5D7284"/>
          <w:sz w:val="22"/>
        </w:rPr>
        <w:t>1:04:41</w:t>
      </w:r>
    </w:p>
    <w:p>
      <w:pPr>
        <w:spacing w:after="0"/>
      </w:pPr>
      <w:r>
        <w:rPr>
          <w:rFonts w:ascii="Arial" w:hAnsi="Arial"/>
          <w:sz w:val="22"/>
        </w:rPr>
        <w:t>it's progressive and advanced for the</w:t>
      </w:r>
    </w:p>
    <w:p>
      <w:pPr>
        <w:spacing w:after="0"/>
      </w:pPr>
    </w:p>
    <w:p>
      <w:pPr>
        <w:spacing w:after="0"/>
      </w:pPr>
      <w:r>
        <w:rPr>
          <w:rFonts w:ascii="Arial" w:hAnsi="Arial"/>
          <w:b/>
          <w:sz w:val="22"/>
        </w:rPr>
        <w:t xml:space="preserve">Daisy  </w:t>
      </w:r>
      <w:r>
        <w:rPr>
          <w:rFonts w:ascii="Arial" w:hAnsi="Arial"/>
          <w:color w:val="5D7284"/>
          <w:sz w:val="22"/>
        </w:rPr>
        <w:t>1:04:43</w:t>
      </w:r>
    </w:p>
    <w:p>
      <w:pPr>
        <w:spacing w:after="0"/>
      </w:pPr>
      <w:r>
        <w:rPr>
          <w:rFonts w:ascii="Arial" w:hAnsi="Arial"/>
          <w:sz w:val="22"/>
        </w:rPr>
        <w:t>time that it</w:t>
      </w:r>
    </w:p>
    <w:p>
      <w:pPr>
        <w:spacing w:after="0"/>
      </w:pPr>
    </w:p>
    <w:p>
      <w:pPr>
        <w:spacing w:after="0"/>
      </w:pPr>
      <w:r>
        <w:rPr>
          <w:rFonts w:ascii="Arial" w:hAnsi="Arial"/>
          <w:b/>
          <w:sz w:val="22"/>
        </w:rPr>
        <w:t xml:space="preserve">Lucy  </w:t>
      </w:r>
      <w:r>
        <w:rPr>
          <w:rFonts w:ascii="Arial" w:hAnsi="Arial"/>
          <w:color w:val="5D7284"/>
          <w:sz w:val="22"/>
        </w:rPr>
        <w:t>1:04:44</w:t>
      </w:r>
    </w:p>
    <w:p>
      <w:pPr>
        <w:spacing w:after="0"/>
      </w:pPr>
      <w:r>
        <w:rPr>
          <w:rFonts w:ascii="Arial" w:hAnsi="Arial"/>
          <w:sz w:val="22"/>
        </w:rPr>
        <w:t>yeah yeah yeah was yeah I suppose</w:t>
      </w:r>
    </w:p>
    <w:p>
      <w:pPr>
        <w:spacing w:after="0"/>
      </w:pPr>
    </w:p>
    <w:p>
      <w:pPr>
        <w:spacing w:after="0"/>
      </w:pPr>
      <w:r>
        <w:rPr>
          <w:rFonts w:ascii="Arial" w:hAnsi="Arial"/>
          <w:b/>
          <w:sz w:val="22"/>
        </w:rPr>
        <w:t xml:space="preserve">Daisy  </w:t>
      </w:r>
      <w:r>
        <w:rPr>
          <w:rFonts w:ascii="Arial" w:hAnsi="Arial"/>
          <w:color w:val="5D7284"/>
          <w:sz w:val="22"/>
        </w:rPr>
        <w:t>1:04:49</w:t>
      </w:r>
    </w:p>
    <w:p>
      <w:pPr>
        <w:spacing w:after="0"/>
      </w:pPr>
      <w:r>
        <w:rPr>
          <w:rFonts w:ascii="Arial" w:hAnsi="Arial"/>
          <w:sz w:val="22"/>
        </w:rPr>
        <w:t>yeah and so there so many there's so many other interesting performers in that film who I haven't had time to talk about</w:t>
      </w:r>
    </w:p>
    <w:p>
      <w:pPr>
        <w:spacing w:after="0"/>
      </w:pPr>
    </w:p>
    <w:p>
      <w:pPr>
        <w:spacing w:after="0"/>
      </w:pPr>
      <w:r>
        <w:rPr>
          <w:rFonts w:ascii="Arial" w:hAnsi="Arial"/>
          <w:b/>
          <w:sz w:val="22"/>
        </w:rPr>
        <w:t xml:space="preserve">Alice  </w:t>
      </w:r>
      <w:r>
        <w:rPr>
          <w:rFonts w:ascii="Arial" w:hAnsi="Arial"/>
          <w:color w:val="5D7284"/>
          <w:sz w:val="22"/>
        </w:rPr>
        <w:t>1:04:57</w:t>
      </w:r>
    </w:p>
    <w:p>
      <w:pPr>
        <w:spacing w:after="0"/>
      </w:pPr>
      <w:r>
        <w:rPr>
          <w:rFonts w:ascii="Arial" w:hAnsi="Arial"/>
          <w:sz w:val="22"/>
        </w:rPr>
        <w:t>one of the other things about that film and I could probably talk about some. Ages and maybe maybe we should I should do a fabled on it. But yeah, one of the things like you know the arguments that I've read about that movie like it was progressive for casting loads of disabled people in disabled roles, but also it was 1932 so they didn't necessarily have you know they had some prosthetics and stuff like that, but they didn't necessarily have the the technological skills to be able to have the wealth of disabled characters played by non disabled people.</w:t>
      </w:r>
    </w:p>
    <w:p>
      <w:pPr>
        <w:spacing w:after="0"/>
      </w:pPr>
    </w:p>
    <w:p>
      <w:pPr>
        <w:spacing w:after="0"/>
      </w:pPr>
      <w:r>
        <w:rPr>
          <w:rFonts w:ascii="Arial" w:hAnsi="Arial"/>
          <w:b/>
          <w:sz w:val="22"/>
        </w:rPr>
        <w:t xml:space="preserve">Lucy  </w:t>
      </w:r>
      <w:r>
        <w:rPr>
          <w:rFonts w:ascii="Arial" w:hAnsi="Arial"/>
          <w:color w:val="5D7284"/>
          <w:sz w:val="22"/>
        </w:rPr>
        <w:t>1:05:30</w:t>
      </w:r>
    </w:p>
    <w:p>
      <w:pPr>
        <w:spacing w:after="0"/>
      </w:pPr>
      <w:r>
        <w:rPr>
          <w:rFonts w:ascii="Arial" w:hAnsi="Arial"/>
          <w:sz w:val="22"/>
        </w:rPr>
        <w:t>No,</w:t>
      </w:r>
    </w:p>
    <w:p>
      <w:pPr>
        <w:spacing w:after="0"/>
      </w:pPr>
    </w:p>
    <w:p>
      <w:pPr>
        <w:spacing w:after="0"/>
      </w:pPr>
      <w:r>
        <w:rPr>
          <w:rFonts w:ascii="Arial" w:hAnsi="Arial"/>
          <w:b/>
          <w:sz w:val="22"/>
        </w:rPr>
        <w:t xml:space="preserve">Alice  </w:t>
      </w:r>
      <w:r>
        <w:rPr>
          <w:rFonts w:ascii="Arial" w:hAnsi="Arial"/>
          <w:color w:val="5D7284"/>
          <w:sz w:val="22"/>
        </w:rPr>
        <w:t>1:05:31</w:t>
      </w:r>
    </w:p>
    <w:p>
      <w:pPr>
        <w:spacing w:after="0"/>
      </w:pPr>
      <w:r>
        <w:rPr>
          <w:rFonts w:ascii="Arial" w:hAnsi="Arial"/>
          <w:sz w:val="22"/>
        </w:rPr>
        <w:t>you know. So sorry, I could. I feel like I could rant about this for a while, so I'm going to stop for a minute until Daisy gives me something else to rant about.</w:t>
      </w:r>
    </w:p>
    <w:p>
      <w:pPr>
        <w:spacing w:after="0"/>
      </w:pPr>
    </w:p>
    <w:p>
      <w:pPr>
        <w:spacing w:after="0"/>
      </w:pPr>
      <w:r>
        <w:rPr>
          <w:rFonts w:ascii="Arial" w:hAnsi="Arial"/>
          <w:b/>
          <w:sz w:val="22"/>
        </w:rPr>
        <w:t xml:space="preserve">Daisy  </w:t>
      </w:r>
      <w:r>
        <w:rPr>
          <w:rFonts w:ascii="Arial" w:hAnsi="Arial"/>
          <w:color w:val="5D7284"/>
          <w:sz w:val="22"/>
        </w:rPr>
        <w:t>1:05:41</w:t>
      </w:r>
    </w:p>
    <w:p>
      <w:pPr>
        <w:spacing w:after="0"/>
      </w:pPr>
      <w:r>
        <w:rPr>
          <w:rFonts w:ascii="Arial" w:hAnsi="Arial"/>
          <w:sz w:val="22"/>
        </w:rPr>
        <w:t>I'm just trying to find the thing about which scenes were lost to see whether it's relevant to what what you were talking about. Yeah, I think lots of people more recent. So when I talk about more modern like retrospective reviews, they're still all from the 1990s. Yeah, like which is actually quite a long time ago now. Yeah, the book I read was the</w:t>
      </w:r>
    </w:p>
    <w:p>
      <w:pPr>
        <w:spacing w:after="0"/>
      </w:pPr>
    </w:p>
    <w:p>
      <w:pPr>
        <w:spacing w:after="0"/>
      </w:pPr>
      <w:r>
        <w:rPr>
          <w:rFonts w:ascii="Arial" w:hAnsi="Arial"/>
          <w:b/>
          <w:sz w:val="22"/>
        </w:rPr>
        <w:t xml:space="preserve">Alice  </w:t>
      </w:r>
      <w:r>
        <w:rPr>
          <w:rFonts w:ascii="Arial" w:hAnsi="Arial"/>
          <w:color w:val="5D7284"/>
          <w:sz w:val="22"/>
        </w:rPr>
        <w:t>1:06:04</w:t>
      </w:r>
    </w:p>
    <w:p>
      <w:pPr>
        <w:spacing w:after="0"/>
      </w:pPr>
      <w:r>
        <w:rPr>
          <w:rFonts w:ascii="Arial" w:hAnsi="Arial"/>
          <w:sz w:val="22"/>
        </w:rPr>
        <w:t>book I read was from the mid 90s. That the academic book I read on that. That</w:t>
      </w:r>
    </w:p>
    <w:p>
      <w:pPr>
        <w:spacing w:after="0"/>
      </w:pPr>
    </w:p>
    <w:p>
      <w:pPr>
        <w:spacing w:after="0"/>
      </w:pPr>
      <w:r>
        <w:rPr>
          <w:rFonts w:ascii="Arial" w:hAnsi="Arial"/>
          <w:b/>
          <w:sz w:val="22"/>
        </w:rPr>
        <w:t xml:space="preserve">Lucy  </w:t>
      </w:r>
      <w:r>
        <w:rPr>
          <w:rFonts w:ascii="Arial" w:hAnsi="Arial"/>
          <w:color w:val="5D7284"/>
          <w:sz w:val="22"/>
        </w:rPr>
        <w:t>1:06:10</w:t>
      </w:r>
    </w:p>
    <w:p>
      <w:pPr>
        <w:spacing w:after="0"/>
      </w:pPr>
      <w:r>
        <w:rPr>
          <w:rFonts w:ascii="Arial" w:hAnsi="Arial"/>
          <w:sz w:val="22"/>
        </w:rPr>
        <w:t>only seems like yeah. What are you talking about?</w:t>
      </w:r>
    </w:p>
    <w:p>
      <w:pPr>
        <w:spacing w:after="0"/>
      </w:pPr>
    </w:p>
    <w:p>
      <w:pPr>
        <w:spacing w:after="0"/>
      </w:pPr>
      <w:r>
        <w:rPr>
          <w:rFonts w:ascii="Arial" w:hAnsi="Arial"/>
          <w:b/>
          <w:sz w:val="22"/>
        </w:rPr>
        <w:t xml:space="preserve">Daisy  </w:t>
      </w:r>
      <w:r>
        <w:rPr>
          <w:rFonts w:ascii="Arial" w:hAnsi="Arial"/>
          <w:color w:val="5D7284"/>
          <w:sz w:val="22"/>
        </w:rPr>
        <w:t>1:06:13</w:t>
      </w:r>
    </w:p>
    <w:p>
      <w:pPr>
        <w:spacing w:after="0"/>
      </w:pPr>
      <w:r>
        <w:rPr>
          <w:rFonts w:ascii="Arial" w:hAnsi="Arial"/>
          <w:sz w:val="22"/>
        </w:rPr>
        <w:t>Yeah, but yeah, it's it's being preserved by the like American National Film Registry, which you know preserves films that are seen as culturally, historically, or esthetically significant. Okay. Because it's is it was made as a horror film, and yeah,</w:t>
      </w:r>
    </w:p>
    <w:p>
      <w:pPr>
        <w:spacing w:after="0"/>
      </w:pPr>
    </w:p>
    <w:p>
      <w:pPr>
        <w:spacing w:after="0"/>
      </w:pPr>
      <w:r>
        <w:rPr>
          <w:rFonts w:ascii="Arial" w:hAnsi="Arial"/>
          <w:b/>
          <w:sz w:val="22"/>
        </w:rPr>
        <w:t xml:space="preserve">Lucy  </w:t>
      </w:r>
      <w:r>
        <w:rPr>
          <w:rFonts w:ascii="Arial" w:hAnsi="Arial"/>
          <w:color w:val="5D7284"/>
          <w:sz w:val="22"/>
        </w:rPr>
        <w:t>1:06:34</w:t>
      </w:r>
    </w:p>
    <w:p>
      <w:pPr>
        <w:spacing w:after="0"/>
      </w:pPr>
      <w:r>
        <w:rPr>
          <w:rFonts w:ascii="Arial" w:hAnsi="Arial"/>
          <w:sz w:val="22"/>
        </w:rPr>
        <w:t>with a with a with a name like Freaks, you would expect it to be like a bit almost, as in I did that noise as in scary, not as in weird kind of thing.</w:t>
      </w:r>
    </w:p>
    <w:p>
      <w:pPr>
        <w:spacing w:after="0"/>
      </w:pPr>
    </w:p>
    <w:p>
      <w:pPr>
        <w:spacing w:after="0"/>
      </w:pPr>
      <w:r>
        <w:rPr>
          <w:rFonts w:ascii="Arial" w:hAnsi="Arial"/>
          <w:b/>
          <w:sz w:val="22"/>
        </w:rPr>
        <w:t xml:space="preserve">Daisy  </w:t>
      </w:r>
      <w:r>
        <w:rPr>
          <w:rFonts w:ascii="Arial" w:hAnsi="Arial"/>
          <w:color w:val="5D7284"/>
          <w:sz w:val="22"/>
        </w:rPr>
        <w:t>1:06:47</w:t>
      </w:r>
    </w:p>
    <w:p>
      <w:pPr>
        <w:spacing w:after="0"/>
      </w:pPr>
      <w:r>
        <w:rPr>
          <w:rFonts w:ascii="Arial" w:hAnsi="Arial"/>
          <w:sz w:val="22"/>
        </w:rPr>
        <w:t>Yeah, yeah, yeah.</w:t>
      </w:r>
    </w:p>
    <w:p>
      <w:pPr>
        <w:spacing w:after="0"/>
      </w:pPr>
    </w:p>
    <w:p>
      <w:pPr>
        <w:spacing w:after="0"/>
      </w:pPr>
      <w:r>
        <w:rPr>
          <w:rFonts w:ascii="Arial" w:hAnsi="Arial"/>
          <w:b/>
          <w:sz w:val="22"/>
        </w:rPr>
        <w:t xml:space="preserve">Lucy  </w:t>
      </w:r>
      <w:r>
        <w:rPr>
          <w:rFonts w:ascii="Arial" w:hAnsi="Arial"/>
          <w:color w:val="5D7284"/>
          <w:sz w:val="22"/>
        </w:rPr>
        <w:t>1:06:48</w:t>
      </w:r>
    </w:p>
    <w:p>
      <w:pPr>
        <w:spacing w:after="0"/>
      </w:pPr>
      <w:r>
        <w:rPr>
          <w:rFonts w:ascii="Arial" w:hAnsi="Arial"/>
          <w:sz w:val="22"/>
        </w:rPr>
        <w:t>Jump scare kind of thing. That's the vibe I was getting.</w:t>
      </w:r>
    </w:p>
    <w:p>
      <w:pPr>
        <w:spacing w:after="0"/>
      </w:pPr>
    </w:p>
    <w:p>
      <w:pPr>
        <w:spacing w:after="0"/>
      </w:pPr>
      <w:r>
        <w:rPr>
          <w:rFonts w:ascii="Arial" w:hAnsi="Arial"/>
          <w:b/>
          <w:sz w:val="22"/>
        </w:rPr>
        <w:t xml:space="preserve">Daisy  </w:t>
      </w:r>
      <w:r>
        <w:rPr>
          <w:rFonts w:ascii="Arial" w:hAnsi="Arial"/>
          <w:color w:val="5D7284"/>
          <w:sz w:val="22"/>
        </w:rPr>
        <w:t>1:06:53</w:t>
      </w:r>
    </w:p>
    <w:p>
      <w:pPr>
        <w:spacing w:after="0"/>
      </w:pPr>
      <w:r>
        <w:rPr>
          <w:rFonts w:ascii="Arial" w:hAnsi="Arial"/>
          <w:sz w:val="22"/>
        </w:rPr>
        <w:t>Yeah, but it's yeah. That's that's kind of yeah, a big part of it. Like this is essentially a like a psychological horror,</w:t>
      </w:r>
    </w:p>
    <w:p>
      <w:pPr>
        <w:spacing w:after="0"/>
      </w:pPr>
    </w:p>
    <w:p>
      <w:pPr>
        <w:spacing w:after="0"/>
      </w:pPr>
      <w:r>
        <w:rPr>
          <w:rFonts w:ascii="Arial" w:hAnsi="Arial"/>
          <w:b/>
          <w:sz w:val="22"/>
        </w:rPr>
        <w:t xml:space="preserve">Lucy  </w:t>
      </w:r>
      <w:r>
        <w:rPr>
          <w:rFonts w:ascii="Arial" w:hAnsi="Arial"/>
          <w:color w:val="5D7284"/>
          <w:sz w:val="22"/>
        </w:rPr>
        <w:t>1:07:01</w:t>
      </w:r>
    </w:p>
    <w:p>
      <w:pPr>
        <w:spacing w:after="0"/>
      </w:pPr>
      <w:r>
        <w:rPr>
          <w:rFonts w:ascii="Arial" w:hAnsi="Arial"/>
          <w:sz w:val="22"/>
        </w:rPr>
        <w:t>yeah, which</w:t>
      </w:r>
    </w:p>
    <w:p>
      <w:pPr>
        <w:spacing w:after="0"/>
      </w:pPr>
    </w:p>
    <w:p>
      <w:pPr>
        <w:spacing w:after="0"/>
      </w:pPr>
      <w:r>
        <w:rPr>
          <w:rFonts w:ascii="Arial" w:hAnsi="Arial"/>
          <w:b/>
          <w:sz w:val="22"/>
        </w:rPr>
        <w:t xml:space="preserve">Daisy  </w:t>
      </w:r>
      <w:r>
        <w:rPr>
          <w:rFonts w:ascii="Arial" w:hAnsi="Arial"/>
          <w:color w:val="5D7284"/>
          <w:sz w:val="22"/>
        </w:rPr>
        <w:t>1:07:03</w:t>
      </w:r>
    </w:p>
    <w:p>
      <w:pPr>
        <w:spacing w:after="0"/>
      </w:pPr>
      <w:r>
        <w:rPr>
          <w:rFonts w:ascii="Arial" w:hAnsi="Arial"/>
          <w:sz w:val="22"/>
        </w:rPr>
        <w:t>I can't imagine would have been very common in the</w:t>
      </w:r>
    </w:p>
    <w:p>
      <w:pPr>
        <w:spacing w:after="0"/>
      </w:pPr>
    </w:p>
    <w:p>
      <w:pPr>
        <w:spacing w:after="0"/>
      </w:pPr>
      <w:r>
        <w:rPr>
          <w:rFonts w:ascii="Arial" w:hAnsi="Arial"/>
          <w:b/>
          <w:sz w:val="22"/>
        </w:rPr>
        <w:t xml:space="preserve">Lucy  </w:t>
      </w:r>
      <w:r>
        <w:rPr>
          <w:rFonts w:ascii="Arial" w:hAnsi="Arial"/>
          <w:color w:val="5D7284"/>
          <w:sz w:val="22"/>
        </w:rPr>
        <w:t>1:07:06</w:t>
      </w:r>
    </w:p>
    <w:p>
      <w:pPr>
        <w:spacing w:after="0"/>
      </w:pPr>
      <w:r>
        <w:rPr>
          <w:rFonts w:ascii="Arial" w:hAnsi="Arial"/>
          <w:sz w:val="22"/>
        </w:rPr>
        <w:t>'30s. No, no, exactly. That's my media degree coming to play there.</w:t>
      </w:r>
    </w:p>
    <w:p>
      <w:pPr>
        <w:spacing w:after="0"/>
      </w:pPr>
    </w:p>
    <w:p>
      <w:pPr>
        <w:spacing w:after="0"/>
      </w:pPr>
      <w:r>
        <w:rPr>
          <w:rFonts w:ascii="Arial" w:hAnsi="Arial"/>
          <w:b/>
          <w:sz w:val="22"/>
        </w:rPr>
        <w:t xml:space="preserve">Daisy  </w:t>
      </w:r>
      <w:r>
        <w:rPr>
          <w:rFonts w:ascii="Arial" w:hAnsi="Arial"/>
          <w:color w:val="5D7284"/>
          <w:sz w:val="22"/>
        </w:rPr>
        <w:t>1:07:10</w:t>
      </w:r>
    </w:p>
    <w:p>
      <w:pPr>
        <w:spacing w:after="0"/>
      </w:pPr>
      <w:r>
        <w:rPr>
          <w:rFonts w:ascii="Arial" w:hAnsi="Arial"/>
          <w:sz w:val="22"/>
        </w:rPr>
        <w:t>Yeah, so yeah, there are interpretations of it as like a you know class conflict and a anti eugenics message and all sorts. It's. It's yeah. It's really interesting. Maybe if Alice says that the film is boring and annoying, maybe I'll just read one of the books about it rather than actually watch it. If the problem is now, now, now I know that it doesn't feature the duck. It's like, what's even the point? I'm</w:t>
      </w:r>
    </w:p>
    <w:p>
      <w:pPr>
        <w:spacing w:after="0"/>
      </w:pPr>
    </w:p>
    <w:p>
      <w:pPr>
        <w:spacing w:after="0"/>
      </w:pPr>
      <w:r>
        <w:rPr>
          <w:rFonts w:ascii="Arial" w:hAnsi="Arial"/>
          <w:b/>
          <w:sz w:val="22"/>
        </w:rPr>
        <w:t xml:space="preserve">Lucy  </w:t>
      </w:r>
      <w:r>
        <w:rPr>
          <w:rFonts w:ascii="Arial" w:hAnsi="Arial"/>
          <w:color w:val="5D7284"/>
          <w:sz w:val="22"/>
        </w:rPr>
        <w:t>1:07:37</w:t>
      </w:r>
    </w:p>
    <w:p>
      <w:pPr>
        <w:spacing w:after="0"/>
      </w:pPr>
      <w:r>
        <w:rPr>
          <w:rFonts w:ascii="Arial" w:hAnsi="Arial"/>
          <w:sz w:val="22"/>
        </w:rPr>
        <w:t>not bothered now. Yeah. Maybe we maybe we should do it like a episode on this, and get Daisy back on to just like take part in.</w:t>
      </w:r>
    </w:p>
    <w:p>
      <w:pPr>
        <w:spacing w:after="0"/>
      </w:pPr>
    </w:p>
    <w:p>
      <w:pPr>
        <w:spacing w:after="0"/>
      </w:pPr>
      <w:r>
        <w:rPr>
          <w:rFonts w:ascii="Arial" w:hAnsi="Arial"/>
          <w:b/>
          <w:sz w:val="22"/>
        </w:rPr>
        <w:t xml:space="preserve">Alice  </w:t>
      </w:r>
      <w:r>
        <w:rPr>
          <w:rFonts w:ascii="Arial" w:hAnsi="Arial"/>
          <w:color w:val="5D7284"/>
          <w:sz w:val="22"/>
        </w:rPr>
        <w:t>1:07:45</w:t>
      </w:r>
    </w:p>
    <w:p>
      <w:pPr>
        <w:spacing w:after="0"/>
      </w:pPr>
      <w:r>
        <w:rPr>
          <w:rFonts w:ascii="Arial" w:hAnsi="Arial"/>
          <w:sz w:val="22"/>
        </w:rPr>
        <w:t>Daisy can watch it to audio describe it. We'll do a watch along with Daisy audio describing it.</w:t>
      </w:r>
    </w:p>
    <w:p>
      <w:pPr>
        <w:spacing w:after="0"/>
      </w:pPr>
    </w:p>
    <w:p>
      <w:pPr>
        <w:spacing w:after="0"/>
      </w:pPr>
      <w:r>
        <w:rPr>
          <w:rFonts w:ascii="Arial" w:hAnsi="Arial"/>
          <w:b/>
          <w:sz w:val="22"/>
        </w:rPr>
        <w:t xml:space="preserve">Lucy  </w:t>
      </w:r>
      <w:r>
        <w:rPr>
          <w:rFonts w:ascii="Arial" w:hAnsi="Arial"/>
          <w:color w:val="5D7284"/>
          <w:sz w:val="22"/>
        </w:rPr>
        <w:t>1:07:54</w:t>
      </w:r>
    </w:p>
    <w:p>
      <w:pPr>
        <w:spacing w:after="0"/>
      </w:pPr>
      <w:r>
        <w:rPr>
          <w:rFonts w:ascii="Arial" w:hAnsi="Arial"/>
          <w:sz w:val="22"/>
        </w:rPr>
        <w:t>Yeah.</w:t>
      </w:r>
    </w:p>
    <w:p>
      <w:pPr>
        <w:spacing w:after="0"/>
      </w:pPr>
    </w:p>
    <w:p>
      <w:pPr>
        <w:spacing w:after="0"/>
      </w:pPr>
      <w:r>
        <w:rPr>
          <w:rFonts w:ascii="Arial" w:hAnsi="Arial"/>
          <w:b/>
          <w:sz w:val="22"/>
        </w:rPr>
        <w:t xml:space="preserve">Daisy  </w:t>
      </w:r>
      <w:r>
        <w:rPr>
          <w:rFonts w:ascii="Arial" w:hAnsi="Arial"/>
          <w:color w:val="5D7284"/>
          <w:sz w:val="22"/>
        </w:rPr>
        <w:t>1:07:55</w:t>
      </w:r>
    </w:p>
    <w:p>
      <w:pPr>
        <w:spacing w:after="0"/>
      </w:pPr>
      <w:r>
        <w:rPr>
          <w:rFonts w:ascii="Arial" w:hAnsi="Arial"/>
          <w:sz w:val="22"/>
        </w:rPr>
        <w:t>I mean, to be fair, yeah, we could we could do a film review of that sort of thing. It'd be quite an interesting thing to do with yeah a whole range of people because that way no one has to have too long of a review.</w:t>
      </w:r>
    </w:p>
    <w:p>
      <w:pPr>
        <w:spacing w:after="0"/>
      </w:pPr>
    </w:p>
    <w:p>
      <w:pPr>
        <w:spacing w:after="0"/>
      </w:pPr>
      <w:r>
        <w:rPr>
          <w:rFonts w:ascii="Arial" w:hAnsi="Arial"/>
          <w:b/>
          <w:sz w:val="22"/>
        </w:rPr>
        <w:t xml:space="preserve">Lucy  </w:t>
      </w:r>
      <w:r>
        <w:rPr>
          <w:rFonts w:ascii="Arial" w:hAnsi="Arial"/>
          <w:color w:val="5D7284"/>
          <w:sz w:val="22"/>
        </w:rPr>
        <w:t>1:08:09</w:t>
      </w:r>
    </w:p>
    <w:p>
      <w:pPr>
        <w:spacing w:after="0"/>
      </w:pPr>
      <w:r>
        <w:rPr>
          <w:rFonts w:ascii="Arial" w:hAnsi="Arial"/>
          <w:sz w:val="22"/>
        </w:rPr>
        <w:t>That's true. No, but it's okay. Get you know</w:t>
      </w:r>
    </w:p>
    <w:p>
      <w:pPr>
        <w:spacing w:after="0"/>
      </w:pPr>
    </w:p>
    <w:p>
      <w:pPr>
        <w:spacing w:after="0"/>
      </w:pPr>
      <w:r>
        <w:rPr>
          <w:rFonts w:ascii="Arial" w:hAnsi="Arial"/>
          <w:b/>
          <w:sz w:val="22"/>
        </w:rPr>
        <w:t xml:space="preserve">Daisy  </w:t>
      </w:r>
      <w:r>
        <w:rPr>
          <w:rFonts w:ascii="Arial" w:hAnsi="Arial"/>
          <w:color w:val="5D7284"/>
          <w:sz w:val="22"/>
        </w:rPr>
        <w:t>1:08:12</w:t>
      </w:r>
    </w:p>
    <w:p>
      <w:pPr>
        <w:spacing w:after="0"/>
      </w:pPr>
      <w:r>
        <w:rPr>
          <w:rFonts w:ascii="Arial" w:hAnsi="Arial"/>
          <w:sz w:val="22"/>
        </w:rPr>
        <w:t>get get like Adam to watch it and</w:t>
      </w:r>
    </w:p>
    <w:p>
      <w:pPr>
        <w:spacing w:after="0"/>
      </w:pPr>
    </w:p>
    <w:p>
      <w:pPr>
        <w:spacing w:after="0"/>
      </w:pPr>
      <w:r>
        <w:rPr>
          <w:rFonts w:ascii="Arial" w:hAnsi="Arial"/>
          <w:b/>
          <w:sz w:val="22"/>
        </w:rPr>
        <w:t xml:space="preserve">Alice  </w:t>
      </w:r>
      <w:r>
        <w:rPr>
          <w:rFonts w:ascii="Arial" w:hAnsi="Arial"/>
          <w:color w:val="5D7284"/>
          <w:sz w:val="22"/>
        </w:rPr>
        <w:t>1:08:14</w:t>
      </w:r>
    </w:p>
    <w:p>
      <w:pPr>
        <w:spacing w:after="0"/>
      </w:pPr>
      <w:r>
        <w:rPr>
          <w:rFonts w:ascii="Arial" w:hAnsi="Arial"/>
          <w:sz w:val="22"/>
        </w:rPr>
        <w:t xml:space="preserve">yeah, </w:t>
      </w:r>
    </w:p>
    <w:p>
      <w:pPr>
        <w:spacing w:after="0"/>
      </w:pPr>
    </w:p>
    <w:p>
      <w:pPr>
        <w:spacing w:after="0"/>
      </w:pPr>
      <w:r>
        <w:rPr>
          <w:rFonts w:ascii="Arial" w:hAnsi="Arial"/>
          <w:b/>
          <w:sz w:val="22"/>
        </w:rPr>
        <w:t xml:space="preserve">Daisy  </w:t>
      </w:r>
      <w:r>
        <w:rPr>
          <w:rFonts w:ascii="Arial" w:hAnsi="Arial"/>
          <w:color w:val="5D7284"/>
          <w:sz w:val="22"/>
        </w:rPr>
        <w:t>1:08:14</w:t>
      </w:r>
    </w:p>
    <w:p>
      <w:pPr>
        <w:spacing w:after="0"/>
      </w:pPr>
      <w:r>
        <w:rPr>
          <w:rFonts w:ascii="Arial" w:hAnsi="Arial"/>
          <w:sz w:val="22"/>
        </w:rPr>
        <w:t>you know all sorts of other people are just</w:t>
      </w:r>
    </w:p>
    <w:p>
      <w:pPr>
        <w:spacing w:after="0"/>
      </w:pPr>
    </w:p>
    <w:p>
      <w:pPr>
        <w:spacing w:after="0"/>
      </w:pPr>
      <w:r>
        <w:rPr>
          <w:rFonts w:ascii="Arial" w:hAnsi="Arial"/>
          <w:b/>
          <w:sz w:val="22"/>
        </w:rPr>
        <w:t xml:space="preserve">Alice  </w:t>
      </w:r>
      <w:r>
        <w:rPr>
          <w:rFonts w:ascii="Arial" w:hAnsi="Arial"/>
          <w:color w:val="5D7284"/>
          <w:sz w:val="22"/>
        </w:rPr>
        <w:t>1:08:17</w:t>
      </w:r>
    </w:p>
    <w:p>
      <w:pPr>
        <w:spacing w:after="0"/>
      </w:pPr>
      <w:r>
        <w:rPr>
          <w:rFonts w:ascii="Arial" w:hAnsi="Arial"/>
          <w:sz w:val="22"/>
        </w:rPr>
        <w:t>yeah</w:t>
      </w:r>
    </w:p>
    <w:p>
      <w:pPr>
        <w:spacing w:after="0"/>
      </w:pPr>
    </w:p>
    <w:p>
      <w:pPr>
        <w:spacing w:after="0"/>
      </w:pPr>
      <w:r>
        <w:rPr>
          <w:rFonts w:ascii="Arial" w:hAnsi="Arial"/>
          <w:b/>
          <w:sz w:val="22"/>
        </w:rPr>
        <w:t xml:space="preserve">Lucy  </w:t>
      </w:r>
      <w:r>
        <w:rPr>
          <w:rFonts w:ascii="Arial" w:hAnsi="Arial"/>
          <w:color w:val="5D7284"/>
          <w:sz w:val="22"/>
        </w:rPr>
        <w:t>1:08:19</w:t>
      </w:r>
    </w:p>
    <w:p>
      <w:pPr>
        <w:spacing w:after="0"/>
      </w:pPr>
      <w:r>
        <w:rPr>
          <w:rFonts w:ascii="Arial" w:hAnsi="Arial"/>
          <w:sz w:val="22"/>
        </w:rPr>
        <w:t>going. Am I going to jump? Is it really scary? Because if I jump and I've got cerebral pals, it really, really hurts. Yeah.</w:t>
      </w:r>
    </w:p>
    <w:p>
      <w:pPr>
        <w:spacing w:after="0"/>
      </w:pPr>
    </w:p>
    <w:p>
      <w:pPr>
        <w:spacing w:after="0"/>
      </w:pPr>
      <w:r>
        <w:rPr>
          <w:rFonts w:ascii="Arial" w:hAnsi="Arial"/>
          <w:b/>
          <w:sz w:val="22"/>
        </w:rPr>
        <w:t xml:space="preserve">Daisy  </w:t>
      </w:r>
      <w:r>
        <w:rPr>
          <w:rFonts w:ascii="Arial" w:hAnsi="Arial"/>
          <w:color w:val="5D7284"/>
          <w:sz w:val="22"/>
        </w:rPr>
        <w:t>1:08:29</w:t>
      </w:r>
    </w:p>
    <w:p>
      <w:pPr>
        <w:spacing w:after="0"/>
      </w:pPr>
      <w:r>
        <w:rPr>
          <w:rFonts w:ascii="Arial" w:hAnsi="Arial"/>
          <w:sz w:val="22"/>
        </w:rPr>
        <w:t>I'll watch it first and then warn you.</w:t>
      </w:r>
    </w:p>
    <w:p>
      <w:pPr>
        <w:spacing w:after="0"/>
      </w:pPr>
    </w:p>
    <w:p>
      <w:pPr>
        <w:spacing w:after="0"/>
      </w:pPr>
      <w:r>
        <w:rPr>
          <w:rFonts w:ascii="Arial" w:hAnsi="Arial"/>
          <w:b/>
          <w:sz w:val="22"/>
        </w:rPr>
        <w:t xml:space="preserve">Lucy  </w:t>
      </w:r>
      <w:r>
        <w:rPr>
          <w:rFonts w:ascii="Arial" w:hAnsi="Arial"/>
          <w:color w:val="5D7284"/>
          <w:sz w:val="22"/>
        </w:rPr>
        <w:t>1:08:31</w:t>
      </w:r>
    </w:p>
    <w:p>
      <w:pPr>
        <w:spacing w:after="0"/>
      </w:pPr>
      <w:r>
        <w:rPr>
          <w:rFonts w:ascii="Arial" w:hAnsi="Arial"/>
          <w:sz w:val="22"/>
        </w:rPr>
        <w:t xml:space="preserve">Thanks. Yeah, she's gonna jump now and now. Yeah. </w:t>
      </w:r>
    </w:p>
    <w:p>
      <w:pPr>
        <w:spacing w:after="0"/>
      </w:pPr>
    </w:p>
    <w:p>
      <w:pPr>
        <w:spacing w:after="0"/>
      </w:pPr>
      <w:r>
        <w:rPr>
          <w:rFonts w:ascii="Arial" w:hAnsi="Arial"/>
          <w:b/>
          <w:sz w:val="22"/>
        </w:rPr>
        <w:t xml:space="preserve">Daisy  </w:t>
      </w:r>
      <w:r>
        <w:rPr>
          <w:rFonts w:ascii="Arial" w:hAnsi="Arial"/>
          <w:color w:val="5D7284"/>
          <w:sz w:val="22"/>
        </w:rPr>
        <w:t>1:08:34</w:t>
      </w:r>
    </w:p>
    <w:p>
      <w:pPr>
        <w:spacing w:after="0"/>
      </w:pPr>
      <w:r>
        <w:rPr>
          <w:rFonts w:ascii="Arial" w:hAnsi="Arial"/>
          <w:sz w:val="22"/>
        </w:rPr>
        <w:t>Sorry, I've gone off topic brainstorming further episodes for you.</w:t>
      </w:r>
    </w:p>
    <w:p>
      <w:pPr>
        <w:spacing w:after="0"/>
      </w:pPr>
    </w:p>
    <w:p>
      <w:pPr>
        <w:spacing w:after="0"/>
      </w:pPr>
      <w:r>
        <w:rPr>
          <w:rFonts w:ascii="Arial" w:hAnsi="Arial"/>
          <w:b/>
          <w:sz w:val="22"/>
        </w:rPr>
        <w:t xml:space="preserve">Alice  </w:t>
      </w:r>
      <w:r>
        <w:rPr>
          <w:rFonts w:ascii="Arial" w:hAnsi="Arial"/>
          <w:color w:val="5D7284"/>
          <w:sz w:val="22"/>
        </w:rPr>
        <w:t>1:08:37</w:t>
      </w:r>
    </w:p>
    <w:p>
      <w:pPr>
        <w:spacing w:after="0"/>
      </w:pPr>
      <w:r>
        <w:rPr>
          <w:rFonts w:ascii="Arial" w:hAnsi="Arial"/>
          <w:sz w:val="22"/>
        </w:rPr>
        <w:t>It's fine, Adam you can cut this bit out. It's fine. Yeah,</w:t>
      </w:r>
    </w:p>
    <w:p>
      <w:pPr>
        <w:spacing w:after="0"/>
      </w:pPr>
    </w:p>
    <w:p>
      <w:pPr>
        <w:spacing w:after="0"/>
      </w:pPr>
      <w:r>
        <w:rPr>
          <w:rFonts w:ascii="Arial" w:hAnsi="Arial"/>
          <w:b/>
          <w:sz w:val="22"/>
        </w:rPr>
        <w:t xml:space="preserve">Lucy  </w:t>
      </w:r>
      <w:r>
        <w:rPr>
          <w:rFonts w:ascii="Arial" w:hAnsi="Arial"/>
          <w:color w:val="5D7284"/>
          <w:sz w:val="22"/>
        </w:rPr>
        <w:t>1:08:40</w:t>
      </w:r>
    </w:p>
    <w:p>
      <w:pPr>
        <w:spacing w:after="0"/>
      </w:pPr>
      <w:r>
        <w:rPr>
          <w:rFonts w:ascii="Arial" w:hAnsi="Arial"/>
          <w:sz w:val="22"/>
        </w:rPr>
        <w:t>it's fine. No, I</w:t>
      </w:r>
    </w:p>
    <w:p>
      <w:pPr>
        <w:spacing w:after="0"/>
      </w:pPr>
    </w:p>
    <w:p>
      <w:pPr>
        <w:spacing w:after="0"/>
      </w:pPr>
      <w:r>
        <w:rPr>
          <w:rFonts w:ascii="Arial" w:hAnsi="Arial"/>
          <w:b/>
          <w:sz w:val="22"/>
        </w:rPr>
        <w:t xml:space="preserve">Alice  </w:t>
      </w:r>
      <w:r>
        <w:rPr>
          <w:rFonts w:ascii="Arial" w:hAnsi="Arial"/>
          <w:color w:val="5D7284"/>
          <w:sz w:val="22"/>
        </w:rPr>
        <w:t>1:08:42</w:t>
      </w:r>
    </w:p>
    <w:p>
      <w:pPr>
        <w:spacing w:after="0"/>
      </w:pPr>
      <w:r>
        <w:rPr>
          <w:rFonts w:ascii="Arial" w:hAnsi="Arial"/>
          <w:sz w:val="22"/>
        </w:rPr>
        <w:t>We'll put it on the the the things we plan to do and never achieve pile. We basically</w:t>
      </w:r>
    </w:p>
    <w:p>
      <w:pPr>
        <w:spacing w:after="0"/>
      </w:pPr>
    </w:p>
    <w:p>
      <w:pPr>
        <w:spacing w:after="0"/>
      </w:pPr>
      <w:r>
        <w:rPr>
          <w:rFonts w:ascii="Arial" w:hAnsi="Arial"/>
          <w:b/>
          <w:sz w:val="22"/>
        </w:rPr>
        <w:t xml:space="preserve">Lucy  </w:t>
      </w:r>
      <w:r>
        <w:rPr>
          <w:rFonts w:ascii="Arial" w:hAnsi="Arial"/>
          <w:color w:val="5D7284"/>
          <w:sz w:val="22"/>
        </w:rPr>
        <w:t>1:08:47</w:t>
      </w:r>
    </w:p>
    <w:p>
      <w:pPr>
        <w:spacing w:after="0"/>
      </w:pPr>
      <w:r>
        <w:rPr>
          <w:rFonts w:ascii="Arial" w:hAnsi="Arial"/>
          <w:sz w:val="22"/>
        </w:rPr>
        <w:t>just had a production meeting on air.</w:t>
      </w:r>
    </w:p>
    <w:p>
      <w:pPr>
        <w:spacing w:after="0"/>
      </w:pPr>
    </w:p>
    <w:p>
      <w:pPr>
        <w:spacing w:after="0"/>
      </w:pPr>
      <w:r>
        <w:rPr>
          <w:rFonts w:ascii="Arial" w:hAnsi="Arial"/>
          <w:b/>
          <w:sz w:val="22"/>
        </w:rPr>
        <w:t xml:space="preserve">Alice  </w:t>
      </w:r>
      <w:r>
        <w:rPr>
          <w:rFonts w:ascii="Arial" w:hAnsi="Arial"/>
          <w:color w:val="5D7284"/>
          <w:sz w:val="22"/>
        </w:rPr>
        <w:t>1:08:54</w:t>
      </w:r>
    </w:p>
    <w:p>
      <w:pPr>
        <w:spacing w:after="0"/>
      </w:pPr>
      <w:r>
        <w:rPr>
          <w:rFonts w:ascii="Arial" w:hAnsi="Arial"/>
          <w:sz w:val="22"/>
        </w:rPr>
        <w:t>Sorry. Oops. So he was he was. This conversation came out. He was in Freaks. You said the gentleman yes,</w:t>
      </w:r>
    </w:p>
    <w:p>
      <w:pPr>
        <w:spacing w:after="0"/>
      </w:pPr>
    </w:p>
    <w:p>
      <w:pPr>
        <w:spacing w:after="0"/>
      </w:pPr>
      <w:r>
        <w:rPr>
          <w:rFonts w:ascii="Arial" w:hAnsi="Arial"/>
          <w:b/>
          <w:sz w:val="22"/>
        </w:rPr>
        <w:t xml:space="preserve">Alice  </w:t>
      </w:r>
      <w:r>
        <w:rPr>
          <w:rFonts w:ascii="Arial" w:hAnsi="Arial"/>
          <w:color w:val="5D7284"/>
          <w:sz w:val="22"/>
        </w:rPr>
        <w:t>1:09:02</w:t>
      </w:r>
    </w:p>
    <w:p>
      <w:pPr>
        <w:spacing w:after="0"/>
      </w:pPr>
      <w:r>
        <w:rPr>
          <w:rFonts w:ascii="Arial" w:hAnsi="Arial"/>
          <w:sz w:val="22"/>
        </w:rPr>
        <w:t>whose name I cannot remember. Yeah, yeah.</w:t>
      </w:r>
    </w:p>
    <w:p>
      <w:pPr>
        <w:spacing w:after="0"/>
      </w:pPr>
    </w:p>
    <w:p>
      <w:pPr>
        <w:spacing w:after="0"/>
      </w:pPr>
      <w:r>
        <w:rPr>
          <w:rFonts w:ascii="Arial" w:hAnsi="Arial"/>
          <w:b/>
          <w:sz w:val="22"/>
        </w:rPr>
        <w:t xml:space="preserve">Daisy  </w:t>
      </w:r>
      <w:r>
        <w:rPr>
          <w:rFonts w:ascii="Arial" w:hAnsi="Arial"/>
          <w:color w:val="5D7284"/>
          <w:sz w:val="22"/>
        </w:rPr>
        <w:t>1:09:04</w:t>
      </w:r>
    </w:p>
    <w:p>
      <w:pPr>
        <w:spacing w:after="0"/>
      </w:pPr>
      <w:r>
        <w:rPr>
          <w:rFonts w:ascii="Arial" w:hAnsi="Arial"/>
          <w:sz w:val="22"/>
        </w:rPr>
        <w:t>Prince Prince Randigan was in that, in the film Freaks, which became this sort of, yeah, has become this kind of cult classic. There are so many other really interesting performers in that film that. I was going to go into more detail with, but I realised how long my notes were at this point. So, so this is nearing the point where I stopped because you know we all have things to do.</w:t>
      </w:r>
    </w:p>
    <w:p>
      <w:pPr>
        <w:spacing w:after="0"/>
      </w:pPr>
    </w:p>
    <w:p>
      <w:pPr>
        <w:spacing w:after="0"/>
      </w:pPr>
      <w:r>
        <w:rPr>
          <w:rFonts w:ascii="Arial" w:hAnsi="Arial"/>
          <w:b/>
          <w:sz w:val="22"/>
        </w:rPr>
        <w:t xml:space="preserve">Lucy  </w:t>
      </w:r>
      <w:r>
        <w:rPr>
          <w:rFonts w:ascii="Arial" w:hAnsi="Arial"/>
          <w:color w:val="5D7284"/>
          <w:sz w:val="22"/>
        </w:rPr>
        <w:t>1:09:34</w:t>
      </w:r>
    </w:p>
    <w:p>
      <w:pPr>
        <w:spacing w:after="0"/>
      </w:pPr>
      <w:r>
        <w:rPr>
          <w:rFonts w:ascii="Arial" w:hAnsi="Arial"/>
          <w:sz w:val="22"/>
        </w:rPr>
        <w:t>That's enough. Yeah, yeah, yeah.</w:t>
      </w:r>
    </w:p>
    <w:p>
      <w:pPr>
        <w:spacing w:after="0"/>
      </w:pPr>
    </w:p>
    <w:p>
      <w:pPr>
        <w:spacing w:after="0"/>
      </w:pPr>
      <w:r>
        <w:rPr>
          <w:rFonts w:ascii="Arial" w:hAnsi="Arial"/>
          <w:b/>
          <w:sz w:val="22"/>
        </w:rPr>
        <w:t xml:space="preserve">Daisy  </w:t>
      </w:r>
      <w:r>
        <w:rPr>
          <w:rFonts w:ascii="Arial" w:hAnsi="Arial"/>
          <w:color w:val="5D7284"/>
          <w:sz w:val="22"/>
        </w:rPr>
        <w:t>1:09:36</w:t>
      </w:r>
    </w:p>
    <w:p>
      <w:pPr>
        <w:spacing w:after="0"/>
      </w:pPr>
      <w:r>
        <w:rPr>
          <w:rFonts w:ascii="Arial" w:hAnsi="Arial"/>
          <w:sz w:val="22"/>
        </w:rPr>
        <w:t>We've all got things to do. Although actually we haven't been going for as long as I thought we had, so maybe I should have carried on.</w:t>
      </w:r>
    </w:p>
    <w:p>
      <w:pPr>
        <w:spacing w:after="0"/>
      </w:pPr>
    </w:p>
    <w:p>
      <w:pPr>
        <w:spacing w:after="0"/>
      </w:pPr>
      <w:r>
        <w:rPr>
          <w:rFonts w:ascii="Arial" w:hAnsi="Arial"/>
          <w:b/>
          <w:sz w:val="22"/>
        </w:rPr>
        <w:t xml:space="preserve">Lucy  </w:t>
      </w:r>
      <w:r>
        <w:rPr>
          <w:rFonts w:ascii="Arial" w:hAnsi="Arial"/>
          <w:color w:val="5D7284"/>
          <w:sz w:val="22"/>
        </w:rPr>
        <w:t>1:09:44</w:t>
      </w:r>
    </w:p>
    <w:p>
      <w:pPr>
        <w:spacing w:after="0"/>
      </w:pPr>
      <w:r>
        <w:rPr>
          <w:rFonts w:ascii="Arial" w:hAnsi="Arial"/>
          <w:sz w:val="22"/>
        </w:rPr>
        <w:t>We've basically done the top 100 freak show.</w:t>
      </w:r>
    </w:p>
    <w:p>
      <w:pPr>
        <w:spacing w:after="0"/>
      </w:pPr>
    </w:p>
    <w:p>
      <w:pPr>
        <w:spacing w:after="0"/>
      </w:pPr>
      <w:r>
        <w:rPr>
          <w:rFonts w:ascii="Arial" w:hAnsi="Arial"/>
          <w:b/>
          <w:sz w:val="22"/>
        </w:rPr>
        <w:t xml:space="preserve">Daisy  </w:t>
      </w:r>
      <w:r>
        <w:rPr>
          <w:rFonts w:ascii="Arial" w:hAnsi="Arial"/>
          <w:color w:val="5D7284"/>
          <w:sz w:val="22"/>
        </w:rPr>
        <w:t>1:09:50</w:t>
      </w:r>
    </w:p>
    <w:p>
      <w:pPr>
        <w:spacing w:after="0"/>
      </w:pPr>
      <w:r>
        <w:rPr>
          <w:rFonts w:ascii="Arial" w:hAnsi="Arial"/>
          <w:sz w:val="22"/>
        </w:rPr>
        <w:t>Yeah, but yeah. So other other people featured within those Johnny Eck, who was known as the half boy.</w:t>
      </w:r>
    </w:p>
    <w:p>
      <w:pPr>
        <w:spacing w:after="0"/>
      </w:pPr>
    </w:p>
    <w:p>
      <w:pPr>
        <w:spacing w:after="0"/>
      </w:pPr>
      <w:r>
        <w:rPr>
          <w:rFonts w:ascii="Arial" w:hAnsi="Arial"/>
          <w:b/>
          <w:sz w:val="22"/>
        </w:rPr>
        <w:t xml:space="preserve">Lucy  </w:t>
      </w:r>
      <w:r>
        <w:rPr>
          <w:rFonts w:ascii="Arial" w:hAnsi="Arial"/>
          <w:color w:val="5D7284"/>
          <w:sz w:val="22"/>
        </w:rPr>
        <w:t>1:10:00</w:t>
      </w:r>
    </w:p>
    <w:p>
      <w:pPr>
        <w:spacing w:after="0"/>
      </w:pPr>
      <w:r>
        <w:rPr>
          <w:rFonts w:ascii="Arial" w:hAnsi="Arial"/>
          <w:sz w:val="22"/>
        </w:rPr>
        <w:t>Right.</w:t>
      </w:r>
    </w:p>
    <w:p>
      <w:pPr>
        <w:spacing w:after="0"/>
      </w:pPr>
    </w:p>
    <w:p>
      <w:pPr>
        <w:spacing w:after="0"/>
      </w:pPr>
      <w:r>
        <w:rPr>
          <w:rFonts w:ascii="Arial" w:hAnsi="Arial"/>
          <w:b/>
          <w:sz w:val="22"/>
        </w:rPr>
        <w:t xml:space="preserve">Daisy  </w:t>
      </w:r>
      <w:r>
        <w:rPr>
          <w:rFonts w:ascii="Arial" w:hAnsi="Arial"/>
          <w:color w:val="5D7284"/>
          <w:sz w:val="22"/>
        </w:rPr>
        <w:t>1:10:00</w:t>
      </w:r>
    </w:p>
    <w:p>
      <w:pPr>
        <w:spacing w:after="0"/>
      </w:pPr>
      <w:r>
        <w:rPr>
          <w:rFonts w:ascii="Arial" w:hAnsi="Arial"/>
          <w:sz w:val="22"/>
        </w:rPr>
        <w:t>Um. It's basically just he didn't half</w:t>
      </w:r>
    </w:p>
    <w:p>
      <w:pPr>
        <w:spacing w:after="0"/>
      </w:pPr>
    </w:p>
    <w:p>
      <w:pPr>
        <w:spacing w:after="0"/>
      </w:pPr>
      <w:r>
        <w:rPr>
          <w:rFonts w:ascii="Arial" w:hAnsi="Arial"/>
          <w:b/>
          <w:sz w:val="22"/>
        </w:rPr>
        <w:t xml:space="preserve">Lucy  </w:t>
      </w:r>
      <w:r>
        <w:rPr>
          <w:rFonts w:ascii="Arial" w:hAnsi="Arial"/>
          <w:color w:val="5D7284"/>
          <w:sz w:val="22"/>
        </w:rPr>
        <w:t>1:10:03</w:t>
      </w:r>
    </w:p>
    <w:p>
      <w:pPr>
        <w:spacing w:after="0"/>
      </w:pPr>
      <w:r>
        <w:rPr>
          <w:rFonts w:ascii="Arial" w:hAnsi="Arial"/>
          <w:sz w:val="22"/>
        </w:rPr>
        <w:t>was he half dog</w:t>
      </w:r>
    </w:p>
    <w:p>
      <w:pPr>
        <w:spacing w:after="0"/>
      </w:pPr>
    </w:p>
    <w:p>
      <w:pPr>
        <w:spacing w:after="0"/>
      </w:pPr>
      <w:r>
        <w:rPr>
          <w:rFonts w:ascii="Arial" w:hAnsi="Arial"/>
          <w:b/>
          <w:sz w:val="22"/>
        </w:rPr>
        <w:t xml:space="preserve">Daisy  </w:t>
      </w:r>
      <w:r>
        <w:rPr>
          <w:rFonts w:ascii="Arial" w:hAnsi="Arial"/>
          <w:color w:val="5D7284"/>
          <w:sz w:val="22"/>
        </w:rPr>
        <w:t>1:10:05</w:t>
      </w:r>
    </w:p>
    <w:p>
      <w:pPr>
        <w:spacing w:after="0"/>
      </w:pPr>
      <w:r>
        <w:rPr>
          <w:rFonts w:ascii="Arial" w:hAnsi="Arial"/>
          <w:sz w:val="22"/>
        </w:rPr>
        <w:t>no. He just didn't have legs. Oh right. Okay. Below the hip, like I think. Yeah. Well, yeah, and I mean, this is like they sort of marketed him as being essentially like cut off on the torso. Right. Um, but he just wore clothes. Well, it's like</w:t>
      </w:r>
    </w:p>
    <w:p>
      <w:pPr>
        <w:spacing w:after="0"/>
      </w:pPr>
    </w:p>
    <w:p>
      <w:pPr>
        <w:spacing w:after="0"/>
      </w:pPr>
      <w:r>
        <w:rPr>
          <w:rFonts w:ascii="Arial" w:hAnsi="Arial"/>
          <w:b/>
          <w:sz w:val="22"/>
        </w:rPr>
        <w:t xml:space="preserve">Lucy  </w:t>
      </w:r>
      <w:r>
        <w:rPr>
          <w:rFonts w:ascii="Arial" w:hAnsi="Arial"/>
          <w:color w:val="5D7284"/>
          <w:sz w:val="22"/>
        </w:rPr>
        <w:t>1:10:23</w:t>
      </w:r>
    </w:p>
    <w:p>
      <w:pPr>
        <w:spacing w:after="0"/>
      </w:pPr>
      <w:r>
        <w:rPr>
          <w:rFonts w:ascii="Arial" w:hAnsi="Arial"/>
          <w:sz w:val="22"/>
        </w:rPr>
        <w:t>they used to do like mermaids as well, didn't they? That was like half woman, half fish, that kind of thing.</w:t>
      </w:r>
    </w:p>
    <w:p>
      <w:pPr>
        <w:spacing w:after="0"/>
      </w:pPr>
    </w:p>
    <w:p>
      <w:pPr>
        <w:spacing w:after="0"/>
      </w:pPr>
      <w:r>
        <w:rPr>
          <w:rFonts w:ascii="Arial" w:hAnsi="Arial"/>
          <w:b/>
          <w:sz w:val="22"/>
        </w:rPr>
        <w:t xml:space="preserve">Daisy  </w:t>
      </w:r>
      <w:r>
        <w:rPr>
          <w:rFonts w:ascii="Arial" w:hAnsi="Arial"/>
          <w:color w:val="5D7284"/>
          <w:sz w:val="22"/>
        </w:rPr>
        <w:t>1:10:32</w:t>
      </w:r>
    </w:p>
    <w:p>
      <w:pPr>
        <w:spacing w:after="0"/>
      </w:pPr>
      <w:r>
        <w:rPr>
          <w:rFonts w:ascii="Arial" w:hAnsi="Arial"/>
          <w:sz w:val="22"/>
        </w:rPr>
        <w:t xml:space="preserve">Yeah, and he he he had very strong upper body, so he does a lot of like acrobatic type stuff of you know handstands and walking and yeah, which is very impressive to you know me a tall weak person </w:t>
      </w:r>
    </w:p>
    <w:p>
      <w:pPr>
        <w:spacing w:after="0"/>
      </w:pPr>
    </w:p>
    <w:p>
      <w:pPr>
        <w:spacing w:after="0"/>
      </w:pPr>
      <w:r>
        <w:rPr>
          <w:rFonts w:ascii="Arial" w:hAnsi="Arial"/>
          <w:b/>
          <w:sz w:val="22"/>
        </w:rPr>
        <w:t xml:space="preserve">Alice  </w:t>
      </w:r>
      <w:r>
        <w:rPr>
          <w:rFonts w:ascii="Arial" w:hAnsi="Arial"/>
          <w:color w:val="5D7284"/>
          <w:sz w:val="22"/>
        </w:rPr>
        <w:t>1:10:48</w:t>
      </w:r>
    </w:p>
    <w:p>
      <w:pPr>
        <w:spacing w:after="0"/>
      </w:pPr>
      <w:r>
        <w:rPr>
          <w:rFonts w:ascii="Arial" w:hAnsi="Arial"/>
          <w:sz w:val="22"/>
        </w:rPr>
        <w:t>and me a short weak person.</w:t>
      </w:r>
    </w:p>
    <w:p>
      <w:pPr>
        <w:spacing w:after="0"/>
      </w:pPr>
    </w:p>
    <w:p>
      <w:pPr>
        <w:spacing w:after="0"/>
      </w:pPr>
      <w:r>
        <w:rPr>
          <w:rFonts w:ascii="Arial" w:hAnsi="Arial"/>
          <w:b/>
          <w:sz w:val="22"/>
        </w:rPr>
        <w:t xml:space="preserve">Lucy  </w:t>
      </w:r>
      <w:r>
        <w:rPr>
          <w:rFonts w:ascii="Arial" w:hAnsi="Arial"/>
          <w:color w:val="5D7284"/>
          <w:sz w:val="22"/>
        </w:rPr>
        <w:t>1:10:52</w:t>
      </w:r>
    </w:p>
    <w:p>
      <w:pPr>
        <w:spacing w:after="0"/>
      </w:pPr>
      <w:r>
        <w:rPr>
          <w:rFonts w:ascii="Arial" w:hAnsi="Arial"/>
          <w:sz w:val="22"/>
        </w:rPr>
        <w:t>I do like going back to what we said like at at at the beginning. It's almost like I do find it if you think about the psych of the people that go to watch this kind of thing, like we've talked about freak shows that were like a bit sordid and a bit like hidden away, and like it's not the dumb thing to go and watch this, but I do it anyway, kind of thing. And then you think of the other freak shows, the P.T. Barnum style circus act, where it's like, oh yeah, come and have a look at this hairy woman or this really small man who's dressed up as a general, that kind of thing. And you can't, I can't help but think about the whole time we've been talking about the people in the freak show, the kind of psych of the people that go to watch the</w:t>
      </w:r>
    </w:p>
    <w:p>
      <w:pPr>
        <w:spacing w:after="0"/>
      </w:pPr>
    </w:p>
    <w:p>
      <w:pPr>
        <w:spacing w:after="0"/>
      </w:pPr>
      <w:r>
        <w:rPr>
          <w:rFonts w:ascii="Arial" w:hAnsi="Arial"/>
          <w:b/>
          <w:sz w:val="22"/>
        </w:rPr>
        <w:t xml:space="preserve">Alice  </w:t>
      </w:r>
      <w:r>
        <w:rPr>
          <w:rFonts w:ascii="Arial" w:hAnsi="Arial"/>
          <w:color w:val="5D7284"/>
          <w:sz w:val="22"/>
        </w:rPr>
        <w:t>1:11:39</w:t>
      </w:r>
    </w:p>
    <w:p>
      <w:pPr>
        <w:spacing w:after="0"/>
      </w:pPr>
      <w:r>
        <w:rPr>
          <w:rFonts w:ascii="Arial" w:hAnsi="Arial"/>
          <w:sz w:val="22"/>
        </w:rPr>
        <w:t>audience, the</w:t>
      </w:r>
    </w:p>
    <w:p>
      <w:pPr>
        <w:spacing w:after="0"/>
      </w:pPr>
    </w:p>
    <w:p>
      <w:pPr>
        <w:spacing w:after="0"/>
      </w:pPr>
      <w:r>
        <w:rPr>
          <w:rFonts w:ascii="Arial" w:hAnsi="Arial"/>
          <w:b/>
          <w:sz w:val="22"/>
        </w:rPr>
        <w:t xml:space="preserve">Lucy  </w:t>
      </w:r>
      <w:r>
        <w:rPr>
          <w:rFonts w:ascii="Arial" w:hAnsi="Arial"/>
          <w:color w:val="5D7284"/>
          <w:sz w:val="22"/>
        </w:rPr>
        <w:t>1:11:40</w:t>
      </w:r>
    </w:p>
    <w:p>
      <w:pPr>
        <w:spacing w:after="0"/>
      </w:pPr>
      <w:r>
        <w:rPr>
          <w:rFonts w:ascii="Arial" w:hAnsi="Arial"/>
          <w:sz w:val="22"/>
        </w:rPr>
        <w:t>audience of this type of thing, because you say to like people in this day and age, would you like to come and see a freak show? They probably go, not really.</w:t>
      </w:r>
    </w:p>
    <w:p>
      <w:pPr>
        <w:spacing w:after="0"/>
      </w:pPr>
    </w:p>
    <w:p>
      <w:pPr>
        <w:spacing w:after="0"/>
      </w:pPr>
      <w:r>
        <w:rPr>
          <w:rFonts w:ascii="Arial" w:hAnsi="Arial"/>
          <w:b/>
          <w:sz w:val="22"/>
        </w:rPr>
        <w:t xml:space="preserve">Alice  </w:t>
      </w:r>
      <w:r>
        <w:rPr>
          <w:rFonts w:ascii="Arial" w:hAnsi="Arial"/>
          <w:color w:val="5D7284"/>
          <w:sz w:val="22"/>
        </w:rPr>
        <w:t>1:11:55</w:t>
      </w:r>
    </w:p>
    <w:p>
      <w:pPr>
        <w:spacing w:after="0"/>
      </w:pPr>
      <w:r>
        <w:rPr>
          <w:rFonts w:ascii="Arial" w:hAnsi="Arial"/>
          <w:sz w:val="22"/>
        </w:rPr>
        <w:t>One of the conversations that we had with Lucy Edwards and Emma and I had when we were talking about her book, and it was really interesting to to talk to Lucy about it in terms of her kind of development of the content she was producing, was that a lot of her really early content is like, this is how I do this, and it's that same like come and watch the disabled person do the thing that they do by just living their lives, but that they may have to do differently from other people, you know. And it's the same, like you, what you were saying about the the quote unquote half boy who's got, you know, a lot of upper body strength. Of course, he's got a lot of upper upper body strength. He has to use his hands and arms to mobilise. Like it's just a physiological, like response to the fact that he moves differently. And there is, you know, the fact that Lucy Edwards in like 2015 is still making this kind of content. To me, it's there is still this interest from the rest of the world of how how can you how can you possibly continue to exist differently from how everyone else does it, and it's it's interesting to me. I'm on some of the Facebook groups for my eye condition because it's degenerative. Most of the and and for my my experience, it's quite unusual to have been diagnosed quite young. Most people get diagnosed well into their like 40s when their vision starts to change, and they will be told you're not going to be able to drive within the next five years, and they have a real rapid like decline. And there's a lot of people on there who are like, "How am I going to work? I, you know, I have a really, I I spend all day on a computer. How am I going to do that? How am I going to get my kids to school and stuff like that, and it's this real. It it speaks to me of the kind of this this social thing of like we can't possibly, because we don't we don't talk about how people do things differently. But then I guess, you know, so so people can't fathom it. But then I guess on the flip side of that, you know, I was really uncomfortable with the content that you know Lucy Edwards was doing previously because I was a bit like we shouldn't have to perform for people. But then if we're not, if if someone like her is not producing this content that says this is how I do it and this is normal, fuck off. Then not that I think Lucy Edwards was producing that kind of slightly passive aggressive or aggressive aggressive content. I don't</w:t>
      </w:r>
    </w:p>
    <w:p>
      <w:pPr>
        <w:spacing w:after="0"/>
      </w:pPr>
    </w:p>
    <w:p>
      <w:pPr>
        <w:spacing w:after="0"/>
      </w:pPr>
      <w:r>
        <w:rPr>
          <w:rFonts w:ascii="Arial" w:hAnsi="Arial"/>
          <w:b/>
          <w:sz w:val="22"/>
        </w:rPr>
        <w:t xml:space="preserve">Lucy  </w:t>
      </w:r>
      <w:r>
        <w:rPr>
          <w:rFonts w:ascii="Arial" w:hAnsi="Arial"/>
          <w:color w:val="5D7284"/>
          <w:sz w:val="22"/>
        </w:rPr>
        <w:t>1:14:49</w:t>
      </w:r>
    </w:p>
    <w:p>
      <w:pPr>
        <w:spacing w:after="0"/>
      </w:pPr>
      <w:r>
        <w:rPr>
          <w:rFonts w:ascii="Arial" w:hAnsi="Arial"/>
          <w:sz w:val="22"/>
        </w:rPr>
        <w:t>Alice how do I make a cup of coffee like this. Fuck off. There's a comedy sketch.</w:t>
      </w:r>
    </w:p>
    <w:p>
      <w:pPr>
        <w:spacing w:after="0"/>
      </w:pPr>
    </w:p>
    <w:p>
      <w:pPr>
        <w:spacing w:after="0"/>
      </w:pPr>
      <w:r>
        <w:rPr>
          <w:rFonts w:ascii="Arial" w:hAnsi="Arial"/>
          <w:b/>
          <w:sz w:val="22"/>
        </w:rPr>
        <w:t xml:space="preserve">Alice  </w:t>
      </w:r>
      <w:r>
        <w:rPr>
          <w:rFonts w:ascii="Arial" w:hAnsi="Arial"/>
          <w:color w:val="5D7284"/>
          <w:sz w:val="22"/>
        </w:rPr>
        <w:t>1:15:03</w:t>
      </w:r>
    </w:p>
    <w:p>
      <w:pPr>
        <w:spacing w:after="0"/>
      </w:pPr>
      <w:r>
        <w:rPr>
          <w:rFonts w:ascii="Arial" w:hAnsi="Arial"/>
          <w:sz w:val="22"/>
        </w:rPr>
        <w:t>But is that it's the like? If we don't, then how are all the people who have my condition and are suddenly told you're not going to be able to do things the way you've always done them? They're never going to be. They're never going to to go? Oh well, it will be fine if</w:t>
      </w:r>
    </w:p>
    <w:p>
      <w:pPr>
        <w:spacing w:after="0"/>
      </w:pPr>
    </w:p>
    <w:p>
      <w:pPr>
        <w:spacing w:after="0"/>
      </w:pPr>
      <w:r>
        <w:rPr>
          <w:rFonts w:ascii="Arial" w:hAnsi="Arial"/>
          <w:b/>
          <w:sz w:val="22"/>
        </w:rPr>
        <w:t xml:space="preserve">Lucy  </w:t>
      </w:r>
      <w:r>
        <w:rPr>
          <w:rFonts w:ascii="Arial" w:hAnsi="Arial"/>
          <w:color w:val="5D7284"/>
          <w:sz w:val="22"/>
        </w:rPr>
        <w:t>1:15:23</w:t>
      </w:r>
    </w:p>
    <w:p>
      <w:pPr>
        <w:spacing w:after="0"/>
      </w:pPr>
      <w:r>
        <w:rPr>
          <w:rFonts w:ascii="Arial" w:hAnsi="Arial"/>
          <w:sz w:val="22"/>
        </w:rPr>
        <w:t>yeah yeah.</w:t>
      </w:r>
    </w:p>
    <w:p>
      <w:pPr>
        <w:spacing w:after="0"/>
      </w:pPr>
    </w:p>
    <w:p>
      <w:pPr>
        <w:spacing w:after="0"/>
      </w:pPr>
      <w:r>
        <w:rPr>
          <w:rFonts w:ascii="Arial" w:hAnsi="Arial"/>
          <w:b/>
          <w:sz w:val="22"/>
        </w:rPr>
        <w:t xml:space="preserve">Alice  </w:t>
      </w:r>
      <w:r>
        <w:rPr>
          <w:rFonts w:ascii="Arial" w:hAnsi="Arial"/>
          <w:color w:val="5D7284"/>
          <w:sz w:val="22"/>
        </w:rPr>
        <w:t>1:15:24</w:t>
      </w:r>
    </w:p>
    <w:p>
      <w:pPr>
        <w:spacing w:after="0"/>
      </w:pPr>
      <w:r>
        <w:rPr>
          <w:rFonts w:ascii="Arial" w:hAnsi="Arial"/>
          <w:sz w:val="22"/>
        </w:rPr>
        <w:t>It's it's it's a difficult line to walk.</w:t>
      </w:r>
    </w:p>
    <w:p>
      <w:pPr>
        <w:spacing w:after="0"/>
      </w:pPr>
    </w:p>
    <w:p>
      <w:pPr>
        <w:spacing w:after="0"/>
      </w:pPr>
      <w:r>
        <w:rPr>
          <w:rFonts w:ascii="Arial" w:hAnsi="Arial"/>
          <w:b/>
          <w:sz w:val="22"/>
        </w:rPr>
        <w:t xml:space="preserve">Lucy  </w:t>
      </w:r>
      <w:r>
        <w:rPr>
          <w:rFonts w:ascii="Arial" w:hAnsi="Arial"/>
          <w:color w:val="5D7284"/>
          <w:sz w:val="22"/>
        </w:rPr>
        <w:t>1:15:26</w:t>
      </w:r>
    </w:p>
    <w:p>
      <w:pPr>
        <w:spacing w:after="0"/>
      </w:pPr>
      <w:r>
        <w:rPr>
          <w:rFonts w:ascii="Arial" w:hAnsi="Arial"/>
          <w:sz w:val="22"/>
        </w:rPr>
        <w:t>So it does make me wonder whether the things like I mean we're talking about freak shows back in the like back in like Victorian times that kind of era I'm talking about. But if you think about it in modern day terms, we're not necessarily performing tricks like performing monkeys. We are trying to be educational and go. This is how I'm doing it. So,</w:t>
      </w:r>
    </w:p>
    <w:p>
      <w:pPr>
        <w:spacing w:after="0"/>
      </w:pPr>
    </w:p>
    <w:p>
      <w:pPr>
        <w:spacing w:after="0"/>
      </w:pPr>
      <w:r>
        <w:rPr>
          <w:rFonts w:ascii="Arial" w:hAnsi="Arial"/>
          <w:b/>
          <w:sz w:val="22"/>
        </w:rPr>
        <w:t xml:space="preserve">Alice  </w:t>
      </w:r>
      <w:r>
        <w:rPr>
          <w:rFonts w:ascii="Arial" w:hAnsi="Arial"/>
          <w:color w:val="5D7284"/>
          <w:sz w:val="22"/>
        </w:rPr>
        <w:t>1:15:52</w:t>
      </w:r>
    </w:p>
    <w:p>
      <w:pPr>
        <w:spacing w:after="0"/>
      </w:pPr>
      <w:r>
        <w:rPr>
          <w:rFonts w:ascii="Arial" w:hAnsi="Arial"/>
          <w:sz w:val="22"/>
        </w:rPr>
        <w:t>but it still smacks of that. I think that</w:t>
      </w:r>
    </w:p>
    <w:p>
      <w:pPr>
        <w:spacing w:after="0"/>
      </w:pPr>
    </w:p>
    <w:p>
      <w:pPr>
        <w:spacing w:after="0"/>
      </w:pPr>
      <w:r>
        <w:rPr>
          <w:rFonts w:ascii="Arial" w:hAnsi="Arial"/>
          <w:b/>
          <w:sz w:val="22"/>
        </w:rPr>
        <w:t xml:space="preserve">Lucy  </w:t>
      </w:r>
      <w:r>
        <w:rPr>
          <w:rFonts w:ascii="Arial" w:hAnsi="Arial"/>
          <w:color w:val="5D7284"/>
          <w:sz w:val="22"/>
        </w:rPr>
        <w:t>1:15:55</w:t>
      </w:r>
    </w:p>
    <w:p>
      <w:pPr>
        <w:spacing w:after="0"/>
      </w:pPr>
      <w:r>
        <w:rPr>
          <w:rFonts w:ascii="Arial" w:hAnsi="Arial"/>
          <w:sz w:val="22"/>
        </w:rPr>
        <w:t>whole oh look</w:t>
      </w:r>
    </w:p>
    <w:p>
      <w:pPr>
        <w:spacing w:after="0"/>
      </w:pPr>
    </w:p>
    <w:p>
      <w:pPr>
        <w:spacing w:after="0"/>
      </w:pPr>
      <w:r>
        <w:rPr>
          <w:rFonts w:ascii="Arial" w:hAnsi="Arial"/>
          <w:b/>
          <w:sz w:val="22"/>
        </w:rPr>
        <w:t xml:space="preserve">Alice  </w:t>
      </w:r>
      <w:r>
        <w:rPr>
          <w:rFonts w:ascii="Arial" w:hAnsi="Arial"/>
          <w:color w:val="5D7284"/>
          <w:sz w:val="22"/>
        </w:rPr>
        <w:t>1:15:57</w:t>
      </w:r>
    </w:p>
    <w:p>
      <w:pPr>
        <w:spacing w:after="0"/>
      </w:pPr>
      <w:r>
        <w:rPr>
          <w:rFonts w:ascii="Arial" w:hAnsi="Arial"/>
          <w:sz w:val="22"/>
        </w:rPr>
        <w:t>yeah</w:t>
      </w:r>
    </w:p>
    <w:p>
      <w:pPr>
        <w:spacing w:after="0"/>
      </w:pPr>
    </w:p>
    <w:p>
      <w:pPr>
        <w:spacing w:after="0"/>
      </w:pPr>
      <w:r>
        <w:rPr>
          <w:rFonts w:ascii="Arial" w:hAnsi="Arial"/>
          <w:b/>
          <w:sz w:val="22"/>
        </w:rPr>
        <w:t xml:space="preserve">Lucy  </w:t>
      </w:r>
      <w:r>
        <w:rPr>
          <w:rFonts w:ascii="Arial" w:hAnsi="Arial"/>
          <w:color w:val="5D7284"/>
          <w:sz w:val="22"/>
        </w:rPr>
        <w:t>1:15:58</w:t>
      </w:r>
    </w:p>
    <w:p>
      <w:pPr>
        <w:spacing w:after="0"/>
      </w:pPr>
      <w:r>
        <w:rPr>
          <w:rFonts w:ascii="Arial" w:hAnsi="Arial"/>
          <w:sz w:val="22"/>
        </w:rPr>
        <w:t>intriguing kind of thing. It's</w:t>
      </w:r>
    </w:p>
    <w:p>
      <w:pPr>
        <w:spacing w:after="0"/>
      </w:pPr>
    </w:p>
    <w:p>
      <w:pPr>
        <w:spacing w:after="0"/>
      </w:pPr>
      <w:r>
        <w:rPr>
          <w:rFonts w:ascii="Arial" w:hAnsi="Arial"/>
          <w:b/>
          <w:sz w:val="22"/>
        </w:rPr>
        <w:t xml:space="preserve">Alice  </w:t>
      </w:r>
      <w:r>
        <w:rPr>
          <w:rFonts w:ascii="Arial" w:hAnsi="Arial"/>
          <w:color w:val="5D7284"/>
          <w:sz w:val="22"/>
        </w:rPr>
        <w:t>1:16:02</w:t>
      </w:r>
    </w:p>
    <w:p>
      <w:pPr>
        <w:spacing w:after="0"/>
      </w:pPr>
      <w:r>
        <w:rPr>
          <w:rFonts w:ascii="Arial" w:hAnsi="Arial"/>
          <w:sz w:val="22"/>
        </w:rPr>
        <w:t>the it's the us as curiosities, exactly.</w:t>
      </w:r>
    </w:p>
    <w:p>
      <w:pPr>
        <w:spacing w:after="0"/>
      </w:pPr>
    </w:p>
    <w:p>
      <w:pPr>
        <w:spacing w:after="0"/>
      </w:pPr>
      <w:r>
        <w:rPr>
          <w:rFonts w:ascii="Arial" w:hAnsi="Arial"/>
          <w:b/>
          <w:sz w:val="22"/>
        </w:rPr>
        <w:t xml:space="preserve">Lucy  </w:t>
      </w:r>
      <w:r>
        <w:rPr>
          <w:rFonts w:ascii="Arial" w:hAnsi="Arial"/>
          <w:color w:val="5D7284"/>
          <w:sz w:val="22"/>
        </w:rPr>
        <w:t>1:16:05</w:t>
      </w:r>
    </w:p>
    <w:p>
      <w:pPr>
        <w:spacing w:after="0"/>
      </w:pPr>
      <w:r>
        <w:rPr>
          <w:rFonts w:ascii="Arial" w:hAnsi="Arial"/>
          <w:sz w:val="22"/>
        </w:rPr>
        <w:t>So it has the modern is the modern day equivalent of a freak show</w:t>
      </w:r>
    </w:p>
    <w:p>
      <w:pPr>
        <w:spacing w:after="0"/>
      </w:pPr>
    </w:p>
    <w:p>
      <w:pPr>
        <w:spacing w:after="0"/>
      </w:pPr>
      <w:r>
        <w:rPr>
          <w:rFonts w:ascii="Arial" w:hAnsi="Arial"/>
          <w:b/>
          <w:sz w:val="22"/>
        </w:rPr>
        <w:t xml:space="preserve">Alice  </w:t>
      </w:r>
      <w:r>
        <w:rPr>
          <w:rFonts w:ascii="Arial" w:hAnsi="Arial"/>
          <w:color w:val="5D7284"/>
          <w:sz w:val="22"/>
        </w:rPr>
        <w:t>1:16:10</w:t>
      </w:r>
    </w:p>
    <w:p>
      <w:pPr>
        <w:spacing w:after="0"/>
      </w:pPr>
      <w:r>
        <w:rPr>
          <w:rFonts w:ascii="Arial" w:hAnsi="Arial"/>
          <w:sz w:val="22"/>
        </w:rPr>
        <w:t>TikTok,</w:t>
      </w:r>
    </w:p>
    <w:p>
      <w:pPr>
        <w:spacing w:after="0"/>
      </w:pPr>
    </w:p>
    <w:p>
      <w:pPr>
        <w:spacing w:after="0"/>
      </w:pPr>
      <w:r>
        <w:rPr>
          <w:rFonts w:ascii="Arial" w:hAnsi="Arial"/>
          <w:b/>
          <w:sz w:val="22"/>
        </w:rPr>
        <w:t xml:space="preserve">Lucy  </w:t>
      </w:r>
      <w:r>
        <w:rPr>
          <w:rFonts w:ascii="Arial" w:hAnsi="Arial"/>
          <w:color w:val="5D7284"/>
          <w:sz w:val="22"/>
        </w:rPr>
        <w:t>1:16:10</w:t>
      </w:r>
    </w:p>
    <w:p>
      <w:pPr>
        <w:spacing w:after="0"/>
      </w:pPr>
      <w:r>
        <w:rPr>
          <w:rFonts w:ascii="Arial" w:hAnsi="Arial"/>
          <w:sz w:val="22"/>
        </w:rPr>
        <w:t>social media TikTok, where you can sit at home and scroll and scroll and scroll and go. Oh, that's interesting. You're not going oh look at that. Oh my god, that's shocking. But you're going oh that's interesting. Well, and I don't satisfy the curiosity.</w:t>
      </w:r>
    </w:p>
    <w:p>
      <w:pPr>
        <w:spacing w:after="0"/>
      </w:pPr>
    </w:p>
    <w:p>
      <w:pPr>
        <w:spacing w:after="0"/>
      </w:pPr>
      <w:r>
        <w:rPr>
          <w:rFonts w:ascii="Arial" w:hAnsi="Arial"/>
          <w:b/>
          <w:sz w:val="22"/>
        </w:rPr>
        <w:t xml:space="preserve">Alice  </w:t>
      </w:r>
      <w:r>
        <w:rPr>
          <w:rFonts w:ascii="Arial" w:hAnsi="Arial"/>
          <w:color w:val="5D7284"/>
          <w:sz w:val="22"/>
        </w:rPr>
        <w:t>1:16:24</w:t>
      </w:r>
    </w:p>
    <w:p>
      <w:pPr>
        <w:spacing w:after="0"/>
      </w:pPr>
      <w:r>
        <w:rPr>
          <w:rFonts w:ascii="Arial" w:hAnsi="Arial"/>
          <w:sz w:val="22"/>
        </w:rPr>
        <w:t>And I think I think the thing about Freaks the movie that a lot of the and even even some of the you know the the the stuff that again like the tabloids were talking about when I was reading about the exhibitions of enslaved people, that there's this real media of like everybody was disgusted and horrified and fascinated, but I think general public response to these sorts of things was much more like when you in the David Olisoga book, people talking about going to see these exhibitions of supposed tribes. A lot of the people that saw them were then writing to newspapers or writing to their friends to say, like, it was nice to see that they were just a normal family and that you know they they just you know do what everybody else does and they're no different.</w:t>
      </w:r>
    </w:p>
    <w:p>
      <w:pPr>
        <w:spacing w:after="0"/>
      </w:pPr>
    </w:p>
    <w:p>
      <w:pPr>
        <w:spacing w:after="0"/>
      </w:pPr>
      <w:r>
        <w:rPr>
          <w:rFonts w:ascii="Arial" w:hAnsi="Arial"/>
          <w:b/>
          <w:sz w:val="22"/>
        </w:rPr>
        <w:t xml:space="preserve">Lucy  </w:t>
      </w:r>
      <w:r>
        <w:rPr>
          <w:rFonts w:ascii="Arial" w:hAnsi="Arial"/>
          <w:color w:val="5D7284"/>
          <w:sz w:val="22"/>
        </w:rPr>
        <w:t>1:17:19</w:t>
      </w:r>
    </w:p>
    <w:p>
      <w:pPr>
        <w:spacing w:after="0"/>
      </w:pPr>
      <w:r>
        <w:rPr>
          <w:rFonts w:ascii="Arial" w:hAnsi="Arial"/>
          <w:sz w:val="22"/>
        </w:rPr>
        <w:t>Yeah yeah, and then and then to a wider extent, if you think about things like children in need and that kind of thing, that whole element of look at the look at these poor disabled people. I'm glad I'm not like them. Is that another element that has kind of modernised this whole bit freaky, bit weird element of disability? It's something that you know I was thinking about before we started recording. Like we've we've stopped using the term freak show and things like that because it's not socially acceptable anymore. But is that that element of it could be worse? At least I'm not like them, and that curiosity. Oh, I wonder how they put their socks on, or I wonder how that Alice makes a cup of coffee. Still exists, and I think it will always exist. It's just not that we're not under a circus tent eating popcorn, going, oh look, that woman's really hairy, you know. It's become a little bit more sophisticated. Maybe I'm being cynical. I don't know, but that's just. And</w:t>
      </w:r>
    </w:p>
    <w:p>
      <w:pPr>
        <w:spacing w:after="0"/>
      </w:pPr>
    </w:p>
    <w:p>
      <w:pPr>
        <w:spacing w:after="0"/>
      </w:pPr>
      <w:r>
        <w:rPr>
          <w:rFonts w:ascii="Arial" w:hAnsi="Arial"/>
          <w:b/>
          <w:sz w:val="22"/>
        </w:rPr>
        <w:t xml:space="preserve">Alice  </w:t>
      </w:r>
      <w:r>
        <w:rPr>
          <w:rFonts w:ascii="Arial" w:hAnsi="Arial"/>
          <w:color w:val="5D7284"/>
          <w:sz w:val="22"/>
        </w:rPr>
        <w:t>1:18:36</w:t>
      </w:r>
    </w:p>
    <w:p>
      <w:pPr>
        <w:spacing w:after="0"/>
      </w:pPr>
      <w:r>
        <w:rPr>
          <w:rFonts w:ascii="Arial" w:hAnsi="Arial"/>
          <w:sz w:val="22"/>
        </w:rPr>
        <w:t>and I think I think one of the other things to think about when we talk about these things, like talking about Charles Stratton, was that his last name? You know, he he made enough money that he then was in a position of power to be able to bail out, you know, his well, somebody who he sounds like considered a friend. Yeah, you know, in I have real mixed feelings about children in need because as a young person, children it was a children in need project that funded some of the first therapy that I ever had, and I'm now working with alongside a charity that gets a lot of funding from children in need, and that wouldn't exist if we weren't able to pull out from people's pockets, you know, because of because of these displays. And so there is also this, and same with you know Joseph Merrick. His when he when he was in the back, you know, of that grocery store, and he wrote his that green grocers, and he wrote his own the the pamphlet of his life. You know, there is some understanding that he had some autonomy in that. Whereas when he went into the hospital, he was patronised, and lost all kind of involvement and inclusion in that narrative of who he was.</w:t>
      </w:r>
    </w:p>
    <w:p>
      <w:pPr>
        <w:spacing w:after="0"/>
      </w:pPr>
    </w:p>
    <w:p>
      <w:pPr>
        <w:spacing w:after="0"/>
      </w:pPr>
      <w:r>
        <w:rPr>
          <w:rFonts w:ascii="Arial" w:hAnsi="Arial"/>
          <w:b/>
          <w:sz w:val="22"/>
        </w:rPr>
        <w:t xml:space="preserve">Lucy  </w:t>
      </w:r>
      <w:r>
        <w:rPr>
          <w:rFonts w:ascii="Arial" w:hAnsi="Arial"/>
          <w:color w:val="5D7284"/>
          <w:sz w:val="22"/>
        </w:rPr>
        <w:t>1:20:07</w:t>
      </w:r>
    </w:p>
    <w:p>
      <w:pPr>
        <w:spacing w:after="0"/>
      </w:pPr>
      <w:r>
        <w:rPr>
          <w:rFonts w:ascii="Arial" w:hAnsi="Arial"/>
          <w:sz w:val="22"/>
        </w:rPr>
        <w:t>It's a very interesting conversation, and I think it's, I think it's quite fascinating if you like, if you look at modern day times about how perceptions of disabled people have, in some ways, changed, and in some like that curiosity I feel from non-disabled people will always be there. I think because people have questions when when they see anything different, they have questions, and I think it will always be there. It might not be like I say under a circus tent, but it will always.</w:t>
      </w:r>
    </w:p>
    <w:p>
      <w:pPr>
        <w:spacing w:after="0"/>
      </w:pPr>
    </w:p>
    <w:p>
      <w:pPr>
        <w:spacing w:after="0"/>
      </w:pPr>
      <w:r>
        <w:rPr>
          <w:rFonts w:ascii="Arial" w:hAnsi="Arial"/>
          <w:b/>
          <w:sz w:val="22"/>
        </w:rPr>
        <w:t xml:space="preserve">Alice  </w:t>
      </w:r>
      <w:r>
        <w:rPr>
          <w:rFonts w:ascii="Arial" w:hAnsi="Arial"/>
          <w:color w:val="5D7284"/>
          <w:sz w:val="22"/>
        </w:rPr>
        <w:t>1:20:43</w:t>
      </w:r>
    </w:p>
    <w:p>
      <w:pPr>
        <w:spacing w:after="0"/>
      </w:pPr>
      <w:r>
        <w:rPr>
          <w:rFonts w:ascii="Arial" w:hAnsi="Arial"/>
          <w:sz w:val="22"/>
        </w:rPr>
        <w:t>And I guess I guess one of the things you know to that is in that's interesting about the PT Barnum period of freak shows was that it coincided with this period of time where we were starting to really institutionalise people, and so we were hiding disabled people away. And actually, in some ways, freak shows was very unashamedly, very unapologetically going, "There look here, here we are". .</w:t>
      </w:r>
    </w:p>
    <w:p>
      <w:pPr>
        <w:spacing w:after="0"/>
      </w:pPr>
    </w:p>
    <w:p>
      <w:pPr>
        <w:spacing w:after="0"/>
      </w:pPr>
      <w:r>
        <w:rPr>
          <w:rFonts w:ascii="Arial" w:hAnsi="Arial"/>
          <w:b/>
          <w:sz w:val="22"/>
        </w:rPr>
        <w:t xml:space="preserve">Lucy  </w:t>
      </w:r>
      <w:r>
        <w:rPr>
          <w:rFonts w:ascii="Arial" w:hAnsi="Arial"/>
          <w:color w:val="5D7284"/>
          <w:sz w:val="22"/>
        </w:rPr>
        <w:t>1:21:14</w:t>
      </w:r>
    </w:p>
    <w:p>
      <w:pPr>
        <w:spacing w:after="0"/>
      </w:pPr>
      <w:r>
        <w:rPr>
          <w:rFonts w:ascii="Arial" w:hAnsi="Arial"/>
          <w:sz w:val="22"/>
        </w:rPr>
        <w:t>Yeah, we're here. Yeah, fascinating, Daisy, as ever, always fascinating, and I feel like I've learned a lot of stuff today, including where the catch phrase one of us comes from. So yeah, that's been really, really great stuff. I think. What What do you think, Alice?</w:t>
      </w:r>
    </w:p>
    <w:p>
      <w:pPr>
        <w:spacing w:after="0"/>
      </w:pPr>
    </w:p>
    <w:p>
      <w:pPr>
        <w:spacing w:after="0"/>
      </w:pPr>
      <w:r>
        <w:rPr>
          <w:rFonts w:ascii="Arial" w:hAnsi="Arial"/>
          <w:b/>
          <w:sz w:val="22"/>
        </w:rPr>
        <w:t xml:space="preserve">Alice  </w:t>
      </w:r>
      <w:r>
        <w:rPr>
          <w:rFonts w:ascii="Arial" w:hAnsi="Arial"/>
          <w:color w:val="5D7284"/>
          <w:sz w:val="22"/>
        </w:rPr>
        <w:t>1:21:32</w:t>
      </w:r>
    </w:p>
    <w:p>
      <w:pPr>
        <w:spacing w:after="0"/>
      </w:pPr>
      <w:r>
        <w:rPr>
          <w:rFonts w:ascii="Arial" w:hAnsi="Arial"/>
          <w:sz w:val="22"/>
        </w:rPr>
        <w:t xml:space="preserve">No, no, no. Really, really great. That was. It's. It's. I I hear your need for reassurance, Lucy, and I hold it with you, and it it is. It was a good episode, and I enjoyed it, and I always have a nice time when the three of us get together. </w:t>
      </w:r>
    </w:p>
    <w:p>
      <w:pPr>
        <w:spacing w:after="0"/>
      </w:pPr>
    </w:p>
    <w:p>
      <w:pPr>
        <w:spacing w:after="0"/>
      </w:pPr>
      <w:r>
        <w:rPr>
          <w:rFonts w:ascii="Arial" w:hAnsi="Arial"/>
          <w:b/>
          <w:sz w:val="22"/>
        </w:rPr>
        <w:t xml:space="preserve">Daisy  </w:t>
      </w:r>
      <w:r>
        <w:rPr>
          <w:rFonts w:ascii="Arial" w:hAnsi="Arial"/>
          <w:color w:val="5D7284"/>
          <w:sz w:val="22"/>
        </w:rPr>
        <w:t>1:21:46</w:t>
      </w:r>
    </w:p>
    <w:p>
      <w:pPr>
        <w:spacing w:after="0"/>
      </w:pPr>
      <w:r>
        <w:rPr>
          <w:rFonts w:ascii="Arial" w:hAnsi="Arial"/>
          <w:sz w:val="22"/>
        </w:rPr>
        <w:t>Sorry, I didn't make you cry.</w:t>
      </w:r>
    </w:p>
    <w:p>
      <w:pPr>
        <w:spacing w:after="0"/>
      </w:pPr>
    </w:p>
    <w:p>
      <w:pPr>
        <w:spacing w:after="0"/>
      </w:pPr>
      <w:r>
        <w:rPr>
          <w:rFonts w:ascii="Arial" w:hAnsi="Arial"/>
          <w:b/>
          <w:sz w:val="22"/>
        </w:rPr>
        <w:t xml:space="preserve">Alice  </w:t>
      </w:r>
      <w:r>
        <w:rPr>
          <w:rFonts w:ascii="Arial" w:hAnsi="Arial"/>
          <w:color w:val="5D7284"/>
          <w:sz w:val="22"/>
        </w:rPr>
        <w:t>1:21:47</w:t>
      </w:r>
    </w:p>
    <w:p>
      <w:pPr>
        <w:spacing w:after="0"/>
      </w:pPr>
      <w:r>
        <w:rPr>
          <w:rFonts w:ascii="Arial" w:hAnsi="Arial"/>
          <w:sz w:val="22"/>
        </w:rPr>
        <w:t>No, it's fine. It's fine. It's ongoing work, and I'm sure my therapist needs that 50 pounds a week from me to go towards paying her mortgage. So, yeah,</w:t>
      </w:r>
    </w:p>
    <w:p>
      <w:pPr>
        <w:spacing w:after="0"/>
      </w:pPr>
    </w:p>
    <w:p>
      <w:pPr>
        <w:spacing w:after="0"/>
      </w:pPr>
      <w:r>
        <w:rPr>
          <w:rFonts w:ascii="Arial" w:hAnsi="Arial"/>
          <w:b/>
          <w:sz w:val="22"/>
        </w:rPr>
        <w:t xml:space="preserve">Daisy  </w:t>
      </w:r>
      <w:r>
        <w:rPr>
          <w:rFonts w:ascii="Arial" w:hAnsi="Arial"/>
          <w:color w:val="5D7284"/>
          <w:sz w:val="22"/>
        </w:rPr>
        <w:t>1:22:00</w:t>
      </w:r>
    </w:p>
    <w:p>
      <w:pPr>
        <w:spacing w:after="0"/>
      </w:pPr>
      <w:r>
        <w:rPr>
          <w:rFonts w:ascii="Arial" w:hAnsi="Arial"/>
          <w:sz w:val="22"/>
        </w:rPr>
        <w:t>it's not the point, but that is actually pretty affordable.</w:t>
      </w:r>
    </w:p>
    <w:p>
      <w:pPr>
        <w:spacing w:after="0"/>
      </w:pPr>
    </w:p>
    <w:p>
      <w:pPr>
        <w:spacing w:after="0"/>
      </w:pPr>
      <w:r>
        <w:rPr>
          <w:rFonts w:ascii="Arial" w:hAnsi="Arial"/>
          <w:b/>
          <w:sz w:val="22"/>
        </w:rPr>
        <w:t xml:space="preserve">Lucy  </w:t>
      </w:r>
      <w:r>
        <w:rPr>
          <w:rFonts w:ascii="Arial" w:hAnsi="Arial"/>
          <w:color w:val="5D7284"/>
          <w:sz w:val="22"/>
        </w:rPr>
        <w:t>1:22:05</w:t>
      </w:r>
    </w:p>
    <w:p>
      <w:pPr>
        <w:spacing w:after="0"/>
      </w:pPr>
      <w:r>
        <w:rPr>
          <w:rFonts w:ascii="Arial" w:hAnsi="Arial"/>
          <w:sz w:val="22"/>
        </w:rPr>
        <w:t>Thanks, Daisy. It's been lovely to catch up with you. Let's do it again sometime, shall we?</w:t>
      </w:r>
    </w:p>
    <w:p>
      <w:pPr>
        <w:spacing w:after="0"/>
      </w:pPr>
    </w:p>
    <w:p>
      <w:pPr>
        <w:spacing w:after="0"/>
      </w:pPr>
      <w:r>
        <w:rPr>
          <w:rFonts w:ascii="Arial" w:hAnsi="Arial"/>
          <w:b/>
          <w:sz w:val="22"/>
        </w:rPr>
        <w:t xml:space="preserve">Daisy  </w:t>
      </w:r>
      <w:r>
        <w:rPr>
          <w:rFonts w:ascii="Arial" w:hAnsi="Arial"/>
          <w:color w:val="5D7284"/>
          <w:sz w:val="22"/>
        </w:rPr>
        <w:t>1:22:10</w:t>
      </w:r>
    </w:p>
    <w:p>
      <w:pPr>
        <w:spacing w:after="0"/>
      </w:pPr>
      <w:r>
        <w:rPr>
          <w:rFonts w:ascii="Arial" w:hAnsi="Arial"/>
          <w:sz w:val="22"/>
        </w:rPr>
        <w:t>Yeah.</w:t>
      </w:r>
    </w:p>
    <w:p>
      <w:pPr>
        <w:spacing w:after="0"/>
      </w:pPr>
    </w:p>
    <w:p>
      <w:pPr>
        <w:spacing w:after="0"/>
      </w:pPr>
      <w:r>
        <w:rPr>
          <w:rFonts w:ascii="Arial" w:hAnsi="Arial"/>
          <w:b/>
          <w:sz w:val="22"/>
        </w:rPr>
        <w:t xml:space="preserve">Alice  </w:t>
      </w:r>
      <w:r>
        <w:rPr>
          <w:rFonts w:ascii="Arial" w:hAnsi="Arial"/>
          <w:color w:val="5D7284"/>
          <w:sz w:val="22"/>
        </w:rPr>
        <w:t>1:22:11</w:t>
      </w:r>
    </w:p>
    <w:p>
      <w:pPr>
        <w:spacing w:after="0"/>
      </w:pPr>
      <w:r>
        <w:rPr>
          <w:rFonts w:ascii="Arial" w:hAnsi="Arial"/>
          <w:sz w:val="22"/>
        </w:rPr>
        <w:t>And if you liked this episode, please share it around and go over to our socials and follow us on there, where there's going to be some exciting bonus contents to come out of today's chaos, and the rest of this season will be coming to you over the coming weeks, and then we will see you all, I guess, another time. Bye bye.</w:t>
      </w:r>
    </w:p>
    <w:p>
      <w:pPr>
        <w:spacing w:after="0"/>
      </w:pPr>
    </w:p>
    <w:p>
      <w:pPr>
        <w:spacing w:after="0"/>
      </w:pPr>
      <w:r>
        <w:rPr>
          <w:rFonts w:ascii="Arial" w:hAnsi="Arial"/>
          <w:b/>
          <w:sz w:val="22"/>
        </w:rPr>
        <w:t xml:space="preserve">Lucy  </w:t>
      </w:r>
      <w:r>
        <w:rPr>
          <w:rFonts w:ascii="Arial" w:hAnsi="Arial"/>
          <w:color w:val="5D7284"/>
          <w:sz w:val="22"/>
        </w:rPr>
        <w:t>1:22:39</w:t>
      </w:r>
    </w:p>
    <w:p>
      <w:pPr>
        <w:spacing w:after="0"/>
      </w:pPr>
      <w:r>
        <w:rPr>
          <w:rFonts w:ascii="Arial" w:hAnsi="Arial"/>
          <w:sz w:val="22"/>
        </w:rPr>
        <w:t>Bye bye.</w:t>
      </w:r>
    </w:p>
    <w:p>
      <w:pPr>
        <w:spacing w:after="0"/>
      </w:pPr>
    </w:p>
    <w:p>
      <w:pPr>
        <w:spacing w:after="0"/>
      </w:pPr>
      <w:r>
        <w:rPr>
          <w:rFonts w:ascii="Arial" w:hAnsi="Arial"/>
          <w:b/>
          <w:sz w:val="22"/>
        </w:rPr>
        <w:t xml:space="preserve">Alice  </w:t>
      </w:r>
      <w:r>
        <w:rPr>
          <w:rFonts w:ascii="Arial" w:hAnsi="Arial"/>
          <w:color w:val="5D7284"/>
          <w:sz w:val="22"/>
        </w:rPr>
        <w:t>1:22:39</w:t>
      </w:r>
    </w:p>
    <w:p>
      <w:pPr>
        <w:spacing w:after="0"/>
      </w:pPr>
      <w:r>
        <w:rPr>
          <w:rFonts w:ascii="Arial" w:hAnsi="Arial"/>
          <w:sz w:val="22"/>
        </w:rPr>
        <w:t>Bye. *Dog snoring* Shh! Don't wake Dora. Thanks for listening to the lABLEd podcast. If you like the show, you can rate, review, and subscribe, and you can follow us on social media at lABLEd Pod.</w:t>
      </w:r>
    </w:p>
    <w:p>
      <w:pPr>
        <w:spacing w:after="0"/>
      </w:pPr>
    </w:p>
    <w:p>
      <w:pPr>
        <w:spacing w:after="0"/>
      </w:pPr>
      <w:r>
        <w:rPr>
          <w:rFonts w:ascii="Arial" w:hAnsi="Arial"/>
          <w:b/>
          <w:sz w:val="22"/>
        </w:rPr>
        <w:t xml:space="preserve">Lucy  </w:t>
      </w:r>
      <w:r>
        <w:rPr>
          <w:rFonts w:ascii="Arial" w:hAnsi="Arial"/>
          <w:color w:val="5D7284"/>
          <w:sz w:val="22"/>
        </w:rPr>
        <w:t>1:22:53</w:t>
      </w:r>
    </w:p>
    <w:p>
      <w:pPr>
        <w:spacing w:after="0"/>
      </w:pPr>
      <w:r>
        <w:rPr>
          <w:rFonts w:ascii="Arial" w:hAnsi="Arial"/>
          <w:sz w:val="22"/>
        </w:rPr>
        <w:t>This episode was edited by Adam Hall. Our music was by Maisy Crunden, and we'd like to thank the rest of the team involved.</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