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46D61C" w14:textId="0719B0C0" w:rsidR="00930F33" w:rsidRDefault="00930F33">
      <w:pPr>
        <w:spacing w:after="0"/>
        <w:rPr>
          <w:lang w:eastAsia="zh-CN"/>
        </w:rPr>
      </w:pPr>
    </w:p>
    <w:p>
      <w:r>
        <w:rPr>
          <w:rFonts w:ascii="Arial" w:hAnsi="Arial"/>
          <w:sz w:val="48"/>
        </w:rPr>
        <w:t>S3 Chris Lynch FE</w:t>
      </w:r>
    </w:p>
    <w:p>
      <w:r>
        <w:rPr>
          <w:rFonts w:ascii="Arial" w:hAnsi="Arial"/>
          <w:color w:val="4F6880"/>
          <w:sz w:val="22"/>
        </w:rPr>
        <w:t>Wed, Jul 22, 2026 1:15PM • 1:03:39</w:t>
      </w:r>
    </w:p>
    <w:p>
      <w:pPr>
        <w:spacing w:before="440" w:after="0"/>
      </w:pPr>
      <w:r>
        <w:rPr>
          <w:rFonts w:ascii="Arial" w:hAnsi="Arial"/>
          <w:b/>
          <w:color w:val="4F6880"/>
          <w:sz w:val="22"/>
        </w:rPr>
        <w:t>SUMMARY KEYWORDS</w:t>
      </w:r>
    </w:p>
    <w:p>
      <w:r>
        <w:rPr>
          <w:rFonts w:ascii="Arial" w:hAnsi="Arial"/>
          <w:color w:val="4F6880"/>
          <w:sz w:val="22"/>
        </w:rPr>
        <w:t>Disability, technology, camera system, inclusive production, osteogenesis imperfecta, wheelchair user, ADHD, Diverse Be Media, Caris rig, Steadicam, BBC productions, accessible technology, Tap project, smart glasses, mental health.</w:t>
      </w:r>
    </w:p>
    <w:p>
      <w:pPr>
        <w:spacing w:before="440" w:after="0"/>
      </w:pPr>
      <w:r>
        <w:rPr>
          <w:rFonts w:ascii="Arial" w:hAnsi="Arial"/>
          <w:b/>
          <w:color w:val="4F6880"/>
          <w:sz w:val="22"/>
        </w:rPr>
        <w:t>SPEAKERS</w:t>
      </w:r>
    </w:p>
    <w:p>
      <w:r>
        <w:rPr>
          <w:rFonts w:ascii="Arial" w:hAnsi="Arial"/>
          <w:color w:val="4F6880"/>
          <w:sz w:val="22"/>
        </w:rPr>
        <w:t>Speaker 1, Theme Tune, Speaker 2, Alice, Lucy</w:t>
      </w:r>
    </w:p>
    <w:p>
      <w:pPr>
        <w:spacing w:after="0"/>
      </w:pPr>
    </w:p>
    <w:p>
      <w:pPr>
        <w:spacing w:after="0"/>
      </w:pPr>
      <w:r>
        <w:rPr>
          <w:rFonts w:ascii="Arial" w:hAnsi="Arial"/>
          <w:b/>
          <w:sz w:val="22"/>
        </w:rPr>
        <w:t xml:space="preserve">Lucy  </w:t>
      </w:r>
      <w:r>
        <w:rPr>
          <w:rFonts w:ascii="Arial" w:hAnsi="Arial"/>
          <w:color w:val="5D7284"/>
          <w:sz w:val="22"/>
        </w:rPr>
        <w:t>00:00</w:t>
      </w:r>
    </w:p>
    <w:p>
      <w:pPr>
        <w:spacing w:after="0"/>
      </w:pPr>
      <w:r>
        <w:rPr>
          <w:rFonts w:ascii="Arial" w:hAnsi="Arial"/>
          <w:sz w:val="22"/>
        </w:rPr>
        <w:t>Welcome to the Label Podcast, a show about disability, illness, and difference. I'm Lucy,</w:t>
      </w:r>
    </w:p>
    <w:p>
      <w:pPr>
        <w:spacing w:after="0"/>
      </w:pPr>
    </w:p>
    <w:p>
      <w:pPr>
        <w:spacing w:after="0"/>
      </w:pPr>
      <w:r>
        <w:rPr>
          <w:rFonts w:ascii="Arial" w:hAnsi="Arial"/>
          <w:b/>
          <w:sz w:val="22"/>
        </w:rPr>
        <w:t xml:space="preserve">Alice  </w:t>
      </w:r>
      <w:r>
        <w:rPr>
          <w:rFonts w:ascii="Arial" w:hAnsi="Arial"/>
          <w:color w:val="5D7284"/>
          <w:sz w:val="22"/>
        </w:rPr>
        <w:t>00:07</w:t>
      </w:r>
    </w:p>
    <w:p>
      <w:pPr>
        <w:spacing w:after="0"/>
      </w:pPr>
      <w:r>
        <w:rPr>
          <w:rFonts w:ascii="Arial" w:hAnsi="Arial"/>
          <w:sz w:val="22"/>
        </w:rPr>
        <w:t>and I'm Alice,</w:t>
      </w:r>
    </w:p>
    <w:p>
      <w:pPr>
        <w:spacing w:after="0"/>
      </w:pPr>
    </w:p>
    <w:p>
      <w:pPr>
        <w:spacing w:after="0"/>
      </w:pPr>
      <w:r>
        <w:rPr>
          <w:rFonts w:ascii="Arial" w:hAnsi="Arial"/>
          <w:b/>
          <w:sz w:val="22"/>
        </w:rPr>
        <w:t xml:space="preserve">Theme Tune  </w:t>
      </w:r>
      <w:r>
        <w:rPr>
          <w:rFonts w:ascii="Arial" w:hAnsi="Arial"/>
          <w:color w:val="5D7284"/>
          <w:sz w:val="22"/>
        </w:rPr>
        <w:t>00:08</w:t>
      </w:r>
    </w:p>
    <w:p>
      <w:pPr>
        <w:spacing w:after="0"/>
      </w:pPr>
      <w:r>
        <w:rPr>
          <w:rFonts w:ascii="Arial" w:hAnsi="Arial"/>
          <w:sz w:val="22"/>
        </w:rPr>
        <w:t>and that's Lola.</w:t>
      </w:r>
    </w:p>
    <w:p>
      <w:pPr>
        <w:spacing w:after="0"/>
      </w:pPr>
    </w:p>
    <w:p>
      <w:pPr>
        <w:spacing w:after="0"/>
      </w:pPr>
      <w:r>
        <w:rPr>
          <w:rFonts w:ascii="Arial" w:hAnsi="Arial"/>
          <w:b/>
          <w:sz w:val="22"/>
        </w:rPr>
        <w:t xml:space="preserve">Alice  </w:t>
      </w:r>
      <w:r>
        <w:rPr>
          <w:rFonts w:ascii="Arial" w:hAnsi="Arial"/>
          <w:color w:val="5D7284"/>
          <w:sz w:val="22"/>
        </w:rPr>
        <w:t>00:37</w:t>
      </w:r>
    </w:p>
    <w:p>
      <w:pPr>
        <w:spacing w:after="0"/>
      </w:pPr>
      <w:r>
        <w:rPr>
          <w:rFonts w:ascii="Arial" w:hAnsi="Arial"/>
          <w:sz w:val="22"/>
        </w:rPr>
        <w:t>Don't forget in this episode, I might swear, Lucy might cry, and you can check out details of the trigger warnings on our website.</w:t>
      </w:r>
    </w:p>
    <w:p>
      <w:pPr>
        <w:spacing w:after="0"/>
      </w:pPr>
    </w:p>
    <w:p>
      <w:pPr>
        <w:spacing w:after="0"/>
      </w:pPr>
      <w:r>
        <w:rPr>
          <w:rFonts w:ascii="Arial" w:hAnsi="Arial"/>
          <w:b/>
          <w:sz w:val="22"/>
        </w:rPr>
        <w:t xml:space="preserve">Lucy  </w:t>
      </w:r>
      <w:r>
        <w:rPr>
          <w:rFonts w:ascii="Arial" w:hAnsi="Arial"/>
          <w:color w:val="5D7284"/>
          <w:sz w:val="22"/>
        </w:rPr>
        <w:t>00:44</w:t>
      </w:r>
    </w:p>
    <w:p>
      <w:pPr>
        <w:spacing w:after="0"/>
      </w:pPr>
      <w:r>
        <w:rPr>
          <w:rFonts w:ascii="Arial" w:hAnsi="Arial"/>
          <w:sz w:val="22"/>
        </w:rPr>
        <w:t>Hello, everybody, and welcome to a brand new episode of the Labeled Podcast, the podcast about disability, illness, and difference. I am Lucy, and I'm joined by my friend over there, Alice. Hi, Alice. You okay?</w:t>
      </w:r>
    </w:p>
    <w:p>
      <w:pPr>
        <w:spacing w:after="0"/>
      </w:pPr>
    </w:p>
    <w:p>
      <w:pPr>
        <w:spacing w:after="0"/>
      </w:pPr>
      <w:r>
        <w:rPr>
          <w:rFonts w:ascii="Arial" w:hAnsi="Arial"/>
          <w:b/>
          <w:sz w:val="22"/>
        </w:rPr>
        <w:t xml:space="preserve">Alice  </w:t>
      </w:r>
      <w:r>
        <w:rPr>
          <w:rFonts w:ascii="Arial" w:hAnsi="Arial"/>
          <w:color w:val="5D7284"/>
          <w:sz w:val="22"/>
        </w:rPr>
        <w:t>00:56</w:t>
      </w:r>
    </w:p>
    <w:p>
      <w:pPr>
        <w:spacing w:after="0"/>
      </w:pPr>
      <w:r>
        <w:rPr>
          <w:rFonts w:ascii="Arial" w:hAnsi="Arial"/>
          <w:sz w:val="22"/>
        </w:rPr>
        <w:t>Yes, I'm. I'm very impressed with your ability to very professionally introduce the podcast. I always forget to talk about the tagline. It's always impressive if I actually remember to give the title of the actual podcast in my introduction. So well done, you. It's</w:t>
      </w:r>
    </w:p>
    <w:p>
      <w:pPr>
        <w:spacing w:after="0"/>
      </w:pPr>
    </w:p>
    <w:p>
      <w:pPr>
        <w:spacing w:after="0"/>
      </w:pPr>
      <w:r>
        <w:rPr>
          <w:rFonts w:ascii="Arial" w:hAnsi="Arial"/>
          <w:b/>
          <w:sz w:val="22"/>
        </w:rPr>
        <w:t xml:space="preserve">Lucy  </w:t>
      </w:r>
      <w:r>
        <w:rPr>
          <w:rFonts w:ascii="Arial" w:hAnsi="Arial"/>
          <w:color w:val="5D7284"/>
          <w:sz w:val="22"/>
        </w:rPr>
        <w:t>01:13</w:t>
      </w:r>
    </w:p>
    <w:p>
      <w:pPr>
        <w:spacing w:after="0"/>
      </w:pPr>
      <w:r>
        <w:rPr>
          <w:rFonts w:ascii="Arial" w:hAnsi="Arial"/>
          <w:sz w:val="22"/>
        </w:rPr>
        <w:t>only it's only because I'm now teaching podcasting to people, and I was teaching them about having like a memorable hook when you open a podcast, and I was like, I really should start doing that. So I'm just practicing what I preach, really. Hey, ho! Well done. Yeah, we've got a. I'm very excited about today's guest. I've followed I've followed them for a very long time because they've they're basically utilizing some new technology. I'm going to introduce you now to Chris Lynch, who is our guest there. Chris, hi, nice to meet you.</w:t>
      </w:r>
    </w:p>
    <w:p>
      <w:pPr>
        <w:spacing w:after="0"/>
      </w:pPr>
    </w:p>
    <w:p>
      <w:pPr>
        <w:spacing w:after="0"/>
      </w:pPr>
      <w:r>
        <w:rPr>
          <w:rFonts w:ascii="Arial" w:hAnsi="Arial"/>
          <w:b/>
          <w:sz w:val="22"/>
        </w:rPr>
        <w:t xml:space="preserve">Speaker 1  </w:t>
      </w:r>
      <w:r>
        <w:rPr>
          <w:rFonts w:ascii="Arial" w:hAnsi="Arial"/>
          <w:color w:val="5D7284"/>
          <w:sz w:val="22"/>
        </w:rPr>
        <w:t>01:49</w:t>
      </w:r>
    </w:p>
    <w:p>
      <w:pPr>
        <w:spacing w:after="0"/>
      </w:pPr>
      <w:r>
        <w:rPr>
          <w:rFonts w:ascii="Arial" w:hAnsi="Arial"/>
          <w:sz w:val="22"/>
        </w:rPr>
        <w:t>Hey, thank you so much for having me. Great to be on the podcast, and yeah, really looking forward to the chat.</w:t>
      </w:r>
    </w:p>
    <w:p>
      <w:pPr>
        <w:spacing w:after="0"/>
      </w:pPr>
    </w:p>
    <w:p>
      <w:pPr>
        <w:spacing w:after="0"/>
      </w:pPr>
      <w:r>
        <w:rPr>
          <w:rFonts w:ascii="Arial" w:hAnsi="Arial"/>
          <w:b/>
          <w:sz w:val="22"/>
        </w:rPr>
        <w:t xml:space="preserve">Lucy  </w:t>
      </w:r>
      <w:r>
        <w:rPr>
          <w:rFonts w:ascii="Arial" w:hAnsi="Arial"/>
          <w:color w:val="5D7284"/>
          <w:sz w:val="22"/>
        </w:rPr>
        <w:t>01:57</w:t>
      </w:r>
    </w:p>
    <w:p>
      <w:pPr>
        <w:spacing w:after="0"/>
      </w:pPr>
      <w:r>
        <w:rPr>
          <w:rFonts w:ascii="Arial" w:hAnsi="Arial"/>
          <w:sz w:val="22"/>
        </w:rPr>
        <w:t>Yeah, no, I am too. I really am. I'm quite geeky about this sort of stuff, and you'll see why in a minute. Would you like to tell? Would you like to tell the listeners a little bit about yourself, please?</w:t>
      </w:r>
    </w:p>
    <w:p>
      <w:pPr>
        <w:spacing w:after="0"/>
      </w:pPr>
    </w:p>
    <w:p>
      <w:pPr>
        <w:spacing w:after="0"/>
      </w:pPr>
      <w:r>
        <w:rPr>
          <w:rFonts w:ascii="Arial" w:hAnsi="Arial"/>
          <w:b/>
          <w:sz w:val="22"/>
        </w:rPr>
        <w:t xml:space="preserve">Speaker 1  </w:t>
      </w:r>
      <w:r>
        <w:rPr>
          <w:rFonts w:ascii="Arial" w:hAnsi="Arial"/>
          <w:color w:val="5D7284"/>
          <w:sz w:val="22"/>
        </w:rPr>
        <w:t>02:07</w:t>
      </w:r>
    </w:p>
    <w:p>
      <w:pPr>
        <w:spacing w:after="0"/>
      </w:pPr>
      <w:r>
        <w:rPr>
          <w:rFonts w:ascii="Arial" w:hAnsi="Arial"/>
          <w:sz w:val="22"/>
        </w:rPr>
        <w:t>Yeah. So, born in Ireland, I have a condition called osteogenesis imperfecta, which is very commonly known as brittle bone disease, and been a wheelchair user from probably the age of three, also I'm deaf as well. Used to hearing aids, but yeah, combination of using a manual chair and then I have the Jenny Zero, which is an electric chair that I use for this camera system as well. We'll chat about. But moved to London about four years ago to really just, I guess, be in the melting pot of where everything sort of DNI happens. You know, I was sort of running a production company back in Ireland, and it was a social enterprise that was focused on the disabled community and really looking both behind and in front of the lens, but as a social enterprise, you know, the north of Ireland where I'm from, Belfast, it was very. It's tricky if if you're running a business or or if you're involved in any sort of thing that is DNI related, and that's not down to the people and and the want of of doing something really positive and good, it's the fact that Northern Ireland is a very small place, very small population, and the economy is the worst performing part of the UK, which means that the businesses there are really trying to focus on getting bums in seats, and that that makes it really problematic when you're trying to look at anything around social causes or social purpose. So, and you had to be here. So, so moved here, and that that's been it for the last four years running Diverse Be Media. It's been a roller coaster, a whirlwind. But I absolutely love living here. I just think it's just such a great place to be, and networking and everything else. And and unless you haven't, in case you haven't spotted yet, I've got ADHD as well, so you have to keep me track and stop going off on a tangent, just say, Chris, Chris, shut up! Don't</w:t>
      </w:r>
    </w:p>
    <w:p>
      <w:pPr>
        <w:spacing w:after="0"/>
      </w:pPr>
    </w:p>
    <w:p>
      <w:pPr>
        <w:spacing w:after="0"/>
      </w:pPr>
      <w:r>
        <w:rPr>
          <w:rFonts w:ascii="Arial" w:hAnsi="Arial"/>
          <w:b/>
          <w:sz w:val="22"/>
        </w:rPr>
        <w:t xml:space="preserve">Alice  </w:t>
      </w:r>
      <w:r>
        <w:rPr>
          <w:rFonts w:ascii="Arial" w:hAnsi="Arial"/>
          <w:color w:val="5D7284"/>
          <w:sz w:val="22"/>
        </w:rPr>
        <w:t>04:22</w:t>
      </w:r>
    </w:p>
    <w:p>
      <w:pPr>
        <w:spacing w:after="0"/>
      </w:pPr>
      <w:r>
        <w:rPr>
          <w:rFonts w:ascii="Arial" w:hAnsi="Arial"/>
          <w:sz w:val="22"/>
        </w:rPr>
        <w:t>don't worry. We we recorded an episode recently with our historian, which is part of this series. And there's at least four times where we're like, we'll have to cut all of this because</w:t>
      </w:r>
    </w:p>
    <w:p>
      <w:pPr>
        <w:spacing w:after="0"/>
      </w:pPr>
    </w:p>
    <w:p>
      <w:pPr>
        <w:spacing w:after="0"/>
      </w:pPr>
      <w:r>
        <w:rPr>
          <w:rFonts w:ascii="Arial" w:hAnsi="Arial"/>
          <w:b/>
          <w:sz w:val="22"/>
        </w:rPr>
        <w:t xml:space="preserve">Lucy  </w:t>
      </w:r>
      <w:r>
        <w:rPr>
          <w:rFonts w:ascii="Arial" w:hAnsi="Arial"/>
          <w:color w:val="5D7284"/>
          <w:sz w:val="22"/>
        </w:rPr>
        <w:t>04:36</w:t>
      </w:r>
    </w:p>
    <w:p>
      <w:pPr>
        <w:spacing w:after="0"/>
      </w:pPr>
      <w:r>
        <w:rPr>
          <w:rFonts w:ascii="Arial" w:hAnsi="Arial"/>
          <w:sz w:val="22"/>
        </w:rPr>
        <w:t>we go off on a tangent. At one point, I think I asked, what does actually, what does Iron Brew actually? We're talking about freak shows and stuff, and like, what on earth are we going on about? So you're you're</w:t>
      </w:r>
    </w:p>
    <w:p>
      <w:pPr>
        <w:spacing w:after="0"/>
      </w:pPr>
    </w:p>
    <w:p>
      <w:pPr>
        <w:spacing w:after="0"/>
      </w:pPr>
      <w:r>
        <w:rPr>
          <w:rFonts w:ascii="Arial" w:hAnsi="Arial"/>
          <w:b/>
          <w:sz w:val="22"/>
        </w:rPr>
        <w:t xml:space="preserve">Alice  </w:t>
      </w:r>
      <w:r>
        <w:rPr>
          <w:rFonts w:ascii="Arial" w:hAnsi="Arial"/>
          <w:color w:val="5D7284"/>
          <w:sz w:val="22"/>
        </w:rPr>
        <w:t>04:49</w:t>
      </w:r>
    </w:p>
    <w:p>
      <w:pPr>
        <w:spacing w:after="0"/>
      </w:pPr>
      <w:r>
        <w:rPr>
          <w:rFonts w:ascii="Arial" w:hAnsi="Arial"/>
          <w:sz w:val="22"/>
        </w:rPr>
        <w:t>in you're in poor company probably.</w:t>
      </w:r>
    </w:p>
    <w:p>
      <w:pPr>
        <w:spacing w:after="0"/>
      </w:pPr>
    </w:p>
    <w:p>
      <w:pPr>
        <w:spacing w:after="0"/>
      </w:pPr>
      <w:r>
        <w:rPr>
          <w:rFonts w:ascii="Arial" w:hAnsi="Arial"/>
          <w:b/>
          <w:sz w:val="22"/>
        </w:rPr>
        <w:t xml:space="preserve">Speaker 1  </w:t>
      </w:r>
      <w:r>
        <w:rPr>
          <w:rFonts w:ascii="Arial" w:hAnsi="Arial"/>
          <w:color w:val="5D7284"/>
          <w:sz w:val="22"/>
        </w:rPr>
        <w:t>04:55</w:t>
      </w:r>
    </w:p>
    <w:p>
      <w:pPr>
        <w:spacing w:after="0"/>
      </w:pPr>
      <w:r>
        <w:rPr>
          <w:rFonts w:ascii="Arial" w:hAnsi="Arial"/>
          <w:sz w:val="22"/>
        </w:rPr>
        <w:t>We've got two hours in, haven't3? hours. Great.</w:t>
      </w:r>
    </w:p>
    <w:p>
      <w:pPr>
        <w:spacing w:after="0"/>
      </w:pPr>
    </w:p>
    <w:p>
      <w:pPr>
        <w:spacing w:after="0"/>
      </w:pPr>
      <w:r>
        <w:rPr>
          <w:rFonts w:ascii="Arial" w:hAnsi="Arial"/>
          <w:b/>
          <w:sz w:val="22"/>
        </w:rPr>
        <w:t xml:space="preserve">Lucy  </w:t>
      </w:r>
      <w:r>
        <w:rPr>
          <w:rFonts w:ascii="Arial" w:hAnsi="Arial"/>
          <w:color w:val="5D7284"/>
          <w:sz w:val="22"/>
        </w:rPr>
        <w:t>05:00</w:t>
      </w:r>
    </w:p>
    <w:p>
      <w:pPr>
        <w:spacing w:after="0"/>
      </w:pPr>
      <w:r>
        <w:rPr>
          <w:rFonts w:ascii="Arial" w:hAnsi="Arial"/>
          <w:sz w:val="22"/>
        </w:rPr>
        <w:t>Oh no! It's it's absolutely really really great to have you. So I was talking to Chris just before we hit record. So we'll we'll sort of talk about your little what what is how what do we what should we refer to it as? Because it's a very unusual system that you've you've built, and yeah, I'll let you you describe it?</w:t>
      </w:r>
    </w:p>
    <w:p>
      <w:pPr>
        <w:spacing w:after="0"/>
      </w:pPr>
    </w:p>
    <w:p>
      <w:pPr>
        <w:spacing w:after="0"/>
      </w:pPr>
      <w:r>
        <w:rPr>
          <w:rFonts w:ascii="Arial" w:hAnsi="Arial"/>
          <w:b/>
          <w:sz w:val="22"/>
        </w:rPr>
        <w:t xml:space="preserve">Speaker 1  </w:t>
      </w:r>
      <w:r>
        <w:rPr>
          <w:rFonts w:ascii="Arial" w:hAnsi="Arial"/>
          <w:color w:val="5D7284"/>
          <w:sz w:val="22"/>
        </w:rPr>
        <w:t>05:21</w:t>
      </w:r>
    </w:p>
    <w:p>
      <w:pPr>
        <w:spacing w:after="0"/>
      </w:pPr>
      <w:r>
        <w:rPr>
          <w:rFonts w:ascii="Arial" w:hAnsi="Arial"/>
          <w:sz w:val="22"/>
        </w:rPr>
        <w:t>Yeah, I mean, I I kind of shot myself in the foot when naming it because I was looking for something original and and meaningful, not just around a name. And I came up with a name, you know, the looking at a lot of different things, and and you know, like anyone creating a a brand or a product nowadays, you know, you've got the same sort of process that you go through. You're looking at the .com availability and everything else that that's going to make sense. And something short enough that you're you're you know if you're giving someone your email address, it isn't like you know 40 characters long and you're having to spell it out. You know, so the system's called Caris, and it sounds you know it immediately sort of sounds Welsh, but Caris is the Greek god of opportunity, and it it is something that really I thought was a a great and relevant name to what it actually has set out to achieve, and that is to enable people like myself, people with disabilities, women camera operators, and anyone that has a challenge with the physicality of camera operation and production to be able to compete on an even playing field with their, you know, industry counterparts, and you know the the system itself. You know this is this is after years of me doing my own hacks, and and you were just saying before before we started, Lucy, about your own experience trying to you know work with a camera on a set of sticks, and that absolute</w:t>
      </w:r>
    </w:p>
    <w:p>
      <w:pPr>
        <w:spacing w:after="0"/>
      </w:pPr>
    </w:p>
    <w:p>
      <w:pPr>
        <w:spacing w:after="0"/>
      </w:pPr>
      <w:r>
        <w:rPr>
          <w:rFonts w:ascii="Arial" w:hAnsi="Arial"/>
          <w:b/>
          <w:sz w:val="22"/>
        </w:rPr>
        <w:t xml:space="preserve">Lucy  </w:t>
      </w:r>
      <w:r>
        <w:rPr>
          <w:rFonts w:ascii="Arial" w:hAnsi="Arial"/>
          <w:color w:val="5D7284"/>
          <w:sz w:val="22"/>
        </w:rPr>
        <w:t>06:55</w:t>
      </w:r>
    </w:p>
    <w:p>
      <w:pPr>
        <w:spacing w:after="0"/>
      </w:pPr>
      <w:r>
        <w:rPr>
          <w:rFonts w:ascii="Arial" w:hAnsi="Arial"/>
          <w:sz w:val="22"/>
        </w:rPr>
        <w:t>nightmare.</w:t>
      </w:r>
    </w:p>
    <w:p>
      <w:pPr>
        <w:spacing w:after="0"/>
      </w:pPr>
    </w:p>
    <w:p>
      <w:pPr>
        <w:spacing w:after="0"/>
      </w:pPr>
      <w:r>
        <w:rPr>
          <w:rFonts w:ascii="Arial" w:hAnsi="Arial"/>
          <w:b/>
          <w:sz w:val="22"/>
        </w:rPr>
        <w:t xml:space="preserve">Speaker 1  </w:t>
      </w:r>
      <w:r>
        <w:rPr>
          <w:rFonts w:ascii="Arial" w:hAnsi="Arial"/>
          <w:color w:val="5D7284"/>
          <w:sz w:val="22"/>
        </w:rPr>
        <w:t>06:56</w:t>
      </w:r>
    </w:p>
    <w:p>
      <w:pPr>
        <w:spacing w:after="0"/>
      </w:pPr>
      <w:r>
        <w:rPr>
          <w:rFonts w:ascii="Arial" w:hAnsi="Arial"/>
          <w:sz w:val="22"/>
        </w:rPr>
        <w:t>You know, yeah, huge issue if you've you know if you're a wheelchair user, but you know it's funny because when I started, I you know I started working this when I was back in Belfast, and I got my hands on a chair on a self balancing chair called anomio which had huge unfortunately huge problems with, but I got one of the early iterations of the Steadicam. The Steadicam, a lot of you probably have heard of it or will know what it is when I explain it. It's a vest that has a mechanical arm that comes out from it, and you often see these Steadicam operators in football pitches and different productions where the arm attaches to a long vertical stalk that has the camera system on top of it, and that vest you see is designed to distribute the weight of the camera system across your body when you're walking with it. And that that's I mean, although it it really helps take the weight off your arms, you're still carrying a really heavy payload, so it means that those operators have to be given breaks every sort of 15 to 30 minutes, and depending on how generous the production is. But it, it, you know, as a result of that, that can mean that there's disruption to the production because you're having to, you know, get that operator to sit down and and take a break and and so on. So the Steadicam is really what I benchmarked this system on, and I took one of those Steadicam systems and and I collaborated with a company back in Belfast called Media Mechanical Services, and they're really cool company actually. Although this sort of the geeky part of it, they did a lot of the engineering and rigging work for Game of Thrones and all the big HBO productions that used to come to Ireland many years ago, so I was in really good hands to get them to help me out in the first place to sort of figure out how we were going to make this work. So they, you know, took apart, they dismantled the whole Steadicam rig that I bought, and they welded it to the chair. They put a mounting point onto the chair. Unfortunately, it didn't work. It it didn't give me the flexibility that was needed. Didn't give you the height, certainly even to get to eye level that was needed. And and the problem with the Steadicam is that with this sort of mechanical arm, it swings from left to right. So if you're using a self balancing chair, you know it it sort of offsets the balance and and it makes the chair move unpredictably, which was a big problem. But it was a great starting point, and it it really allowed me to see what I needed to do to take it to next step. And it was only really when I got to London when I was able to other industry colleagues and partners. That you know, I got some advice from you know so many different sources. I mean, it was a bit of information over load, to be honest. But I was trying to disseminate all that information to try and you know process that in a way that would. You know, create the next iteration something that was pretty sensible, practical, efficient, um, and and viable. So, the you know we we worked to get this done with a company called Ferrell, and they're like a kit hard company, but they also do engineering work, and and we got this to the point where we got a working prototype. So, with this now being built, we were able to say, right, this is actually something that we can build on and work towards developing as a commercial entity, as a commercial unit, to be able to scale this up now. So, we were invited to Can Lion in 2024 and that's where we did the reveal of the prototype. So we we revealed it, did a big sort of press launch at Can, and that was great. It sort of set set things in motion and sort of kept me accountable at the same time because you know now that you've announced this, you know you've sort of got a solid series, yeah.</w:t>
      </w:r>
    </w:p>
    <w:p>
      <w:pPr>
        <w:spacing w:after="0"/>
      </w:pPr>
    </w:p>
    <w:p>
      <w:pPr>
        <w:spacing w:after="0"/>
      </w:pPr>
      <w:r>
        <w:rPr>
          <w:rFonts w:ascii="Arial" w:hAnsi="Arial"/>
          <w:b/>
          <w:sz w:val="22"/>
        </w:rPr>
        <w:t xml:space="preserve">Lucy  </w:t>
      </w:r>
      <w:r>
        <w:rPr>
          <w:rFonts w:ascii="Arial" w:hAnsi="Arial"/>
          <w:color w:val="5D7284"/>
          <w:sz w:val="22"/>
        </w:rPr>
        <w:t>11:03</w:t>
      </w:r>
    </w:p>
    <w:p>
      <w:pPr>
        <w:spacing w:after="0"/>
      </w:pPr>
      <w:r>
        <w:rPr>
          <w:rFonts w:ascii="Arial" w:hAnsi="Arial"/>
          <w:sz w:val="22"/>
        </w:rPr>
        <w:t>That's it. And what was the what was the reception to this sort of system like? Because it's quite an yeah,</w:t>
      </w:r>
    </w:p>
    <w:p>
      <w:pPr>
        <w:spacing w:after="0"/>
      </w:pPr>
    </w:p>
    <w:p>
      <w:pPr>
        <w:spacing w:after="0"/>
      </w:pPr>
      <w:r>
        <w:rPr>
          <w:rFonts w:ascii="Arial" w:hAnsi="Arial"/>
          <w:b/>
          <w:sz w:val="22"/>
        </w:rPr>
        <w:t xml:space="preserve">Speaker 2  </w:t>
      </w:r>
      <w:r>
        <w:rPr>
          <w:rFonts w:ascii="Arial" w:hAnsi="Arial"/>
          <w:color w:val="5D7284"/>
          <w:sz w:val="22"/>
        </w:rPr>
        <w:t>11:12</w:t>
      </w:r>
    </w:p>
    <w:p>
      <w:pPr>
        <w:spacing w:after="0"/>
      </w:pPr>
      <w:r>
        <w:rPr>
          <w:rFonts w:ascii="Arial" w:hAnsi="Arial"/>
          <w:sz w:val="22"/>
        </w:rPr>
        <w:t>it's</w:t>
      </w:r>
    </w:p>
    <w:p>
      <w:pPr>
        <w:spacing w:after="0"/>
      </w:pPr>
    </w:p>
    <w:p>
      <w:pPr>
        <w:spacing w:after="0"/>
      </w:pPr>
      <w:r>
        <w:rPr>
          <w:rFonts w:ascii="Arial" w:hAnsi="Arial"/>
          <w:b/>
          <w:sz w:val="22"/>
        </w:rPr>
        <w:t xml:space="preserve">Lucy  </w:t>
      </w:r>
      <w:r>
        <w:rPr>
          <w:rFonts w:ascii="Arial" w:hAnsi="Arial"/>
          <w:color w:val="5D7284"/>
          <w:sz w:val="22"/>
        </w:rPr>
        <w:t>11:12</w:t>
      </w:r>
    </w:p>
    <w:p>
      <w:pPr>
        <w:spacing w:after="0"/>
      </w:pPr>
      <w:r>
        <w:rPr>
          <w:rFonts w:ascii="Arial" w:hAnsi="Arial"/>
          <w:sz w:val="22"/>
        </w:rPr>
        <w:t>nice looking piece of kit. And I and I</w:t>
      </w:r>
    </w:p>
    <w:p>
      <w:pPr>
        <w:spacing w:after="0"/>
      </w:pPr>
    </w:p>
    <w:p>
      <w:pPr>
        <w:spacing w:after="0"/>
      </w:pPr>
      <w:r>
        <w:rPr>
          <w:rFonts w:ascii="Arial" w:hAnsi="Arial"/>
          <w:b/>
          <w:sz w:val="22"/>
        </w:rPr>
        <w:t xml:space="preserve">Alice  </w:t>
      </w:r>
      <w:r>
        <w:rPr>
          <w:rFonts w:ascii="Arial" w:hAnsi="Arial"/>
          <w:color w:val="5D7284"/>
          <w:sz w:val="22"/>
        </w:rPr>
        <w:t>11:14</w:t>
      </w:r>
    </w:p>
    <w:p>
      <w:pPr>
        <w:spacing w:after="0"/>
      </w:pPr>
      <w:r>
        <w:rPr>
          <w:rFonts w:ascii="Arial" w:hAnsi="Arial"/>
          <w:sz w:val="22"/>
        </w:rPr>
        <w:t>sort of feel like yeah, potentially within from from what I know of the kind of the the film production and media industry, it's generally it's a lot of like non disabled men, and so I sort of feel like coming out to of sort of left field to say, hey, we're going to make an we've got here's an inclusive thing that's going to open this up to a more diverse community of industry professionals. I yeah, be really interesting to kind of hear what what that reception was like. Kind of</w:t>
      </w:r>
    </w:p>
    <w:p>
      <w:pPr>
        <w:spacing w:after="0"/>
      </w:pPr>
    </w:p>
    <w:p>
      <w:pPr>
        <w:spacing w:after="0"/>
      </w:pPr>
      <w:r>
        <w:rPr>
          <w:rFonts w:ascii="Arial" w:hAnsi="Arial"/>
          <w:b/>
          <w:sz w:val="22"/>
        </w:rPr>
        <w:t xml:space="preserve">Speaker 1  </w:t>
      </w:r>
      <w:r>
        <w:rPr>
          <w:rFonts w:ascii="Arial" w:hAnsi="Arial"/>
          <w:color w:val="5D7284"/>
          <w:sz w:val="22"/>
        </w:rPr>
        <w:t>11:54</w:t>
      </w:r>
    </w:p>
    <w:p>
      <w:pPr>
        <w:spacing w:after="0"/>
      </w:pPr>
      <w:r>
        <w:rPr>
          <w:rFonts w:ascii="Arial" w:hAnsi="Arial"/>
          <w:sz w:val="22"/>
        </w:rPr>
        <w:t>yeah, and and you know, it's we're still trying to figure that out in many ways because we've introduced not only a new camera system, but it's ultimately a new category of technology into the industry that really hasn't. It sort of, you know, we're trying to still figure out how and where where it fits in. But the the vision certainly is that that's going to like it's a next generation Steadicam. But the the reaction, you know the response overly has been positive, but I have to say it's still difficult to try and get it. You know we're trying to convince people that it's a really viable creative tool, and unfortunately the world that we live in, you know, the the thing at the the front of all these conversations is that it's not going to cost you any more than a Steadicam to put on set. Now that that was something that I wanted to establish from day one because I knew that if it was going to be any more than the standard rate of a Steadicam operator, it you know productions aren't going to look at it, despite yeah, despite despite how inclusive it's going to be, and and the you know how meaningful that is to bring someone who couldn't do that job previously, they're now being enabled to do that. I think doesn't matter. You know, one of</w:t>
      </w:r>
    </w:p>
    <w:p>
      <w:pPr>
        <w:spacing w:after="0"/>
      </w:pPr>
    </w:p>
    <w:p>
      <w:pPr>
        <w:spacing w:after="0"/>
      </w:pPr>
      <w:r>
        <w:rPr>
          <w:rFonts w:ascii="Arial" w:hAnsi="Arial"/>
          <w:b/>
          <w:sz w:val="22"/>
        </w:rPr>
        <w:t xml:space="preserve">Alice  </w:t>
      </w:r>
      <w:r>
        <w:rPr>
          <w:rFonts w:ascii="Arial" w:hAnsi="Arial"/>
          <w:color w:val="5D7284"/>
          <w:sz w:val="22"/>
        </w:rPr>
        <w:t>13:11</w:t>
      </w:r>
    </w:p>
    <w:p>
      <w:pPr>
        <w:spacing w:after="0"/>
      </w:pPr>
      <w:r>
        <w:rPr>
          <w:rFonts w:ascii="Arial" w:hAnsi="Arial"/>
          <w:sz w:val="22"/>
        </w:rPr>
        <w:t>the things the arguments you often see about, and we've had this conversation about people talking about you know recruiting disabled employees, is that oftentimes the the knee jet reaction is, "Well, how much is it going to cost me? It's going to cost me more. And I think there's also in certain industries and with certain individuals, there can be this bit of an ethos of, "Well, we've always done it like this. It's never been a problem for us. So, without considering the fact that actually bringing a more diverse workforce in brings new innovation and new perspectives, and can you know it's it. I think a lot of people will sort of go, "Well, it's always functioned fine. Why would we do it any differently?</w:t>
      </w:r>
    </w:p>
    <w:p>
      <w:pPr>
        <w:spacing w:after="0"/>
      </w:pPr>
    </w:p>
    <w:p>
      <w:pPr>
        <w:spacing w:after="0"/>
      </w:pPr>
      <w:r>
        <w:rPr>
          <w:rFonts w:ascii="Arial" w:hAnsi="Arial"/>
          <w:b/>
          <w:sz w:val="22"/>
        </w:rPr>
        <w:t xml:space="preserve">Speaker 1  </w:t>
      </w:r>
      <w:r>
        <w:rPr>
          <w:rFonts w:ascii="Arial" w:hAnsi="Arial"/>
          <w:color w:val="5D7284"/>
          <w:sz w:val="22"/>
        </w:rPr>
        <w:t>13:56</w:t>
      </w:r>
    </w:p>
    <w:p>
      <w:pPr>
        <w:spacing w:after="0"/>
      </w:pPr>
      <w:r>
        <w:rPr>
          <w:rFonts w:ascii="Arial" w:hAnsi="Arial"/>
          <w:sz w:val="22"/>
        </w:rPr>
        <w:t>Yeah, completely right, and very good point. And that's the one thing I've certainly been fearful of, and it's you know even at the moment where I'm trying to get onto different series and different productions to prove how much of a you know a valuable tool it is, and you always have that. I wouldn't say at the back of your mind, at the front of your mind. You know, it's really something that that I'm I'm very aware of, and and even to the point where you know I've just been, I mean, I'm in the middle of shooting some episodes for The Antiques Roadshow. The series editor there, Robert Murphy, absolutely fantastic. I mean, he said, "Look, let's get you on for you know two two episodes to start off with, and see you know what we can do, and it was only after wrapping the the second that he came up to me and he said, "Look, what are you up to the rest of the summer? Said we'd love to have you back for the you know the rest of the series, and and that was great validation, you know, to to to hear that it. Just hasn't been a case of them bring this in, tick a box, and then it's just like, yep, on your merry way type of thing. Yeah, and and I've been really conscious of you know making sure that that didn't happen by being in touch with the DOP. DOP in a production is your director of photography, so that's the the person who's at the helm of all the camera operators in a production, and you know, just check in with him to make sure that he's happy with the footage that's being captured. You know, if there's any other things that I can do to sort of improve, you know, the way things were being done and the workflow and everything else. But you know, it's making sure. You know, that that's the thing that I've always been sort of wary of, as those sorts of productions and trials have have progressed, that you know people aren't just bringing me on because you could go round a number of different productions if that was the case that you're doing a pilot and then you're just released you don't get any um further work from it and it it can't be like that, you know. They they have to see this for for what it is, and I have to experience it to, um, and and to work with me at the same time to make sure that I can demonstrate that this is a credible platform. And I think one one of the things that really helps with that as well, is the fact that you know we we just won our first award in March for the technology, and it was from a community of of women camera operators called She Clicks, and it was the photography and video show in in Birmingham where I picked up the award. But it was huge validation the fact that we have women who are camera operators who have recognized this as a beneficial tool even before anything from the disabled community comes through. And you know, in fairness, the the business disability forum gave us award in April, which was great, but you know, to have that validation across multiple different communities is really, really important. And and I think getting that from you know from that initial community from from women signaling about how this platform is valued for me that was more important, um, because I, I, I obviously had set out to create this for myself, and then just realizing the benefit for the wider disabled community first, and then for everyone else, and and it's great to see how that's really flipped on its head, um, but um, yeah, no, it's it's it's been a fascinating, really interesting pathway to get to this stage.</w:t>
      </w:r>
    </w:p>
    <w:p>
      <w:pPr>
        <w:spacing w:after="0"/>
      </w:pPr>
    </w:p>
    <w:p>
      <w:pPr>
        <w:spacing w:after="0"/>
      </w:pPr>
      <w:r>
        <w:rPr>
          <w:rFonts w:ascii="Arial" w:hAnsi="Arial"/>
          <w:b/>
          <w:sz w:val="22"/>
        </w:rPr>
        <w:t xml:space="preserve">Lucy  </w:t>
      </w:r>
      <w:r>
        <w:rPr>
          <w:rFonts w:ascii="Arial" w:hAnsi="Arial"/>
          <w:color w:val="5D7284"/>
          <w:sz w:val="22"/>
        </w:rPr>
        <w:t>17:47</w:t>
      </w:r>
    </w:p>
    <w:p>
      <w:pPr>
        <w:spacing w:after="0"/>
      </w:pPr>
      <w:r>
        <w:rPr>
          <w:rFonts w:ascii="Arial" w:hAnsi="Arial"/>
          <w:sz w:val="22"/>
        </w:rPr>
        <w:t>I often say so. My foundation degree, as I was saying to you earlier, Chris, my foundation degree is in film and television, and I've worked for the BBC and things like that. But when I was actually doing my degree. The filming element of that degree had to be the filming part of it had to be done by somewhere else, which meant that my production files had to be twice as big as everybody else's because I wasn't actually behind the camera flicking, you know, flicking setting, moving settings around, or moving the camera around because I physically couldn't reach it, and there wasn't any like I really wanted to be able to do the camera work stuff because that's basically you're creating that. That's coming from you as a person, and that was being taken away from it. I was directing the camera operator, but it wasn me like creating the shot, and I was I'd sit with a little screen on my knee, going left a bit, right a bit, up, down. Like it was quite quite difficult, really. And it was finding the right sort of person to work with me as a camera man because, unfortunately, when I was at university, I was very badly bullied. So when I'd get like I'd be given as another student as a camera man, and if they were part of the bullying gang, it was like I'll turn the camera on, I'll just leave it kind of thing, and I got no control over. No, move it there, put it there, do that kind of thing. So I felt at a disadvantage, and when I saw your piece of kit that you've got, I was like, "Where was this 20 years ago? Because I could have just gone off and filmed the whole thing in a like a week, and it would have been how I wanted it. And I just thought it's a great opportunity for other disabled creatives who feel like I felt to really get stuck in and create beautiful shots and beautiful programs and and it's I just think it's such it's such a great tool to level out that playing field in a industry that is increasing you know it's it's notoriously difficult for disabled people to get into I think it's I think it's a great. Right thing, I really do. Yeah, no,</w:t>
      </w:r>
    </w:p>
    <w:p>
      <w:pPr>
        <w:spacing w:after="0"/>
      </w:pPr>
    </w:p>
    <w:p>
      <w:pPr>
        <w:spacing w:after="0"/>
      </w:pPr>
      <w:r>
        <w:rPr>
          <w:rFonts w:ascii="Arial" w:hAnsi="Arial"/>
          <w:b/>
          <w:sz w:val="22"/>
        </w:rPr>
        <w:t xml:space="preserve">Speaker 1  </w:t>
      </w:r>
      <w:r>
        <w:rPr>
          <w:rFonts w:ascii="Arial" w:hAnsi="Arial"/>
          <w:color w:val="5D7284"/>
          <w:sz w:val="22"/>
        </w:rPr>
        <w:t>20:02</w:t>
      </w:r>
    </w:p>
    <w:p>
      <w:pPr>
        <w:spacing w:after="0"/>
      </w:pPr>
      <w:r>
        <w:rPr>
          <w:rFonts w:ascii="Arial" w:hAnsi="Arial"/>
          <w:sz w:val="22"/>
        </w:rPr>
        <w:t>you're absolutely right. Look, you know, I'm sorry to hear about your your bullying experience in university, and that's that's it's, I think, uncommon at that level. I mean, I I experienced it in in grammar school, but it's unfortunate to hear that that's you know at that more of a senior sort of level that that you're experiencing that, but you know you're right about what you say in regards to the technology side of things, and it's funny that you know I now sit on the accessible technology workstream of an organization called Tap. You may know about it's called the TV Access Project, and it was formed after the Jack Thorne lecture at Edinburgh Fringe in 2022, Tap is now funded by all the major broadcasters and streamers. So, it it involves BBC, IT, V, Sky, NBC, Netflix, Disney, you name it. You know all the major and not so major broadcasters and studios are there, and it is really designed driving disability inclusion in TV and film. And there's some amazing stuff happening. You know, it's addressing all the different challenges, the barriers, from you know problems with access to work through to and talking about access coordinator is a role that's emerged in the last number of years that helps support someone when they come in onto production. So that could be cast or crew. But the the accessible technology workstream that I'm part of, and reason I wanted to mention this, just what you're saying about the technology side of things, that you know within it, for me, it's looking at that ecosystem, the landscape of technology, and how that really is the solution for so many people that will enable them to come in and work in a creative role, and and I'm still hearing conversations about you know careers advisors talking to disabled individuals and students, that you know they can't really do a certain role, so they should think about writing or producing or you know something that isn't hands on. And I'm like, it's bullshit. I mean, it's just like you need a you know the technology exists. It's there. You know, you can you can be a drone operator, you can be a camera car operator, PTZ camera op, spider cam op. There's a plethora of things that unfortunately the industry doesn't recognize that exists. You know, there a lot of the broadcasters and and studios are sitting on this technology, but they don't in fact realize it's inclusive by nature, and that's where I've been able, through my own experience, to help join the dots with that and create a the industry's first database, which is now being done in conjunction with BAFTA, to create this database of inclusive technologies that will really map out all the different ways that if you want to come in and be a camera operator, that you know, or you know, work in any type of area of of production, that um, you'll be able to access this database and see all the different things that are relevant to you based on whatever disability that you may have or challenge um that that you may be faced with.</w:t>
      </w:r>
    </w:p>
    <w:p>
      <w:pPr>
        <w:spacing w:after="0"/>
      </w:pPr>
    </w:p>
    <w:p>
      <w:pPr>
        <w:spacing w:after="0"/>
      </w:pPr>
      <w:r>
        <w:rPr>
          <w:rFonts w:ascii="Arial" w:hAnsi="Arial"/>
          <w:b/>
          <w:sz w:val="22"/>
        </w:rPr>
        <w:t xml:space="preserve">Alice  </w:t>
      </w:r>
      <w:r>
        <w:rPr>
          <w:rFonts w:ascii="Arial" w:hAnsi="Arial"/>
          <w:color w:val="5D7284"/>
          <w:sz w:val="22"/>
        </w:rPr>
        <w:t>23:16</w:t>
      </w:r>
    </w:p>
    <w:p>
      <w:pPr>
        <w:spacing w:after="0"/>
      </w:pPr>
      <w:r>
        <w:rPr>
          <w:rFonts w:ascii="Arial" w:hAnsi="Arial"/>
          <w:sz w:val="22"/>
        </w:rPr>
        <w:t>One of the things that, um, you know, as much as Lucy and I have, uh lamented the challenges that we continue to experience as disabled people in modern society. I think one of the one of the real privileges that we have of being alive in 2026 is the technology that exists now that breaks down a lot of the barriers. You know, I'm I'm about to get a pair of smart glasses, which you know for years I've had little handheld things in my that I could bring out in my bag, and I say handheld, I mean like, you know, some of them have been like 25 centimeters square, and you're like, I just, I just want to know whether this is a cheese sandwich or a ham sandwich, and I have to plug this into the the mains and things like that. But you know, we we do live in a world now where, like, I'm going to have a pair of glasses on my face that I can just be like, "Hey, what sandwich is this? And it will just tell me, and it's you know it's going to. There is, you know, and and the the speed at which tech is developing, you know, God knows what I will have in 10 years' time. My smart glasses will be fully redundant by then, and it will be.</w:t>
      </w:r>
    </w:p>
    <w:p>
      <w:pPr>
        <w:spacing w:after="0"/>
      </w:pPr>
    </w:p>
    <w:p>
      <w:pPr>
        <w:spacing w:after="0"/>
      </w:pPr>
      <w:r>
        <w:rPr>
          <w:rFonts w:ascii="Arial" w:hAnsi="Arial"/>
          <w:b/>
          <w:sz w:val="22"/>
        </w:rPr>
        <w:t xml:space="preserve">Lucy  </w:t>
      </w:r>
      <w:r>
        <w:rPr>
          <w:rFonts w:ascii="Arial" w:hAnsi="Arial"/>
          <w:color w:val="5D7284"/>
          <w:sz w:val="22"/>
        </w:rPr>
        <w:t>24:39</w:t>
      </w:r>
    </w:p>
    <w:p>
      <w:pPr>
        <w:spacing w:after="0"/>
      </w:pPr>
      <w:r>
        <w:rPr>
          <w:rFonts w:ascii="Arial" w:hAnsi="Arial"/>
          <w:sz w:val="22"/>
        </w:rPr>
        <w:t>You'll have smart contact lens. Yes, it will be it will be</w:t>
      </w:r>
    </w:p>
    <w:p>
      <w:pPr>
        <w:spacing w:after="0"/>
      </w:pPr>
    </w:p>
    <w:p>
      <w:pPr>
        <w:spacing w:after="0"/>
      </w:pPr>
      <w:r>
        <w:rPr>
          <w:rFonts w:ascii="Arial" w:hAnsi="Arial"/>
          <w:b/>
          <w:sz w:val="22"/>
        </w:rPr>
        <w:t xml:space="preserve">Alice  </w:t>
      </w:r>
      <w:r>
        <w:rPr>
          <w:rFonts w:ascii="Arial" w:hAnsi="Arial"/>
          <w:color w:val="5D7284"/>
          <w:sz w:val="22"/>
        </w:rPr>
        <w:t>24:43</w:t>
      </w:r>
    </w:p>
    <w:p>
      <w:pPr>
        <w:spacing w:after="0"/>
      </w:pPr>
      <w:r>
        <w:rPr>
          <w:rFonts w:ascii="Arial" w:hAnsi="Arial"/>
          <w:sz w:val="22"/>
        </w:rPr>
        <w:t>incredible. You know the the technology that we've got out there. But I think exactly what you say. Like I didn't I didn't think know or think about smart glasses as an option. Like I knew they were a thing, but I thought they were a thing for hipsters who wanted to you know show. Yeah, yeah, and stream their trip to Tesco's. I didn't like it was until speaking to another disabled content creator that I was like, "Oh, this is incredible! And so I think also the idea of gathering it together in a database, because it's you don't know what's out there, you don't know what what options. One of the things that Lucy's talked about a lot is the kind of the the life hacks that you come up with as a disabled person that you will find a way of doing something that you can say it to somebody else and they'll go, "Oh my god, I never considered that.</w:t>
      </w:r>
    </w:p>
    <w:p>
      <w:pPr>
        <w:spacing w:after="0"/>
      </w:pPr>
    </w:p>
    <w:p>
      <w:pPr>
        <w:spacing w:after="0"/>
      </w:pPr>
      <w:r>
        <w:rPr>
          <w:rFonts w:ascii="Arial" w:hAnsi="Arial"/>
          <w:b/>
          <w:sz w:val="22"/>
        </w:rPr>
        <w:t xml:space="preserve">Lucy  </w:t>
      </w:r>
      <w:r>
        <w:rPr>
          <w:rFonts w:ascii="Arial" w:hAnsi="Arial"/>
          <w:color w:val="5D7284"/>
          <w:sz w:val="22"/>
        </w:rPr>
        <w:t>25:34</w:t>
      </w:r>
    </w:p>
    <w:p>
      <w:pPr>
        <w:spacing w:after="0"/>
      </w:pPr>
      <w:r>
        <w:rPr>
          <w:rFonts w:ascii="Arial" w:hAnsi="Arial"/>
          <w:sz w:val="22"/>
        </w:rPr>
        <w:t>Yeah. Or other people look at you and go, "Why are you doing it like that? What? Why are you doing that like that? What are you doing? I mean, I can remember being at college. I must have been what, oh, 1920 so quite a while ago, and being outside in the freezing cold, nearly raining, trying to like negotiate a tripod that was slightly on the won't because we're on some cobbles, and I'm thinking to myself, there's there's got to be an easy way of doing this. I'm sure when I am old and gray, that they'll be like, no, we just do we just do it with flying helicopters now, and lo and behold, about five years later, drones were being used. I was like, oh, brilliant, thanks guys. You know, it's</w:t>
      </w:r>
    </w:p>
    <w:p>
      <w:pPr>
        <w:spacing w:after="0"/>
      </w:pPr>
    </w:p>
    <w:p>
      <w:pPr>
        <w:spacing w:after="0"/>
      </w:pPr>
      <w:r>
        <w:rPr>
          <w:rFonts w:ascii="Arial" w:hAnsi="Arial"/>
          <w:b/>
          <w:sz w:val="22"/>
        </w:rPr>
        <w:t xml:space="preserve">Speaker 1  </w:t>
      </w:r>
      <w:r>
        <w:rPr>
          <w:rFonts w:ascii="Arial" w:hAnsi="Arial"/>
          <w:color w:val="5D7284"/>
          <w:sz w:val="22"/>
        </w:rPr>
        <w:t>26:20</w:t>
      </w:r>
    </w:p>
    <w:p>
      <w:pPr>
        <w:spacing w:after="0"/>
      </w:pPr>
      <w:r>
        <w:rPr>
          <w:rFonts w:ascii="Arial" w:hAnsi="Arial"/>
          <w:sz w:val="22"/>
        </w:rPr>
        <w:t>absolutely</w:t>
      </w:r>
    </w:p>
    <w:p>
      <w:pPr>
        <w:spacing w:after="0"/>
      </w:pPr>
    </w:p>
    <w:p>
      <w:pPr>
        <w:spacing w:after="0"/>
      </w:pPr>
      <w:r>
        <w:rPr>
          <w:rFonts w:ascii="Arial" w:hAnsi="Arial"/>
          <w:b/>
          <w:sz w:val="22"/>
        </w:rPr>
        <w:t xml:space="preserve">Lucy  </w:t>
      </w:r>
      <w:r>
        <w:rPr>
          <w:rFonts w:ascii="Arial" w:hAnsi="Arial"/>
          <w:color w:val="5D7284"/>
          <w:sz w:val="22"/>
        </w:rPr>
        <w:t>26:21</w:t>
      </w:r>
    </w:p>
    <w:p>
      <w:pPr>
        <w:spacing w:after="0"/>
      </w:pPr>
      <w:r>
        <w:rPr>
          <w:rFonts w:ascii="Arial" w:hAnsi="Arial"/>
          <w:sz w:val="22"/>
        </w:rPr>
        <w:t>my university experience would have been completely different if I was doing it now because I'd have drones. I'd be I'd be ringing you up, going, can can I borrow your piece of kit, please? But yeah, it's just it's just one of those things.</w:t>
      </w:r>
    </w:p>
    <w:p>
      <w:pPr>
        <w:spacing w:after="0"/>
      </w:pPr>
    </w:p>
    <w:p>
      <w:pPr>
        <w:spacing w:after="0"/>
      </w:pPr>
      <w:r>
        <w:rPr>
          <w:rFonts w:ascii="Arial" w:hAnsi="Arial"/>
          <w:b/>
          <w:sz w:val="22"/>
        </w:rPr>
        <w:t xml:space="preserve">Speaker 1  </w:t>
      </w:r>
      <w:r>
        <w:rPr>
          <w:rFonts w:ascii="Arial" w:hAnsi="Arial"/>
          <w:color w:val="5D7284"/>
          <w:sz w:val="22"/>
        </w:rPr>
        <w:t>26:34</w:t>
      </w:r>
    </w:p>
    <w:p>
      <w:pPr>
        <w:spacing w:after="0"/>
      </w:pPr>
      <w:r>
        <w:rPr>
          <w:rFonts w:ascii="Arial" w:hAnsi="Arial"/>
          <w:sz w:val="22"/>
        </w:rPr>
        <w:t>You're right, and you know that's the thing in terms of the the sort of broader work that I'm doing around consulting and inclusive production. It's really looking at how to use these technologies in unorthodox ways because, you know, a drone shot, you know, doing that simple sort of like a crane shot could replace the cost of a huge techno crane coming into a production, which costs you know 10 times as much as a drone to come in, so you know there there are ways that actually you know provide a a cost saving through utilizing other technologies in a very creative way, and I think that's what it's all about, and and and trying to you know empower people with disabilities to be able to see that and and you know, understand that there there are options that you don't have to be resigned to doing something that you don't want to do. Um, so, and and I think it's just you know that that message needs to be continuously reinforced. Unfortunately, but</w:t>
      </w:r>
    </w:p>
    <w:p>
      <w:pPr>
        <w:spacing w:after="0"/>
      </w:pPr>
    </w:p>
    <w:p>
      <w:pPr>
        <w:spacing w:after="0"/>
      </w:pPr>
      <w:r>
        <w:rPr>
          <w:rFonts w:ascii="Arial" w:hAnsi="Arial"/>
          <w:b/>
          <w:sz w:val="22"/>
        </w:rPr>
        <w:t xml:space="preserve">Theme Tune  </w:t>
      </w:r>
      <w:r>
        <w:rPr>
          <w:rFonts w:ascii="Arial" w:hAnsi="Arial"/>
          <w:color w:val="5D7284"/>
          <w:sz w:val="22"/>
        </w:rPr>
        <w:t>27:36</w:t>
      </w:r>
    </w:p>
    <w:p>
      <w:pPr>
        <w:spacing w:after="0"/>
      </w:pPr>
      <w:r>
        <w:rPr>
          <w:rFonts w:ascii="Arial" w:hAnsi="Arial"/>
          <w:sz w:val="22"/>
        </w:rPr>
        <w:t>yeah. So yeah,</w:t>
      </w:r>
    </w:p>
    <w:p>
      <w:pPr>
        <w:spacing w:after="0"/>
      </w:pPr>
    </w:p>
    <w:p>
      <w:pPr>
        <w:spacing w:after="0"/>
      </w:pPr>
      <w:r>
        <w:rPr>
          <w:rFonts w:ascii="Arial" w:hAnsi="Arial"/>
          <w:b/>
          <w:sz w:val="22"/>
        </w:rPr>
        <w:t xml:space="preserve">Alice  </w:t>
      </w:r>
      <w:r>
        <w:rPr>
          <w:rFonts w:ascii="Arial" w:hAnsi="Arial"/>
          <w:color w:val="5D7284"/>
          <w:sz w:val="22"/>
        </w:rPr>
        <w:t>27:37</w:t>
      </w:r>
    </w:p>
    <w:p>
      <w:pPr>
        <w:spacing w:after="0"/>
      </w:pPr>
      <w:r>
        <w:rPr>
          <w:rFonts w:ascii="Arial" w:hAnsi="Arial"/>
          <w:sz w:val="22"/>
        </w:rPr>
        <w:t>in terms of kind of the the development of of your your camera rig, Chris. Yeah, sort of talk us talk us through that because I I mean I'm I am not technical in or creatively technical in any sort of sense. So kind of what was that process like for you? Was there a lot of trial and error? Was there a lot of like oh well this you know you you obviously talked about the original thing that you you developed while you were doing Belfast, but tell us about about kind of how it grew. Sure.</w:t>
      </w:r>
    </w:p>
    <w:p>
      <w:pPr>
        <w:spacing w:after="0"/>
      </w:pPr>
    </w:p>
    <w:p>
      <w:pPr>
        <w:spacing w:after="0"/>
      </w:pPr>
      <w:r>
        <w:rPr>
          <w:rFonts w:ascii="Arial" w:hAnsi="Arial"/>
          <w:b/>
          <w:sz w:val="22"/>
        </w:rPr>
        <w:t xml:space="preserve">Speaker 1  </w:t>
      </w:r>
      <w:r>
        <w:rPr>
          <w:rFonts w:ascii="Arial" w:hAnsi="Arial"/>
          <w:color w:val="5D7284"/>
          <w:sz w:val="22"/>
        </w:rPr>
        <w:t>28:10</w:t>
      </w:r>
    </w:p>
    <w:p>
      <w:pPr>
        <w:spacing w:after="0"/>
      </w:pPr>
      <w:r>
        <w:rPr>
          <w:rFonts w:ascii="Arial" w:hAnsi="Arial"/>
          <w:sz w:val="22"/>
        </w:rPr>
        <w:t>Yeah. So I mean, ultimately, it had to satisfy a couple of core objectives. Number one, I had to be able to independently shoot as a camera operator, and you know, the the the way that I can do that is that on the the chair itself. So the the chair that I've now moved on to that we use for cars is a Jenny. It's called a Jenny Zero. It's Italian designed, made in Switzerland. It's the most amazing thing. They they originally built this on Segway technology, so it's a a two wheeled self balancing chair, and it means that you can you know move forward and back using your core. So you just lean forward to accelerate, and then you lean back to brake or to reverse, and that makes it a really intuitive type of platform, you know, to use as a wheelchair. Never mind the camera system. So just it made complete sense that you know by using this type of technology, integrating it with a camera system would lend itself more to the likes of the Steadicam, where where you know you have that similar type of you know motion and movement involved, where someone walking with a Steadicam system, you know, is controlling it using their feet, obviously, to move, and you can control the pace and everything else. If you were trying to do with that with an electric wheelchair with a joystick, you know, we we tried another one recently just as a an alternative for outdoor use and number one, I mean, a lot of people listening would probably be familiar that if you're you're using electric chair with a joystick, many of them have these electronic servos that are connected to the brake. So as soon as you move the joystick, there's a large a loud click that happens, which disengages the brake and then. You know, you know the the movement happens, but it's not fluid. You know, you're sort of moving in you know maybe one direction, or you know have to turn, and it's the the the journey really is a very very different beast in terms of you know you can really sort of pirouette, you can move like a like a ballet dancer almost. You know, in terms of how natural it is and how it sort of flows, so you can start moving very gradually. So there's not a tricky movement in any of that motion that's created, and and that really lends itself very well to being you know to serving its purpose as a camera system. So the the the the the thing commercially then to look at and you know inclusively, the camera system can be operated as an independent self shooter. So how that's done? There's a control. What's called a control deck. It's made by this amazing company in Australia called Ignite Digi, and it controls the gimbal, so that's the one of the image stabilizing parts of the camera system, which turns the camera, moves it up and down, creates some image stabilization, and you can control all of that functionality, including the focus and the zoom, things like that, and the lens through this one unit, and it has a joystick on it. So I can do that all as a single operator, and above that control deck, I have a screen where I can see the feed from the camera, and that's why it. Although it's it's sort of set onto the sort of arm of the chair on the right, you can swap it over to the left or right side the whole system, depending on your preference, I have it over to the right of me, and that can actually be popped off and handed to what's called an AC. So that's an assistant camera, so you'll know what this is, and that means that number one, if the person operating the chair didn't have the ability to control both movement of the chair and the camera system at the same time, then you're able to hand off the camera control to an AC, which make you know which heightens its case for inclusivity, and and I think that that's a great way that that you can still, you know, have that individual creating value for the production because at that point, then they're focused on the tracking.</w:t>
      </w:r>
    </w:p>
    <w:p>
      <w:pPr>
        <w:spacing w:after="0"/>
      </w:pPr>
    </w:p>
    <w:p>
      <w:pPr>
        <w:spacing w:after="0"/>
      </w:pPr>
      <w:r>
        <w:rPr>
          <w:rFonts w:ascii="Arial" w:hAnsi="Arial"/>
          <w:b/>
          <w:sz w:val="22"/>
        </w:rPr>
        <w:t xml:space="preserve">Speaker 1  </w:t>
      </w:r>
      <w:r>
        <w:rPr>
          <w:rFonts w:ascii="Arial" w:hAnsi="Arial"/>
          <w:color w:val="5D7284"/>
          <w:sz w:val="22"/>
        </w:rPr>
        <w:t>32:25</w:t>
      </w:r>
    </w:p>
    <w:p>
      <w:pPr>
        <w:spacing w:after="0"/>
      </w:pPr>
      <w:r>
        <w:rPr>
          <w:rFonts w:ascii="Arial" w:hAnsi="Arial"/>
          <w:sz w:val="22"/>
        </w:rPr>
        <w:t>So if it's like say, for instance, a shot for East Enders and BBC, and you're following, you're tracking two people walking down the street. The operator of the chair is making sure that they're a uniform distance from talent through to your your camera system, and they're keeping that margin of distance equal the whole time they're following them down the street. For instance, they could be off to the side. It could be that they sort of pull back and do it from behind or in reverse. There are a number of different ways that that that individual then using the chair, using the camera system, is is creating value because they're focused on the tracking, which leaves the camera operating to an AC that can be done wirelessly up to six kilometers away, thanks to the system that we've built.</w:t>
      </w:r>
    </w:p>
    <w:p>
      <w:pPr>
        <w:spacing w:after="0"/>
      </w:pPr>
    </w:p>
    <w:p>
      <w:pPr>
        <w:spacing w:after="0"/>
      </w:pPr>
      <w:r>
        <w:rPr>
          <w:rFonts w:ascii="Arial" w:hAnsi="Arial"/>
          <w:b/>
          <w:sz w:val="22"/>
        </w:rPr>
        <w:t xml:space="preserve">Lucy  </w:t>
      </w:r>
      <w:r>
        <w:rPr>
          <w:rFonts w:ascii="Arial" w:hAnsi="Arial"/>
          <w:color w:val="5D7284"/>
          <w:sz w:val="22"/>
        </w:rPr>
        <w:t>33:09</w:t>
      </w:r>
    </w:p>
    <w:p>
      <w:pPr>
        <w:spacing w:after="0"/>
      </w:pPr>
      <w:r>
        <w:rPr>
          <w:rFonts w:ascii="Arial" w:hAnsi="Arial"/>
          <w:sz w:val="22"/>
        </w:rPr>
        <w:t>Absolutely brilliant. So, the</w:t>
      </w:r>
    </w:p>
    <w:p>
      <w:pPr>
        <w:spacing w:after="0"/>
      </w:pPr>
    </w:p>
    <w:p>
      <w:pPr>
        <w:spacing w:after="0"/>
      </w:pPr>
      <w:r>
        <w:rPr>
          <w:rFonts w:ascii="Arial" w:hAnsi="Arial"/>
          <w:b/>
          <w:sz w:val="22"/>
        </w:rPr>
        <w:t xml:space="preserve">Speaker 1  </w:t>
      </w:r>
      <w:r>
        <w:rPr>
          <w:rFonts w:ascii="Arial" w:hAnsi="Arial"/>
          <w:color w:val="5D7284"/>
          <w:sz w:val="22"/>
        </w:rPr>
        <w:t>33:12</w:t>
      </w:r>
    </w:p>
    <w:p>
      <w:pPr>
        <w:spacing w:after="0"/>
      </w:pPr>
      <w:r>
        <w:rPr>
          <w:rFonts w:ascii="Arial" w:hAnsi="Arial"/>
          <w:sz w:val="22"/>
        </w:rPr>
        <w:t>that that yeah, so that then can be separated if you wanted even more precision and more control. So then you can have a second AC, and and a second AC is quite often used as a what's called a focus puller. So that's someone who just controls the the lens and all the functionality around the lens. So that's the focus, the zoom, and the iris, and you can have a focus puller, and that that would be a a standard type of configuration anyway for a Steadicam operator. So having a second AC means that then the gimbal operator is just focused on the camera movement. You've got the chair operator, and then you've got your focus puller as well. So that that that's great. And then we can also integrate other control mechanisms. So if if you didn't want to use a joystick, for instance, and for well, if the AC didn't want to use a joystick, the AC could use what are called inertia wheels. And without being too technical, inertia wheels are big, very heavy metal wheels. You would have typically two or three big, heavy metal wheels that you would turn to move a big crane or a jib on a production. Which you know, those big cranes moving the cameras and moving them in and out and up and down, that those can be used in a similar sense for using for controlling the camera system, and some ACs do prefer that, and those would be used typically if you're in a drama series, if you're in a scripted film or TV series where you want that high level precision because those inertia wheels do give you that minutia of control over how the the camera is moving and operating. So it it works with a number of different. I mean, it it's using a lot of proprietary. Off the shelf technologies, you know, it integrates with existing workflows. It integrates with existing camera systems. It can take a range of different camera bodies and lenses. So we're not restricting what is actually self-contained. Yeah, yeah.</w:t>
      </w:r>
    </w:p>
    <w:p>
      <w:pPr>
        <w:spacing w:after="0"/>
      </w:pPr>
    </w:p>
    <w:p>
      <w:pPr>
        <w:spacing w:after="0"/>
      </w:pPr>
      <w:r>
        <w:rPr>
          <w:rFonts w:ascii="Arial" w:hAnsi="Arial"/>
          <w:b/>
          <w:sz w:val="22"/>
        </w:rPr>
        <w:t xml:space="preserve">Alice  </w:t>
      </w:r>
      <w:r>
        <w:rPr>
          <w:rFonts w:ascii="Arial" w:hAnsi="Arial"/>
          <w:color w:val="5D7284"/>
          <w:sz w:val="22"/>
        </w:rPr>
        <w:t>35:15</w:t>
      </w:r>
    </w:p>
    <w:p>
      <w:pPr>
        <w:spacing w:after="0"/>
      </w:pPr>
      <w:r>
        <w:rPr>
          <w:rFonts w:ascii="Arial" w:hAnsi="Arial"/>
          <w:sz w:val="22"/>
        </w:rPr>
        <w:t>You don't have to. You know, this isn't a standalone. This is your camera that you have to use. It offers that like this is the only camera you can use.</w:t>
      </w:r>
    </w:p>
    <w:p>
      <w:pPr>
        <w:spacing w:after="0"/>
      </w:pPr>
    </w:p>
    <w:p>
      <w:pPr>
        <w:spacing w:after="0"/>
      </w:pPr>
      <w:r>
        <w:rPr>
          <w:rFonts w:ascii="Arial" w:hAnsi="Arial"/>
          <w:b/>
          <w:sz w:val="22"/>
        </w:rPr>
        <w:t xml:space="preserve">Lucy  </w:t>
      </w:r>
      <w:r>
        <w:rPr>
          <w:rFonts w:ascii="Arial" w:hAnsi="Arial"/>
          <w:color w:val="5D7284"/>
          <w:sz w:val="22"/>
        </w:rPr>
        <w:t>35:24</w:t>
      </w:r>
    </w:p>
    <w:p>
      <w:pPr>
        <w:spacing w:after="0"/>
      </w:pPr>
      <w:r>
        <w:rPr>
          <w:rFonts w:ascii="Arial" w:hAnsi="Arial"/>
          <w:sz w:val="22"/>
        </w:rPr>
        <w:t>Yeah, yeah, no, it's great. So</w:t>
      </w:r>
    </w:p>
    <w:p>
      <w:pPr>
        <w:spacing w:after="0"/>
      </w:pPr>
    </w:p>
    <w:p>
      <w:pPr>
        <w:spacing w:after="0"/>
      </w:pPr>
      <w:r>
        <w:rPr>
          <w:rFonts w:ascii="Arial" w:hAnsi="Arial"/>
          <w:b/>
          <w:sz w:val="22"/>
        </w:rPr>
        <w:t xml:space="preserve">Speaker 1  </w:t>
      </w:r>
      <w:r>
        <w:rPr>
          <w:rFonts w:ascii="Arial" w:hAnsi="Arial"/>
          <w:color w:val="5D7284"/>
          <w:sz w:val="22"/>
        </w:rPr>
        <w:t>35:26</w:t>
      </w:r>
    </w:p>
    <w:p>
      <w:pPr>
        <w:spacing w:after="0"/>
      </w:pPr>
      <w:r>
        <w:rPr>
          <w:rFonts w:ascii="Arial" w:hAnsi="Arial"/>
          <w:sz w:val="22"/>
        </w:rPr>
        <w:t>shooting in the Antiques Roadshow at the moment, you know, we're using a range of Sony cameras. Normally, we we shoot with a red. We got a red as part of the the system in our our sort of demo unit that we use. Red is one of the sort of high end cinema cameras that's used across Hollywood and broadcast, and very capable but very expensive camera. But it it's you know it's got a lot of really good capabilities. But this is the thing when you're using it for BBC productions, they want to be able to grade to color grade their footage very quickly. So they'll want to use their ecosystem of cameras that just makes it a bit easier in post production, rather than trying to match it with a camera that that's a bit out of sens. And my immediate thought was, so yeah, you</w:t>
      </w:r>
    </w:p>
    <w:p>
      <w:pPr>
        <w:spacing w:after="0"/>
      </w:pPr>
    </w:p>
    <w:p>
      <w:pPr>
        <w:spacing w:after="0"/>
      </w:pPr>
      <w:r>
        <w:rPr>
          <w:rFonts w:ascii="Arial" w:hAnsi="Arial"/>
          <w:b/>
          <w:sz w:val="22"/>
        </w:rPr>
        <w:t xml:space="preserve">Alice  </w:t>
      </w:r>
      <w:r>
        <w:rPr>
          <w:rFonts w:ascii="Arial" w:hAnsi="Arial"/>
          <w:color w:val="5D7284"/>
          <w:sz w:val="22"/>
        </w:rPr>
        <w:t>36:11</w:t>
      </w:r>
    </w:p>
    <w:p>
      <w:pPr>
        <w:spacing w:after="0"/>
      </w:pPr>
      <w:r>
        <w:rPr>
          <w:rFonts w:ascii="Arial" w:hAnsi="Arial"/>
          <w:sz w:val="22"/>
        </w:rPr>
        <w:t>know, for going back to like Lucy's example, you know, Lucy's College could just they just buy they buy your setup and they don't have to bend themselves backwards to then also buy a specific camera, or that that's the thing they have to dust off every time they have a wheelchair using student. You know, it's it's something that is is there again is more inclusive and and for everybody. Sorry, I also feel like I should just caveat. I chuckled when you said about the fact that it could be DAC, you could use the thing from up to six kilometers away. Because my brain immediately went, "It's a stalker's dream. Safety of your own home. Yeah,</w:t>
      </w:r>
    </w:p>
    <w:p>
      <w:pPr>
        <w:spacing w:after="0"/>
      </w:pPr>
    </w:p>
    <w:p>
      <w:pPr>
        <w:spacing w:after="0"/>
      </w:pPr>
      <w:r>
        <w:rPr>
          <w:rFonts w:ascii="Arial" w:hAnsi="Arial"/>
          <w:b/>
          <w:sz w:val="22"/>
        </w:rPr>
        <w:t xml:space="preserve">Speaker 1  </w:t>
      </w:r>
      <w:r>
        <w:rPr>
          <w:rFonts w:ascii="Arial" w:hAnsi="Arial"/>
          <w:color w:val="5D7284"/>
          <w:sz w:val="22"/>
        </w:rPr>
        <w:t>36:55</w:t>
      </w:r>
    </w:p>
    <w:p>
      <w:pPr>
        <w:spacing w:after="0"/>
      </w:pPr>
      <w:r>
        <w:rPr>
          <w:rFonts w:ascii="Arial" w:hAnsi="Arial"/>
          <w:sz w:val="22"/>
        </w:rPr>
        <w:t>not not not not really a stalker's dream when you see the show. It's it's well. It's not. It's not that it's big, but it's just it is very noticeable and it's very eye catching. So, and and that was.</w:t>
      </w:r>
    </w:p>
    <w:p>
      <w:pPr>
        <w:spacing w:after="0"/>
      </w:pPr>
    </w:p>
    <w:p>
      <w:pPr>
        <w:spacing w:after="0"/>
      </w:pPr>
      <w:r>
        <w:rPr>
          <w:rFonts w:ascii="Arial" w:hAnsi="Arial"/>
          <w:b/>
          <w:sz w:val="22"/>
        </w:rPr>
        <w:t xml:space="preserve">Lucy  </w:t>
      </w:r>
      <w:r>
        <w:rPr>
          <w:rFonts w:ascii="Arial" w:hAnsi="Arial"/>
          <w:color w:val="5D7284"/>
          <w:sz w:val="22"/>
        </w:rPr>
        <w:t>37:08</w:t>
      </w:r>
    </w:p>
    <w:p>
      <w:pPr>
        <w:spacing w:after="0"/>
      </w:pPr>
      <w:r>
        <w:rPr>
          <w:rFonts w:ascii="Arial" w:hAnsi="Arial"/>
          <w:sz w:val="22"/>
        </w:rPr>
        <w:t>Is it comfortable to sit in? Is it comfortable to use?</w:t>
      </w:r>
    </w:p>
    <w:p>
      <w:pPr>
        <w:spacing w:after="0"/>
      </w:pPr>
    </w:p>
    <w:p>
      <w:pPr>
        <w:spacing w:after="0"/>
      </w:pPr>
      <w:r>
        <w:rPr>
          <w:rFonts w:ascii="Arial" w:hAnsi="Arial"/>
          <w:b/>
          <w:sz w:val="22"/>
        </w:rPr>
        <w:t xml:space="preserve">Speaker 1  </w:t>
      </w:r>
      <w:r>
        <w:rPr>
          <w:rFonts w:ascii="Arial" w:hAnsi="Arial"/>
          <w:color w:val="5D7284"/>
          <w:sz w:val="22"/>
        </w:rPr>
        <w:t>37:12</w:t>
      </w:r>
    </w:p>
    <w:p>
      <w:pPr>
        <w:spacing w:after="0"/>
      </w:pPr>
      <w:r>
        <w:rPr>
          <w:rFonts w:ascii="Arial" w:hAnsi="Arial"/>
          <w:sz w:val="22"/>
        </w:rPr>
        <w:t>So, the the chair has Owens or a a manufacturer in the cycling world that I know nothing about, obviously, but they do suspension system. You know, high on that curve. I'm in good company here. I'm in good company. All right. So</w:t>
      </w:r>
    </w:p>
    <w:p>
      <w:pPr>
        <w:spacing w:after="0"/>
      </w:pPr>
    </w:p>
    <w:p>
      <w:pPr>
        <w:spacing w:after="0"/>
      </w:pPr>
      <w:r>
        <w:rPr>
          <w:rFonts w:ascii="Arial" w:hAnsi="Arial"/>
          <w:b/>
          <w:sz w:val="22"/>
        </w:rPr>
        <w:t xml:space="preserve">Alice  </w:t>
      </w:r>
      <w:r>
        <w:rPr>
          <w:rFonts w:ascii="Arial" w:hAnsi="Arial"/>
          <w:color w:val="5D7284"/>
          <w:sz w:val="22"/>
        </w:rPr>
        <w:t>37:31</w:t>
      </w:r>
    </w:p>
    <w:p>
      <w:pPr>
        <w:spacing w:after="0"/>
      </w:pPr>
      <w:r>
        <w:rPr>
          <w:rFonts w:ascii="Arial" w:hAnsi="Arial"/>
          <w:sz w:val="22"/>
        </w:rPr>
        <w:t>we can talk about that.</w:t>
      </w:r>
    </w:p>
    <w:p>
      <w:pPr>
        <w:spacing w:after="0"/>
      </w:pPr>
    </w:p>
    <w:p>
      <w:pPr>
        <w:spacing w:after="0"/>
      </w:pPr>
      <w:r>
        <w:rPr>
          <w:rFonts w:ascii="Arial" w:hAnsi="Arial"/>
          <w:b/>
          <w:sz w:val="22"/>
        </w:rPr>
        <w:t xml:space="preserve">Speaker 1  </w:t>
      </w:r>
      <w:r>
        <w:rPr>
          <w:rFonts w:ascii="Arial" w:hAnsi="Arial"/>
          <w:color w:val="5D7284"/>
          <w:sz w:val="22"/>
        </w:rPr>
        <w:t>37:33</w:t>
      </w:r>
    </w:p>
    <w:p>
      <w:pPr>
        <w:spacing w:after="0"/>
      </w:pPr>
      <w:r>
        <w:rPr>
          <w:rFonts w:ascii="Arial" w:hAnsi="Arial"/>
          <w:sz w:val="22"/>
        </w:rPr>
        <w:t>Chin. Yeah, we can have a chat about that. All right. But they are apparently they're a big sort of brand within the cycling community, and they and Jenny put an Orland suspension system into the seat of the chair. So having having suspension actually because the way the self balancing technology works with the gyros trying to keep the chair upright all the time, it would be impossible, too much processing power for the Jarrows to try and work that out. If you had suspension built into the wheels like a car does, yeah. So the suspension is in the seat to cushion the rider, and you know that that is a really great system. And in fact, truck drivers have a same sort of similar sort of thing. Sometimes you see,</w:t>
      </w:r>
    </w:p>
    <w:p>
      <w:pPr>
        <w:spacing w:after="0"/>
      </w:pPr>
    </w:p>
    <w:p>
      <w:pPr>
        <w:spacing w:after="0"/>
      </w:pPr>
      <w:r>
        <w:rPr>
          <w:rFonts w:ascii="Arial" w:hAnsi="Arial"/>
          <w:b/>
          <w:sz w:val="22"/>
        </w:rPr>
        <w:t xml:space="preserve">Lucy  </w:t>
      </w:r>
      <w:r>
        <w:rPr>
          <w:rFonts w:ascii="Arial" w:hAnsi="Arial"/>
          <w:color w:val="5D7284"/>
          <w:sz w:val="22"/>
        </w:rPr>
        <w:t>38:21</w:t>
      </w:r>
    </w:p>
    <w:p>
      <w:pPr>
        <w:spacing w:after="0"/>
      </w:pPr>
      <w:r>
        <w:rPr>
          <w:rFonts w:ascii="Arial" w:hAnsi="Arial"/>
          <w:sz w:val="22"/>
        </w:rPr>
        <w:t>don't drivers, and they're in the they're in the driving seat, and their chair is like bouncy, a little bit.</w:t>
      </w:r>
    </w:p>
    <w:p>
      <w:pPr>
        <w:spacing w:after="0"/>
      </w:pPr>
    </w:p>
    <w:p>
      <w:pPr>
        <w:spacing w:after="0"/>
      </w:pPr>
      <w:r>
        <w:rPr>
          <w:rFonts w:ascii="Arial" w:hAnsi="Arial"/>
          <w:b/>
          <w:sz w:val="22"/>
        </w:rPr>
        <w:t xml:space="preserve">Speaker 1  </w:t>
      </w:r>
      <w:r>
        <w:rPr>
          <w:rFonts w:ascii="Arial" w:hAnsi="Arial"/>
          <w:color w:val="5D7284"/>
          <w:sz w:val="22"/>
        </w:rPr>
        <w:t>38:29</w:t>
      </w:r>
    </w:p>
    <w:p>
      <w:pPr>
        <w:spacing w:after="0"/>
      </w:pPr>
      <w:r>
        <w:rPr>
          <w:rFonts w:ascii="Arial" w:hAnsi="Arial"/>
          <w:sz w:val="22"/>
        </w:rPr>
        <w:t>Yeah.</w:t>
      </w:r>
    </w:p>
    <w:p>
      <w:pPr>
        <w:spacing w:after="0"/>
      </w:pPr>
    </w:p>
    <w:p>
      <w:pPr>
        <w:spacing w:after="0"/>
      </w:pPr>
      <w:r>
        <w:rPr>
          <w:rFonts w:ascii="Arial" w:hAnsi="Arial"/>
          <w:b/>
          <w:sz w:val="22"/>
        </w:rPr>
        <w:t xml:space="preserve">Lucy  </w:t>
      </w:r>
      <w:r>
        <w:rPr>
          <w:rFonts w:ascii="Arial" w:hAnsi="Arial"/>
          <w:color w:val="5D7284"/>
          <w:sz w:val="22"/>
        </w:rPr>
        <w:t>38:30</w:t>
      </w:r>
    </w:p>
    <w:p>
      <w:pPr>
        <w:spacing w:after="0"/>
      </w:pPr>
      <w:r>
        <w:rPr>
          <w:rFonts w:ascii="Arial" w:hAnsi="Arial"/>
          <w:sz w:val="22"/>
        </w:rPr>
        <w:t>So it's obviously the same same sort of thing. I mean, I could do I could do with having suspension put in my wheelchair, my standard wheel chair anyway, because I went to Cambridge a while ago, not not that long ago actually, and there were so many cobbles everywhere, like on even pavement. And by the time I think we were there for like three days, but by like day two, I was like, I think my body is broken, like it really is uncomfortable. Yeah, totally. Yeah, I was like, can we just go and sit on some grass for a little while. So yeah, I think we should have that built in as standard, please. But yeah, I'm so I'm so glad that it's comfortable because like there'd be nothing worse, would there, than having all this kit around you and sitting in a really uncomfortable seat, going</w:t>
      </w:r>
    </w:p>
    <w:p>
      <w:pPr>
        <w:spacing w:after="0"/>
      </w:pPr>
    </w:p>
    <w:p>
      <w:pPr>
        <w:spacing w:after="0"/>
      </w:pPr>
      <w:r>
        <w:rPr>
          <w:rFonts w:ascii="Arial" w:hAnsi="Arial"/>
          <w:b/>
          <w:sz w:val="22"/>
        </w:rPr>
        <w:t xml:space="preserve">Speaker 1  </w:t>
      </w:r>
      <w:r>
        <w:rPr>
          <w:rFonts w:ascii="Arial" w:hAnsi="Arial"/>
          <w:color w:val="5D7284"/>
          <w:sz w:val="22"/>
        </w:rPr>
        <w:t>39:16</w:t>
      </w:r>
    </w:p>
    <w:p>
      <w:pPr>
        <w:spacing w:after="0"/>
      </w:pPr>
      <w:r>
        <w:rPr>
          <w:rFonts w:ascii="Arial" w:hAnsi="Arial"/>
          <w:sz w:val="22"/>
        </w:rPr>
        <w:t>oh totally yeah you know yeah,</w:t>
      </w:r>
    </w:p>
    <w:p>
      <w:pPr>
        <w:spacing w:after="0"/>
      </w:pPr>
    </w:p>
    <w:p>
      <w:pPr>
        <w:spacing w:after="0"/>
      </w:pPr>
      <w:r>
        <w:rPr>
          <w:rFonts w:ascii="Arial" w:hAnsi="Arial"/>
          <w:b/>
          <w:sz w:val="22"/>
        </w:rPr>
        <w:t xml:space="preserve">Lucy  </w:t>
      </w:r>
      <w:r>
        <w:rPr>
          <w:rFonts w:ascii="Arial" w:hAnsi="Arial"/>
          <w:color w:val="5D7284"/>
          <w:sz w:val="22"/>
        </w:rPr>
        <w:t>39:18</w:t>
      </w:r>
    </w:p>
    <w:p>
      <w:pPr>
        <w:spacing w:after="0"/>
      </w:pPr>
      <w:r>
        <w:rPr>
          <w:rFonts w:ascii="Arial" w:hAnsi="Arial"/>
          <w:sz w:val="22"/>
        </w:rPr>
        <w:t>so</w:t>
      </w:r>
    </w:p>
    <w:p>
      <w:pPr>
        <w:spacing w:after="0"/>
      </w:pPr>
    </w:p>
    <w:p>
      <w:pPr>
        <w:spacing w:after="0"/>
      </w:pPr>
      <w:r>
        <w:rPr>
          <w:rFonts w:ascii="Arial" w:hAnsi="Arial"/>
          <w:b/>
          <w:sz w:val="22"/>
        </w:rPr>
        <w:t xml:space="preserve">Speaker 1  </w:t>
      </w:r>
      <w:r>
        <w:rPr>
          <w:rFonts w:ascii="Arial" w:hAnsi="Arial"/>
          <w:color w:val="5D7284"/>
          <w:sz w:val="22"/>
        </w:rPr>
        <w:t>39:19</w:t>
      </w:r>
    </w:p>
    <w:p>
      <w:pPr>
        <w:spacing w:after="0"/>
      </w:pPr>
      <w:r>
        <w:rPr>
          <w:rFonts w:ascii="Arial" w:hAnsi="Arial"/>
          <w:sz w:val="22"/>
        </w:rPr>
        <w:t>absolutely</w:t>
      </w:r>
    </w:p>
    <w:p>
      <w:pPr>
        <w:spacing w:after="0"/>
      </w:pPr>
    </w:p>
    <w:p>
      <w:pPr>
        <w:spacing w:after="0"/>
      </w:pPr>
      <w:r>
        <w:rPr>
          <w:rFonts w:ascii="Arial" w:hAnsi="Arial"/>
          <w:b/>
          <w:sz w:val="22"/>
        </w:rPr>
        <w:t xml:space="preserve">Lucy  </w:t>
      </w:r>
      <w:r>
        <w:rPr>
          <w:rFonts w:ascii="Arial" w:hAnsi="Arial"/>
          <w:color w:val="5D7284"/>
          <w:sz w:val="22"/>
        </w:rPr>
        <w:t>39:20</w:t>
      </w:r>
    </w:p>
    <w:p>
      <w:pPr>
        <w:spacing w:after="0"/>
      </w:pPr>
      <w:r>
        <w:rPr>
          <w:rFonts w:ascii="Arial" w:hAnsi="Arial"/>
          <w:sz w:val="22"/>
        </w:rPr>
        <w:t>it's I think that's really good that that you are also comfortable. Like you've obviously thought that's a very</w:t>
      </w:r>
    </w:p>
    <w:p>
      <w:pPr>
        <w:spacing w:after="0"/>
      </w:pPr>
    </w:p>
    <w:p>
      <w:pPr>
        <w:spacing w:after="0"/>
      </w:pPr>
      <w:r>
        <w:rPr>
          <w:rFonts w:ascii="Arial" w:hAnsi="Arial"/>
          <w:b/>
          <w:sz w:val="22"/>
        </w:rPr>
        <w:t xml:space="preserve">Speaker 1  </w:t>
      </w:r>
      <w:r>
        <w:rPr>
          <w:rFonts w:ascii="Arial" w:hAnsi="Arial"/>
          <w:color w:val="5D7284"/>
          <w:sz w:val="22"/>
        </w:rPr>
        <w:t>39:25</w:t>
      </w:r>
    </w:p>
    <w:p>
      <w:pPr>
        <w:spacing w:after="0"/>
      </w:pPr>
      <w:r>
        <w:rPr>
          <w:rFonts w:ascii="Arial" w:hAnsi="Arial"/>
          <w:sz w:val="22"/>
        </w:rPr>
        <w:t>very comfortable place to be. Yeah, yeah,</w:t>
      </w:r>
    </w:p>
    <w:p>
      <w:pPr>
        <w:spacing w:after="0"/>
      </w:pPr>
    </w:p>
    <w:p>
      <w:pPr>
        <w:spacing w:after="0"/>
      </w:pPr>
      <w:r>
        <w:rPr>
          <w:rFonts w:ascii="Arial" w:hAnsi="Arial"/>
          <w:b/>
          <w:sz w:val="22"/>
        </w:rPr>
        <w:t xml:space="preserve">Lucy  </w:t>
      </w:r>
      <w:r>
        <w:rPr>
          <w:rFonts w:ascii="Arial" w:hAnsi="Arial"/>
          <w:color w:val="5D7284"/>
          <w:sz w:val="22"/>
        </w:rPr>
        <w:t>39:28</w:t>
      </w:r>
    </w:p>
    <w:p>
      <w:pPr>
        <w:spacing w:after="0"/>
      </w:pPr>
      <w:r>
        <w:rPr>
          <w:rFonts w:ascii="Arial" w:hAnsi="Arial"/>
          <w:sz w:val="22"/>
        </w:rPr>
        <w:t>good. And</w:t>
      </w:r>
    </w:p>
    <w:p>
      <w:pPr>
        <w:spacing w:after="0"/>
      </w:pPr>
    </w:p>
    <w:p>
      <w:pPr>
        <w:spacing w:after="0"/>
      </w:pPr>
      <w:r>
        <w:rPr>
          <w:rFonts w:ascii="Arial" w:hAnsi="Arial"/>
          <w:b/>
          <w:sz w:val="22"/>
        </w:rPr>
        <w:t xml:space="preserve">Speaker 1  </w:t>
      </w:r>
      <w:r>
        <w:rPr>
          <w:rFonts w:ascii="Arial" w:hAnsi="Arial"/>
          <w:color w:val="5D7284"/>
          <w:sz w:val="22"/>
        </w:rPr>
        <w:t>39:28</w:t>
      </w:r>
    </w:p>
    <w:p>
      <w:pPr>
        <w:spacing w:after="0"/>
      </w:pPr>
      <w:r>
        <w:rPr>
          <w:rFonts w:ascii="Arial" w:hAnsi="Arial"/>
          <w:sz w:val="22"/>
        </w:rPr>
        <w:t>it has a Tarda, Tarta are an Italian backrest company, um, and they've they've used Tarta for the last number of um iterations of Jenny, um Jenny's spot with the G. If anyone's wondering and wants to look it up, but the the tart of backrest is a bit like a an armadillo. It it sort of it it consists of a number of different strands of the backrest that can actually be molded into your body, so you can actually you know sculpt your your frame around or sculpt the the backrest around your your. Individual frame, which is great, but you know it's very supportive. It's great.</w:t>
      </w:r>
    </w:p>
    <w:p>
      <w:pPr>
        <w:spacing w:after="0"/>
      </w:pPr>
    </w:p>
    <w:p>
      <w:pPr>
        <w:spacing w:after="0"/>
      </w:pPr>
      <w:r>
        <w:rPr>
          <w:rFonts w:ascii="Arial" w:hAnsi="Arial"/>
          <w:b/>
          <w:sz w:val="22"/>
        </w:rPr>
        <w:t xml:space="preserve">Lucy  </w:t>
      </w:r>
      <w:r>
        <w:rPr>
          <w:rFonts w:ascii="Arial" w:hAnsi="Arial"/>
          <w:color w:val="5D7284"/>
          <w:sz w:val="22"/>
        </w:rPr>
        <w:t>40:05</w:t>
      </w:r>
    </w:p>
    <w:p>
      <w:pPr>
        <w:spacing w:after="0"/>
      </w:pPr>
      <w:r>
        <w:rPr>
          <w:rFonts w:ascii="Arial" w:hAnsi="Arial"/>
          <w:sz w:val="22"/>
        </w:rPr>
        <w:t>That's what is. I think it's such a it's such a wonderful thing. Like the way you're describing it is such a wonderful thing, and it's no, I'm I'm proper geeking. I want to go back and do my foundation degree again, please. Can I do it again? I can do better this time, but you know</w:t>
      </w:r>
    </w:p>
    <w:p>
      <w:pPr>
        <w:spacing w:after="0"/>
      </w:pPr>
    </w:p>
    <w:p>
      <w:pPr>
        <w:spacing w:after="0"/>
      </w:pPr>
      <w:r>
        <w:rPr>
          <w:rFonts w:ascii="Arial" w:hAnsi="Arial"/>
          <w:b/>
          <w:sz w:val="22"/>
        </w:rPr>
        <w:t xml:space="preserve">Speaker 1  </w:t>
      </w:r>
      <w:r>
        <w:rPr>
          <w:rFonts w:ascii="Arial" w:hAnsi="Arial"/>
          <w:color w:val="5D7284"/>
          <w:sz w:val="22"/>
        </w:rPr>
        <w:t>40:23</w:t>
      </w:r>
    </w:p>
    <w:p>
      <w:pPr>
        <w:spacing w:after="0"/>
      </w:pPr>
      <w:r>
        <w:rPr>
          <w:rFonts w:ascii="Arial" w:hAnsi="Arial"/>
          <w:sz w:val="22"/>
        </w:rPr>
        <w:t>it's it's interesting though. But it's it's it's funny how you know despite having launch, you know we did our commercial launch at a big media production show called IB C in Amsterdam last year. So that was when we you know we we got it all finished. We were ready to take it to market, and that that that was great to do, and the the reason I'm mentioning that is that the innovation doesn't stop there. You know, it's it's always happening, always looking for how to improve it, how to make it better, what other features we can add. You know, even one of the things that we spotted a number of months ago, we we did a demo for ITV, and you know, at the moment, you you know the system the the camera system is set on a the height is on a sort of scaff, so the the whole thing is rigged on a scaffold pole over to the side of the chair, and at the moment you pre set the height so you can just you know rig it up and pre set the height depending on what height you want to shoot at, and it's fix. In an ideal world, you would have something that you can alter the height on the fly, but that becomes very difficult because there's a payload limit on the overall chair of 120 kg. So we had to build everything around those weight limits, and make sure that that was as light as possible. Because you, you know, although you could get close or or right on the limit of the payload, you don't want to impact performance or safety in any way. So, you know, we sort of looking at this, we we were in ITV, and they gave us, you know, an opportunity to go around and have a look at their studios we were in this morning and Good Morning Britain, and it it really became very apparent the need for this in a studio setting because, you know, one one of the typical scenarios that we discussed that that could be really valuable is that you're in I think it's this morning, and you have the presenters sitting on the sofa, and then next thing they would get up and walk over to the kitchen and then do like a cookery demo with Gino De Campo or something like that, where they're standing and round the kitchen. So, looking at it now, we're in sort of testing stages of an actuator, so we've developed an actuator, which is basically a a moving piece of technology that allows us to adjust the height on the fly. But there is a compromise to that, so we strip out some of the image stabilization technology, which actually isn't needed in a studio environment. You know, so this is just purely for our studio version. We have three. We have actually three versions of Cares now that we've developed for different workflows. So this the studio environment and the studio version now will mean that you can raise and lower the height. Great for those studio settings. You just don't need that, you know, rough terrain level image stabilization because you're in that sort of perfectly flat, smooth surface. And then we've got another one called Carus Rover. So Carus Rover is basically for journalists for outside broadcast. So if you imagine a journalist that's doing an interview outside 10 Downing Street, you know, this is think of like an all-in-one studio that has a thing called Live View, which all the big news crews and studios use across the UK. BBC, Sky News use this, and it's used by camera teams to get the signal back to the studio, and it broadcasts the signal back, and it can do that via a Starlink or by the mobile phone network or Wi-Fi or whatever else. But it uses a number of different ways that it can connect and get that feedback seamlessly. So we've partnered with Live View to integrate that with our Rover version.</w:t>
      </w:r>
    </w:p>
    <w:p>
      <w:pPr>
        <w:spacing w:after="0"/>
      </w:pPr>
    </w:p>
    <w:p>
      <w:pPr>
        <w:spacing w:after="0"/>
      </w:pPr>
      <w:r>
        <w:rPr>
          <w:rFonts w:ascii="Arial" w:hAnsi="Arial"/>
          <w:b/>
          <w:sz w:val="22"/>
        </w:rPr>
        <w:t xml:space="preserve">Speaker 1  </w:t>
      </w:r>
      <w:r>
        <w:rPr>
          <w:rFonts w:ascii="Arial" w:hAnsi="Arial"/>
          <w:color w:val="5D7284"/>
          <w:sz w:val="22"/>
        </w:rPr>
        <w:t>44:16</w:t>
      </w:r>
    </w:p>
    <w:p>
      <w:pPr>
        <w:spacing w:after="0"/>
      </w:pPr>
      <w:r>
        <w:rPr>
          <w:rFonts w:ascii="Arial" w:hAnsi="Arial"/>
          <w:sz w:val="22"/>
        </w:rPr>
        <w:t>It also has all the onboard power, LED lighting that you need to illuminate the presenter when they're out in the field, audio, and then it also has a tele prompter that's on the front of the lens for for presenters if they need that, and it even has you know knowing the British weather, yeah, it has a custom broad system and the presenter from the element, so I really could have done with you 20</w:t>
      </w:r>
    </w:p>
    <w:p>
      <w:pPr>
        <w:spacing w:after="0"/>
      </w:pPr>
    </w:p>
    <w:p>
      <w:pPr>
        <w:spacing w:after="0"/>
      </w:pPr>
      <w:r>
        <w:rPr>
          <w:rFonts w:ascii="Arial" w:hAnsi="Arial"/>
          <w:b/>
          <w:sz w:val="22"/>
        </w:rPr>
        <w:t xml:space="preserve">Lucy  </w:t>
      </w:r>
      <w:r>
        <w:rPr>
          <w:rFonts w:ascii="Arial" w:hAnsi="Arial"/>
          <w:color w:val="5D7284"/>
          <w:sz w:val="22"/>
        </w:rPr>
        <w:t>44:44</w:t>
      </w:r>
    </w:p>
    <w:p>
      <w:pPr>
        <w:spacing w:after="0"/>
      </w:pPr>
      <w:r>
        <w:rPr>
          <w:rFonts w:ascii="Arial" w:hAnsi="Arial"/>
          <w:sz w:val="22"/>
        </w:rPr>
        <w:t>years ago. Yeah, honestly, so good. And</w:t>
      </w:r>
    </w:p>
    <w:p>
      <w:pPr>
        <w:spacing w:after="0"/>
      </w:pPr>
    </w:p>
    <w:p>
      <w:pPr>
        <w:spacing w:after="0"/>
      </w:pPr>
      <w:r>
        <w:rPr>
          <w:rFonts w:ascii="Arial" w:hAnsi="Arial"/>
          <w:b/>
          <w:sz w:val="22"/>
        </w:rPr>
        <w:t xml:space="preserve">Speaker 1  </w:t>
      </w:r>
      <w:r>
        <w:rPr>
          <w:rFonts w:ascii="Arial" w:hAnsi="Arial"/>
          <w:color w:val="5D7284"/>
          <w:sz w:val="22"/>
        </w:rPr>
        <w:t>44:50</w:t>
      </w:r>
    </w:p>
    <w:p>
      <w:pPr>
        <w:spacing w:after="0"/>
      </w:pPr>
      <w:r>
        <w:rPr>
          <w:rFonts w:ascii="Arial" w:hAnsi="Arial"/>
          <w:sz w:val="22"/>
        </w:rPr>
        <w:t>then, and then the other one, you know, Car's Vista is now the name for our current model, which is our all-in-one. You know, it's an all-rounder that you can use both. Indoors and outdoors, so yeah.</w:t>
      </w:r>
    </w:p>
    <w:p>
      <w:pPr>
        <w:spacing w:after="0"/>
      </w:pPr>
    </w:p>
    <w:p>
      <w:pPr>
        <w:spacing w:after="0"/>
      </w:pPr>
      <w:r>
        <w:rPr>
          <w:rFonts w:ascii="Arial" w:hAnsi="Arial"/>
          <w:b/>
          <w:sz w:val="22"/>
        </w:rPr>
        <w:t xml:space="preserve">Lucy  </w:t>
      </w:r>
      <w:r>
        <w:rPr>
          <w:rFonts w:ascii="Arial" w:hAnsi="Arial"/>
          <w:color w:val="5D7284"/>
          <w:sz w:val="22"/>
        </w:rPr>
        <w:t>45:02</w:t>
      </w:r>
    </w:p>
    <w:p>
      <w:pPr>
        <w:spacing w:after="0"/>
      </w:pPr>
      <w:r>
        <w:rPr>
          <w:rFonts w:ascii="Arial" w:hAnsi="Arial"/>
          <w:sz w:val="22"/>
        </w:rPr>
        <w:t>And I think it's so great that people like ITV are are willing to sort of open up their studios and go come and have a look, see how this could work or what you need to innovate to make it work in our environment.</w:t>
      </w:r>
    </w:p>
    <w:p>
      <w:pPr>
        <w:spacing w:after="0"/>
      </w:pPr>
    </w:p>
    <w:p>
      <w:pPr>
        <w:spacing w:after="0"/>
      </w:pPr>
      <w:r>
        <w:rPr>
          <w:rFonts w:ascii="Arial" w:hAnsi="Arial"/>
          <w:b/>
          <w:sz w:val="22"/>
        </w:rPr>
        <w:t xml:space="preserve">Speaker 1  </w:t>
      </w:r>
      <w:r>
        <w:rPr>
          <w:rFonts w:ascii="Arial" w:hAnsi="Arial"/>
          <w:color w:val="5D7284"/>
          <w:sz w:val="22"/>
        </w:rPr>
        <w:t>45:15</w:t>
      </w:r>
    </w:p>
    <w:p>
      <w:pPr>
        <w:spacing w:after="0"/>
      </w:pPr>
      <w:r>
        <w:rPr>
          <w:rFonts w:ascii="Arial" w:hAnsi="Arial"/>
          <w:sz w:val="22"/>
        </w:rPr>
        <w:t>Completely, yeah, you're you're absolutely right. But I think you know the the real thing is now taking that from, you know, paying lip service to actually something genuine, and and really getting this onto some meaningful productions and investing in it, and you know that that is where we're at now in terms of taking this to the next level. So we're trying to raise investments, we're you know looking to obviously scale this up significantly, but it's now at the stage where we need to have the industry really take it seriously. And I mean that there is obviously a process to get to that point. You know, we're trying to do that by proving this on set and getting it onto as number as many different productions as possible, so that you know we're building up that use case. We're showing you know we're getting all those testimonials from different DOPs, directors, producers, and camera operators, and and you know yeah, look, there's a long road ahead, no no doubt, but we're we're off to a good start, and definitely encouraged to see what what lies ahead.</w:t>
      </w:r>
    </w:p>
    <w:p>
      <w:pPr>
        <w:spacing w:after="0"/>
      </w:pPr>
    </w:p>
    <w:p>
      <w:pPr>
        <w:spacing w:after="0"/>
      </w:pPr>
      <w:r>
        <w:rPr>
          <w:rFonts w:ascii="Arial" w:hAnsi="Arial"/>
          <w:b/>
          <w:sz w:val="22"/>
        </w:rPr>
        <w:t xml:space="preserve">Alice  </w:t>
      </w:r>
      <w:r>
        <w:rPr>
          <w:rFonts w:ascii="Arial" w:hAnsi="Arial"/>
          <w:color w:val="5D7284"/>
          <w:sz w:val="22"/>
        </w:rPr>
        <w:t>46:23</w:t>
      </w:r>
    </w:p>
    <w:p>
      <w:pPr>
        <w:spacing w:after="0"/>
      </w:pPr>
      <w:r>
        <w:rPr>
          <w:rFonts w:ascii="Arial" w:hAnsi="Arial"/>
          <w:sz w:val="22"/>
        </w:rPr>
        <w:t>That's that's really exciting, and I think it's you know it's one of the things again we we've talked about in the past, haven't we, Lucy? About that, you know the the mental and emotional load of it being the disabled person's responsibility to continually kind of prove people otherwise and and prove themselves, and it sounds like that's sort of part of the journey that you're on at the moment. But I think that it's, I think one of the things that's you know that's that's really interesting about what you're doing is that often times when we we see technology that's been developed kind of for disabled people, it it often begins from a non disabled person going. This is what I think disabled people need, and I think one of the things again, you know, the the example of the the smart glasses is that it's one of those things where actually disabled people came along and went, we could use it for this. This is something that that this is how we can innovate in this area to make this something that is, you know, accessible and inclusive and and an opportunity grower for us. You know, listening to you talk about the work that you've been doing in in the development and that you know the story you told about going into the ITB studios is it's really your lived experience that is feeding and your your knowledge and understanding of actually being a disabled person that's feeding the the growth and the the innovation, which I think is also really really exciting and and something that's really kind of to be to be</w:t>
      </w:r>
    </w:p>
    <w:p>
      <w:pPr>
        <w:spacing w:after="0"/>
      </w:pPr>
    </w:p>
    <w:p>
      <w:pPr>
        <w:spacing w:after="0"/>
      </w:pPr>
      <w:r>
        <w:rPr>
          <w:rFonts w:ascii="Arial" w:hAnsi="Arial"/>
          <w:b/>
          <w:sz w:val="22"/>
        </w:rPr>
        <w:t xml:space="preserve">Speaker 1  </w:t>
      </w:r>
      <w:r>
        <w:rPr>
          <w:rFonts w:ascii="Arial" w:hAnsi="Arial"/>
          <w:color w:val="5D7284"/>
          <w:sz w:val="22"/>
        </w:rPr>
        <w:t>47:59</w:t>
      </w:r>
    </w:p>
    <w:p>
      <w:pPr>
        <w:spacing w:after="0"/>
      </w:pPr>
      <w:r>
        <w:rPr>
          <w:rFonts w:ascii="Arial" w:hAnsi="Arial"/>
          <w:sz w:val="22"/>
        </w:rPr>
        <w:t>championed. That's right, and I just, I, I think it's just unfortunate that there aren't any. I mean, I don't mean to sound arrogant by saying this, but there, there aren't any others like me at this sort of level in the industry that are, you know, have been able to look through the lens in the way that I have, and it's because of those buyers that exist, you know. And I think this is what I'm trying to change through this work and identifying this new sort of role around inclusive production to try and help really show show other people's disabilities the opportunity that exists through technology, because you know people without disabilities are are just you know, as you say, they they may half baked something with the best of intent even, but you know I I think it's really it's a it's a very difficult landscape to start off with because I think so many people are ruled out from what they see from social media, and you know, I think that that initial thing. If you're if you're a student now and you're coming into the industry to work, and you see all these social media feeds of you know camera operators, steadicam operators, and gaffers, people climbing up you know rigs and you know assembling sets and you know running up scaffolds to hang a light or something like that. It it automatically is very off putting because you can't foresee any other way that you could participate in in a meaningful way, um, given your circumstances. And I think that, um, you know that that definitely has put off a lot of people to start off with. You know, before even that they get to the stage of questioning whether there's another way, so I think there's a lot that has to be done because I I guess in many ways I was expecting the floodgates to open once we had launched this that there would be you know a lot of disabled camera operators knocking. The door, but I think it's you know largely because of what I've you know mentioned there that there's there's still a lot of ground work that has to be done to really let people see that that there there now is this technology that that will help and give you that opportunity and chance to have a career and have a career path. It makes me think</w:t>
      </w:r>
    </w:p>
    <w:p>
      <w:pPr>
        <w:spacing w:after="0"/>
      </w:pPr>
    </w:p>
    <w:p>
      <w:pPr>
        <w:spacing w:after="0"/>
      </w:pPr>
      <w:r>
        <w:rPr>
          <w:rFonts w:ascii="Arial" w:hAnsi="Arial"/>
          <w:b/>
          <w:sz w:val="22"/>
        </w:rPr>
        <w:t xml:space="preserve">Alice  </w:t>
      </w:r>
      <w:r>
        <w:rPr>
          <w:rFonts w:ascii="Arial" w:hAnsi="Arial"/>
          <w:color w:val="5D7284"/>
          <w:sz w:val="22"/>
        </w:rPr>
        <w:t>50:20</w:t>
      </w:r>
    </w:p>
    <w:p>
      <w:pPr>
        <w:spacing w:after="0"/>
      </w:pPr>
      <w:r>
        <w:rPr>
          <w:rFonts w:ascii="Arial" w:hAnsi="Arial"/>
          <w:sz w:val="22"/>
        </w:rPr>
        <w:t>of the thing Lucy's talked about before in in her marketing role is that you know shops will will say well we we don't have a lot of disabled people come here so why do we need to yeah we don't need that and the question back is always well do you think perhaps the reason you don't have disabled people come is because your shop is inaccessible, and and it's the same. I think it's the same, isn't it? People don't see that there's an option for them to be included. Why are they going to put themselves through the emotional? You know, you are you're you're doing the emotional hard work and obviously the physical hard work to to to pave that kind of that that new pathway. Sorry, Lucy. What were you going to say?</w:t>
      </w:r>
    </w:p>
    <w:p>
      <w:pPr>
        <w:spacing w:after="0"/>
      </w:pPr>
    </w:p>
    <w:p>
      <w:pPr>
        <w:spacing w:after="0"/>
      </w:pPr>
      <w:r>
        <w:rPr>
          <w:rFonts w:ascii="Arial" w:hAnsi="Arial"/>
          <w:b/>
          <w:sz w:val="22"/>
        </w:rPr>
        <w:t xml:space="preserve">Speaker 1  </w:t>
      </w:r>
      <w:r>
        <w:rPr>
          <w:rFonts w:ascii="Arial" w:hAnsi="Arial"/>
          <w:color w:val="5D7284"/>
          <w:sz w:val="22"/>
        </w:rPr>
        <w:t>51:05</w:t>
      </w:r>
    </w:p>
    <w:p>
      <w:pPr>
        <w:spacing w:after="0"/>
      </w:pPr>
      <w:r>
        <w:rPr>
          <w:rFonts w:ascii="Arial" w:hAnsi="Arial"/>
          <w:sz w:val="22"/>
        </w:rPr>
        <w:t>Yeah,</w:t>
      </w:r>
    </w:p>
    <w:p>
      <w:pPr>
        <w:spacing w:after="0"/>
      </w:pPr>
    </w:p>
    <w:p>
      <w:pPr>
        <w:spacing w:after="0"/>
      </w:pPr>
      <w:r>
        <w:rPr>
          <w:rFonts w:ascii="Arial" w:hAnsi="Arial"/>
          <w:b/>
          <w:sz w:val="22"/>
        </w:rPr>
        <w:t xml:space="preserve">Lucy  </w:t>
      </w:r>
      <w:r>
        <w:rPr>
          <w:rFonts w:ascii="Arial" w:hAnsi="Arial"/>
          <w:color w:val="5D7284"/>
          <w:sz w:val="22"/>
        </w:rPr>
        <w:t>51:06</w:t>
      </w:r>
    </w:p>
    <w:p>
      <w:pPr>
        <w:spacing w:after="0"/>
      </w:pPr>
      <w:r>
        <w:rPr>
          <w:rFonts w:ascii="Arial" w:hAnsi="Arial"/>
          <w:sz w:val="22"/>
        </w:rPr>
        <w:t>I come. It's all right. I come remember being at school, going in to see the careers advisor, and right from about the age of say eight nine, I knew I wanted to work in television. In fact, my main ambition in life was to become the first Blue Peter presenter in a wheelchair. It's not happened. It's not go. It's not going to happen anymore. But you know, I ended up working in television. But I went from my career's advisor at school, and I said, "There were. What do you want to do when you leave school? And I said, "I want to work in television, and we kind of went. Well, are you sure you don't want to be a travel agent? And I was like, No, it's the most depressing job in the world, booking everybody else's holiday while you're somewhere. It's rain. You can also be</w:t>
      </w:r>
    </w:p>
    <w:p>
      <w:pPr>
        <w:spacing w:after="0"/>
      </w:pPr>
    </w:p>
    <w:p>
      <w:pPr>
        <w:spacing w:after="0"/>
      </w:pPr>
      <w:r>
        <w:rPr>
          <w:rFonts w:ascii="Arial" w:hAnsi="Arial"/>
          <w:b/>
          <w:sz w:val="22"/>
        </w:rPr>
        <w:t xml:space="preserve">Alice  </w:t>
      </w:r>
      <w:r>
        <w:rPr>
          <w:rFonts w:ascii="Arial" w:hAnsi="Arial"/>
          <w:color w:val="5D7284"/>
          <w:sz w:val="22"/>
        </w:rPr>
        <w:t>51:53</w:t>
      </w:r>
    </w:p>
    <w:p>
      <w:pPr>
        <w:spacing w:after="0"/>
      </w:pPr>
      <w:r>
        <w:rPr>
          <w:rFonts w:ascii="Arial" w:hAnsi="Arial"/>
          <w:sz w:val="22"/>
        </w:rPr>
        <w:t>fully redundant by now. When was the last time anybody used a fucking travel</w:t>
      </w:r>
    </w:p>
    <w:p>
      <w:pPr>
        <w:spacing w:after="0"/>
      </w:pPr>
    </w:p>
    <w:p>
      <w:pPr>
        <w:spacing w:after="0"/>
      </w:pPr>
      <w:r>
        <w:rPr>
          <w:rFonts w:ascii="Arial" w:hAnsi="Arial"/>
          <w:b/>
          <w:sz w:val="22"/>
        </w:rPr>
        <w:t xml:space="preserve">Lucy  </w:t>
      </w:r>
      <w:r>
        <w:rPr>
          <w:rFonts w:ascii="Arial" w:hAnsi="Arial"/>
          <w:color w:val="5D7284"/>
          <w:sz w:val="22"/>
        </w:rPr>
        <w:t>51:59</w:t>
      </w:r>
    </w:p>
    <w:p>
      <w:pPr>
        <w:spacing w:after="0"/>
      </w:pPr>
      <w:r>
        <w:rPr>
          <w:rFonts w:ascii="Arial" w:hAnsi="Arial"/>
          <w:sz w:val="22"/>
        </w:rPr>
        <w:t>agent? Exactly. And then, so and then I went to college, and I just ignored everybody else, and I went to college, and I got involved with like hospital radio, local radio, and all that kind of stuff. And then when I was at college, I was in my second year. No, I was not. I was just about to finish my foundation degree. So this is like this is my path now. I'm on this path, and for some reason we had this weird careers advisor go. So what do you want to do after university? And I went, well, I'm going to go and work in telly, and he went, oh, I don't know, Phil, you'll manage. And I was like, are you fucking kidding me? Are you are you kidding me? Cause watch me, like, and it's just I don't know whether it's because I'm just like disabled or whether it's just careers advisors are are in my experience I will caveat that in my experience generally crap and they don't really know what to do with me whether it's they are quite narrow they they've got a version of the industry that is like 20 years old than the person they're talking to. I don't know, but I think there's probably something to</w:t>
      </w:r>
    </w:p>
    <w:p>
      <w:pPr>
        <w:spacing w:after="0"/>
      </w:pPr>
    </w:p>
    <w:p>
      <w:pPr>
        <w:spacing w:after="0"/>
      </w:pPr>
      <w:r>
        <w:rPr>
          <w:rFonts w:ascii="Arial" w:hAnsi="Arial"/>
          <w:b/>
          <w:sz w:val="22"/>
        </w:rPr>
        <w:t xml:space="preserve">Alice  </w:t>
      </w:r>
      <w:r>
        <w:rPr>
          <w:rFonts w:ascii="Arial" w:hAnsi="Arial"/>
          <w:color w:val="5D7284"/>
          <w:sz w:val="22"/>
        </w:rPr>
        <w:t>53:11</w:t>
      </w:r>
    </w:p>
    <w:p>
      <w:pPr>
        <w:spacing w:after="0"/>
      </w:pPr>
      <w:r>
        <w:rPr>
          <w:rFonts w:ascii="Arial" w:hAnsi="Arial"/>
          <w:sz w:val="22"/>
        </w:rPr>
        <w:t>be said that there's not a lot of people who go to their careers advisor at 16 and say, "I want to be a careers advisor when I grow up. It feels like it's the sort of job that you find yourself in because you haven't worked out what you want to do.</w:t>
      </w:r>
    </w:p>
    <w:p>
      <w:pPr>
        <w:spacing w:after="0"/>
      </w:pPr>
    </w:p>
    <w:p>
      <w:pPr>
        <w:spacing w:after="0"/>
      </w:pPr>
      <w:r>
        <w:rPr>
          <w:rFonts w:ascii="Arial" w:hAnsi="Arial"/>
          <w:b/>
          <w:sz w:val="22"/>
        </w:rPr>
        <w:t xml:space="preserve">Lucy  </w:t>
      </w:r>
      <w:r>
        <w:rPr>
          <w:rFonts w:ascii="Arial" w:hAnsi="Arial"/>
          <w:color w:val="5D7284"/>
          <w:sz w:val="22"/>
        </w:rPr>
        <w:t>53:24</w:t>
      </w:r>
    </w:p>
    <w:p>
      <w:pPr>
        <w:spacing w:after="0"/>
      </w:pPr>
      <w:r>
        <w:rPr>
          <w:rFonts w:ascii="Arial" w:hAnsi="Arial"/>
          <w:sz w:val="22"/>
        </w:rPr>
        <w:t>I can't do. I don't know what I want to do. You turn up to see your careers advisor one day.</w:t>
      </w:r>
    </w:p>
    <w:p>
      <w:pPr>
        <w:spacing w:after="0"/>
      </w:pPr>
    </w:p>
    <w:p>
      <w:pPr>
        <w:spacing w:after="0"/>
      </w:pPr>
      <w:r>
        <w:rPr>
          <w:rFonts w:ascii="Arial" w:hAnsi="Arial"/>
          <w:b/>
          <w:sz w:val="22"/>
        </w:rPr>
        <w:t xml:space="preserve">Alice  </w:t>
      </w:r>
      <w:r>
        <w:rPr>
          <w:rFonts w:ascii="Arial" w:hAnsi="Arial"/>
          <w:color w:val="5D7284"/>
          <w:sz w:val="22"/>
        </w:rPr>
        <w:t>53:28</w:t>
      </w:r>
    </w:p>
    <w:p>
      <w:pPr>
        <w:spacing w:after="0"/>
      </w:pPr>
      <w:r>
        <w:rPr>
          <w:rFonts w:ascii="Arial" w:hAnsi="Arial"/>
          <w:sz w:val="22"/>
        </w:rPr>
        <w:t>They're not there, so you just start doing their job, and that's how you become a career advisor. Brilliant. Love it. Love it.</w:t>
      </w:r>
    </w:p>
    <w:p>
      <w:pPr>
        <w:spacing w:after="0"/>
      </w:pPr>
    </w:p>
    <w:p>
      <w:pPr>
        <w:spacing w:after="0"/>
      </w:pPr>
      <w:r>
        <w:rPr>
          <w:rFonts w:ascii="Arial" w:hAnsi="Arial"/>
          <w:b/>
          <w:sz w:val="22"/>
        </w:rPr>
        <w:t xml:space="preserve">Lucy  </w:t>
      </w:r>
      <w:r>
        <w:rPr>
          <w:rFonts w:ascii="Arial" w:hAnsi="Arial"/>
          <w:color w:val="5D7284"/>
          <w:sz w:val="22"/>
        </w:rPr>
        <w:t>53:36</w:t>
      </w:r>
    </w:p>
    <w:p>
      <w:pPr>
        <w:spacing w:after="0"/>
      </w:pPr>
      <w:r>
        <w:rPr>
          <w:rFonts w:ascii="Arial" w:hAnsi="Arial"/>
          <w:sz w:val="22"/>
        </w:rPr>
        <w:t>But it is. It's just. It does make you wonder whether that has also you know things as simple as you know knowledge at school of and having that representation of what it's like to be a to be a camera operator as a disabled person. I knew when I went to college that I was never going to operate a camera, but I knew I was going to get that foundation degree. Call I water. It's just, and I think the only way you're ever going to solve that is by keep doing what you're doing, Chris, and just keep showing it to people and say, "Look, what's possible. You know, we don't live in.</w:t>
      </w:r>
    </w:p>
    <w:p>
      <w:pPr>
        <w:spacing w:after="0"/>
      </w:pPr>
    </w:p>
    <w:p>
      <w:pPr>
        <w:spacing w:after="0"/>
      </w:pPr>
      <w:r>
        <w:rPr>
          <w:rFonts w:ascii="Arial" w:hAnsi="Arial"/>
          <w:b/>
          <w:sz w:val="22"/>
        </w:rPr>
        <w:t xml:space="preserve">Speaker 1  </w:t>
      </w:r>
      <w:r>
        <w:rPr>
          <w:rFonts w:ascii="Arial" w:hAnsi="Arial"/>
          <w:color w:val="5D7284"/>
          <w:sz w:val="22"/>
        </w:rPr>
        <w:t>54:16</w:t>
      </w:r>
    </w:p>
    <w:p>
      <w:pPr>
        <w:spacing w:after="0"/>
      </w:pPr>
      <w:r>
        <w:rPr>
          <w:rFonts w:ascii="Arial" w:hAnsi="Arial"/>
          <w:sz w:val="22"/>
        </w:rPr>
        <w:t>You're right, and that's the thing. I mean, I've, I've, you know, I, I originally set up the first made media as a a production company, sort of mirroring what I was doing back in Ireland. But you know, I I built then I created curated a roster of crew from a number of different communities, and I wanted to sort of widen the net in terms of not just people with disabilities, but for from every underre represented community that that could produce some really you know good quality content and programming for any productions they were commissioned to do that that just didn't take off as much as I had planned or had hoped, but that was because I was. You know, and and this is just something recently that has happened. I've really had to reflect hard on what I wanted to do, and it's always been shooting. It's always been you know being behind the camera. I you know the the production side of things and directing. It's not my. It's not somewhere I'm I'm really comfortable. I've done it so many times, you know, over my 20 year career, but it's you know I I most enjoy being creative and being buying the camera or being you know operating a drone or whatever else. And it's I think the the challenge is that when you're running a business, as as anyone will know, you can have so many different ideas, and with the best of intention to try and grow those things, but you can end up being, I wouldn't say jack well trades master of none is not maybe the the right terminology, but you know when when you get to stage where you're trying to pursue so many things and spin so many plates, you get very little traction, and you're able to, you know, create only very small incremental amounts of growth, and that was what was happening with diversity in media. Because as a single, you know, founder, you know, the only person really involved in the business with a lot of freelance crew, I didn't have the support network of a business partner even that I could lean on, that that I could help, you know, even assign or or work in conjunction with that could maybe someone else could work on another part of the business was I focused on something else, and I I didn't have that luxury like I did when I was back in Ireland, and I you know it it came to a head a number of months ago, where I just had surreal ADHD burnouts, you know, and I just had to pull my socks up and say, right, I've just got to focus on one thing and and strip out everything else. So, as much as we were getting some really interesting work and amazing clients that we were working with. The production arm of the business has now been wound down, and I've been actively doing this sort of rebrand, albeit silently. But just phasing out the production arm of the business to focus solely on cars because it has been a lot of work. You know, it's been six years in development to get it to launch, and we've got, you know, patent pending status in it. You know, within the technology, we've got so many distribution areas now secured with exclusivity agreements with our supply chain. A lot of things locked down and and ready to go to market. So, you know, that's the future for me is just solely on care as now. But but I have to say, it's been a very ground and rewarding process to go through, just to get that clarity. You know, when you have to let go of the the baby as such. You know, as they say, you know, when you have to sort of drop something that that you may be passionate about, and you see that there's a future with, but you know, I think a lot of us have been in those situations where you've got to make those hard decisions and drop something for the sake of something else.</w:t>
      </w:r>
    </w:p>
    <w:p>
      <w:pPr>
        <w:spacing w:after="0"/>
      </w:pPr>
    </w:p>
    <w:p>
      <w:pPr>
        <w:spacing w:after="0"/>
      </w:pPr>
      <w:r>
        <w:rPr>
          <w:rFonts w:ascii="Arial" w:hAnsi="Arial"/>
          <w:b/>
          <w:sz w:val="22"/>
        </w:rPr>
        <w:t xml:space="preserve">Alice  </w:t>
      </w:r>
      <w:r>
        <w:rPr>
          <w:rFonts w:ascii="Arial" w:hAnsi="Arial"/>
          <w:color w:val="5D7284"/>
          <w:sz w:val="22"/>
        </w:rPr>
        <w:t>58:10</w:t>
      </w:r>
    </w:p>
    <w:p>
      <w:pPr>
        <w:spacing w:after="0"/>
      </w:pPr>
      <w:r>
        <w:rPr>
          <w:rFonts w:ascii="Arial" w:hAnsi="Arial"/>
          <w:sz w:val="22"/>
        </w:rPr>
        <w:t>When you're disabled, and it does mean that your your energy sort of the the demand on your energy and on your your focus and just that kind of that disability time tax is is there that you just don't have the you don't necessarily have the capacity to do 1000 things. If you have to drop it down to 999 it doesn't mean it's any better or worse. It's you know about your self preservation and your ability to to to actually you know wouldn't it wouldn't you much rather have one thing that you can give your attention to that succeeds than 10 things that never fully grow into their full potential</w:t>
      </w:r>
    </w:p>
    <w:p>
      <w:pPr>
        <w:spacing w:after="0"/>
      </w:pPr>
    </w:p>
    <w:p>
      <w:pPr>
        <w:spacing w:after="0"/>
      </w:pPr>
      <w:r>
        <w:rPr>
          <w:rFonts w:ascii="Arial" w:hAnsi="Arial"/>
          <w:b/>
          <w:sz w:val="22"/>
        </w:rPr>
        <w:t xml:space="preserve">Lucy  </w:t>
      </w:r>
      <w:r>
        <w:rPr>
          <w:rFonts w:ascii="Arial" w:hAnsi="Arial"/>
          <w:color w:val="5D7284"/>
          <w:sz w:val="22"/>
        </w:rPr>
        <w:t>58:57</w:t>
      </w:r>
    </w:p>
    <w:p>
      <w:pPr>
        <w:spacing w:after="0"/>
      </w:pPr>
      <w:r>
        <w:rPr>
          <w:rFonts w:ascii="Arial" w:hAnsi="Arial"/>
          <w:sz w:val="22"/>
        </w:rPr>
        <w:t>potential and we've we've had to do something very similar with our podcast. You know, we've as as time's gone on, we've changed the way you know the way it runs and the way so it works for us with our energy levels and the time that we can give to it. And it you know because there was a point where it was either we either give up completely and just say, haven't we had a lovely time? Or we find a way to carry on. And Alice and I love doing love doing this together. And we both made the decision. Like we did, neither of us wanted to give it up, so we we changed it to work around us. Because as Alice will sometimes tell me, you know, this is our thing. Nobody can tell us we're doing it wrong because it's at. You know, we've decided this is what how we're going to do. And again, I</w:t>
      </w:r>
    </w:p>
    <w:p>
      <w:pPr>
        <w:spacing w:after="0"/>
      </w:pPr>
    </w:p>
    <w:p>
      <w:pPr>
        <w:spacing w:after="0"/>
      </w:pPr>
      <w:r>
        <w:rPr>
          <w:rFonts w:ascii="Arial" w:hAnsi="Arial"/>
          <w:b/>
          <w:sz w:val="22"/>
        </w:rPr>
        <w:t xml:space="preserve">Alice  </w:t>
      </w:r>
      <w:r>
        <w:rPr>
          <w:rFonts w:ascii="Arial" w:hAnsi="Arial"/>
          <w:color w:val="5D7284"/>
          <w:sz w:val="22"/>
        </w:rPr>
        <w:t>59:47</w:t>
      </w:r>
    </w:p>
    <w:p>
      <w:pPr>
        <w:spacing w:after="0"/>
      </w:pPr>
      <w:r>
        <w:rPr>
          <w:rFonts w:ascii="Arial" w:hAnsi="Arial"/>
          <w:sz w:val="22"/>
        </w:rPr>
        <w:t>think that's that's a little bit the privilege of you know having a disability is that you you learn that you sometimes have to do things differently, and that that might mean changing. Up or doing thing, thinking more creatively, or making decisions to go. What you know, this might be a demand on my time and my energy that isn't worth it for me. And so I think that's one of the things that you know it's it's actually an incredible skill that it gives us. And you know, Caris has grown out of that for for you, Chris. Yeah,</w:t>
      </w:r>
    </w:p>
    <w:p>
      <w:pPr>
        <w:spacing w:after="0"/>
      </w:pPr>
    </w:p>
    <w:p>
      <w:pPr>
        <w:spacing w:after="0"/>
      </w:pPr>
      <w:r>
        <w:rPr>
          <w:rFonts w:ascii="Arial" w:hAnsi="Arial"/>
          <w:b/>
          <w:sz w:val="22"/>
        </w:rPr>
        <w:t xml:space="preserve">Speaker 1  </w:t>
      </w:r>
      <w:r>
        <w:rPr>
          <w:rFonts w:ascii="Arial" w:hAnsi="Arial"/>
          <w:color w:val="5D7284"/>
          <w:sz w:val="22"/>
        </w:rPr>
        <w:t>1:00:21</w:t>
      </w:r>
    </w:p>
    <w:p>
      <w:pPr>
        <w:spacing w:after="0"/>
      </w:pPr>
      <w:r>
        <w:rPr>
          <w:rFonts w:ascii="Arial" w:hAnsi="Arial"/>
          <w:sz w:val="22"/>
        </w:rPr>
        <w:t>yeah, yeah, for sure, for sure. This</w:t>
      </w:r>
    </w:p>
    <w:p>
      <w:pPr>
        <w:spacing w:after="0"/>
      </w:pPr>
    </w:p>
    <w:p>
      <w:pPr>
        <w:spacing w:after="0"/>
      </w:pPr>
      <w:r>
        <w:rPr>
          <w:rFonts w:ascii="Arial" w:hAnsi="Arial"/>
          <w:b/>
          <w:sz w:val="22"/>
        </w:rPr>
        <w:t xml:space="preserve">Alice  </w:t>
      </w:r>
      <w:r>
        <w:rPr>
          <w:rFonts w:ascii="Arial" w:hAnsi="Arial"/>
          <w:color w:val="5D7284"/>
          <w:sz w:val="22"/>
        </w:rPr>
        <w:t>1:00:25</w:t>
      </w:r>
    </w:p>
    <w:p>
      <w:pPr>
        <w:spacing w:after="0"/>
      </w:pPr>
      <w:r>
        <w:rPr>
          <w:rFonts w:ascii="Arial" w:hAnsi="Arial"/>
          <w:sz w:val="22"/>
        </w:rPr>
        <w:t>has been really, really fascinating, Chris. Thank you so much for joining us. Can you can you tell our listeners where they can find you if they want to follow you on the internet and see what you've been doing and see, you know, people like them out there doing camera operation and and doing things. We'll do our bit for you.</w:t>
      </w:r>
    </w:p>
    <w:p>
      <w:pPr>
        <w:spacing w:after="0"/>
      </w:pPr>
    </w:p>
    <w:p>
      <w:pPr>
        <w:spacing w:after="0"/>
      </w:pPr>
      <w:r>
        <w:rPr>
          <w:rFonts w:ascii="Arial" w:hAnsi="Arial"/>
          <w:b/>
          <w:sz w:val="22"/>
        </w:rPr>
        <w:t xml:space="preserve">Speaker 1  </w:t>
      </w:r>
      <w:r>
        <w:rPr>
          <w:rFonts w:ascii="Arial" w:hAnsi="Arial"/>
          <w:color w:val="5D7284"/>
          <w:sz w:val="22"/>
        </w:rPr>
        <w:t>1:00:42</w:t>
      </w:r>
    </w:p>
    <w:p>
      <w:pPr>
        <w:spacing w:after="0"/>
      </w:pPr>
      <w:r>
        <w:rPr>
          <w:rFonts w:ascii="Arial" w:hAnsi="Arial"/>
          <w:sz w:val="22"/>
        </w:rPr>
        <w:t>Well, I post most of my stuff on instead the my handle is Chris Lynch Film, so that's Lynch is L Y N C H, and the website for Carys is carrisrig do do com, which is C a e r u s r i g.com</w:t>
      </w:r>
    </w:p>
    <w:p>
      <w:pPr>
        <w:spacing w:after="0"/>
      </w:pPr>
    </w:p>
    <w:p>
      <w:pPr>
        <w:spacing w:after="0"/>
      </w:pPr>
      <w:r>
        <w:rPr>
          <w:rFonts w:ascii="Arial" w:hAnsi="Arial"/>
          <w:b/>
          <w:sz w:val="22"/>
        </w:rPr>
        <w:t xml:space="preserve">Alice  </w:t>
      </w:r>
      <w:r>
        <w:rPr>
          <w:rFonts w:ascii="Arial" w:hAnsi="Arial"/>
          <w:color w:val="5D7284"/>
          <w:sz w:val="22"/>
        </w:rPr>
        <w:t>1:01:05</w:t>
      </w:r>
    </w:p>
    <w:p>
      <w:pPr>
        <w:spacing w:after="0"/>
      </w:pPr>
      <w:r>
        <w:rPr>
          <w:rFonts w:ascii="Arial" w:hAnsi="Arial"/>
          <w:sz w:val="22"/>
        </w:rPr>
        <w:t>Amazing. We'll put those links in our show. Fantastic.</w:t>
      </w:r>
    </w:p>
    <w:p>
      <w:pPr>
        <w:spacing w:after="0"/>
      </w:pPr>
    </w:p>
    <w:p>
      <w:pPr>
        <w:spacing w:after="0"/>
      </w:pPr>
      <w:r>
        <w:rPr>
          <w:rFonts w:ascii="Arial" w:hAnsi="Arial"/>
          <w:b/>
          <w:sz w:val="22"/>
        </w:rPr>
        <w:t xml:space="preserve">Lucy  </w:t>
      </w:r>
      <w:r>
        <w:rPr>
          <w:rFonts w:ascii="Arial" w:hAnsi="Arial"/>
          <w:color w:val="5D7284"/>
          <w:sz w:val="22"/>
        </w:rPr>
        <w:t>1:01:08</w:t>
      </w:r>
    </w:p>
    <w:p>
      <w:pPr>
        <w:spacing w:after="0"/>
      </w:pPr>
      <w:r>
        <w:rPr>
          <w:rFonts w:ascii="Arial" w:hAnsi="Arial"/>
          <w:sz w:val="22"/>
        </w:rPr>
        <w:t>And Chris, please keep in touch with us and let us know how you're getting on with stuff because this is something like that fascinates me. And I</w:t>
      </w:r>
    </w:p>
    <w:p>
      <w:pPr>
        <w:spacing w:after="0"/>
      </w:pPr>
    </w:p>
    <w:p>
      <w:pPr>
        <w:spacing w:after="0"/>
      </w:pPr>
      <w:r>
        <w:rPr>
          <w:rFonts w:ascii="Arial" w:hAnsi="Arial"/>
          <w:b/>
          <w:sz w:val="22"/>
        </w:rPr>
        <w:t xml:space="preserve">Speaker 1  </w:t>
      </w:r>
      <w:r>
        <w:rPr>
          <w:rFonts w:ascii="Arial" w:hAnsi="Arial"/>
          <w:color w:val="5D7284"/>
          <w:sz w:val="22"/>
        </w:rPr>
        <w:t>1:01:15</w:t>
      </w:r>
    </w:p>
    <w:p>
      <w:pPr>
        <w:spacing w:after="0"/>
      </w:pPr>
      <w:r>
        <w:rPr>
          <w:rFonts w:ascii="Arial" w:hAnsi="Arial"/>
          <w:sz w:val="22"/>
        </w:rPr>
        <w:t>absolutely will. I think our listeners. I have to give you a demo on this now that I know your background. Yeah, I have to come and and demo watch watch</w:t>
      </w:r>
    </w:p>
    <w:p>
      <w:pPr>
        <w:spacing w:after="0"/>
      </w:pPr>
    </w:p>
    <w:p>
      <w:pPr>
        <w:spacing w:after="0"/>
      </w:pPr>
      <w:r>
        <w:rPr>
          <w:rFonts w:ascii="Arial" w:hAnsi="Arial"/>
          <w:b/>
          <w:sz w:val="22"/>
        </w:rPr>
        <w:t xml:space="preserve">Lucy  </w:t>
      </w:r>
      <w:r>
        <w:rPr>
          <w:rFonts w:ascii="Arial" w:hAnsi="Arial"/>
          <w:color w:val="5D7284"/>
          <w:sz w:val="22"/>
        </w:rPr>
        <w:t>1:01:23</w:t>
      </w:r>
    </w:p>
    <w:p>
      <w:pPr>
        <w:spacing w:after="0"/>
      </w:pPr>
      <w:r>
        <w:rPr>
          <w:rFonts w:ascii="Arial" w:hAnsi="Arial"/>
          <w:sz w:val="22"/>
        </w:rPr>
        <w:t>me totally like total it yeah that</w:t>
      </w:r>
    </w:p>
    <w:p>
      <w:pPr>
        <w:spacing w:after="0"/>
      </w:pPr>
    </w:p>
    <w:p>
      <w:pPr>
        <w:spacing w:after="0"/>
      </w:pPr>
      <w:r>
        <w:rPr>
          <w:rFonts w:ascii="Arial" w:hAnsi="Arial"/>
          <w:b/>
          <w:sz w:val="22"/>
        </w:rPr>
        <w:t xml:space="preserve">Alice  </w:t>
      </w:r>
      <w:r>
        <w:rPr>
          <w:rFonts w:ascii="Arial" w:hAnsi="Arial"/>
          <w:color w:val="5D7284"/>
          <w:sz w:val="22"/>
        </w:rPr>
        <w:t>1:01:29</w:t>
      </w:r>
    </w:p>
    <w:p>
      <w:pPr>
        <w:spacing w:after="0"/>
      </w:pPr>
      <w:r>
        <w:rPr>
          <w:rFonts w:ascii="Arial" w:hAnsi="Arial"/>
          <w:sz w:val="22"/>
        </w:rPr>
        <w:t>was me being like oh</w:t>
      </w:r>
    </w:p>
    <w:p>
      <w:pPr>
        <w:spacing w:after="0"/>
      </w:pPr>
    </w:p>
    <w:p>
      <w:pPr>
        <w:spacing w:after="0"/>
      </w:pPr>
      <w:r>
        <w:rPr>
          <w:rFonts w:ascii="Arial" w:hAnsi="Arial"/>
          <w:b/>
          <w:sz w:val="22"/>
        </w:rPr>
        <w:t xml:space="preserve">Speaker 1  </w:t>
      </w:r>
      <w:r>
        <w:rPr>
          <w:rFonts w:ascii="Arial" w:hAnsi="Arial"/>
          <w:color w:val="5D7284"/>
          <w:sz w:val="22"/>
        </w:rPr>
        <w:t>1:01:31</w:t>
      </w:r>
    </w:p>
    <w:p>
      <w:pPr>
        <w:spacing w:after="0"/>
      </w:pPr>
      <w:r>
        <w:rPr>
          <w:rFonts w:ascii="Arial" w:hAnsi="Arial"/>
          <w:sz w:val="22"/>
        </w:rPr>
        <w:t>well I'll do I'll do a little now that you've talked about the channel I might do a little breathalyzer</w:t>
      </w:r>
    </w:p>
    <w:p>
      <w:pPr>
        <w:spacing w:after="0"/>
      </w:pPr>
    </w:p>
    <w:p>
      <w:pPr>
        <w:spacing w:after="0"/>
      </w:pPr>
      <w:r>
        <w:rPr>
          <w:rFonts w:ascii="Arial" w:hAnsi="Arial"/>
          <w:b/>
          <w:sz w:val="22"/>
        </w:rPr>
        <w:t xml:space="preserve">Lucy  </w:t>
      </w:r>
      <w:r>
        <w:rPr>
          <w:rFonts w:ascii="Arial" w:hAnsi="Arial"/>
          <w:color w:val="5D7284"/>
          <w:sz w:val="22"/>
        </w:rPr>
        <w:t>1:01:37</w:t>
      </w:r>
    </w:p>
    <w:p>
      <w:pPr>
        <w:spacing w:after="0"/>
      </w:pPr>
      <w:r>
        <w:rPr>
          <w:rFonts w:ascii="Arial" w:hAnsi="Arial"/>
          <w:sz w:val="22"/>
        </w:rPr>
        <w:t>before you get on it yeah absolutely best me thinking oh amazing bonus</w:t>
      </w:r>
    </w:p>
    <w:p>
      <w:pPr>
        <w:spacing w:after="0"/>
      </w:pPr>
    </w:p>
    <w:p>
      <w:pPr>
        <w:spacing w:after="0"/>
      </w:pPr>
      <w:r>
        <w:rPr>
          <w:rFonts w:ascii="Arial" w:hAnsi="Arial"/>
          <w:b/>
          <w:sz w:val="22"/>
        </w:rPr>
        <w:t xml:space="preserve">Alice  </w:t>
      </w:r>
      <w:r>
        <w:rPr>
          <w:rFonts w:ascii="Arial" w:hAnsi="Arial"/>
          <w:color w:val="5D7284"/>
          <w:sz w:val="22"/>
        </w:rPr>
        <w:t>1:01:41</w:t>
      </w:r>
    </w:p>
    <w:p>
      <w:pPr>
        <w:spacing w:after="0"/>
      </w:pPr>
      <w:r>
        <w:rPr>
          <w:rFonts w:ascii="Arial" w:hAnsi="Arial"/>
          <w:sz w:val="22"/>
        </w:rPr>
        <w:t>content, and it's like it's just 14 seconds of Lucy trying to get in the chair. The chair ticking over, catching fire, and just the whole thing bursts around. Oh, maybe we won't. Lucy's lost</w:t>
      </w:r>
    </w:p>
    <w:p>
      <w:pPr>
        <w:spacing w:after="0"/>
      </w:pPr>
    </w:p>
    <w:p>
      <w:pPr>
        <w:spacing w:after="0"/>
      </w:pPr>
      <w:r>
        <w:rPr>
          <w:rFonts w:ascii="Arial" w:hAnsi="Arial"/>
          <w:b/>
          <w:sz w:val="22"/>
        </w:rPr>
        <w:t xml:space="preserve">Lucy  </w:t>
      </w:r>
      <w:r>
        <w:rPr>
          <w:rFonts w:ascii="Arial" w:hAnsi="Arial"/>
          <w:color w:val="5D7284"/>
          <w:sz w:val="22"/>
        </w:rPr>
        <w:t>1:01:53</w:t>
      </w:r>
    </w:p>
    <w:p>
      <w:pPr>
        <w:spacing w:after="0"/>
      </w:pPr>
      <w:r>
        <w:rPr>
          <w:rFonts w:ascii="Arial" w:hAnsi="Arial"/>
          <w:sz w:val="22"/>
        </w:rPr>
        <w:t>in Kanak Chase. Yeah,</w:t>
      </w:r>
    </w:p>
    <w:p>
      <w:pPr>
        <w:spacing w:after="0"/>
      </w:pPr>
    </w:p>
    <w:p>
      <w:pPr>
        <w:spacing w:after="0"/>
      </w:pPr>
      <w:r>
        <w:rPr>
          <w:rFonts w:ascii="Arial" w:hAnsi="Arial"/>
          <w:b/>
          <w:sz w:val="22"/>
        </w:rPr>
        <w:t xml:space="preserve">Speaker 1  </w:t>
      </w:r>
      <w:r>
        <w:rPr>
          <w:rFonts w:ascii="Arial" w:hAnsi="Arial"/>
          <w:color w:val="5D7284"/>
          <w:sz w:val="22"/>
        </w:rPr>
        <w:t>1:01:56</w:t>
      </w:r>
    </w:p>
    <w:p>
      <w:pPr>
        <w:spacing w:after="0"/>
      </w:pPr>
      <w:r>
        <w:rPr>
          <w:rFonts w:ascii="Arial" w:hAnsi="Arial"/>
          <w:sz w:val="22"/>
        </w:rPr>
        <w:t>great social content. Maybe not for the investors, but great social content.</w:t>
      </w:r>
    </w:p>
    <w:p>
      <w:pPr>
        <w:spacing w:after="0"/>
      </w:pPr>
    </w:p>
    <w:p>
      <w:pPr>
        <w:spacing w:after="0"/>
      </w:pPr>
      <w:r>
        <w:rPr>
          <w:rFonts w:ascii="Arial" w:hAnsi="Arial"/>
          <w:b/>
          <w:sz w:val="22"/>
        </w:rPr>
        <w:t xml:space="preserve">Lucy  </w:t>
      </w:r>
      <w:r>
        <w:rPr>
          <w:rFonts w:ascii="Arial" w:hAnsi="Arial"/>
          <w:color w:val="5D7284"/>
          <w:sz w:val="22"/>
        </w:rPr>
        <w:t>1:02:00</w:t>
      </w:r>
    </w:p>
    <w:p>
      <w:pPr>
        <w:spacing w:after="0"/>
      </w:pPr>
      <w:r>
        <w:rPr>
          <w:rFonts w:ascii="Arial" w:hAnsi="Arial"/>
          <w:sz w:val="22"/>
        </w:rPr>
        <w:t>Yeah, absolutely. Thank you so much for joining us, Chris. It's been lovely to speak to you. Thank you so much. You</w:t>
      </w:r>
    </w:p>
    <w:p>
      <w:pPr>
        <w:spacing w:after="0"/>
      </w:pPr>
    </w:p>
    <w:p>
      <w:pPr>
        <w:spacing w:after="0"/>
      </w:pPr>
      <w:r>
        <w:rPr>
          <w:rFonts w:ascii="Arial" w:hAnsi="Arial"/>
          <w:b/>
          <w:sz w:val="22"/>
        </w:rPr>
        <w:t xml:space="preserve">Speaker 1  </w:t>
      </w:r>
      <w:r>
        <w:rPr>
          <w:rFonts w:ascii="Arial" w:hAnsi="Arial"/>
          <w:color w:val="5D7284"/>
          <w:sz w:val="22"/>
        </w:rPr>
        <w:t>1:02:05</w:t>
      </w:r>
    </w:p>
    <w:p>
      <w:pPr>
        <w:spacing w:after="0"/>
      </w:pPr>
      <w:r>
        <w:rPr>
          <w:rFonts w:ascii="Arial" w:hAnsi="Arial"/>
          <w:sz w:val="22"/>
        </w:rPr>
        <w:t>too, guys. I really appreciate it. Thanks.</w:t>
      </w:r>
    </w:p>
    <w:p>
      <w:pPr>
        <w:spacing w:after="0"/>
      </w:pPr>
    </w:p>
    <w:p>
      <w:pPr>
        <w:spacing w:after="0"/>
      </w:pPr>
      <w:r>
        <w:rPr>
          <w:rFonts w:ascii="Arial" w:hAnsi="Arial"/>
          <w:b/>
          <w:sz w:val="22"/>
        </w:rPr>
        <w:t xml:space="preserve">Alice  </w:t>
      </w:r>
      <w:r>
        <w:rPr>
          <w:rFonts w:ascii="Arial" w:hAnsi="Arial"/>
          <w:color w:val="5D7284"/>
          <w:sz w:val="22"/>
        </w:rPr>
        <w:t>1:02:08</w:t>
      </w:r>
    </w:p>
    <w:p>
      <w:pPr>
        <w:spacing w:after="0"/>
      </w:pPr>
      <w:r>
        <w:rPr>
          <w:rFonts w:ascii="Arial" w:hAnsi="Arial"/>
          <w:sz w:val="22"/>
        </w:rPr>
        <w:t>Thank you, everybody, for listening to our Spot I season. We are all done. It's been really interesting talking to people about disability and performance, and exploring both, you know, in front of the camera and on stage and and behind the scenes. And so, if you've enjoyed this episode in this series, please make sure that you share it on socials. Please make sure that you tell all of your friends. Anything else from us, Lucy?</w:t>
      </w:r>
    </w:p>
    <w:p>
      <w:pPr>
        <w:spacing w:after="0"/>
      </w:pPr>
    </w:p>
    <w:p>
      <w:pPr>
        <w:spacing w:after="0"/>
      </w:pPr>
      <w:r>
        <w:rPr>
          <w:rFonts w:ascii="Arial" w:hAnsi="Arial"/>
          <w:b/>
          <w:sz w:val="22"/>
        </w:rPr>
        <w:t xml:space="preserve">Lucy  </w:t>
      </w:r>
      <w:r>
        <w:rPr>
          <w:rFonts w:ascii="Arial" w:hAnsi="Arial"/>
          <w:color w:val="5D7284"/>
          <w:sz w:val="22"/>
        </w:rPr>
        <w:t>1:02:37</w:t>
      </w:r>
    </w:p>
    <w:p>
      <w:pPr>
        <w:spacing w:after="0"/>
      </w:pPr>
      <w:r>
        <w:rPr>
          <w:rFonts w:ascii="Arial" w:hAnsi="Arial"/>
          <w:sz w:val="22"/>
        </w:rPr>
        <w:t>If you would like to support the podcast, you can also make a donation, no matter how small, to our GoFundMe, which you can find on our website www.labeledpodcast.co.uk. I've not said that for a while. I will</w:t>
      </w:r>
    </w:p>
    <w:p>
      <w:pPr>
        <w:spacing w:after="0"/>
      </w:pPr>
    </w:p>
    <w:p>
      <w:pPr>
        <w:spacing w:after="0"/>
      </w:pPr>
      <w:r>
        <w:rPr>
          <w:rFonts w:ascii="Arial" w:hAnsi="Arial"/>
          <w:b/>
          <w:sz w:val="22"/>
        </w:rPr>
        <w:t xml:space="preserve">Alice  </w:t>
      </w:r>
      <w:r>
        <w:rPr>
          <w:rFonts w:ascii="Arial" w:hAnsi="Arial"/>
          <w:color w:val="5D7284"/>
          <w:sz w:val="22"/>
        </w:rPr>
        <w:t>1:02:56</w:t>
      </w:r>
    </w:p>
    <w:p>
      <w:pPr>
        <w:spacing w:after="0"/>
      </w:pPr>
      <w:r>
        <w:rPr>
          <w:rFonts w:ascii="Arial" w:hAnsi="Arial"/>
          <w:sz w:val="22"/>
        </w:rPr>
        <w:t>see you with our big season later on this year. So make sure you have subscribed to us so that you're ready when that drops. We'll see you all then. Thank you. Bye. Bye</w:t>
      </w:r>
    </w:p>
    <w:p>
      <w:pPr>
        <w:spacing w:after="0"/>
      </w:pPr>
    </w:p>
    <w:p>
      <w:pPr>
        <w:spacing w:after="0"/>
      </w:pPr>
      <w:r>
        <w:rPr>
          <w:rFonts w:ascii="Arial" w:hAnsi="Arial"/>
          <w:b/>
          <w:sz w:val="22"/>
        </w:rPr>
        <w:t xml:space="preserve">Lucy  </w:t>
      </w:r>
      <w:r>
        <w:rPr>
          <w:rFonts w:ascii="Arial" w:hAnsi="Arial"/>
          <w:color w:val="5D7284"/>
          <w:sz w:val="22"/>
        </w:rPr>
        <w:t>1:03:09</w:t>
      </w:r>
    </w:p>
    <w:p>
      <w:pPr>
        <w:spacing w:after="0"/>
      </w:pPr>
      <w:r>
        <w:rPr>
          <w:rFonts w:ascii="Arial" w:hAnsi="Arial"/>
          <w:sz w:val="22"/>
        </w:rPr>
        <w:t>bye. Shh!</w:t>
      </w:r>
    </w:p>
    <w:p>
      <w:pPr>
        <w:spacing w:after="0"/>
      </w:pPr>
    </w:p>
    <w:p>
      <w:pPr>
        <w:spacing w:after="0"/>
      </w:pPr>
      <w:r>
        <w:rPr>
          <w:rFonts w:ascii="Arial" w:hAnsi="Arial"/>
          <w:b/>
          <w:sz w:val="22"/>
        </w:rPr>
        <w:t xml:space="preserve">Alice  </w:t>
      </w:r>
      <w:r>
        <w:rPr>
          <w:rFonts w:ascii="Arial" w:hAnsi="Arial"/>
          <w:color w:val="5D7284"/>
          <w:sz w:val="22"/>
        </w:rPr>
        <w:t>1:03:13</w:t>
      </w:r>
    </w:p>
    <w:p>
      <w:pPr>
        <w:spacing w:after="0"/>
      </w:pPr>
      <w:r>
        <w:rPr>
          <w:rFonts w:ascii="Arial" w:hAnsi="Arial"/>
          <w:sz w:val="22"/>
        </w:rPr>
        <w:t>Don't wake Dora. Thanks for listening to the Label podcast. If you like the show, you can rate, review, and subscribe, and you can follow us on social media at Labeled Pod.</w:t>
      </w:r>
    </w:p>
    <w:p>
      <w:pPr>
        <w:spacing w:after="0"/>
      </w:pPr>
    </w:p>
    <w:p>
      <w:pPr>
        <w:spacing w:after="0"/>
      </w:pPr>
      <w:r>
        <w:rPr>
          <w:rFonts w:ascii="Arial" w:hAnsi="Arial"/>
          <w:b/>
          <w:sz w:val="22"/>
        </w:rPr>
        <w:t xml:space="preserve">Lucy  </w:t>
      </w:r>
      <w:r>
        <w:rPr>
          <w:rFonts w:ascii="Arial" w:hAnsi="Arial"/>
          <w:color w:val="5D7284"/>
          <w:sz w:val="22"/>
        </w:rPr>
        <w:t>1:03:24</w:t>
      </w:r>
    </w:p>
    <w:p>
      <w:pPr>
        <w:spacing w:after="0"/>
      </w:pPr>
      <w:r>
        <w:rPr>
          <w:rFonts w:ascii="Arial" w:hAnsi="Arial"/>
          <w:sz w:val="22"/>
        </w:rPr>
        <w:t>This episode was edited by Adam Hall. Our music was by Maisy Crunden, and we'd like to thank the rest of the team involved.</w:t>
      </w:r>
    </w:p>
    <w:sectPr w:rsidR="00930F33" w:rsidSect="001216B9">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pgNumType w:fmt="numberInDash"/>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FEF6E" w14:textId="77777777" w:rsidR="00ED3244" w:rsidRDefault="00ED3244">
      <w:pPr>
        <w:spacing w:after="0" w:line="240" w:lineRule="auto"/>
      </w:pPr>
      <w:r>
        <w:separator/>
      </w:r>
    </w:p>
  </w:endnote>
  <w:endnote w:type="continuationSeparator" w:id="0">
    <w:p w14:paraId="32C8662D" w14:textId="77777777" w:rsidR="00ED3244" w:rsidRDefault="00ED32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372650680"/>
      <w:docPartObj>
        <w:docPartGallery w:val="Page Numbers (Bottom of Page)"/>
        <w:docPartUnique/>
      </w:docPartObj>
    </w:sdtPr>
    <w:sdtEndPr>
      <w:rPr>
        <w:rStyle w:val="PageNumber"/>
      </w:rPr>
    </w:sdtEndPr>
    <w:sdtContent>
      <w:p w14:paraId="5B49F2F0" w14:textId="0D664EC5"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sdt>
    <w:sdtPr>
      <w:rPr>
        <w:rStyle w:val="PageNumber"/>
      </w:rPr>
      <w:id w:val="937484424"/>
      <w:docPartObj>
        <w:docPartGallery w:val="Page Numbers (Bottom of Page)"/>
        <w:docPartUnique/>
      </w:docPartObj>
    </w:sdtPr>
    <w:sdtEndPr>
      <w:rPr>
        <w:rStyle w:val="PageNumber"/>
      </w:rPr>
    </w:sdtEndPr>
    <w:sdtContent>
      <w:p w14:paraId="17BA4339" w14:textId="3F160B4F" w:rsidR="001216B9" w:rsidRDefault="001216B9" w:rsidP="00A73672">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50DD35F" w14:textId="77777777" w:rsidR="001216B9" w:rsidRDefault="001216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Fonts w:ascii="Arial" w:hAnsi="Arial" w:cs="Arial"/>
      </w:rPr>
      <w:id w:val="1113323662"/>
      <w:docPartObj>
        <w:docPartGallery w:val="Page Numbers (Bottom of Page)"/>
        <w:docPartUnique/>
      </w:docPartObj>
    </w:sdtPr>
    <w:sdtEndPr>
      <w:rPr>
        <w:rStyle w:val="PageNumber"/>
      </w:rPr>
    </w:sdtEndPr>
    <w:sdtContent>
      <w:p w14:paraId="414BB7FC" w14:textId="3CBEBC9E" w:rsidR="001216B9" w:rsidRPr="009C3AF0" w:rsidRDefault="001216B9" w:rsidP="00A73672">
        <w:pPr>
          <w:pStyle w:val="Footer"/>
          <w:framePr w:wrap="none" w:vAnchor="text" w:hAnchor="margin" w:xAlign="center" w:y="1"/>
          <w:rPr>
            <w:rStyle w:val="PageNumber"/>
            <w:rFonts w:ascii="Arial" w:hAnsi="Arial" w:cs="Arial"/>
          </w:rPr>
        </w:pPr>
        <w:r w:rsidRPr="009C3AF0">
          <w:rPr>
            <w:rStyle w:val="PageNumber"/>
            <w:rFonts w:ascii="Arial" w:hAnsi="Arial" w:cs="Arial"/>
          </w:rPr>
          <w:fldChar w:fldCharType="begin"/>
        </w:r>
        <w:r w:rsidRPr="009C3AF0">
          <w:rPr>
            <w:rStyle w:val="PageNumber"/>
            <w:rFonts w:ascii="Arial" w:hAnsi="Arial" w:cs="Arial"/>
          </w:rPr>
          <w:instrText xml:space="preserve"> PAGE </w:instrText>
        </w:r>
        <w:r w:rsidRPr="009C3AF0">
          <w:rPr>
            <w:rStyle w:val="PageNumber"/>
            <w:rFonts w:ascii="Arial" w:hAnsi="Arial" w:cs="Arial"/>
          </w:rPr>
          <w:fldChar w:fldCharType="separate"/>
        </w:r>
        <w:r w:rsidRPr="009C3AF0">
          <w:rPr>
            <w:rStyle w:val="PageNumber"/>
            <w:rFonts w:ascii="Arial" w:hAnsi="Arial" w:cs="Arial"/>
            <w:noProof/>
          </w:rPr>
          <w:t>- 1 -</w:t>
        </w:r>
        <w:r w:rsidRPr="009C3AF0">
          <w:rPr>
            <w:rStyle w:val="PageNumber"/>
            <w:rFonts w:ascii="Arial" w:hAnsi="Arial" w:cs="Arial"/>
          </w:rPr>
          <w:fldChar w:fldCharType="end"/>
        </w:r>
      </w:p>
    </w:sdtContent>
  </w:sdt>
  <w:p w14:paraId="1A7AEB9B" w14:textId="37CC26BC" w:rsidR="00930F33" w:rsidRPr="009C3AF0" w:rsidRDefault="001216B9">
    <w:pPr>
      <w:pStyle w:val="Footer"/>
      <w:rPr>
        <w:rFonts w:ascii="Arial" w:hAnsi="Arial" w:cs="Arial"/>
        <w:color w:val="BFBFBF" w:themeColor="background1" w:themeShade="BF"/>
      </w:rPr>
    </w:pPr>
    <w:r w:rsidRPr="009C3AF0">
      <w:rPr>
        <w:rFonts w:ascii="Arial" w:hAnsi="Arial" w:cs="Arial"/>
        <w:color w:val="BFBFBF" w:themeColor="background1" w:themeShade="BF"/>
      </w:rPr>
      <w:ptab w:relativeTo="margin" w:alignment="center" w:leader="none"/>
    </w:r>
    <w:r w:rsidRPr="009C3AF0">
      <w:rPr>
        <w:rFonts w:ascii="Arial" w:hAnsi="Arial" w:cs="Arial"/>
        <w:color w:val="BFBFBF" w:themeColor="background1" w:themeShade="BF"/>
      </w:rPr>
      <w:ptab w:relativeTo="margin" w:alignment="right" w:leader="none"/>
    </w:r>
    <w:r w:rsidRPr="009C3AF0">
      <w:rPr>
        <w:rFonts w:ascii="Arial" w:hAnsi="Arial" w:cs="Arial"/>
        <w:color w:val="BFBFBF" w:themeColor="background1" w:themeShade="BF"/>
      </w:rPr>
      <w:t xml:space="preserve">Transcribed by </w:t>
    </w:r>
    <w:hyperlink r:id="rId1" w:history="1">
      <w:r w:rsidRPr="006E2A8C">
        <w:rPr>
          <w:rStyle w:val="Hyperlink"/>
          <w:rFonts w:ascii="Arial" w:hAnsi="Arial" w:cs="Arial"/>
        </w:rPr>
        <w:t>https://otter.ai</w:t>
      </w:r>
    </w:hyperlink>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6B6D5FB" w14:textId="77777777" w:rsidR="006E2A8C" w:rsidRDefault="006E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68FD58C" w14:textId="77777777" w:rsidR="00ED3244" w:rsidRDefault="00ED3244">
      <w:pPr>
        <w:spacing w:after="0" w:line="240" w:lineRule="auto"/>
      </w:pPr>
      <w:r>
        <w:separator/>
      </w:r>
    </w:p>
  </w:footnote>
  <w:footnote w:type="continuationSeparator" w:id="0">
    <w:p w14:paraId="4B6704BD" w14:textId="77777777" w:rsidR="00ED3244" w:rsidRDefault="00ED32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B25ED7" w14:textId="77777777" w:rsidR="006E2A8C" w:rsidRDefault="006E2A8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039F9" w14:textId="77777777" w:rsidR="006E2A8C" w:rsidRDefault="006E2A8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962272" w14:textId="77777777" w:rsidR="006E2A8C" w:rsidRDefault="006E2A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99"/>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50A6B"/>
    <w:rsid w:val="0006063C"/>
    <w:rsid w:val="00066610"/>
    <w:rsid w:val="001216B9"/>
    <w:rsid w:val="0015074B"/>
    <w:rsid w:val="0029639D"/>
    <w:rsid w:val="00326F90"/>
    <w:rsid w:val="004A641F"/>
    <w:rsid w:val="004B593C"/>
    <w:rsid w:val="006E2A8C"/>
    <w:rsid w:val="007749AF"/>
    <w:rsid w:val="00794EBC"/>
    <w:rsid w:val="00930F33"/>
    <w:rsid w:val="009C3AF0"/>
    <w:rsid w:val="00A12EE5"/>
    <w:rsid w:val="00AA1D8D"/>
    <w:rsid w:val="00B47730"/>
    <w:rsid w:val="00BA4C2B"/>
    <w:rsid w:val="00BD0140"/>
    <w:rsid w:val="00C24502"/>
    <w:rsid w:val="00CB0664"/>
    <w:rsid w:val="00D57E81"/>
    <w:rsid w:val="00ED32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488BA53"/>
  <w14:defaultImageDpi w14:val="300"/>
  <w15:docId w15:val="{BBBC883F-E58E-BB4C-A526-B24797FD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1216B9"/>
  </w:style>
  <w:style w:type="character" w:styleId="Hyperlink">
    <w:name w:val="Hyperlink"/>
    <w:basedOn w:val="DefaultParagraphFont"/>
    <w:uiPriority w:val="99"/>
    <w:unhideWhenUsed/>
    <w:rsid w:val="006E2A8C"/>
    <w:rPr>
      <w:color w:val="0000FF" w:themeColor="hyperlink"/>
      <w:u w:val="single"/>
    </w:rPr>
  </w:style>
  <w:style w:type="character" w:styleId="UnresolvedMention">
    <w:name w:val="Unresolved Mention"/>
    <w:basedOn w:val="DefaultParagraphFont"/>
    <w:uiPriority w:val="99"/>
    <w:semiHidden/>
    <w:unhideWhenUsed/>
    <w:rsid w:val="006E2A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otter.a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11EC8-F1B9-C84B-81E7-620E13BCC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Wen Sun</cp:lastModifiedBy>
  <cp:revision>7</cp:revision>
  <dcterms:created xsi:type="dcterms:W3CDTF">2019-09-10T23:59:00Z</dcterms:created>
  <dcterms:modified xsi:type="dcterms:W3CDTF">2019-09-12T19:02:00Z</dcterms:modified>
  <cp:category/>
</cp:coreProperties>
</file>