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6D61C" w14:textId="0719B0C0" w:rsidR="00930F33" w:rsidRDefault="00930F33">
      <w:pPr>
        <w:spacing w:after="0"/>
        <w:rPr>
          <w:lang w:eastAsia="zh-CN"/>
        </w:rPr>
      </w:pPr>
    </w:p>
    <w:p>
      <w:r>
        <w:rPr>
          <w:rFonts w:ascii="Arial" w:hAnsi="Arial"/>
          <w:sz w:val="48"/>
        </w:rPr>
        <w:t>S3 Dan Edge FE</w:t>
      </w:r>
    </w:p>
    <w:p>
      <w:r>
        <w:rPr>
          <w:rFonts w:ascii="Arial" w:hAnsi="Arial"/>
          <w:color w:val="4F6880"/>
          <w:sz w:val="22"/>
        </w:rPr>
        <w:t>Wed, Jul 22, 2026 1:23PM • 1:03:34</w:t>
      </w:r>
    </w:p>
    <w:p>
      <w:pPr>
        <w:spacing w:before="440" w:after="0"/>
      </w:pPr>
      <w:r>
        <w:rPr>
          <w:rFonts w:ascii="Arial" w:hAnsi="Arial"/>
          <w:b/>
          <w:color w:val="4F6880"/>
          <w:sz w:val="22"/>
        </w:rPr>
        <w:t>SUMMARY KEYWORDS</w:t>
      </w:r>
    </w:p>
    <w:p>
      <w:r>
        <w:rPr>
          <w:rFonts w:ascii="Arial" w:hAnsi="Arial"/>
          <w:color w:val="4F6880"/>
          <w:sz w:val="22"/>
        </w:rPr>
        <w:t>Disability, performance, access coordinator, activism, representation, media, inclusion, access requirements, professional wrestling, Marvel, Daredevil, Echo, Paralympic Games, neurodivergent, film industry.</w:t>
      </w:r>
    </w:p>
    <w:p>
      <w:pPr>
        <w:spacing w:before="440" w:after="0"/>
      </w:pPr>
      <w:r>
        <w:rPr>
          <w:rFonts w:ascii="Arial" w:hAnsi="Arial"/>
          <w:b/>
          <w:color w:val="4F6880"/>
          <w:sz w:val="22"/>
        </w:rPr>
        <w:t>SPEAKERS</w:t>
      </w:r>
    </w:p>
    <w:p>
      <w:r>
        <w:rPr>
          <w:rFonts w:ascii="Arial" w:hAnsi="Arial"/>
          <w:color w:val="4F6880"/>
          <w:sz w:val="22"/>
        </w:rPr>
        <w:t>Speaker 2, Alice, Theme Tune, Speaker 3, Lucy, Speaker 1, Speaker 5, Speaker 4</w:t>
      </w:r>
    </w:p>
    <w:p>
      <w:pPr>
        <w:spacing w:after="0"/>
      </w:pPr>
    </w:p>
    <w:p>
      <w:pPr>
        <w:spacing w:after="0"/>
      </w:pPr>
      <w:r>
        <w:rPr>
          <w:rFonts w:ascii="Arial" w:hAnsi="Arial"/>
          <w:b/>
          <w:sz w:val="22"/>
        </w:rPr>
        <w:t xml:space="preserve">Lucy  </w:t>
      </w:r>
      <w:r>
        <w:rPr>
          <w:rFonts w:ascii="Arial" w:hAnsi="Arial"/>
          <w:color w:val="5D7284"/>
          <w:sz w:val="22"/>
        </w:rPr>
        <w:t>00:00</w:t>
      </w:r>
    </w:p>
    <w:p>
      <w:pPr>
        <w:spacing w:after="0"/>
      </w:pPr>
      <w:r>
        <w:rPr>
          <w:rFonts w:ascii="Arial" w:hAnsi="Arial"/>
          <w:sz w:val="22"/>
        </w:rPr>
        <w:t>Welcome to the Label Podcast, a show about disability, illness, and difference. I'm Lucy,</w:t>
      </w:r>
    </w:p>
    <w:p>
      <w:pPr>
        <w:spacing w:after="0"/>
      </w:pPr>
    </w:p>
    <w:p>
      <w:pPr>
        <w:spacing w:after="0"/>
      </w:pPr>
      <w:r>
        <w:rPr>
          <w:rFonts w:ascii="Arial" w:hAnsi="Arial"/>
          <w:b/>
          <w:sz w:val="22"/>
        </w:rPr>
        <w:t xml:space="preserve">Alice  </w:t>
      </w:r>
      <w:r>
        <w:rPr>
          <w:rFonts w:ascii="Arial" w:hAnsi="Arial"/>
          <w:color w:val="5D7284"/>
          <w:sz w:val="22"/>
        </w:rPr>
        <w:t>00:07</w:t>
      </w:r>
    </w:p>
    <w:p>
      <w:pPr>
        <w:spacing w:after="0"/>
      </w:pPr>
      <w:r>
        <w:rPr>
          <w:rFonts w:ascii="Arial" w:hAnsi="Arial"/>
          <w:sz w:val="22"/>
        </w:rPr>
        <w:t>and I'm Alice,</w:t>
      </w:r>
    </w:p>
    <w:p>
      <w:pPr>
        <w:spacing w:after="0"/>
      </w:pPr>
    </w:p>
    <w:p>
      <w:pPr>
        <w:spacing w:after="0"/>
      </w:pPr>
      <w:r>
        <w:rPr>
          <w:rFonts w:ascii="Arial" w:hAnsi="Arial"/>
          <w:b/>
          <w:sz w:val="22"/>
        </w:rPr>
        <w:t xml:space="preserve">Theme Tune  </w:t>
      </w:r>
      <w:r>
        <w:rPr>
          <w:rFonts w:ascii="Arial" w:hAnsi="Arial"/>
          <w:color w:val="5D7284"/>
          <w:sz w:val="22"/>
        </w:rPr>
        <w:t>00:08</w:t>
      </w:r>
    </w:p>
    <w:p>
      <w:pPr>
        <w:spacing w:after="0"/>
      </w:pPr>
      <w:r>
        <w:rPr>
          <w:rFonts w:ascii="Arial" w:hAnsi="Arial"/>
          <w:sz w:val="22"/>
        </w:rPr>
        <w:t>and that's Lola.</w:t>
      </w:r>
    </w:p>
    <w:p>
      <w:pPr>
        <w:spacing w:after="0"/>
      </w:pPr>
    </w:p>
    <w:p>
      <w:pPr>
        <w:spacing w:after="0"/>
      </w:pPr>
      <w:r>
        <w:rPr>
          <w:rFonts w:ascii="Arial" w:hAnsi="Arial"/>
          <w:b/>
          <w:sz w:val="22"/>
        </w:rPr>
        <w:t xml:space="preserve">Alice  </w:t>
      </w:r>
      <w:r>
        <w:rPr>
          <w:rFonts w:ascii="Arial" w:hAnsi="Arial"/>
          <w:color w:val="5D7284"/>
          <w:sz w:val="22"/>
        </w:rPr>
        <w:t>00:36</w:t>
      </w:r>
    </w:p>
    <w:p>
      <w:pPr>
        <w:spacing w:after="0"/>
      </w:pPr>
      <w:r>
        <w:rPr>
          <w:rFonts w:ascii="Arial" w:hAnsi="Arial"/>
          <w:sz w:val="22"/>
        </w:rPr>
        <w:t>Don't forget, in this episode, I might swear, Lucy might cry, and you can check out details of the trigger warnings on our website.</w:t>
      </w:r>
    </w:p>
    <w:p>
      <w:pPr>
        <w:spacing w:after="0"/>
      </w:pPr>
    </w:p>
    <w:p>
      <w:pPr>
        <w:spacing w:after="0"/>
      </w:pPr>
      <w:r>
        <w:rPr>
          <w:rFonts w:ascii="Arial" w:hAnsi="Arial"/>
          <w:b/>
          <w:sz w:val="22"/>
        </w:rPr>
        <w:t xml:space="preserve">Lucy  </w:t>
      </w:r>
      <w:r>
        <w:rPr>
          <w:rFonts w:ascii="Arial" w:hAnsi="Arial"/>
          <w:color w:val="5D7284"/>
          <w:sz w:val="22"/>
        </w:rPr>
        <w:t>00:44</w:t>
      </w:r>
    </w:p>
    <w:p>
      <w:pPr>
        <w:spacing w:after="0"/>
      </w:pPr>
      <w:r>
        <w:rPr>
          <w:rFonts w:ascii="Arial" w:hAnsi="Arial"/>
          <w:sz w:val="22"/>
        </w:rPr>
        <w:t>Hi, everybody, and welcome to the latest episode of the Labeled podcast, your favorite disability podcast. And if it isn't your favorite, then we will cry. I'm here with my friend and co-host Alice. Hi, Alice. Hi,</w:t>
      </w:r>
    </w:p>
    <w:p>
      <w:pPr>
        <w:spacing w:after="0"/>
      </w:pPr>
    </w:p>
    <w:p>
      <w:pPr>
        <w:spacing w:after="0"/>
      </w:pPr>
      <w:r>
        <w:rPr>
          <w:rFonts w:ascii="Arial" w:hAnsi="Arial"/>
          <w:b/>
          <w:sz w:val="22"/>
        </w:rPr>
        <w:t xml:space="preserve">Alice  </w:t>
      </w:r>
      <w:r>
        <w:rPr>
          <w:rFonts w:ascii="Arial" w:hAnsi="Arial"/>
          <w:color w:val="5D7284"/>
          <w:sz w:val="22"/>
        </w:rPr>
        <w:t>00:56</w:t>
      </w:r>
    </w:p>
    <w:p>
      <w:pPr>
        <w:spacing w:after="0"/>
      </w:pPr>
      <w:r>
        <w:rPr>
          <w:rFonts w:ascii="Arial" w:hAnsi="Arial"/>
          <w:sz w:val="22"/>
        </w:rPr>
        <w:t>Lucy.</w:t>
      </w:r>
    </w:p>
    <w:p>
      <w:pPr>
        <w:spacing w:after="0"/>
      </w:pPr>
    </w:p>
    <w:p>
      <w:pPr>
        <w:spacing w:after="0"/>
      </w:pPr>
      <w:r>
        <w:rPr>
          <w:rFonts w:ascii="Arial" w:hAnsi="Arial"/>
          <w:b/>
          <w:sz w:val="22"/>
        </w:rPr>
        <w:t xml:space="preserve">Lucy  </w:t>
      </w:r>
      <w:r>
        <w:rPr>
          <w:rFonts w:ascii="Arial" w:hAnsi="Arial"/>
          <w:color w:val="5D7284"/>
          <w:sz w:val="22"/>
        </w:rPr>
        <w:t>00:57</w:t>
      </w:r>
    </w:p>
    <w:p>
      <w:pPr>
        <w:spacing w:after="0"/>
      </w:pPr>
      <w:r>
        <w:rPr>
          <w:rFonts w:ascii="Arial" w:hAnsi="Arial"/>
          <w:sz w:val="22"/>
        </w:rPr>
        <w:t>Hello. How are you?</w:t>
      </w:r>
    </w:p>
    <w:p>
      <w:pPr>
        <w:spacing w:after="0"/>
      </w:pPr>
    </w:p>
    <w:p>
      <w:pPr>
        <w:spacing w:after="0"/>
      </w:pPr>
      <w:r>
        <w:rPr>
          <w:rFonts w:ascii="Arial" w:hAnsi="Arial"/>
          <w:b/>
          <w:sz w:val="22"/>
        </w:rPr>
        <w:t xml:space="preserve">Alice  </w:t>
      </w:r>
      <w:r>
        <w:rPr>
          <w:rFonts w:ascii="Arial" w:hAnsi="Arial"/>
          <w:color w:val="5D7284"/>
          <w:sz w:val="22"/>
        </w:rPr>
        <w:t>00:58</w:t>
      </w:r>
    </w:p>
    <w:p>
      <w:pPr>
        <w:spacing w:after="0"/>
      </w:pPr>
      <w:r>
        <w:rPr>
          <w:rFonts w:ascii="Arial" w:hAnsi="Arial"/>
          <w:sz w:val="22"/>
        </w:rPr>
        <w:t>I'm all right, thank you. How are you?</w:t>
      </w:r>
    </w:p>
    <w:p>
      <w:pPr>
        <w:spacing w:after="0"/>
      </w:pPr>
    </w:p>
    <w:p>
      <w:pPr>
        <w:spacing w:after="0"/>
      </w:pPr>
      <w:r>
        <w:rPr>
          <w:rFonts w:ascii="Arial" w:hAnsi="Arial"/>
          <w:b/>
          <w:sz w:val="22"/>
        </w:rPr>
        <w:t xml:space="preserve">Lucy  </w:t>
      </w:r>
      <w:r>
        <w:rPr>
          <w:rFonts w:ascii="Arial" w:hAnsi="Arial"/>
          <w:color w:val="5D7284"/>
          <w:sz w:val="22"/>
        </w:rPr>
        <w:t>01:00</w:t>
      </w:r>
    </w:p>
    <w:p>
      <w:pPr>
        <w:spacing w:after="0"/>
      </w:pPr>
      <w:r>
        <w:rPr>
          <w:rFonts w:ascii="Arial" w:hAnsi="Arial"/>
          <w:sz w:val="22"/>
        </w:rPr>
        <w:t>I'm okay, thank you. Yes, I think</w:t>
      </w:r>
    </w:p>
    <w:p>
      <w:pPr>
        <w:spacing w:after="0"/>
      </w:pPr>
    </w:p>
    <w:p>
      <w:pPr>
        <w:spacing w:after="0"/>
      </w:pPr>
      <w:r>
        <w:rPr>
          <w:rFonts w:ascii="Arial" w:hAnsi="Arial"/>
          <w:b/>
          <w:sz w:val="22"/>
        </w:rPr>
        <w:t xml:space="preserve">Alice  </w:t>
      </w:r>
      <w:r>
        <w:rPr>
          <w:rFonts w:ascii="Arial" w:hAnsi="Arial"/>
          <w:color w:val="5D7284"/>
          <w:sz w:val="22"/>
        </w:rPr>
        <w:t>01:03</w:t>
      </w:r>
    </w:p>
    <w:p>
      <w:pPr>
        <w:spacing w:after="0"/>
      </w:pPr>
      <w:r>
        <w:rPr>
          <w:rFonts w:ascii="Arial" w:hAnsi="Arial"/>
          <w:sz w:val="22"/>
        </w:rPr>
        <w:t>just</w:t>
      </w:r>
    </w:p>
    <w:p>
      <w:pPr>
        <w:spacing w:after="0"/>
      </w:pPr>
    </w:p>
    <w:p>
      <w:pPr>
        <w:spacing w:after="0"/>
      </w:pPr>
      <w:r>
        <w:rPr>
          <w:rFonts w:ascii="Arial" w:hAnsi="Arial"/>
          <w:b/>
          <w:sz w:val="22"/>
        </w:rPr>
        <w:t xml:space="preserve">Lucy  </w:t>
      </w:r>
      <w:r>
        <w:rPr>
          <w:rFonts w:ascii="Arial" w:hAnsi="Arial"/>
          <w:color w:val="5D7284"/>
          <w:sz w:val="22"/>
        </w:rPr>
        <w:t>01:05</w:t>
      </w:r>
    </w:p>
    <w:p>
      <w:pPr>
        <w:spacing w:after="0"/>
      </w:pPr>
      <w:r>
        <w:rPr>
          <w:rFonts w:ascii="Arial" w:hAnsi="Arial"/>
          <w:sz w:val="22"/>
        </w:rPr>
        <w:t>cheese. Yes, I've just had to wipe cheese off my microphone. So consummate professional as ever, you know.</w:t>
      </w:r>
    </w:p>
    <w:p>
      <w:pPr>
        <w:spacing w:after="0"/>
      </w:pPr>
    </w:p>
    <w:p>
      <w:pPr>
        <w:spacing w:after="0"/>
      </w:pPr>
      <w:r>
        <w:rPr>
          <w:rFonts w:ascii="Arial" w:hAnsi="Arial"/>
          <w:b/>
          <w:sz w:val="22"/>
        </w:rPr>
        <w:t xml:space="preserve">Alice  </w:t>
      </w:r>
      <w:r>
        <w:rPr>
          <w:rFonts w:ascii="Arial" w:hAnsi="Arial"/>
          <w:color w:val="5D7284"/>
          <w:sz w:val="22"/>
        </w:rPr>
        <w:t>01:12</w:t>
      </w:r>
    </w:p>
    <w:p>
      <w:pPr>
        <w:spacing w:after="0"/>
      </w:pPr>
      <w:r>
        <w:rPr>
          <w:rFonts w:ascii="Arial" w:hAnsi="Arial"/>
          <w:sz w:val="22"/>
        </w:rPr>
        <w:t>I was I was just reflecting on your your comments about us being people's favorite podcast, and and if that's not the case, then we'll cry. I feel like that says a lot more about you than it does about us. Well, just</w:t>
      </w:r>
    </w:p>
    <w:p>
      <w:pPr>
        <w:spacing w:after="0"/>
      </w:pPr>
    </w:p>
    <w:p>
      <w:pPr>
        <w:spacing w:after="0"/>
      </w:pPr>
      <w:r>
        <w:rPr>
          <w:rFonts w:ascii="Arial" w:hAnsi="Arial"/>
          <w:b/>
          <w:sz w:val="22"/>
        </w:rPr>
        <w:t xml:space="preserve">Lucy  </w:t>
      </w:r>
      <w:r>
        <w:rPr>
          <w:rFonts w:ascii="Arial" w:hAnsi="Arial"/>
          <w:color w:val="5D7284"/>
          <w:sz w:val="22"/>
        </w:rPr>
        <w:t>01:25</w:t>
      </w:r>
    </w:p>
    <w:p>
      <w:pPr>
        <w:spacing w:after="0"/>
      </w:pPr>
      <w:r>
        <w:rPr>
          <w:rFonts w:ascii="Arial" w:hAnsi="Arial"/>
          <w:sz w:val="22"/>
        </w:rPr>
        <w:t>making them feel. No, I wouldn't cry. Making them feel guilty. Oh, you see,</w:t>
      </w:r>
    </w:p>
    <w:p>
      <w:pPr>
        <w:spacing w:after="0"/>
      </w:pPr>
    </w:p>
    <w:p>
      <w:pPr>
        <w:spacing w:after="0"/>
      </w:pPr>
      <w:r>
        <w:rPr>
          <w:rFonts w:ascii="Arial" w:hAnsi="Arial"/>
          <w:b/>
          <w:sz w:val="22"/>
        </w:rPr>
        <w:t xml:space="preserve">Alice  </w:t>
      </w:r>
      <w:r>
        <w:rPr>
          <w:rFonts w:ascii="Arial" w:hAnsi="Arial"/>
          <w:color w:val="5D7284"/>
          <w:sz w:val="22"/>
        </w:rPr>
        <w:t>01:30</w:t>
      </w:r>
    </w:p>
    <w:p>
      <w:pPr>
        <w:spacing w:after="0"/>
      </w:pPr>
      <w:r>
        <w:rPr>
          <w:rFonts w:ascii="Arial" w:hAnsi="Arial"/>
          <w:sz w:val="22"/>
        </w:rPr>
        <w:t>you see, my approach would be: I'm I'm not. You know, I'm not angry. I'm just disappointed.</w:t>
      </w:r>
    </w:p>
    <w:p>
      <w:pPr>
        <w:spacing w:after="0"/>
      </w:pPr>
    </w:p>
    <w:p>
      <w:pPr>
        <w:spacing w:after="0"/>
      </w:pPr>
      <w:r>
        <w:rPr>
          <w:rFonts w:ascii="Arial" w:hAnsi="Arial"/>
          <w:b/>
          <w:sz w:val="22"/>
        </w:rPr>
        <w:t xml:space="preserve">Lucy  </w:t>
      </w:r>
      <w:r>
        <w:rPr>
          <w:rFonts w:ascii="Arial" w:hAnsi="Arial"/>
          <w:color w:val="5D7284"/>
          <w:sz w:val="22"/>
        </w:rPr>
        <w:t>01:35</w:t>
      </w:r>
    </w:p>
    <w:p>
      <w:pPr>
        <w:spacing w:after="0"/>
      </w:pPr>
      <w:r>
        <w:rPr>
          <w:rFonts w:ascii="Arial" w:hAnsi="Arial"/>
          <w:sz w:val="22"/>
        </w:rPr>
        <w:t>Whilst crying in the corner. No, you can you can cry in the corner. I'll I'll look</w:t>
      </w:r>
    </w:p>
    <w:p>
      <w:pPr>
        <w:spacing w:after="0"/>
      </w:pPr>
    </w:p>
    <w:p>
      <w:pPr>
        <w:spacing w:after="0"/>
      </w:pPr>
      <w:r>
        <w:rPr>
          <w:rFonts w:ascii="Arial" w:hAnsi="Arial"/>
          <w:b/>
          <w:sz w:val="22"/>
        </w:rPr>
        <w:t xml:space="preserve">Alice  </w:t>
      </w:r>
      <w:r>
        <w:rPr>
          <w:rFonts w:ascii="Arial" w:hAnsi="Arial"/>
          <w:color w:val="5D7284"/>
          <w:sz w:val="22"/>
        </w:rPr>
        <w:t>01:40</w:t>
      </w:r>
    </w:p>
    <w:p>
      <w:pPr>
        <w:spacing w:after="0"/>
      </w:pPr>
      <w:r>
        <w:rPr>
          <w:rFonts w:ascii="Arial" w:hAnsi="Arial"/>
          <w:sz w:val="22"/>
        </w:rPr>
        <w:t>disappointed and just walk away, shaking my head slowly.</w:t>
      </w:r>
    </w:p>
    <w:p>
      <w:pPr>
        <w:spacing w:after="0"/>
      </w:pPr>
    </w:p>
    <w:p>
      <w:pPr>
        <w:spacing w:after="0"/>
      </w:pPr>
      <w:r>
        <w:rPr>
          <w:rFonts w:ascii="Arial" w:hAnsi="Arial"/>
          <w:b/>
          <w:sz w:val="22"/>
        </w:rPr>
        <w:t xml:space="preserve">Lucy  </w:t>
      </w:r>
      <w:r>
        <w:rPr>
          <w:rFonts w:ascii="Arial" w:hAnsi="Arial"/>
          <w:color w:val="5D7284"/>
          <w:sz w:val="22"/>
        </w:rPr>
        <w:t>01:43</w:t>
      </w:r>
    </w:p>
    <w:p>
      <w:pPr>
        <w:spacing w:after="0"/>
      </w:pPr>
      <w:r>
        <w:rPr>
          <w:rFonts w:ascii="Arial" w:hAnsi="Arial"/>
          <w:sz w:val="22"/>
        </w:rPr>
        <w:t>You've upset my friend. Anyway, welcome along if you are listening. We've got a guest today, haven't we, Alice, as ever?</w:t>
      </w:r>
    </w:p>
    <w:p>
      <w:pPr>
        <w:spacing w:after="0"/>
      </w:pPr>
    </w:p>
    <w:p>
      <w:pPr>
        <w:spacing w:after="0"/>
      </w:pPr>
      <w:r>
        <w:rPr>
          <w:rFonts w:ascii="Arial" w:hAnsi="Arial"/>
          <w:b/>
          <w:sz w:val="22"/>
        </w:rPr>
        <w:t xml:space="preserve">Alice  </w:t>
      </w:r>
      <w:r>
        <w:rPr>
          <w:rFonts w:ascii="Arial" w:hAnsi="Arial"/>
          <w:color w:val="5D7284"/>
          <w:sz w:val="22"/>
        </w:rPr>
        <w:t>01:54</w:t>
      </w:r>
    </w:p>
    <w:p>
      <w:pPr>
        <w:spacing w:after="0"/>
      </w:pPr>
      <w:r>
        <w:rPr>
          <w:rFonts w:ascii="Arial" w:hAnsi="Arial"/>
          <w:sz w:val="22"/>
        </w:rPr>
        <w:t>We have, as part of our spotlight season, we are talking all about disability and performance, and this week we are joined by actor, access coordinator, and activist Dan Edge. Dan, if you'd like to introduce yourself and tell the listeners a little bit about who you are.</w:t>
      </w:r>
    </w:p>
    <w:p>
      <w:pPr>
        <w:spacing w:after="0"/>
      </w:pPr>
    </w:p>
    <w:p>
      <w:pPr>
        <w:spacing w:after="0"/>
      </w:pPr>
      <w:r>
        <w:rPr>
          <w:rFonts w:ascii="Arial" w:hAnsi="Arial"/>
          <w:b/>
          <w:sz w:val="22"/>
        </w:rPr>
        <w:t xml:space="preserve">Speaker 1  </w:t>
      </w:r>
      <w:r>
        <w:rPr>
          <w:rFonts w:ascii="Arial" w:hAnsi="Arial"/>
          <w:color w:val="5D7284"/>
          <w:sz w:val="22"/>
        </w:rPr>
        <w:t>02:17</w:t>
      </w:r>
    </w:p>
    <w:p>
      <w:pPr>
        <w:spacing w:after="0"/>
      </w:pPr>
      <w:r>
        <w:rPr>
          <w:rFonts w:ascii="Arial" w:hAnsi="Arial"/>
          <w:sz w:val="22"/>
        </w:rPr>
        <w:t>Oh well, you've kind of given me a nice intro already. So, hi guys, thanks for having me. My name is Dan Edge, and read that introduction. I'm an actor. I've been an actor for a long, long time across theater, TV commercials, all kinds of weird and wonderful stuff. I am an access coordinator, which also means I work behind the camera, supporting other deaf, disabled, and neurodivergent cast and crew members, making sure all their access requirements are met. And I'm an activist because I've been campaigning for better representation of deaf, disabled, and neurodivergent people across film, TV, and theater for the last nearly two decades.</w:t>
      </w:r>
    </w:p>
    <w:p>
      <w:pPr>
        <w:spacing w:after="0"/>
      </w:pPr>
    </w:p>
    <w:p>
      <w:pPr>
        <w:spacing w:after="0"/>
      </w:pPr>
      <w:r>
        <w:rPr>
          <w:rFonts w:ascii="Arial" w:hAnsi="Arial"/>
          <w:b/>
          <w:sz w:val="22"/>
        </w:rPr>
        <w:t xml:space="preserve">Lucy  </w:t>
      </w:r>
      <w:r>
        <w:rPr>
          <w:rFonts w:ascii="Arial" w:hAnsi="Arial"/>
          <w:color w:val="5D7284"/>
          <w:sz w:val="22"/>
        </w:rPr>
        <w:t>02:57</w:t>
      </w:r>
    </w:p>
    <w:p>
      <w:pPr>
        <w:spacing w:after="0"/>
      </w:pPr>
      <w:r>
        <w:rPr>
          <w:rFonts w:ascii="Arial" w:hAnsi="Arial"/>
          <w:sz w:val="22"/>
        </w:rPr>
        <w:t>Well, I was like, yes, Dad, when you said I've an activist trying to like encourage more representation in like the media and all the spaces is well, mine analysis. Yeah, I should say I feel</w:t>
      </w:r>
    </w:p>
    <w:p>
      <w:pPr>
        <w:spacing w:after="0"/>
      </w:pPr>
    </w:p>
    <w:p>
      <w:pPr>
        <w:spacing w:after="0"/>
      </w:pPr>
      <w:r>
        <w:rPr>
          <w:rFonts w:ascii="Arial" w:hAnsi="Arial"/>
          <w:b/>
          <w:sz w:val="22"/>
        </w:rPr>
        <w:t xml:space="preserve">Alice  </w:t>
      </w:r>
      <w:r>
        <w:rPr>
          <w:rFonts w:ascii="Arial" w:hAnsi="Arial"/>
          <w:color w:val="5D7284"/>
          <w:sz w:val="22"/>
        </w:rPr>
        <w:t>03:11</w:t>
      </w:r>
    </w:p>
    <w:p>
      <w:pPr>
        <w:spacing w:after="0"/>
      </w:pPr>
      <w:r>
        <w:rPr>
          <w:rFonts w:ascii="Arial" w:hAnsi="Arial"/>
          <w:sz w:val="22"/>
        </w:rPr>
        <w:t>like we have that conversation on a weekly basis. Yeah. Yes.</w:t>
      </w:r>
    </w:p>
    <w:p>
      <w:pPr>
        <w:spacing w:after="0"/>
      </w:pPr>
    </w:p>
    <w:p>
      <w:pPr>
        <w:spacing w:after="0"/>
      </w:pPr>
      <w:r>
        <w:rPr>
          <w:rFonts w:ascii="Arial" w:hAnsi="Arial"/>
          <w:b/>
          <w:sz w:val="22"/>
        </w:rPr>
        <w:t xml:space="preserve">Lucy  </w:t>
      </w:r>
      <w:r>
        <w:rPr>
          <w:rFonts w:ascii="Arial" w:hAnsi="Arial"/>
          <w:color w:val="5D7284"/>
          <w:sz w:val="22"/>
        </w:rPr>
        <w:t>03:15</w:t>
      </w:r>
    </w:p>
    <w:p>
      <w:pPr>
        <w:spacing w:after="0"/>
      </w:pPr>
      <w:r>
        <w:rPr>
          <w:rFonts w:ascii="Arial" w:hAnsi="Arial"/>
          <w:sz w:val="22"/>
        </w:rPr>
        <w:t>William Shakespeare has a lot to answer for. Is all I will say.</w:t>
      </w:r>
    </w:p>
    <w:p>
      <w:pPr>
        <w:spacing w:after="0"/>
      </w:pPr>
    </w:p>
    <w:p>
      <w:pPr>
        <w:spacing w:after="0"/>
      </w:pPr>
      <w:r>
        <w:rPr>
          <w:rFonts w:ascii="Arial" w:hAnsi="Arial"/>
          <w:b/>
          <w:sz w:val="22"/>
        </w:rPr>
        <w:t xml:space="preserve">Speaker 1  </w:t>
      </w:r>
      <w:r>
        <w:rPr>
          <w:rFonts w:ascii="Arial" w:hAnsi="Arial"/>
          <w:color w:val="5D7284"/>
          <w:sz w:val="22"/>
        </w:rPr>
        <w:t>03:20</w:t>
      </w:r>
    </w:p>
    <w:p>
      <w:pPr>
        <w:spacing w:after="0"/>
      </w:pPr>
      <w:r>
        <w:rPr>
          <w:rFonts w:ascii="Arial" w:hAnsi="Arial"/>
          <w:sz w:val="22"/>
        </w:rPr>
        <w:t>I mean, as somebody that isn't a Shakespeare fan, controversial. I know some people are switching off already, but you know.</w:t>
      </w:r>
    </w:p>
    <w:p>
      <w:pPr>
        <w:spacing w:after="0"/>
      </w:pPr>
    </w:p>
    <w:p>
      <w:pPr>
        <w:spacing w:after="0"/>
      </w:pPr>
      <w:r>
        <w:rPr>
          <w:rFonts w:ascii="Arial" w:hAnsi="Arial"/>
          <w:b/>
          <w:sz w:val="22"/>
        </w:rPr>
        <w:t xml:space="preserve">Lucy  </w:t>
      </w:r>
      <w:r>
        <w:rPr>
          <w:rFonts w:ascii="Arial" w:hAnsi="Arial"/>
          <w:color w:val="5D7284"/>
          <w:sz w:val="22"/>
        </w:rPr>
        <w:t>03:30</w:t>
      </w:r>
    </w:p>
    <w:p>
      <w:pPr>
        <w:spacing w:after="0"/>
      </w:pPr>
      <w:r>
        <w:rPr>
          <w:rFonts w:ascii="Arial" w:hAnsi="Arial"/>
          <w:sz w:val="22"/>
        </w:rPr>
        <w:t>Yeah, yeah. I have tried with Shakespeare. It just goes over my head, and I feel a bit thick. So, my my best defense is to be sarcastic. Really.</w:t>
      </w:r>
    </w:p>
    <w:p>
      <w:pPr>
        <w:spacing w:after="0"/>
      </w:pPr>
    </w:p>
    <w:p>
      <w:pPr>
        <w:spacing w:after="0"/>
      </w:pPr>
      <w:r>
        <w:rPr>
          <w:rFonts w:ascii="Arial" w:hAnsi="Arial"/>
          <w:b/>
          <w:sz w:val="22"/>
        </w:rPr>
        <w:t xml:space="preserve">Alice  </w:t>
      </w:r>
      <w:r>
        <w:rPr>
          <w:rFonts w:ascii="Arial" w:hAnsi="Arial"/>
          <w:color w:val="5D7284"/>
          <w:sz w:val="22"/>
        </w:rPr>
        <w:t>03:42</w:t>
      </w:r>
    </w:p>
    <w:p>
      <w:pPr>
        <w:spacing w:after="0"/>
      </w:pPr>
      <w:r>
        <w:rPr>
          <w:rFonts w:ascii="Arial" w:hAnsi="Arial"/>
          <w:sz w:val="22"/>
        </w:rPr>
        <w:t>So, Dan, I guess you know you've you've got into kind of both behind the scenes and in the foreground. Tell us a little bit about kind of the your your journey into into the world of of acting and I guess disability performance,</w:t>
      </w:r>
    </w:p>
    <w:p>
      <w:pPr>
        <w:spacing w:after="0"/>
      </w:pPr>
    </w:p>
    <w:p>
      <w:pPr>
        <w:spacing w:after="0"/>
      </w:pPr>
      <w:r>
        <w:rPr>
          <w:rFonts w:ascii="Arial" w:hAnsi="Arial"/>
          <w:b/>
          <w:sz w:val="22"/>
        </w:rPr>
        <w:t xml:space="preserve">Speaker 1  </w:t>
      </w:r>
      <w:r>
        <w:rPr>
          <w:rFonts w:ascii="Arial" w:hAnsi="Arial"/>
          <w:color w:val="5D7284"/>
          <w:sz w:val="22"/>
        </w:rPr>
        <w:t>04:04</w:t>
      </w:r>
    </w:p>
    <w:p>
      <w:pPr>
        <w:spacing w:after="0"/>
      </w:pPr>
      <w:r>
        <w:rPr>
          <w:rFonts w:ascii="Arial" w:hAnsi="Arial"/>
          <w:sz w:val="22"/>
        </w:rPr>
        <w:t>the mystical magical journey. So basically, I did drama at school, like many people do, and this is kind of fun. And then somebody told me I could get paid for it, so that that then became the goal. I then did drama A levels, and I applied to all the big stage schools like RADA and Manchester Met and Central School of Speech and Drama and Rose Bruford and all of those places, and didn't get a place. So then I took two years, and I bounced from job to job to job for a little bit, and I was everything from a receptionist in a casino to working the front desk at Royal Mail, and I ended up being a learning support assist in a secondary school, supporting young people that were deaf, disabled, neurodivergent in the classroom, and had a very nice boss that. Around and said, Dan, if I was to put you in any department, where do you want to be? And I said, music art and drama. And she went, great, because nobody ever wants to go there. Off you go. So I went into music art and drama, and then cutting a really long convoluted story short, ended up helping deliver some of the lessons at the end of the school year due to staffing issues and various bits and pieces with a qualified teacher in the room, just for legal reasons, just a</w:t>
      </w:r>
    </w:p>
    <w:p>
      <w:pPr>
        <w:spacing w:after="0"/>
      </w:pPr>
    </w:p>
    <w:p>
      <w:pPr>
        <w:spacing w:after="0"/>
      </w:pPr>
      <w:r>
        <w:rPr>
          <w:rFonts w:ascii="Arial" w:hAnsi="Arial"/>
          <w:b/>
          <w:sz w:val="22"/>
        </w:rPr>
        <w:t xml:space="preserve">Alice  </w:t>
      </w:r>
      <w:r>
        <w:rPr>
          <w:rFonts w:ascii="Arial" w:hAnsi="Arial"/>
          <w:color w:val="5D7284"/>
          <w:sz w:val="22"/>
        </w:rPr>
        <w:t>05:28</w:t>
      </w:r>
    </w:p>
    <w:p>
      <w:pPr>
        <w:spacing w:after="0"/>
      </w:pPr>
      <w:r>
        <w:rPr>
          <w:rFonts w:ascii="Arial" w:hAnsi="Arial"/>
          <w:sz w:val="22"/>
        </w:rPr>
        <w:t>biology teacher in the corner being like, "I, I sanction no, this is fine. Exactly,</w:t>
      </w:r>
    </w:p>
    <w:p>
      <w:pPr>
        <w:spacing w:after="0"/>
      </w:pPr>
    </w:p>
    <w:p>
      <w:pPr>
        <w:spacing w:after="0"/>
      </w:pPr>
      <w:r>
        <w:rPr>
          <w:rFonts w:ascii="Arial" w:hAnsi="Arial"/>
          <w:b/>
          <w:sz w:val="22"/>
        </w:rPr>
        <w:t xml:space="preserve">Speaker 1  </w:t>
      </w:r>
      <w:r>
        <w:rPr>
          <w:rFonts w:ascii="Arial" w:hAnsi="Arial"/>
          <w:color w:val="5D7284"/>
          <w:sz w:val="22"/>
        </w:rPr>
        <w:t>05:34</w:t>
      </w:r>
    </w:p>
    <w:p>
      <w:pPr>
        <w:spacing w:after="0"/>
      </w:pPr>
      <w:r>
        <w:rPr>
          <w:rFonts w:ascii="Arial" w:hAnsi="Arial"/>
          <w:sz w:val="22"/>
        </w:rPr>
        <w:t>pretty much. So did that, and then while I was doing that, turned round and went, yeah, I still need to still need to perform. It's a thing. So approached my family and said, "Will you support me if I go and do a drama degree? And they said, "Well, yeah, if you go do a teaching qualification afterwards.</w:t>
      </w:r>
    </w:p>
    <w:p>
      <w:pPr>
        <w:spacing w:after="0"/>
      </w:pPr>
    </w:p>
    <w:p>
      <w:pPr>
        <w:spacing w:after="0"/>
      </w:pPr>
      <w:r>
        <w:rPr>
          <w:rFonts w:ascii="Arial" w:hAnsi="Arial"/>
          <w:b/>
          <w:sz w:val="22"/>
        </w:rPr>
        <w:t xml:space="preserve">Lucy  </w:t>
      </w:r>
      <w:r>
        <w:rPr>
          <w:rFonts w:ascii="Arial" w:hAnsi="Arial"/>
          <w:color w:val="5D7284"/>
          <w:sz w:val="22"/>
        </w:rPr>
        <w:t>05:56</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05:56</w:t>
      </w:r>
    </w:p>
    <w:p>
      <w:pPr>
        <w:spacing w:after="0"/>
      </w:pPr>
      <w:r>
        <w:rPr>
          <w:rFonts w:ascii="Arial" w:hAnsi="Arial"/>
          <w:sz w:val="22"/>
        </w:rPr>
        <w:t>So I applied to my local university, which is the University of Northampton, and did got an unconditional offer to do their drama degree. Did their drama degree, picked up an agent just before I graduated, and never did that teaching configuration.</w:t>
      </w:r>
    </w:p>
    <w:p>
      <w:pPr>
        <w:spacing w:after="0"/>
      </w:pPr>
    </w:p>
    <w:p>
      <w:pPr>
        <w:spacing w:after="0"/>
      </w:pPr>
      <w:r>
        <w:rPr>
          <w:rFonts w:ascii="Arial" w:hAnsi="Arial"/>
          <w:b/>
          <w:sz w:val="22"/>
        </w:rPr>
        <w:t xml:space="preserve">Lucy  </w:t>
      </w:r>
      <w:r>
        <w:rPr>
          <w:rFonts w:ascii="Arial" w:hAnsi="Arial"/>
          <w:color w:val="5D7284"/>
          <w:sz w:val="22"/>
        </w:rPr>
        <w:t>06:15</w:t>
      </w:r>
    </w:p>
    <w:p>
      <w:pPr>
        <w:spacing w:after="0"/>
      </w:pPr>
      <w:r>
        <w:rPr>
          <w:rFonts w:ascii="Arial" w:hAnsi="Arial"/>
          <w:sz w:val="22"/>
        </w:rPr>
        <w:t>Is that the plan, Dan?</w:t>
      </w:r>
    </w:p>
    <w:p>
      <w:pPr>
        <w:spacing w:after="0"/>
      </w:pPr>
    </w:p>
    <w:p>
      <w:pPr>
        <w:spacing w:after="0"/>
      </w:pPr>
      <w:r>
        <w:rPr>
          <w:rFonts w:ascii="Arial" w:hAnsi="Arial"/>
          <w:b/>
          <w:sz w:val="22"/>
        </w:rPr>
        <w:t xml:space="preserve">Speaker 1  </w:t>
      </w:r>
      <w:r>
        <w:rPr>
          <w:rFonts w:ascii="Arial" w:hAnsi="Arial"/>
          <w:color w:val="5D7284"/>
          <w:sz w:val="22"/>
        </w:rPr>
        <w:t>06:18</w:t>
      </w:r>
    </w:p>
    <w:p>
      <w:pPr>
        <w:spacing w:after="0"/>
      </w:pPr>
      <w:r>
        <w:rPr>
          <w:rFonts w:ascii="Arial" w:hAnsi="Arial"/>
          <w:sz w:val="22"/>
        </w:rPr>
        <w:t>Honestly, no, but I'm glad it turned</w:t>
      </w:r>
    </w:p>
    <w:p>
      <w:pPr>
        <w:spacing w:after="0"/>
      </w:pPr>
    </w:p>
    <w:p>
      <w:pPr>
        <w:spacing w:after="0"/>
      </w:pPr>
      <w:r>
        <w:rPr>
          <w:rFonts w:ascii="Arial" w:hAnsi="Arial"/>
          <w:b/>
          <w:sz w:val="22"/>
        </w:rPr>
        <w:t xml:space="preserve">Speaker 2  </w:t>
      </w:r>
      <w:r>
        <w:rPr>
          <w:rFonts w:ascii="Arial" w:hAnsi="Arial"/>
          <w:color w:val="5D7284"/>
          <w:sz w:val="22"/>
        </w:rPr>
        <w:t>06:24</w:t>
      </w:r>
    </w:p>
    <w:p>
      <w:pPr>
        <w:spacing w:after="0"/>
      </w:pPr>
      <w:r>
        <w:rPr>
          <w:rFonts w:ascii="Arial" w:hAnsi="Arial"/>
          <w:sz w:val="22"/>
        </w:rPr>
        <w:t>out that way.</w:t>
      </w:r>
    </w:p>
    <w:p>
      <w:pPr>
        <w:spacing w:after="0"/>
      </w:pPr>
    </w:p>
    <w:p>
      <w:pPr>
        <w:spacing w:after="0"/>
      </w:pPr>
      <w:r>
        <w:rPr>
          <w:rFonts w:ascii="Arial" w:hAnsi="Arial"/>
          <w:b/>
          <w:sz w:val="22"/>
        </w:rPr>
        <w:t xml:space="preserve">Speaker 1  </w:t>
      </w:r>
      <w:r>
        <w:rPr>
          <w:rFonts w:ascii="Arial" w:hAnsi="Arial"/>
          <w:color w:val="5D7284"/>
          <w:sz w:val="22"/>
        </w:rPr>
        <w:t>06:25</w:t>
      </w:r>
    </w:p>
    <w:p>
      <w:pPr>
        <w:spacing w:after="0"/>
      </w:pPr>
      <w:r>
        <w:rPr>
          <w:rFonts w:ascii="Arial" w:hAnsi="Arial"/>
          <w:sz w:val="22"/>
        </w:rPr>
        <w:t>So that was my adventure into the industry in terms of performance, and since then, like I say, I've done everything from school tour as theater shows to the opening ceremony of the Paralympic Games in 2012 as an aerial circus performer to TV commercials to everything else, and alongside that, I was working as a professional wrestler. Alongside that,</w:t>
      </w:r>
    </w:p>
    <w:p>
      <w:pPr>
        <w:spacing w:after="0"/>
      </w:pPr>
    </w:p>
    <w:p>
      <w:pPr>
        <w:spacing w:after="0"/>
      </w:pPr>
      <w:r>
        <w:rPr>
          <w:rFonts w:ascii="Arial" w:hAnsi="Arial"/>
          <w:b/>
          <w:sz w:val="22"/>
        </w:rPr>
        <w:t xml:space="preserve">Lucy  </w:t>
      </w:r>
      <w:r>
        <w:rPr>
          <w:rFonts w:ascii="Arial" w:hAnsi="Arial"/>
          <w:color w:val="5D7284"/>
          <w:sz w:val="22"/>
        </w:rPr>
        <w:t>06:51</w:t>
      </w:r>
    </w:p>
    <w:p>
      <w:pPr>
        <w:spacing w:after="0"/>
      </w:pPr>
      <w:r>
        <w:rPr>
          <w:rFonts w:ascii="Arial" w:hAnsi="Arial"/>
          <w:sz w:val="22"/>
        </w:rPr>
        <w:t>what a CV then! What that is like I was at the I was at the Paralympic Games. I was this, and I was a wrestler. I</w:t>
      </w:r>
    </w:p>
    <w:p>
      <w:pPr>
        <w:spacing w:after="0"/>
      </w:pPr>
    </w:p>
    <w:p>
      <w:pPr>
        <w:spacing w:after="0"/>
      </w:pPr>
      <w:r>
        <w:rPr>
          <w:rFonts w:ascii="Arial" w:hAnsi="Arial"/>
          <w:b/>
          <w:sz w:val="22"/>
        </w:rPr>
        <w:t xml:space="preserve">Alice  </w:t>
      </w:r>
      <w:r>
        <w:rPr>
          <w:rFonts w:ascii="Arial" w:hAnsi="Arial"/>
          <w:color w:val="5D7284"/>
          <w:sz w:val="22"/>
        </w:rPr>
        <w:t>07:02</w:t>
      </w:r>
    </w:p>
    <w:p>
      <w:pPr>
        <w:spacing w:after="0"/>
      </w:pPr>
      <w:r>
        <w:rPr>
          <w:rFonts w:ascii="Arial" w:hAnsi="Arial"/>
          <w:sz w:val="22"/>
        </w:rPr>
        <w:t>don't know. I feel like professional wrestler in a lot of ways. It fits into that performance sort of side of it, doesn't it? Because it is about that kind of choreography and it's about that that role that you play when you're. Do they call it a ring when you're a wrestler? Yeah,</w:t>
      </w:r>
    </w:p>
    <w:p>
      <w:pPr>
        <w:spacing w:after="0"/>
      </w:pPr>
    </w:p>
    <w:p>
      <w:pPr>
        <w:spacing w:after="0"/>
      </w:pPr>
      <w:r>
        <w:rPr>
          <w:rFonts w:ascii="Arial" w:hAnsi="Arial"/>
          <w:b/>
          <w:sz w:val="22"/>
        </w:rPr>
        <w:t xml:space="preserve">Speaker 1  </w:t>
      </w:r>
      <w:r>
        <w:rPr>
          <w:rFonts w:ascii="Arial" w:hAnsi="Arial"/>
          <w:color w:val="5D7284"/>
          <w:sz w:val="22"/>
        </w:rPr>
        <w:t>07:17</w:t>
      </w:r>
    </w:p>
    <w:p>
      <w:pPr>
        <w:spacing w:after="0"/>
      </w:pPr>
      <w:r>
        <w:rPr>
          <w:rFonts w:ascii="Arial" w:hAnsi="Arial"/>
          <w:sz w:val="22"/>
        </w:rPr>
        <w:t>they do call it a ring. Yes. See, I know</w:t>
      </w:r>
    </w:p>
    <w:p>
      <w:pPr>
        <w:spacing w:after="0"/>
      </w:pPr>
    </w:p>
    <w:p>
      <w:pPr>
        <w:spacing w:after="0"/>
      </w:pPr>
      <w:r>
        <w:rPr>
          <w:rFonts w:ascii="Arial" w:hAnsi="Arial"/>
          <w:b/>
          <w:sz w:val="22"/>
        </w:rPr>
        <w:t xml:space="preserve">Alice  </w:t>
      </w:r>
      <w:r>
        <w:rPr>
          <w:rFonts w:ascii="Arial" w:hAnsi="Arial"/>
          <w:color w:val="5D7284"/>
          <w:sz w:val="22"/>
        </w:rPr>
        <w:t>07:19</w:t>
      </w:r>
    </w:p>
    <w:p>
      <w:pPr>
        <w:spacing w:after="0"/>
      </w:pPr>
      <w:r>
        <w:rPr>
          <w:rFonts w:ascii="Arial" w:hAnsi="Arial"/>
          <w:sz w:val="22"/>
        </w:rPr>
        <w:t>things. I know things. My brother being into WWE for five minutes back in 1997 is finally paying off.</w:t>
      </w:r>
    </w:p>
    <w:p>
      <w:pPr>
        <w:spacing w:after="0"/>
      </w:pPr>
    </w:p>
    <w:p>
      <w:pPr>
        <w:spacing w:after="0"/>
      </w:pPr>
      <w:r>
        <w:rPr>
          <w:rFonts w:ascii="Arial" w:hAnsi="Arial"/>
          <w:b/>
          <w:sz w:val="22"/>
        </w:rPr>
        <w:t xml:space="preserve">Speaker 1  </w:t>
      </w:r>
      <w:r>
        <w:rPr>
          <w:rFonts w:ascii="Arial" w:hAnsi="Arial"/>
          <w:color w:val="5D7284"/>
          <w:sz w:val="22"/>
        </w:rPr>
        <w:t>07:28</w:t>
      </w:r>
    </w:p>
    <w:p>
      <w:pPr>
        <w:spacing w:after="0"/>
      </w:pPr>
      <w:r>
        <w:rPr>
          <w:rFonts w:ascii="Arial" w:hAnsi="Arial"/>
          <w:sz w:val="22"/>
        </w:rPr>
        <w:t>There you go. You see, you can thank your brother for. It was background noise. Professional, but yes. So was doing all of that and working as a performer, and then in terms of getting behind the scenes, that was never really part of the career plan. But COVID happened, and a colleague of mine that I worked with, a lovely lady called Keely Gat Welt, who now runs a company called Making Space over in the US, had a consultancy job because she was working with people at the National Lottery on their latest TV commercial at the time, and some of you may have seen this commercial when I talk about it, and you'll be like, "Oh yeah. And she was stuck in Los Angeles because of COVID, and had this consultancy job, and and dropped a message in a group chat going, "Is anybody free to help me with this? So I put my hand up and said, "Yeah, what do you need? And we ended up working with the team on this commercial, and we went into our first story board meeting, and they said, "Right, Dan, our lead is a wheelchair user. He starts by playing the lottery on his phone. Then he goes round the corner and he's on top of a giant skateboarding ramp. He goes down the skateboarding ramp, flies off the end of it, lands on a beach, gets chased by Vikings, crashes through the wall of a museum, plays xylophone on a dinosaur, and then flies away on a giant paragliding wing. While his chair is transforming to represent all the good causes we look after, how are we going</w:t>
      </w:r>
    </w:p>
    <w:p>
      <w:pPr>
        <w:spacing w:after="0"/>
      </w:pPr>
    </w:p>
    <w:p>
      <w:pPr>
        <w:spacing w:after="0"/>
      </w:pPr>
      <w:r>
        <w:rPr>
          <w:rFonts w:ascii="Arial" w:hAnsi="Arial"/>
          <w:b/>
          <w:sz w:val="22"/>
        </w:rPr>
        <w:t xml:space="preserve">Lucy  </w:t>
      </w:r>
      <w:r>
        <w:rPr>
          <w:rFonts w:ascii="Arial" w:hAnsi="Arial"/>
          <w:color w:val="5D7284"/>
          <w:sz w:val="22"/>
        </w:rPr>
        <w:t>09:07</w:t>
      </w:r>
    </w:p>
    <w:p>
      <w:pPr>
        <w:spacing w:after="0"/>
      </w:pPr>
      <w:r>
        <w:rPr>
          <w:rFonts w:ascii="Arial" w:hAnsi="Arial"/>
          <w:sz w:val="22"/>
        </w:rPr>
        <w:t>to do it? I'll do it.</w:t>
      </w:r>
    </w:p>
    <w:p>
      <w:pPr>
        <w:spacing w:after="0"/>
      </w:pPr>
    </w:p>
    <w:p>
      <w:pPr>
        <w:spacing w:after="0"/>
      </w:pPr>
      <w:r>
        <w:rPr>
          <w:rFonts w:ascii="Arial" w:hAnsi="Arial"/>
          <w:b/>
          <w:sz w:val="22"/>
        </w:rPr>
        <w:t xml:space="preserve">Speaker 1  </w:t>
      </w:r>
      <w:r>
        <w:rPr>
          <w:rFonts w:ascii="Arial" w:hAnsi="Arial"/>
          <w:color w:val="5D7284"/>
          <w:sz w:val="22"/>
        </w:rPr>
        <w:t>09:11</w:t>
      </w:r>
    </w:p>
    <w:p>
      <w:pPr>
        <w:spacing w:after="0"/>
      </w:pPr>
      <w:r>
        <w:rPr>
          <w:rFonts w:ascii="Arial" w:hAnsi="Arial"/>
          <w:sz w:val="22"/>
        </w:rPr>
        <w:t>And it was a case of I ended up working with that production team alongside Keely to make sure that a that advert all worked and b that it. was all accessible for for the performer that did it, the lovely Echo, and we did that, and it went really well. So we went, we should do more of that. And then my lovely colleague Jess Mabel Jones was working on Ralph and Katie at the time, doing similar work, and this was sort of the birth of what is now known as the modern access coordinator, who, which is now thankfully happening across more productions across the world, and then the activism stuff. Well, I joined Equity, which is the Actors Trade Union, pretty much as I left. Junie, and I've been involved ever since. So I quite often go into Parliament and moan at politicians. I quite often are campaigning for stuff, and just more generally trying to give better representation for deaf, disabled, neurodivergent people across the industry.</w:t>
      </w:r>
    </w:p>
    <w:p>
      <w:pPr>
        <w:spacing w:after="0"/>
      </w:pPr>
    </w:p>
    <w:p>
      <w:pPr>
        <w:spacing w:after="0"/>
      </w:pPr>
      <w:r>
        <w:rPr>
          <w:rFonts w:ascii="Arial" w:hAnsi="Arial"/>
          <w:b/>
          <w:sz w:val="22"/>
        </w:rPr>
        <w:t xml:space="preserve">Lucy  </w:t>
      </w:r>
      <w:r>
        <w:rPr>
          <w:rFonts w:ascii="Arial" w:hAnsi="Arial"/>
          <w:color w:val="5D7284"/>
          <w:sz w:val="22"/>
        </w:rPr>
        <w:t>10:14</w:t>
      </w:r>
    </w:p>
    <w:p>
      <w:pPr>
        <w:spacing w:after="0"/>
      </w:pPr>
      <w:r>
        <w:rPr>
          <w:rFonts w:ascii="Arial" w:hAnsi="Arial"/>
          <w:sz w:val="22"/>
        </w:rPr>
        <w:t>Yeah, it's great. It's like the work you do, Dan. I've like I've seen it from afar, and the work that you do it must be very like a rewarding job, and I'm interested to know, particularly with your access coordinator hat on, like how have you seen that role sort of make a difference within the industry? Do you feel it is making a difference? How many people do you go into a meeting with, and they just don't get it, and then other people are like, "Oh, yeah, I get this. This is what we should be doing.</w:t>
      </w:r>
    </w:p>
    <w:p>
      <w:pPr>
        <w:spacing w:after="0"/>
      </w:pPr>
    </w:p>
    <w:p>
      <w:pPr>
        <w:spacing w:after="0"/>
      </w:pPr>
      <w:r>
        <w:rPr>
          <w:rFonts w:ascii="Arial" w:hAnsi="Arial"/>
          <w:b/>
          <w:sz w:val="22"/>
        </w:rPr>
        <w:t xml:space="preserve">Alice  </w:t>
      </w:r>
      <w:r>
        <w:rPr>
          <w:rFonts w:ascii="Arial" w:hAnsi="Arial"/>
          <w:color w:val="5D7284"/>
          <w:sz w:val="22"/>
        </w:rPr>
        <w:t>10:49</w:t>
      </w:r>
    </w:p>
    <w:p>
      <w:pPr>
        <w:spacing w:after="0"/>
      </w:pPr>
      <w:r>
        <w:rPr>
          <w:rFonts w:ascii="Arial" w:hAnsi="Arial"/>
          <w:sz w:val="22"/>
        </w:rPr>
        <w:t>I have a sort of follow up to that. Do do you feel as though you're, you know, you said you're seeing these roles kind of increasingly across, you know, taking place across more and more productions? Do do you see that that attitude and that ethos kind of changing, and do you see that being more kind of welcomed and accepted and and yeah?</w:t>
      </w:r>
    </w:p>
    <w:p>
      <w:pPr>
        <w:spacing w:after="0"/>
      </w:pPr>
    </w:p>
    <w:p>
      <w:pPr>
        <w:spacing w:after="0"/>
      </w:pPr>
      <w:r>
        <w:rPr>
          <w:rFonts w:ascii="Arial" w:hAnsi="Arial"/>
          <w:b/>
          <w:sz w:val="22"/>
        </w:rPr>
        <w:t xml:space="preserve">Speaker 1  </w:t>
      </w:r>
      <w:r>
        <w:rPr>
          <w:rFonts w:ascii="Arial" w:hAnsi="Arial"/>
          <w:color w:val="5D7284"/>
          <w:sz w:val="22"/>
        </w:rPr>
        <w:t>11:11</w:t>
      </w:r>
    </w:p>
    <w:p>
      <w:pPr>
        <w:spacing w:after="0"/>
      </w:pPr>
      <w:r>
        <w:rPr>
          <w:rFonts w:ascii="Arial" w:hAnsi="Arial"/>
          <w:sz w:val="22"/>
        </w:rPr>
        <w:t>Um, it's getting there. It's taking time because nothing happens quickly. Let's be fair. Doesn't matter what industry you're in, nothing happens quickly. I mean, you know, you have to think that until until sort of seven eight years ago, something like the intimacy coordinator didn't exist, and the access coordinator kind of followed on a very similar path to our intimacy colleagues, and still, even with intimacy colleagues down, you'll get some people going, "Why are they here? Why do we need them? We've never had them before. But at the same time, there is lots of people that are like, "Yes, this is really important. Why have we never done it before? So it is growing. growing, and it's growing exponentially, and more and more productions are using it. And yes, it is rewarding, and it does make change. And there's a story I regularly tell that you know, this isn't an exclusive, but there was a production I worked on once that shall remain nameless because obviously I have to protect people as an enemy. And a boom operator came up to me and he said, "Dan, what is your job? He said, "I don't understand it. He said, "Because you talk to all of us, you talk to all the actors, you talk to all the producers, and generally, what happens on film and TV sets, a people talk to the people they need to. We're a big family, and we all sort of cross over. But at the same time, regularly, a boom operator, which is the guy that holds the big long microphone above his head, doesn't talk to the executive producer of the production. It just doesn't happen. There isn't because they have no need to. So he's like, I don't get it. What is your job? And I said, Well, I'm the access coordinator on this job. There's lots of deaf, disabled, neurodivergent people, and I'm making sure all their access requirements are met. And he asked me if I was responsible for an easy read call sheet. Now, for those that don't know what a call sheet is, every day when you're on set, you get essentially a small encyclopedia of about</w:t>
      </w:r>
    </w:p>
    <w:p>
      <w:pPr>
        <w:spacing w:after="0"/>
      </w:pPr>
    </w:p>
    <w:p>
      <w:pPr>
        <w:spacing w:after="0"/>
      </w:pPr>
      <w:r>
        <w:rPr>
          <w:rFonts w:ascii="Arial" w:hAnsi="Arial"/>
          <w:b/>
          <w:sz w:val="22"/>
        </w:rPr>
        <w:t xml:space="preserve">Lucy  </w:t>
      </w:r>
      <w:r>
        <w:rPr>
          <w:rFonts w:ascii="Arial" w:hAnsi="Arial"/>
          <w:color w:val="5D7284"/>
          <w:sz w:val="22"/>
        </w:rPr>
        <w:t>13:26</w:t>
      </w:r>
    </w:p>
    <w:p>
      <w:pPr>
        <w:spacing w:after="0"/>
      </w:pPr>
      <w:r>
        <w:rPr>
          <w:rFonts w:ascii="Arial" w:hAnsi="Arial"/>
          <w:sz w:val="22"/>
        </w:rPr>
        <w:t>that's about right, yeah,</w:t>
      </w:r>
    </w:p>
    <w:p>
      <w:pPr>
        <w:spacing w:after="0"/>
      </w:pPr>
    </w:p>
    <w:p>
      <w:pPr>
        <w:spacing w:after="0"/>
      </w:pPr>
      <w:r>
        <w:rPr>
          <w:rFonts w:ascii="Arial" w:hAnsi="Arial"/>
          <w:b/>
          <w:sz w:val="22"/>
        </w:rPr>
        <w:t xml:space="preserve">Speaker 1  </w:t>
      </w:r>
      <w:r>
        <w:rPr>
          <w:rFonts w:ascii="Arial" w:hAnsi="Arial"/>
          <w:color w:val="5D7284"/>
          <w:sz w:val="22"/>
        </w:rPr>
        <w:t>13:28</w:t>
      </w:r>
    </w:p>
    <w:p>
      <w:pPr>
        <w:spacing w:after="0"/>
      </w:pPr>
      <w:r>
        <w:rPr>
          <w:rFonts w:ascii="Arial" w:hAnsi="Arial"/>
          <w:sz w:val="22"/>
        </w:rPr>
        <w:t>of about five to 10 pages of loads of information. So people's phone numbers, contact details, where you're supposed to be, when you're supposed to be there, what the plan for the day is, what we're shooting, all of those things. When lunch is, when dinner is, and thanks to the work of access coordinators, originally for people with learning disabilities, would we developed an easy read call sheet, which uses easy read. That if you're part of the disabled community you'll recognize where it uses simple text and images next to each other to disseminate information, and the easy read call sheet gets stapled to the front of the normal call sheet, and it basically says what we're shooting, where we're shooting it, what time we need to be there, when lunch is, when dinner is, and when we're going on.</w:t>
      </w:r>
    </w:p>
    <w:p>
      <w:pPr>
        <w:spacing w:after="0"/>
      </w:pPr>
    </w:p>
    <w:p>
      <w:pPr>
        <w:spacing w:after="0"/>
      </w:pPr>
      <w:r>
        <w:rPr>
          <w:rFonts w:ascii="Arial" w:hAnsi="Arial"/>
          <w:b/>
          <w:sz w:val="22"/>
        </w:rPr>
        <w:t xml:space="preserve">Lucy  </w:t>
      </w:r>
      <w:r>
        <w:rPr>
          <w:rFonts w:ascii="Arial" w:hAnsi="Arial"/>
          <w:color w:val="5D7284"/>
          <w:sz w:val="22"/>
        </w:rPr>
        <w:t>14:17</w:t>
      </w:r>
    </w:p>
    <w:p>
      <w:pPr>
        <w:spacing w:after="0"/>
      </w:pPr>
      <w:r>
        <w:rPr>
          <w:rFonts w:ascii="Arial" w:hAnsi="Arial"/>
          <w:sz w:val="22"/>
        </w:rPr>
        <w:t>The important bit, really. Yeah,</w:t>
      </w:r>
    </w:p>
    <w:p>
      <w:pPr>
        <w:spacing w:after="0"/>
      </w:pPr>
    </w:p>
    <w:p>
      <w:pPr>
        <w:spacing w:after="0"/>
      </w:pPr>
      <w:r>
        <w:rPr>
          <w:rFonts w:ascii="Arial" w:hAnsi="Arial"/>
          <w:b/>
          <w:sz w:val="22"/>
        </w:rPr>
        <w:t xml:space="preserve">Speaker 1  </w:t>
      </w:r>
      <w:r>
        <w:rPr>
          <w:rFonts w:ascii="Arial" w:hAnsi="Arial"/>
          <w:color w:val="5D7284"/>
          <w:sz w:val="22"/>
        </w:rPr>
        <w:t>14:19</w:t>
      </w:r>
    </w:p>
    <w:p>
      <w:pPr>
        <w:spacing w:after="0"/>
      </w:pPr>
      <w:r>
        <w:rPr>
          <w:rFonts w:ascii="Arial" w:hAnsi="Arial"/>
          <w:sz w:val="22"/>
        </w:rPr>
        <w:t>exactly. Yeah. And this boom operator said, "Oh, he said, are you responsible for this? And I said, "Yeah. He said, "Oh, do you know what, Dan? I'm dyslexic, and that makes life so much easier. And I went, "Well, why haven't we spoken before this point for a start? And he said, "Well, you just kind of get on with it, don't you? I said, "No, not when I'm on set. You don't. And we had a conversation about his access requirements, and I asked him if he was getting sides every day because every day when you're on set, if you're in a role, you get the pages of the script we're filming that day, so everybody knows what we're doing. And he said, "Yeah, of course I am, and I said right. Would it benefit you if they're on different colored paper? He said, "Yeah. What color do you want? He said, "Yellow. I said, "Yeah, cool. Highlighter or cream? He was like, "Highlighter, brighter the better. I'm like, "Okay, pick one on Amazon. He went, "That one. I went, so I went up to production. I said, "Get your sides on yellow, please. And he went, "Yep, fine, no worries. And I went back a week or so later because I was back and forth because I was on a couple of different productions. Normally, I like to be on a production full time, but it doesn't always happen. And I went back to him, and I said, "You getting your sides on yellow? He said, "Yeah. Do you know what then? He said, "I haven't had a migraine since.</w:t>
      </w:r>
    </w:p>
    <w:p>
      <w:pPr>
        <w:spacing w:after="0"/>
      </w:pPr>
    </w:p>
    <w:p>
      <w:pPr>
        <w:spacing w:after="0"/>
      </w:pPr>
      <w:r>
        <w:rPr>
          <w:rFonts w:ascii="Arial" w:hAnsi="Arial"/>
          <w:b/>
          <w:sz w:val="22"/>
        </w:rPr>
        <w:t xml:space="preserve">Lucy  </w:t>
      </w:r>
      <w:r>
        <w:rPr>
          <w:rFonts w:ascii="Arial" w:hAnsi="Arial"/>
          <w:color w:val="5D7284"/>
          <w:sz w:val="22"/>
        </w:rPr>
        <w:t>15:38</w:t>
      </w:r>
    </w:p>
    <w:p>
      <w:pPr>
        <w:spacing w:after="0"/>
      </w:pPr>
      <w:r>
        <w:rPr>
          <w:rFonts w:ascii="Arial" w:hAnsi="Arial"/>
          <w:sz w:val="22"/>
        </w:rPr>
        <w:t>Oh my god, Dan, Daisy crap out! Oh my god! See, I'm gonna cry because that is that is that is so incredible.</w:t>
      </w:r>
    </w:p>
    <w:p>
      <w:pPr>
        <w:spacing w:after="0"/>
      </w:pPr>
    </w:p>
    <w:p>
      <w:pPr>
        <w:spacing w:after="0"/>
      </w:pPr>
      <w:r>
        <w:rPr>
          <w:rFonts w:ascii="Arial" w:hAnsi="Arial"/>
          <w:b/>
          <w:sz w:val="22"/>
        </w:rPr>
        <w:t xml:space="preserve">Speaker 1  </w:t>
      </w:r>
      <w:r>
        <w:rPr>
          <w:rFonts w:ascii="Arial" w:hAnsi="Arial"/>
          <w:color w:val="5D7284"/>
          <w:sz w:val="22"/>
        </w:rPr>
        <w:t>15:48</w:t>
      </w:r>
    </w:p>
    <w:p>
      <w:pPr>
        <w:spacing w:after="0"/>
      </w:pPr>
      <w:r>
        <w:rPr>
          <w:rFonts w:ascii="Arial" w:hAnsi="Arial"/>
          <w:sz w:val="22"/>
        </w:rPr>
        <w:t>And then his colleague walked up next to me and he went, "Dan, I said, "Yeah.</w:t>
      </w:r>
    </w:p>
    <w:p>
      <w:pPr>
        <w:spacing w:after="0"/>
      </w:pPr>
    </w:p>
    <w:p>
      <w:pPr>
        <w:spacing w:after="0"/>
      </w:pPr>
      <w:r>
        <w:rPr>
          <w:rFonts w:ascii="Arial" w:hAnsi="Arial"/>
          <w:b/>
          <w:sz w:val="22"/>
        </w:rPr>
        <w:t xml:space="preserve">Lucy  </w:t>
      </w:r>
      <w:r>
        <w:rPr>
          <w:rFonts w:ascii="Arial" w:hAnsi="Arial"/>
          <w:color w:val="5D7284"/>
          <w:sz w:val="22"/>
        </w:rPr>
        <w:t>15:56</w:t>
      </w:r>
    </w:p>
    <w:p>
      <w:pPr>
        <w:spacing w:after="0"/>
      </w:pPr>
      <w:r>
        <w:rPr>
          <w:rFonts w:ascii="Arial" w:hAnsi="Arial"/>
          <w:sz w:val="22"/>
        </w:rPr>
        <w:t>What color do you want? He said, "I</w:t>
      </w:r>
    </w:p>
    <w:p>
      <w:pPr>
        <w:spacing w:after="0"/>
      </w:pPr>
    </w:p>
    <w:p>
      <w:pPr>
        <w:spacing w:after="0"/>
      </w:pPr>
      <w:r>
        <w:rPr>
          <w:rFonts w:ascii="Arial" w:hAnsi="Arial"/>
          <w:b/>
          <w:sz w:val="22"/>
        </w:rPr>
        <w:t xml:space="preserve">Speaker 1  </w:t>
      </w:r>
      <w:r>
        <w:rPr>
          <w:rFonts w:ascii="Arial" w:hAnsi="Arial"/>
          <w:color w:val="5D7284"/>
          <w:sz w:val="22"/>
        </w:rPr>
        <w:t>15:59</w:t>
      </w:r>
    </w:p>
    <w:p>
      <w:pPr>
        <w:spacing w:after="0"/>
      </w:pPr>
      <w:r>
        <w:rPr>
          <w:rFonts w:ascii="Arial" w:hAnsi="Arial"/>
          <w:sz w:val="22"/>
        </w:rPr>
        <w:t>think you should know. I said right. What should I know? He said, "I'm a single leg amputee. You have</w:t>
      </w:r>
    </w:p>
    <w:p>
      <w:pPr>
        <w:spacing w:after="0"/>
      </w:pPr>
    </w:p>
    <w:p>
      <w:pPr>
        <w:spacing w:after="0"/>
      </w:pPr>
      <w:r>
        <w:rPr>
          <w:rFonts w:ascii="Arial" w:hAnsi="Arial"/>
          <w:b/>
          <w:sz w:val="22"/>
        </w:rPr>
        <w:t xml:space="preserve">Lucy  </w:t>
      </w:r>
      <w:r>
        <w:rPr>
          <w:rFonts w:ascii="Arial" w:hAnsi="Arial"/>
          <w:color w:val="5D7284"/>
          <w:sz w:val="22"/>
        </w:rPr>
        <w:t>16:05</w:t>
      </w:r>
    </w:p>
    <w:p>
      <w:pPr>
        <w:spacing w:after="0"/>
      </w:pPr>
      <w:r>
        <w:rPr>
          <w:rFonts w:ascii="Arial" w:hAnsi="Arial"/>
          <w:sz w:val="22"/>
        </w:rPr>
        <w:t>a queue outside your office. Next, take a ticket, sit down. That's so funny.</w:t>
      </w:r>
    </w:p>
    <w:p>
      <w:pPr>
        <w:spacing w:after="0"/>
      </w:pPr>
    </w:p>
    <w:p>
      <w:pPr>
        <w:spacing w:after="0"/>
      </w:pPr>
      <w:r>
        <w:rPr>
          <w:rFonts w:ascii="Arial" w:hAnsi="Arial"/>
          <w:b/>
          <w:sz w:val="22"/>
        </w:rPr>
        <w:t xml:space="preserve">Speaker 1  </w:t>
      </w:r>
      <w:r>
        <w:rPr>
          <w:rFonts w:ascii="Arial" w:hAnsi="Arial"/>
          <w:color w:val="5D7284"/>
          <w:sz w:val="22"/>
        </w:rPr>
        <w:t>16:14</w:t>
      </w:r>
    </w:p>
    <w:p>
      <w:pPr>
        <w:spacing w:after="0"/>
      </w:pPr>
      <w:r>
        <w:rPr>
          <w:rFonts w:ascii="Arial" w:hAnsi="Arial"/>
          <w:sz w:val="22"/>
        </w:rPr>
        <w:t>But this is the thing: is like within the film and TV industry, especially, and the theater industry to an extent, that there is very much you dig in, you get on with the work, you don't cause any issues.</w:t>
      </w:r>
    </w:p>
    <w:p>
      <w:pPr>
        <w:spacing w:after="0"/>
      </w:pPr>
    </w:p>
    <w:p>
      <w:pPr>
        <w:spacing w:after="0"/>
      </w:pPr>
      <w:r>
        <w:rPr>
          <w:rFonts w:ascii="Arial" w:hAnsi="Arial"/>
          <w:b/>
          <w:sz w:val="22"/>
        </w:rPr>
        <w:t xml:space="preserve">Lucy  </w:t>
      </w:r>
      <w:r>
        <w:rPr>
          <w:rFonts w:ascii="Arial" w:hAnsi="Arial"/>
          <w:color w:val="5D7284"/>
          <w:sz w:val="22"/>
        </w:rPr>
        <w:t>16:33</w:t>
      </w:r>
    </w:p>
    <w:p>
      <w:pPr>
        <w:spacing w:after="0"/>
      </w:pPr>
      <w:r>
        <w:rPr>
          <w:rFonts w:ascii="Arial" w:hAnsi="Arial"/>
          <w:sz w:val="22"/>
        </w:rPr>
        <w:t>Keep your head down, shut up.</w:t>
      </w:r>
    </w:p>
    <w:p>
      <w:pPr>
        <w:spacing w:after="0"/>
      </w:pPr>
    </w:p>
    <w:p>
      <w:pPr>
        <w:spacing w:after="0"/>
      </w:pPr>
      <w:r>
        <w:rPr>
          <w:rFonts w:ascii="Arial" w:hAnsi="Arial"/>
          <w:b/>
          <w:sz w:val="22"/>
        </w:rPr>
        <w:t xml:space="preserve">Alice  </w:t>
      </w:r>
      <w:r>
        <w:rPr>
          <w:rFonts w:ascii="Arial" w:hAnsi="Arial"/>
          <w:color w:val="5D7284"/>
          <w:sz w:val="22"/>
        </w:rPr>
        <w:t>16:34</w:t>
      </w:r>
    </w:p>
    <w:p>
      <w:pPr>
        <w:spacing w:after="0"/>
      </w:pPr>
      <w:r>
        <w:rPr>
          <w:rFonts w:ascii="Arial" w:hAnsi="Arial"/>
          <w:sz w:val="22"/>
        </w:rPr>
        <w:t>Yeah, I think there's there's a real and the show</w:t>
      </w:r>
    </w:p>
    <w:p>
      <w:pPr>
        <w:spacing w:after="0"/>
      </w:pPr>
    </w:p>
    <w:p>
      <w:pPr>
        <w:spacing w:after="0"/>
      </w:pPr>
      <w:r>
        <w:rPr>
          <w:rFonts w:ascii="Arial" w:hAnsi="Arial"/>
          <w:b/>
          <w:sz w:val="22"/>
        </w:rPr>
        <w:t xml:space="preserve">Speaker 1  </w:t>
      </w:r>
      <w:r>
        <w:rPr>
          <w:rFonts w:ascii="Arial" w:hAnsi="Arial"/>
          <w:color w:val="5D7284"/>
          <w:sz w:val="22"/>
        </w:rPr>
        <w:t>16:37</w:t>
      </w:r>
    </w:p>
    <w:p>
      <w:pPr>
        <w:spacing w:after="0"/>
      </w:pPr>
      <w:r>
        <w:rPr>
          <w:rFonts w:ascii="Arial" w:hAnsi="Arial"/>
          <w:sz w:val="22"/>
        </w:rPr>
        <w:t>must go on. I</w:t>
      </w:r>
    </w:p>
    <w:p>
      <w:pPr>
        <w:spacing w:after="0"/>
      </w:pPr>
    </w:p>
    <w:p>
      <w:pPr>
        <w:spacing w:after="0"/>
      </w:pPr>
      <w:r>
        <w:rPr>
          <w:rFonts w:ascii="Arial" w:hAnsi="Arial"/>
          <w:b/>
          <w:sz w:val="22"/>
        </w:rPr>
        <w:t xml:space="preserve">Alice  </w:t>
      </w:r>
      <w:r>
        <w:rPr>
          <w:rFonts w:ascii="Arial" w:hAnsi="Arial"/>
          <w:color w:val="5D7284"/>
          <w:sz w:val="22"/>
        </w:rPr>
        <w:t>16:38</w:t>
      </w:r>
    </w:p>
    <w:p>
      <w:pPr>
        <w:spacing w:after="0"/>
      </w:pPr>
      <w:r>
        <w:rPr>
          <w:rFonts w:ascii="Arial" w:hAnsi="Arial"/>
          <w:sz w:val="22"/>
        </w:rPr>
        <w:t>think there's a real like you don't make a fuss because there's a line of people waiting for</w:t>
      </w:r>
    </w:p>
    <w:p>
      <w:pPr>
        <w:spacing w:after="0"/>
      </w:pPr>
    </w:p>
    <w:p>
      <w:pPr>
        <w:spacing w:after="0"/>
      </w:pPr>
      <w:r>
        <w:rPr>
          <w:rFonts w:ascii="Arial" w:hAnsi="Arial"/>
          <w:b/>
          <w:sz w:val="22"/>
        </w:rPr>
        <w:t xml:space="preserve">Speaker 1  </w:t>
      </w:r>
      <w:r>
        <w:rPr>
          <w:rFonts w:ascii="Arial" w:hAnsi="Arial"/>
          <w:color w:val="5D7284"/>
          <w:sz w:val="22"/>
        </w:rPr>
        <w:t>16:44</w:t>
      </w:r>
    </w:p>
    <w:p>
      <w:pPr>
        <w:spacing w:after="0"/>
      </w:pPr>
      <w:r>
        <w:rPr>
          <w:rFonts w:ascii="Arial" w:hAnsi="Arial"/>
          <w:sz w:val="22"/>
        </w:rPr>
        <w:t>waiting for your job. Yeah, and this is about a culture shift within the industry, and the fact that you know employers in the industry, and I'm not going to berate anybody as an employer, but employers in the film and TV industry, have the same responsibilities as any other employer. We are not special. Like as an employer, you have legal requirements to meet reasonable adjustments. And I hate that term. That's a different conversation. I prefer the term access requirements, but we probably haven't got enough time to get into that. That's my activist brain, but essentially, you know, it's very much a culture shift, and it's starting to happen. And I often joke about this, and one day it will bite me on the ass. But the cases shows that I work on win awards. Now, what does that tell you? Yeah, it's not because I'm claiming those awards.</w:t>
      </w:r>
    </w:p>
    <w:p>
      <w:pPr>
        <w:spacing w:after="0"/>
      </w:pPr>
    </w:p>
    <w:p>
      <w:pPr>
        <w:spacing w:after="0"/>
      </w:pPr>
      <w:r>
        <w:rPr>
          <w:rFonts w:ascii="Arial" w:hAnsi="Arial"/>
          <w:b/>
          <w:sz w:val="22"/>
        </w:rPr>
        <w:t xml:space="preserve">Lucy  </w:t>
      </w:r>
      <w:r>
        <w:rPr>
          <w:rFonts w:ascii="Arial" w:hAnsi="Arial"/>
          <w:color w:val="5D7284"/>
          <w:sz w:val="22"/>
        </w:rPr>
        <w:t>17:45</w:t>
      </w:r>
    </w:p>
    <w:p>
      <w:pPr>
        <w:spacing w:after="0"/>
      </w:pPr>
      <w:r>
        <w:rPr>
          <w:rFonts w:ascii="Arial" w:hAnsi="Arial"/>
          <w:sz w:val="22"/>
        </w:rPr>
        <w:t>No,</w:t>
      </w:r>
    </w:p>
    <w:p>
      <w:pPr>
        <w:spacing w:after="0"/>
      </w:pPr>
    </w:p>
    <w:p>
      <w:pPr>
        <w:spacing w:after="0"/>
      </w:pPr>
      <w:r>
        <w:rPr>
          <w:rFonts w:ascii="Arial" w:hAnsi="Arial"/>
          <w:b/>
          <w:sz w:val="22"/>
        </w:rPr>
        <w:t xml:space="preserve">Speaker 1  </w:t>
      </w:r>
      <w:r>
        <w:rPr>
          <w:rFonts w:ascii="Arial" w:hAnsi="Arial"/>
          <w:color w:val="5D7284"/>
          <w:sz w:val="22"/>
        </w:rPr>
        <w:t>17:46</w:t>
      </w:r>
    </w:p>
    <w:p>
      <w:pPr>
        <w:spacing w:after="0"/>
      </w:pPr>
      <w:r>
        <w:rPr>
          <w:rFonts w:ascii="Arial" w:hAnsi="Arial"/>
          <w:sz w:val="22"/>
        </w:rPr>
        <w:t>it's not me going. I'm responsible for that, but it means that having somebody like me as an access coordinator that helps meet people's access requirements gives people a better environment to work in, and they do their best work.</w:t>
      </w:r>
    </w:p>
    <w:p>
      <w:pPr>
        <w:spacing w:after="0"/>
      </w:pPr>
    </w:p>
    <w:p>
      <w:pPr>
        <w:spacing w:after="0"/>
      </w:pPr>
      <w:r>
        <w:rPr>
          <w:rFonts w:ascii="Arial" w:hAnsi="Arial"/>
          <w:b/>
          <w:sz w:val="22"/>
        </w:rPr>
        <w:t xml:space="preserve">Alice  </w:t>
      </w:r>
      <w:r>
        <w:rPr>
          <w:rFonts w:ascii="Arial" w:hAnsi="Arial"/>
          <w:color w:val="5D7284"/>
          <w:sz w:val="22"/>
        </w:rPr>
        <w:t>18:01</w:t>
      </w:r>
    </w:p>
    <w:p>
      <w:pPr>
        <w:spacing w:after="0"/>
      </w:pPr>
      <w:r>
        <w:rPr>
          <w:rFonts w:ascii="Arial" w:hAnsi="Arial"/>
          <w:sz w:val="22"/>
        </w:rPr>
        <w:t>Yep,</w:t>
      </w:r>
    </w:p>
    <w:p>
      <w:pPr>
        <w:spacing w:after="0"/>
      </w:pPr>
    </w:p>
    <w:p>
      <w:pPr>
        <w:spacing w:after="0"/>
      </w:pPr>
      <w:r>
        <w:rPr>
          <w:rFonts w:ascii="Arial" w:hAnsi="Arial"/>
          <w:b/>
          <w:sz w:val="22"/>
        </w:rPr>
        <w:t xml:space="preserve">Lucy  </w:t>
      </w:r>
      <w:r>
        <w:rPr>
          <w:rFonts w:ascii="Arial" w:hAnsi="Arial"/>
          <w:color w:val="5D7284"/>
          <w:sz w:val="22"/>
        </w:rPr>
        <w:t>18:02</w:t>
      </w:r>
    </w:p>
    <w:p>
      <w:pPr>
        <w:spacing w:after="0"/>
      </w:pPr>
      <w:r>
        <w:rPr>
          <w:rFonts w:ascii="Arial" w:hAnsi="Arial"/>
          <w:sz w:val="22"/>
        </w:rPr>
        <w:t>I think, and I think that's just like across the board, isn't it? Really, like, and I think you know when you look, if you take that sort of, if you take the whole access requirement thing out of performance, and you put it in like business, when disabled people go for jobs that aren't necessarily performance related or things, when you go for job interviews and you say access requirements or reasonable adjustment, as you've just mentioned, but people in business they look at you and think, "Oh my god, more money! Oh my god! Oh my god! Oh my god! No, we can't. We can't have. We can't have that. No, we just go with the other candidate because it's it's easier.</w:t>
      </w:r>
    </w:p>
    <w:p>
      <w:pPr>
        <w:spacing w:after="0"/>
      </w:pPr>
    </w:p>
    <w:p>
      <w:pPr>
        <w:spacing w:after="0"/>
      </w:pPr>
      <w:r>
        <w:rPr>
          <w:rFonts w:ascii="Arial" w:hAnsi="Arial"/>
          <w:b/>
          <w:sz w:val="22"/>
        </w:rPr>
        <w:t xml:space="preserve">Speaker 1  </w:t>
      </w:r>
      <w:r>
        <w:rPr>
          <w:rFonts w:ascii="Arial" w:hAnsi="Arial"/>
          <w:color w:val="5D7284"/>
          <w:sz w:val="22"/>
        </w:rPr>
        <w:t>18:43</w:t>
      </w:r>
    </w:p>
    <w:p>
      <w:pPr>
        <w:spacing w:after="0"/>
      </w:pPr>
      <w:r>
        <w:rPr>
          <w:rFonts w:ascii="Arial" w:hAnsi="Arial"/>
          <w:sz w:val="22"/>
        </w:rPr>
        <w:t>But every everybody gets concerned about this this more money thing. But let's let's play with that myth for a little bit because obviously on a film and TV set, time is money. Like the longer we're filming, the more expensive it's going to be.</w:t>
      </w:r>
    </w:p>
    <w:p>
      <w:pPr>
        <w:spacing w:after="0"/>
      </w:pPr>
    </w:p>
    <w:p>
      <w:pPr>
        <w:spacing w:after="0"/>
      </w:pPr>
      <w:r>
        <w:rPr>
          <w:rFonts w:ascii="Arial" w:hAnsi="Arial"/>
          <w:b/>
          <w:sz w:val="22"/>
        </w:rPr>
        <w:t xml:space="preserve">Speaker 3  </w:t>
      </w:r>
      <w:r>
        <w:rPr>
          <w:rFonts w:ascii="Arial" w:hAnsi="Arial"/>
          <w:color w:val="5D7284"/>
          <w:sz w:val="22"/>
        </w:rPr>
        <w:t>19:00</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19:00</w:t>
      </w:r>
    </w:p>
    <w:p>
      <w:pPr>
        <w:spacing w:after="0"/>
      </w:pPr>
      <w:r>
        <w:rPr>
          <w:rFonts w:ascii="Arial" w:hAnsi="Arial"/>
          <w:sz w:val="22"/>
        </w:rPr>
        <w:t>Right. Time is literally money. But if I go in as an access coordinator, I'm a part-time chair user. For anybody that wants to know, I have CP. I'm a part-time chair user. I can walk around on sticks, hence my wrestling career. But I also use a chair for longer distances. So when I'm on set, my sticks make me sound like a pantomime horse. I click and clap everywhere,</w:t>
      </w:r>
    </w:p>
    <w:p>
      <w:pPr>
        <w:spacing w:after="0"/>
      </w:pPr>
    </w:p>
    <w:p>
      <w:pPr>
        <w:spacing w:after="0"/>
      </w:pPr>
      <w:r>
        <w:rPr>
          <w:rFonts w:ascii="Arial" w:hAnsi="Arial"/>
          <w:b/>
          <w:sz w:val="22"/>
        </w:rPr>
        <w:t xml:space="preserve">Alice  </w:t>
      </w:r>
      <w:r>
        <w:rPr>
          <w:rFonts w:ascii="Arial" w:hAnsi="Arial"/>
          <w:color w:val="5D7284"/>
          <w:sz w:val="22"/>
        </w:rPr>
        <w:t>19:24</w:t>
      </w:r>
    </w:p>
    <w:p>
      <w:pPr>
        <w:spacing w:after="0"/>
      </w:pPr>
      <w:r>
        <w:rPr>
          <w:rFonts w:ascii="Arial" w:hAnsi="Arial"/>
          <w:sz w:val="22"/>
        </w:rPr>
        <w:t>right?</w:t>
      </w:r>
    </w:p>
    <w:p>
      <w:pPr>
        <w:spacing w:after="0"/>
      </w:pPr>
    </w:p>
    <w:p>
      <w:pPr>
        <w:spacing w:after="0"/>
      </w:pPr>
      <w:r>
        <w:rPr>
          <w:rFonts w:ascii="Arial" w:hAnsi="Arial"/>
          <w:b/>
          <w:sz w:val="22"/>
        </w:rPr>
        <w:t xml:space="preserve">Speaker 1  </w:t>
      </w:r>
      <w:r>
        <w:rPr>
          <w:rFonts w:ascii="Arial" w:hAnsi="Arial"/>
          <w:color w:val="5D7284"/>
          <w:sz w:val="22"/>
        </w:rPr>
        <w:t>19:26</w:t>
      </w:r>
    </w:p>
    <w:p>
      <w:pPr>
        <w:spacing w:after="0"/>
      </w:pPr>
      <w:r>
        <w:rPr>
          <w:rFonts w:ascii="Arial" w:hAnsi="Arial"/>
          <w:sz w:val="22"/>
        </w:rPr>
        <w:t>So that's not beneficial on set when you've got to be really quiet because everybody's filming. So I use my chair on set. So when I'm on set, I'm making set accessible for me, which means there's ramps everywhere, or or at least there's a route for ramps everywhere because I need to get round set. Do you know who gets really excited about me putting ramps everywhere? I imagine camera. Yeah,</w:t>
      </w:r>
    </w:p>
    <w:p>
      <w:pPr>
        <w:spacing w:after="0"/>
      </w:pPr>
    </w:p>
    <w:p>
      <w:pPr>
        <w:spacing w:after="0"/>
      </w:pPr>
      <w:r>
        <w:rPr>
          <w:rFonts w:ascii="Arial" w:hAnsi="Arial"/>
          <w:b/>
          <w:sz w:val="22"/>
        </w:rPr>
        <w:t xml:space="preserve">Speaker 4  </w:t>
      </w:r>
      <w:r>
        <w:rPr>
          <w:rFonts w:ascii="Arial" w:hAnsi="Arial"/>
          <w:color w:val="5D7284"/>
          <w:sz w:val="22"/>
        </w:rPr>
        <w:t>19:54</w:t>
      </w:r>
    </w:p>
    <w:p>
      <w:pPr>
        <w:spacing w:after="0"/>
      </w:pPr>
      <w:r>
        <w:rPr>
          <w:rFonts w:ascii="Arial" w:hAnsi="Arial"/>
          <w:sz w:val="22"/>
        </w:rPr>
        <w:t>yeah,</w:t>
      </w:r>
    </w:p>
    <w:p>
      <w:pPr>
        <w:spacing w:after="0"/>
      </w:pPr>
    </w:p>
    <w:p>
      <w:pPr>
        <w:spacing w:after="0"/>
      </w:pPr>
      <w:r>
        <w:rPr>
          <w:rFonts w:ascii="Arial" w:hAnsi="Arial"/>
          <w:b/>
          <w:sz w:val="22"/>
        </w:rPr>
        <w:t xml:space="preserve">Lucy  </w:t>
      </w:r>
      <w:r>
        <w:rPr>
          <w:rFonts w:ascii="Arial" w:hAnsi="Arial"/>
          <w:color w:val="5D7284"/>
          <w:sz w:val="22"/>
        </w:rPr>
        <w:t>19:55</w:t>
      </w:r>
    </w:p>
    <w:p>
      <w:pPr>
        <w:spacing w:after="0"/>
      </w:pPr>
      <w:r>
        <w:rPr>
          <w:rFonts w:ascii="Arial" w:hAnsi="Arial"/>
          <w:sz w:val="22"/>
        </w:rPr>
        <w:t>because they're like these ramps are brilliant. Can I just tell? It's just reminded me of a story. A quick, very quick story. We had a kitchen fitted not long ago. Well, I say not long ago. It's probably about. I remember it was about four</w:t>
      </w:r>
    </w:p>
    <w:p>
      <w:pPr>
        <w:spacing w:after="0"/>
      </w:pPr>
    </w:p>
    <w:p>
      <w:pPr>
        <w:spacing w:after="0"/>
      </w:pPr>
      <w:r>
        <w:rPr>
          <w:rFonts w:ascii="Arial" w:hAnsi="Arial"/>
          <w:b/>
          <w:sz w:val="22"/>
        </w:rPr>
        <w:t xml:space="preserve">Alice  </w:t>
      </w:r>
      <w:r>
        <w:rPr>
          <w:rFonts w:ascii="Arial" w:hAnsi="Arial"/>
          <w:color w:val="5D7284"/>
          <w:sz w:val="22"/>
        </w:rPr>
        <w:t>20:10</w:t>
      </w:r>
    </w:p>
    <w:p>
      <w:pPr>
        <w:spacing w:after="0"/>
      </w:pPr>
      <w:r>
        <w:rPr>
          <w:rFonts w:ascii="Arial" w:hAnsi="Arial"/>
          <w:sz w:val="22"/>
        </w:rPr>
        <w:t>and a half years ago, wasn't it? Yeah. It</w:t>
      </w:r>
    </w:p>
    <w:p>
      <w:pPr>
        <w:spacing w:after="0"/>
      </w:pPr>
    </w:p>
    <w:p>
      <w:pPr>
        <w:spacing w:after="0"/>
      </w:pPr>
      <w:r>
        <w:rPr>
          <w:rFonts w:ascii="Arial" w:hAnsi="Arial"/>
          <w:b/>
          <w:sz w:val="22"/>
        </w:rPr>
        <w:t xml:space="preserve">Lucy  </w:t>
      </w:r>
      <w:r>
        <w:rPr>
          <w:rFonts w:ascii="Arial" w:hAnsi="Arial"/>
          <w:color w:val="5D7284"/>
          <w:sz w:val="22"/>
        </w:rPr>
        <w:t>20:12</w:t>
      </w:r>
    </w:p>
    <w:p>
      <w:pPr>
        <w:spacing w:after="0"/>
      </w:pPr>
      <w:r>
        <w:rPr>
          <w:rFonts w:ascii="Arial" w:hAnsi="Arial"/>
          <w:sz w:val="22"/>
        </w:rPr>
        <w:t>seems like yesterday. But the kitchen got delivered, and the the deliver man, obviously big cardboard boxes. It was all like you just basically put it in, screw it, it's done. Yeah, and big massive cardboard boxes. And the delivery, the deliver. We I have a ramp into my house of the back door, so in and out of the back door. I don't come in through the front door. I go through the back. Um, and the delivery man. My dad opened the back door. The delivery man pushed his like little trolley up the ramp, down the ramp, down the ramp the other side, where I, you know, and turned to my mum and went, "Thanks for forgetting the ramp, and it's really helpful. Nobody else does that. And I was like, I'm sat there going, "This is</w:t>
      </w:r>
    </w:p>
    <w:p>
      <w:pPr>
        <w:spacing w:after="0"/>
      </w:pPr>
    </w:p>
    <w:p>
      <w:pPr>
        <w:spacing w:after="0"/>
      </w:pPr>
      <w:r>
        <w:rPr>
          <w:rFonts w:ascii="Arial" w:hAnsi="Arial"/>
          <w:b/>
          <w:sz w:val="22"/>
        </w:rPr>
        <w:t xml:space="preserve">Alice  </w:t>
      </w:r>
      <w:r>
        <w:rPr>
          <w:rFonts w:ascii="Arial" w:hAnsi="Arial"/>
          <w:color w:val="5D7284"/>
          <w:sz w:val="22"/>
        </w:rPr>
        <w:t>20:58</w:t>
      </w:r>
    </w:p>
    <w:p>
      <w:pPr>
        <w:spacing w:after="0"/>
      </w:pPr>
      <w:r>
        <w:rPr>
          <w:rFonts w:ascii="Arial" w:hAnsi="Arial"/>
          <w:sz w:val="22"/>
        </w:rPr>
        <w:t>just for you, mate. Special treatment, special treatment for delivery people.</w:t>
      </w:r>
    </w:p>
    <w:p>
      <w:pPr>
        <w:spacing w:after="0"/>
      </w:pPr>
    </w:p>
    <w:p>
      <w:pPr>
        <w:spacing w:after="0"/>
      </w:pPr>
      <w:r>
        <w:rPr>
          <w:rFonts w:ascii="Arial" w:hAnsi="Arial"/>
          <w:b/>
          <w:sz w:val="22"/>
        </w:rPr>
        <w:t xml:space="preserve">Lucy  </w:t>
      </w:r>
      <w:r>
        <w:rPr>
          <w:rFonts w:ascii="Arial" w:hAnsi="Arial"/>
          <w:color w:val="5D7284"/>
          <w:sz w:val="22"/>
        </w:rPr>
        <w:t>21:06</w:t>
      </w:r>
    </w:p>
    <w:p>
      <w:pPr>
        <w:spacing w:after="0"/>
      </w:pPr>
      <w:r>
        <w:rPr>
          <w:rFonts w:ascii="Arial" w:hAnsi="Arial"/>
          <w:sz w:val="22"/>
        </w:rPr>
        <w:t>So funny.</w:t>
      </w:r>
    </w:p>
    <w:p>
      <w:pPr>
        <w:spacing w:after="0"/>
      </w:pPr>
    </w:p>
    <w:p>
      <w:pPr>
        <w:spacing w:after="0"/>
      </w:pPr>
      <w:r>
        <w:rPr>
          <w:rFonts w:ascii="Arial" w:hAnsi="Arial"/>
          <w:b/>
          <w:sz w:val="22"/>
        </w:rPr>
        <w:t xml:space="preserve">Speaker 1  </w:t>
      </w:r>
      <w:r>
        <w:rPr>
          <w:rFonts w:ascii="Arial" w:hAnsi="Arial"/>
          <w:color w:val="5D7284"/>
          <w:sz w:val="22"/>
        </w:rPr>
        <w:t>21:07</w:t>
      </w:r>
    </w:p>
    <w:p>
      <w:pPr>
        <w:spacing w:after="0"/>
      </w:pPr>
      <w:r>
        <w:rPr>
          <w:rFonts w:ascii="Arial" w:hAnsi="Arial"/>
          <w:sz w:val="22"/>
        </w:rPr>
        <w:t>It's almost as if you make it accessible for deaf, disabled, neurodivergent people, and it improves everybody's. The world's easier for everybody. Yeah,</w:t>
      </w:r>
    </w:p>
    <w:p>
      <w:pPr>
        <w:spacing w:after="0"/>
      </w:pPr>
    </w:p>
    <w:p>
      <w:pPr>
        <w:spacing w:after="0"/>
      </w:pPr>
      <w:r>
        <w:rPr>
          <w:rFonts w:ascii="Arial" w:hAnsi="Arial"/>
          <w:b/>
          <w:sz w:val="22"/>
        </w:rPr>
        <w:t xml:space="preserve">Alice  </w:t>
      </w:r>
      <w:r>
        <w:rPr>
          <w:rFonts w:ascii="Arial" w:hAnsi="Arial"/>
          <w:color w:val="5D7284"/>
          <w:sz w:val="22"/>
        </w:rPr>
        <w:t>21:14</w:t>
      </w:r>
    </w:p>
    <w:p>
      <w:pPr>
        <w:spacing w:after="0"/>
      </w:pPr>
      <w:r>
        <w:rPr>
          <w:rFonts w:ascii="Arial" w:hAnsi="Arial"/>
          <w:sz w:val="22"/>
        </w:rPr>
        <w:t>it's funny, that, isn't it? And you know what? So my mum worked. My mum worked in museums her whole life, and she was responsible for front of house at a large London museum. And she used to have conversations with like designers and exhibition designers and stuff. The museum was accessed by a lot of children with their grannies, and a lot of people where English was their second language, and my mum would be like, "Can we have some ramps and can we have some nice big clear print on labling and things like that? And they'd be like, "Oh, but you know, it doesn't look very nice for the the Victorian Doll's House exhibition. And my mum was going in in 2001 My mum was going. Yeah, but if you do this, then it means that the four-year-old children can read it. The grannies with cataracts can read it. The people who don't speak English can read it, and the people who have got learning disabilities can read it. How many people?</w:t>
      </w:r>
    </w:p>
    <w:p>
      <w:pPr>
        <w:spacing w:after="0"/>
      </w:pPr>
    </w:p>
    <w:p>
      <w:pPr>
        <w:spacing w:after="0"/>
      </w:pPr>
      <w:r>
        <w:rPr>
          <w:rFonts w:ascii="Arial" w:hAnsi="Arial"/>
          <w:b/>
          <w:sz w:val="22"/>
        </w:rPr>
        <w:t xml:space="preserve">Lucy  </w:t>
      </w:r>
      <w:r>
        <w:rPr>
          <w:rFonts w:ascii="Arial" w:hAnsi="Arial"/>
          <w:color w:val="5D7284"/>
          <w:sz w:val="22"/>
        </w:rPr>
        <w:t>22:14</w:t>
      </w:r>
    </w:p>
    <w:p>
      <w:pPr>
        <w:spacing w:after="0"/>
      </w:pPr>
      <w:r>
        <w:rPr>
          <w:rFonts w:ascii="Arial" w:hAnsi="Arial"/>
          <w:sz w:val="22"/>
        </w:rPr>
        <w:t>14, please. Yeah,</w:t>
      </w:r>
    </w:p>
    <w:p>
      <w:pPr>
        <w:spacing w:after="0"/>
      </w:pPr>
    </w:p>
    <w:p>
      <w:pPr>
        <w:spacing w:after="0"/>
      </w:pPr>
      <w:r>
        <w:rPr>
          <w:rFonts w:ascii="Arial" w:hAnsi="Arial"/>
          <w:b/>
          <w:sz w:val="22"/>
        </w:rPr>
        <w:t xml:space="preserve">Alice  </w:t>
      </w:r>
      <w:r>
        <w:rPr>
          <w:rFonts w:ascii="Arial" w:hAnsi="Arial"/>
          <w:color w:val="5D7284"/>
          <w:sz w:val="22"/>
        </w:rPr>
        <w:t>22:15</w:t>
      </w:r>
    </w:p>
    <w:p>
      <w:pPr>
        <w:spacing w:after="0"/>
      </w:pPr>
      <w:r>
        <w:rPr>
          <w:rFonts w:ascii="Arial" w:hAnsi="Arial"/>
          <w:sz w:val="22"/>
        </w:rPr>
        <w:t>yeah, yeah, yeah. And it's just there is that it's there is still this attitude, absolutely, of a like you're doing it for one person because it's that special treatment, special. But actually, it's exactly what you said, Dan. Suddenly, things are easier for everybody.</w:t>
      </w:r>
    </w:p>
    <w:p>
      <w:pPr>
        <w:spacing w:after="0"/>
      </w:pPr>
    </w:p>
    <w:p>
      <w:pPr>
        <w:spacing w:after="0"/>
      </w:pPr>
      <w:r>
        <w:rPr>
          <w:rFonts w:ascii="Arial" w:hAnsi="Arial"/>
          <w:b/>
          <w:sz w:val="22"/>
        </w:rPr>
        <w:t xml:space="preserve">Speaker 1  </w:t>
      </w:r>
      <w:r>
        <w:rPr>
          <w:rFonts w:ascii="Arial" w:hAnsi="Arial"/>
          <w:color w:val="5D7284"/>
          <w:sz w:val="22"/>
        </w:rPr>
        <w:t>22:34</w:t>
      </w:r>
    </w:p>
    <w:p>
      <w:pPr>
        <w:spacing w:after="0"/>
      </w:pPr>
      <w:r>
        <w:rPr>
          <w:rFonts w:ascii="Arial" w:hAnsi="Arial"/>
          <w:sz w:val="22"/>
        </w:rPr>
        <w:t>And you know, your mum is a prime example because I'm assuming your mum is older than me because I'm not quite there yet. But your mum is a prime example of like I'm. I'm in a very privileged position in a way because I've been in the right place at the right time to make the access coordinator role happen with a bunch of other people. But there were a bunch of people that went before me that have still been banging the same drum. It's just that thankfully I'm in a position. If I bang loud enough, people listen. So you know, it's credit to people like your mum that have been banging the drum before me, and other people in the deaf, disabled, neurodivergent community that were doing the work before me. But then their work has enabled me to pick up the ball and throw it even further, and I think</w:t>
      </w:r>
    </w:p>
    <w:p>
      <w:pPr>
        <w:spacing w:after="0"/>
      </w:pPr>
    </w:p>
    <w:p>
      <w:pPr>
        <w:spacing w:after="0"/>
      </w:pPr>
      <w:r>
        <w:rPr>
          <w:rFonts w:ascii="Arial" w:hAnsi="Arial"/>
          <w:b/>
          <w:sz w:val="22"/>
        </w:rPr>
        <w:t xml:space="preserve">Alice  </w:t>
      </w:r>
      <w:r>
        <w:rPr>
          <w:rFonts w:ascii="Arial" w:hAnsi="Arial"/>
          <w:color w:val="5D7284"/>
          <w:sz w:val="22"/>
        </w:rPr>
        <w:t>23:22</w:t>
      </w:r>
    </w:p>
    <w:p>
      <w:pPr>
        <w:spacing w:after="0"/>
      </w:pPr>
      <w:r>
        <w:rPr>
          <w:rFonts w:ascii="Arial" w:hAnsi="Arial"/>
          <w:sz w:val="22"/>
        </w:rPr>
        <w:t>what you were saying, you know, about your your story about the the disabled person and the amputee, the amputated person, the the conversation there made me think about how the way that you know what Lucy was saying about businesses saying, well, we're not, we don't reasonable adjustments, that's going to cost us more money. That perspective then has an impact on the the people who have the access needs because it then makes them go like I literally as a I manage a I'm a team manager for a mental health charity and I had a conversation with somebody not two weeks ago about access to work and they were just like, but really reluctant to do it because they're worried about this kind of stigma of I've got and I'm just like. But so so what you're saying to me is that you would rather struggle to be fully included in work and still be disabled, and then just that's your life forever, or we can try and put some support in place, and then like you'll still be disabled at work, and you'll still have to deal with all the shit of being disabled at work. But at least you'll be able to do your job, you know. Yeah.</w:t>
      </w:r>
    </w:p>
    <w:p>
      <w:pPr>
        <w:spacing w:after="0"/>
      </w:pPr>
    </w:p>
    <w:p>
      <w:pPr>
        <w:spacing w:after="0"/>
      </w:pPr>
      <w:r>
        <w:rPr>
          <w:rFonts w:ascii="Arial" w:hAnsi="Arial"/>
          <w:b/>
          <w:sz w:val="22"/>
        </w:rPr>
        <w:t xml:space="preserve">Speaker 1  </w:t>
      </w:r>
      <w:r>
        <w:rPr>
          <w:rFonts w:ascii="Arial" w:hAnsi="Arial"/>
          <w:color w:val="5D7284"/>
          <w:sz w:val="22"/>
        </w:rPr>
        <w:t>24:32</w:t>
      </w:r>
    </w:p>
    <w:p>
      <w:pPr>
        <w:spacing w:after="0"/>
      </w:pPr>
      <w:r>
        <w:rPr>
          <w:rFonts w:ascii="Arial" w:hAnsi="Arial"/>
          <w:sz w:val="22"/>
        </w:rPr>
        <w:t>And and this is the thing, you know, going back to the person that I mentioned with with the different colored script, he still had to deal with his job.</w:t>
      </w:r>
    </w:p>
    <w:p>
      <w:pPr>
        <w:spacing w:after="0"/>
      </w:pPr>
    </w:p>
    <w:p>
      <w:pPr>
        <w:spacing w:after="0"/>
      </w:pPr>
      <w:r>
        <w:rPr>
          <w:rFonts w:ascii="Arial" w:hAnsi="Arial"/>
          <w:b/>
          <w:sz w:val="22"/>
        </w:rPr>
        <w:t xml:space="preserve">Lucy  </w:t>
      </w:r>
      <w:r>
        <w:rPr>
          <w:rFonts w:ascii="Arial" w:hAnsi="Arial"/>
          <w:color w:val="5D7284"/>
          <w:sz w:val="22"/>
        </w:rPr>
        <w:t>24:44</w:t>
      </w:r>
    </w:p>
    <w:p>
      <w:pPr>
        <w:spacing w:after="0"/>
      </w:pPr>
      <w:r>
        <w:rPr>
          <w:rFonts w:ascii="Arial" w:hAnsi="Arial"/>
          <w:sz w:val="22"/>
        </w:rPr>
        <w:t>Yeah, yeah, yeah. He</w:t>
      </w:r>
    </w:p>
    <w:p>
      <w:pPr>
        <w:spacing w:after="0"/>
      </w:pPr>
    </w:p>
    <w:p>
      <w:pPr>
        <w:spacing w:after="0"/>
      </w:pPr>
      <w:r>
        <w:rPr>
          <w:rFonts w:ascii="Arial" w:hAnsi="Arial"/>
          <w:b/>
          <w:sz w:val="22"/>
        </w:rPr>
        <w:t xml:space="preserve">Speaker 1  </w:t>
      </w:r>
      <w:r>
        <w:rPr>
          <w:rFonts w:ascii="Arial" w:hAnsi="Arial"/>
          <w:color w:val="5D7284"/>
          <w:sz w:val="22"/>
        </w:rPr>
        <w:t>24:44</w:t>
      </w:r>
    </w:p>
    <w:p>
      <w:pPr>
        <w:spacing w:after="0"/>
      </w:pPr>
      <w:r>
        <w:rPr>
          <w:rFonts w:ascii="Arial" w:hAnsi="Arial"/>
          <w:sz w:val="22"/>
        </w:rPr>
        <w:t>still had to deal with that, but dealing dealing with it without a migraine every day. Oh yeah, I</w:t>
      </w:r>
    </w:p>
    <w:p>
      <w:pPr>
        <w:spacing w:after="0"/>
      </w:pPr>
    </w:p>
    <w:p>
      <w:pPr>
        <w:spacing w:after="0"/>
      </w:pPr>
      <w:r>
        <w:rPr>
          <w:rFonts w:ascii="Arial" w:hAnsi="Arial"/>
          <w:b/>
          <w:sz w:val="22"/>
        </w:rPr>
        <w:t xml:space="preserve">Alice  </w:t>
      </w:r>
      <w:r>
        <w:rPr>
          <w:rFonts w:ascii="Arial" w:hAnsi="Arial"/>
          <w:color w:val="5D7284"/>
          <w:sz w:val="22"/>
        </w:rPr>
        <w:t>24:52</w:t>
      </w:r>
    </w:p>
    <w:p>
      <w:pPr>
        <w:spacing w:after="0"/>
      </w:pPr>
      <w:r>
        <w:rPr>
          <w:rFonts w:ascii="Arial" w:hAnsi="Arial"/>
          <w:sz w:val="22"/>
        </w:rPr>
        <w:t>can't imagine what it'd be like to live without migraines. That sounds amazing. I just be, I just be, I just get so much stuff done. Yeah, I can't imagine.</w:t>
      </w:r>
    </w:p>
    <w:p>
      <w:pPr>
        <w:spacing w:after="0"/>
      </w:pPr>
    </w:p>
    <w:p>
      <w:pPr>
        <w:spacing w:after="0"/>
      </w:pPr>
      <w:r>
        <w:rPr>
          <w:rFonts w:ascii="Arial" w:hAnsi="Arial"/>
          <w:b/>
          <w:sz w:val="22"/>
        </w:rPr>
        <w:t xml:space="preserve">Speaker 1  </w:t>
      </w:r>
      <w:r>
        <w:rPr>
          <w:rFonts w:ascii="Arial" w:hAnsi="Arial"/>
          <w:color w:val="5D7284"/>
          <w:sz w:val="22"/>
        </w:rPr>
        <w:t>25:00</w:t>
      </w:r>
    </w:p>
    <w:p>
      <w:pPr>
        <w:spacing w:after="0"/>
      </w:pPr>
      <w:r>
        <w:rPr>
          <w:rFonts w:ascii="Arial" w:hAnsi="Arial"/>
          <w:sz w:val="22"/>
        </w:rPr>
        <w:t>And this is this is what I mean. It enables people to put that energy that they would put into dealing with their own access stuff into their work, which means they can put on a better quality of work because they've got the energy to do it. They've got the mental capacity to do it because they're not exhausted from support in their own access. Yeah,</w:t>
      </w:r>
    </w:p>
    <w:p>
      <w:pPr>
        <w:spacing w:after="0"/>
      </w:pPr>
    </w:p>
    <w:p>
      <w:pPr>
        <w:spacing w:after="0"/>
      </w:pPr>
      <w:r>
        <w:rPr>
          <w:rFonts w:ascii="Arial" w:hAnsi="Arial"/>
          <w:b/>
          <w:sz w:val="22"/>
        </w:rPr>
        <w:t xml:space="preserve">Lucy  </w:t>
      </w:r>
      <w:r>
        <w:rPr>
          <w:rFonts w:ascii="Arial" w:hAnsi="Arial"/>
          <w:color w:val="5D7284"/>
          <w:sz w:val="22"/>
        </w:rPr>
        <w:t>25:23</w:t>
      </w:r>
    </w:p>
    <w:p>
      <w:pPr>
        <w:spacing w:after="0"/>
      </w:pPr>
      <w:r>
        <w:rPr>
          <w:rFonts w:ascii="Arial" w:hAnsi="Arial"/>
          <w:sz w:val="22"/>
        </w:rPr>
        <w:t>it's it's like it's such a big, like I'm so passionate about it because like you know research has shown that once you give a disabled person an opportunity, they are extremely loyal. They you know they their sickness rate is a lot lower than other non-disabled like colleagues, but so if you just give them the opportunity to get on with their work and work without the microwaves or the difficulties that we have in day-to-day life, if that's all looked after and you can let them fly, then you can have a cracking employee on your hands, aren't you? Really, and</w:t>
      </w:r>
    </w:p>
    <w:p>
      <w:pPr>
        <w:spacing w:after="0"/>
      </w:pPr>
    </w:p>
    <w:p>
      <w:pPr>
        <w:spacing w:after="0"/>
      </w:pPr>
      <w:r>
        <w:rPr>
          <w:rFonts w:ascii="Arial" w:hAnsi="Arial"/>
          <w:b/>
          <w:sz w:val="22"/>
        </w:rPr>
        <w:t xml:space="preserve">Alice  </w:t>
      </w:r>
      <w:r>
        <w:rPr>
          <w:rFonts w:ascii="Arial" w:hAnsi="Arial"/>
          <w:color w:val="5D7284"/>
          <w:sz w:val="22"/>
        </w:rPr>
        <w:t>26:06</w:t>
      </w:r>
    </w:p>
    <w:p>
      <w:pPr>
        <w:spacing w:after="0"/>
      </w:pPr>
      <w:r>
        <w:rPr>
          <w:rFonts w:ascii="Arial" w:hAnsi="Arial"/>
          <w:sz w:val="22"/>
        </w:rPr>
        <w:t>and then exactly when we're looking at things like performance, you know, we then if the end result is that award winning film and TV is being produced, then the wider society is benefiting because we're all like finally something that's worth watching.</w:t>
      </w:r>
    </w:p>
    <w:p>
      <w:pPr>
        <w:spacing w:after="0"/>
      </w:pPr>
    </w:p>
    <w:p>
      <w:pPr>
        <w:spacing w:after="0"/>
      </w:pPr>
      <w:r>
        <w:rPr>
          <w:rFonts w:ascii="Arial" w:hAnsi="Arial"/>
          <w:b/>
          <w:sz w:val="22"/>
        </w:rPr>
        <w:t xml:space="preserve">Lucy  </w:t>
      </w:r>
      <w:r>
        <w:rPr>
          <w:rFonts w:ascii="Arial" w:hAnsi="Arial"/>
          <w:color w:val="5D7284"/>
          <w:sz w:val="22"/>
        </w:rPr>
        <w:t>26:22</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26:23</w:t>
      </w:r>
    </w:p>
    <w:p>
      <w:pPr>
        <w:spacing w:after="0"/>
      </w:pPr>
      <w:r>
        <w:rPr>
          <w:rFonts w:ascii="Arial" w:hAnsi="Arial"/>
          <w:sz w:val="22"/>
        </w:rPr>
        <w:t>of course, something that's worth watching, and then you know, from a front of the camera perspective, there is there is nothing better than seeing genuine characters on stages and on screens. So, like for me growing up, the one wheelchair using reference I had on TV, and it explains me being a huge Marvel fan to this day, was the animated X Men series. Yes, mine too. See,</w:t>
      </w:r>
    </w:p>
    <w:p>
      <w:pPr>
        <w:spacing w:after="0"/>
      </w:pPr>
    </w:p>
    <w:p>
      <w:pPr>
        <w:spacing w:after="0"/>
      </w:pPr>
      <w:r>
        <w:rPr>
          <w:rFonts w:ascii="Arial" w:hAnsi="Arial"/>
          <w:b/>
          <w:sz w:val="22"/>
        </w:rPr>
        <w:t xml:space="preserve">Lucy  </w:t>
      </w:r>
      <w:r>
        <w:rPr>
          <w:rFonts w:ascii="Arial" w:hAnsi="Arial"/>
          <w:color w:val="5D7284"/>
          <w:sz w:val="22"/>
        </w:rPr>
        <w:t>26:55</w:t>
      </w:r>
    </w:p>
    <w:p>
      <w:pPr>
        <w:spacing w:after="0"/>
      </w:pPr>
      <w:r>
        <w:rPr>
          <w:rFonts w:ascii="Arial" w:hAnsi="Arial"/>
          <w:sz w:val="22"/>
        </w:rPr>
        <w:t>yes,</w:t>
      </w:r>
    </w:p>
    <w:p>
      <w:pPr>
        <w:spacing w:after="0"/>
      </w:pPr>
    </w:p>
    <w:p>
      <w:pPr>
        <w:spacing w:after="0"/>
      </w:pPr>
      <w:r>
        <w:rPr>
          <w:rFonts w:ascii="Arial" w:hAnsi="Arial"/>
          <w:b/>
          <w:sz w:val="22"/>
        </w:rPr>
        <w:t xml:space="preserve">Speaker 1  </w:t>
      </w:r>
      <w:r>
        <w:rPr>
          <w:rFonts w:ascii="Arial" w:hAnsi="Arial"/>
          <w:color w:val="5D7284"/>
          <w:sz w:val="22"/>
        </w:rPr>
        <w:t>26:57</w:t>
      </w:r>
    </w:p>
    <w:p>
      <w:pPr>
        <w:spacing w:after="0"/>
      </w:pPr>
      <w:r>
        <w:rPr>
          <w:rFonts w:ascii="Arial" w:hAnsi="Arial"/>
          <w:sz w:val="22"/>
        </w:rPr>
        <w:t>where Professor X was leading the X Men now, that was the only wheelchair user a I ever really saw, but B it was a wheelchair user in a position of importance because he's leading a team. It was a wheelchair user that was educated. It was a wheelchair user that had his access barriers removed because he had a magic floating chair. I'm not saying that's the answer, but it removed his access barriers, you know. And I watch it back now, and I go, "Yeah, this is where all my politics came from.</w:t>
      </w:r>
    </w:p>
    <w:p>
      <w:pPr>
        <w:spacing w:after="0"/>
      </w:pPr>
    </w:p>
    <w:p>
      <w:pPr>
        <w:spacing w:after="0"/>
      </w:pPr>
      <w:r>
        <w:rPr>
          <w:rFonts w:ascii="Arial" w:hAnsi="Arial"/>
          <w:b/>
          <w:sz w:val="22"/>
        </w:rPr>
        <w:t xml:space="preserve">Lucy  </w:t>
      </w:r>
      <w:r>
        <w:rPr>
          <w:rFonts w:ascii="Arial" w:hAnsi="Arial"/>
          <w:color w:val="5D7284"/>
          <w:sz w:val="22"/>
        </w:rPr>
        <w:t>27:35</w:t>
      </w:r>
    </w:p>
    <w:p>
      <w:pPr>
        <w:spacing w:after="0"/>
      </w:pPr>
      <w:r>
        <w:rPr>
          <w:rFonts w:ascii="Arial" w:hAnsi="Arial"/>
          <w:sz w:val="22"/>
        </w:rPr>
        <w:t>It's true, though, isn't it? Like, I think the only disabled person I ever saw on the telly was the guy who was disabled, who became disabled in Everdail, in the plane crash in Emmerdale, and they basically just stuck the guy for like the next 15 years in a wheelchair every time you saw him on screen. That was the only person I ever saw regularly on television who was disabled or different, and and looked like me really, and then you look now and it's like it's. I think it's great that you see things like Bridgeton and there's a disabled person and nobody nobody's making reference to it. Nobody's making a big deal out of it, it's just like oh, you know,</w:t>
      </w:r>
    </w:p>
    <w:p>
      <w:pPr>
        <w:spacing w:after="0"/>
      </w:pPr>
    </w:p>
    <w:p>
      <w:pPr>
        <w:spacing w:after="0"/>
      </w:pPr>
      <w:r>
        <w:rPr>
          <w:rFonts w:ascii="Arial" w:hAnsi="Arial"/>
          <w:b/>
          <w:sz w:val="22"/>
        </w:rPr>
        <w:t xml:space="preserve">Alice  </w:t>
      </w:r>
      <w:r>
        <w:rPr>
          <w:rFonts w:ascii="Arial" w:hAnsi="Arial"/>
          <w:color w:val="5D7284"/>
          <w:sz w:val="22"/>
        </w:rPr>
        <w:t>28:22</w:t>
      </w:r>
    </w:p>
    <w:p>
      <w:pPr>
        <w:spacing w:after="0"/>
      </w:pPr>
      <w:r>
        <w:rPr>
          <w:rFonts w:ascii="Arial" w:hAnsi="Arial"/>
          <w:sz w:val="22"/>
        </w:rPr>
        <w:t>we're not just telling disabled stories anymore, are we? That's one of the things that, like, we've talked about is is that disabled people don't just tell disabled stories.</w:t>
      </w:r>
    </w:p>
    <w:p>
      <w:pPr>
        <w:spacing w:after="0"/>
      </w:pPr>
    </w:p>
    <w:p>
      <w:pPr>
        <w:spacing w:after="0"/>
      </w:pPr>
      <w:r>
        <w:rPr>
          <w:rFonts w:ascii="Arial" w:hAnsi="Arial"/>
          <w:b/>
          <w:sz w:val="22"/>
        </w:rPr>
        <w:t xml:space="preserve">Speaker 1  </w:t>
      </w:r>
      <w:r>
        <w:rPr>
          <w:rFonts w:ascii="Arial" w:hAnsi="Arial"/>
          <w:color w:val="5D7284"/>
          <w:sz w:val="22"/>
        </w:rPr>
        <w:t>28:32</w:t>
      </w:r>
    </w:p>
    <w:p>
      <w:pPr>
        <w:spacing w:after="0"/>
      </w:pPr>
      <w:r>
        <w:rPr>
          <w:rFonts w:ascii="Arial" w:hAnsi="Arial"/>
          <w:sz w:val="22"/>
        </w:rPr>
        <w:t>No, funnily enough, it's almost like we we lead rounded, fulfilled lives. But but yeah, you know, it is the case that TV production and theater production companies are getting better. Don't get me wrong; there is still work to do. I mean, you know, if we're still if we're talking statistically, it's it's one in four to one in five, depending what statistic you look at. And there is a wide range of wonderful people in the deaf, disabled, and neurodivergent community, that still need better representation than they're getting, but we are we are slowly moving forward. And you know, Marvel, if you're listening, I will bick my head to play a proper wheelchair using Professor X. I'll sign that</w:t>
      </w:r>
    </w:p>
    <w:p>
      <w:pPr>
        <w:spacing w:after="0"/>
      </w:pPr>
    </w:p>
    <w:p>
      <w:pPr>
        <w:spacing w:after="0"/>
      </w:pPr>
      <w:r>
        <w:rPr>
          <w:rFonts w:ascii="Arial" w:hAnsi="Arial"/>
          <w:b/>
          <w:sz w:val="22"/>
        </w:rPr>
        <w:t xml:space="preserve">Lucy  </w:t>
      </w:r>
      <w:r>
        <w:rPr>
          <w:rFonts w:ascii="Arial" w:hAnsi="Arial"/>
          <w:color w:val="5D7284"/>
          <w:sz w:val="22"/>
        </w:rPr>
        <w:t>29:17</w:t>
      </w:r>
    </w:p>
    <w:p>
      <w:pPr>
        <w:spacing w:after="0"/>
      </w:pPr>
      <w:r>
        <w:rPr>
          <w:rFonts w:ascii="Arial" w:hAnsi="Arial"/>
          <w:sz w:val="22"/>
        </w:rPr>
        <w:t>petition. It's like for those</w:t>
      </w:r>
    </w:p>
    <w:p>
      <w:pPr>
        <w:spacing w:after="0"/>
      </w:pPr>
    </w:p>
    <w:p>
      <w:pPr>
        <w:spacing w:after="0"/>
      </w:pPr>
      <w:r>
        <w:rPr>
          <w:rFonts w:ascii="Arial" w:hAnsi="Arial"/>
          <w:b/>
          <w:sz w:val="22"/>
        </w:rPr>
        <w:t xml:space="preserve">Speaker 1  </w:t>
      </w:r>
      <w:r>
        <w:rPr>
          <w:rFonts w:ascii="Arial" w:hAnsi="Arial"/>
          <w:color w:val="5D7284"/>
          <w:sz w:val="22"/>
        </w:rPr>
        <w:t>29:18</w:t>
      </w:r>
    </w:p>
    <w:p>
      <w:pPr>
        <w:spacing w:after="0"/>
      </w:pPr>
      <w:r>
        <w:rPr>
          <w:rFonts w:ascii="Arial" w:hAnsi="Arial"/>
          <w:sz w:val="22"/>
        </w:rPr>
        <w:t>of for those of you that can't see me. I do have shoulder-length blonde curly hair right now. We'll just buck</w:t>
      </w:r>
    </w:p>
    <w:p>
      <w:pPr>
        <w:spacing w:after="0"/>
      </w:pPr>
    </w:p>
    <w:p>
      <w:pPr>
        <w:spacing w:after="0"/>
      </w:pPr>
      <w:r>
        <w:rPr>
          <w:rFonts w:ascii="Arial" w:hAnsi="Arial"/>
          <w:b/>
          <w:sz w:val="22"/>
        </w:rPr>
        <w:t xml:space="preserve">Lucy  </w:t>
      </w:r>
      <w:r>
        <w:rPr>
          <w:rFonts w:ascii="Arial" w:hAnsi="Arial"/>
          <w:color w:val="5D7284"/>
          <w:sz w:val="22"/>
        </w:rPr>
        <w:t>29:24</w:t>
      </w:r>
    </w:p>
    <w:p>
      <w:pPr>
        <w:spacing w:after="0"/>
      </w:pPr>
      <w:r>
        <w:rPr>
          <w:rFonts w:ascii="Arial" w:hAnsi="Arial"/>
          <w:sz w:val="22"/>
        </w:rPr>
        <w:t>up on it. Bulk up.</w:t>
      </w:r>
    </w:p>
    <w:p>
      <w:pPr>
        <w:spacing w:after="0"/>
      </w:pPr>
    </w:p>
    <w:p>
      <w:pPr>
        <w:spacing w:after="0"/>
      </w:pPr>
      <w:r>
        <w:rPr>
          <w:rFonts w:ascii="Arial" w:hAnsi="Arial"/>
          <w:b/>
          <w:sz w:val="22"/>
        </w:rPr>
        <w:t xml:space="preserve">Alice  </w:t>
      </w:r>
      <w:r>
        <w:rPr>
          <w:rFonts w:ascii="Arial" w:hAnsi="Arial"/>
          <w:color w:val="5D7284"/>
          <w:sz w:val="22"/>
        </w:rPr>
        <w:t>29:27</w:t>
      </w:r>
    </w:p>
    <w:p>
      <w:pPr>
        <w:spacing w:after="0"/>
      </w:pPr>
      <w:r>
        <w:rPr>
          <w:rFonts w:ascii="Arial" w:hAnsi="Arial"/>
          <w:sz w:val="22"/>
        </w:rPr>
        <w:t>Do you shave it for the right role? Would you shave it for the right role? I would</w:t>
      </w:r>
    </w:p>
    <w:p>
      <w:pPr>
        <w:spacing w:after="0"/>
      </w:pPr>
    </w:p>
    <w:p>
      <w:pPr>
        <w:spacing w:after="0"/>
      </w:pPr>
      <w:r>
        <w:rPr>
          <w:rFonts w:ascii="Arial" w:hAnsi="Arial"/>
          <w:b/>
          <w:sz w:val="22"/>
        </w:rPr>
        <w:t xml:space="preserve">Speaker 1  </w:t>
      </w:r>
      <w:r>
        <w:rPr>
          <w:rFonts w:ascii="Arial" w:hAnsi="Arial"/>
          <w:color w:val="5D7284"/>
          <w:sz w:val="22"/>
        </w:rPr>
        <w:t>29:30</w:t>
      </w:r>
    </w:p>
    <w:p>
      <w:pPr>
        <w:spacing w:after="0"/>
      </w:pPr>
      <w:r>
        <w:rPr>
          <w:rFonts w:ascii="Arial" w:hAnsi="Arial"/>
          <w:sz w:val="22"/>
        </w:rPr>
        <w:t>shave it for the right role. You know, this is this is part of being an actor. And if Marvel phoned me up and said, "Dan, we want you to audition for Professor X. Are you willing to razor blade your head to look like Patrick Stewart. I I would make that sacrifice. Dare.</w:t>
      </w:r>
    </w:p>
    <w:p>
      <w:pPr>
        <w:spacing w:after="0"/>
      </w:pPr>
    </w:p>
    <w:p>
      <w:pPr>
        <w:spacing w:after="0"/>
      </w:pPr>
      <w:r>
        <w:rPr>
          <w:rFonts w:ascii="Arial" w:hAnsi="Arial"/>
          <w:b/>
          <w:sz w:val="22"/>
        </w:rPr>
        <w:t xml:space="preserve">Lucy  </w:t>
      </w:r>
      <w:r>
        <w:rPr>
          <w:rFonts w:ascii="Arial" w:hAnsi="Arial"/>
          <w:color w:val="5D7284"/>
          <w:sz w:val="22"/>
        </w:rPr>
        <w:t>29:48</w:t>
      </w:r>
    </w:p>
    <w:p>
      <w:pPr>
        <w:spacing w:after="0"/>
      </w:pPr>
      <w:r>
        <w:rPr>
          <w:rFonts w:ascii="Arial" w:hAnsi="Arial"/>
          <w:sz w:val="22"/>
        </w:rPr>
        <w:t>Don't know whether I would, but yeah. Can we not try the ball's cap first to see?</w:t>
      </w:r>
    </w:p>
    <w:p>
      <w:pPr>
        <w:spacing w:after="0"/>
      </w:pPr>
    </w:p>
    <w:p>
      <w:pPr>
        <w:spacing w:after="0"/>
      </w:pPr>
      <w:r>
        <w:rPr>
          <w:rFonts w:ascii="Arial" w:hAnsi="Arial"/>
          <w:b/>
          <w:sz w:val="22"/>
        </w:rPr>
        <w:t xml:space="preserve">Speaker 1  </w:t>
      </w:r>
      <w:r>
        <w:rPr>
          <w:rFonts w:ascii="Arial" w:hAnsi="Arial"/>
          <w:color w:val="5D7284"/>
          <w:sz w:val="22"/>
        </w:rPr>
        <w:t>29:56</w:t>
      </w:r>
    </w:p>
    <w:p>
      <w:pPr>
        <w:spacing w:after="0"/>
      </w:pPr>
      <w:r>
        <w:rPr>
          <w:rFonts w:ascii="Arial" w:hAnsi="Arial"/>
          <w:sz w:val="22"/>
        </w:rPr>
        <w:t>Well, you know, Karen Gillan. I was going to say she did it, didn't she? She looked incredible</w:t>
      </w:r>
    </w:p>
    <w:p>
      <w:pPr>
        <w:spacing w:after="0"/>
      </w:pPr>
    </w:p>
    <w:p>
      <w:pPr>
        <w:spacing w:after="0"/>
      </w:pPr>
      <w:r>
        <w:rPr>
          <w:rFonts w:ascii="Arial" w:hAnsi="Arial"/>
          <w:b/>
          <w:sz w:val="22"/>
        </w:rPr>
        <w:t xml:space="preserve">Alice  </w:t>
      </w:r>
      <w:r>
        <w:rPr>
          <w:rFonts w:ascii="Arial" w:hAnsi="Arial"/>
          <w:color w:val="5D7284"/>
          <w:sz w:val="22"/>
        </w:rPr>
        <w:t>30:01</w:t>
      </w:r>
    </w:p>
    <w:p>
      <w:pPr>
        <w:spacing w:after="0"/>
      </w:pPr>
      <w:r>
        <w:rPr>
          <w:rFonts w:ascii="Arial" w:hAnsi="Arial"/>
          <w:sz w:val="22"/>
        </w:rPr>
        <w:t>as well. So,</w:t>
      </w:r>
    </w:p>
    <w:p>
      <w:pPr>
        <w:spacing w:after="0"/>
      </w:pPr>
    </w:p>
    <w:p>
      <w:pPr>
        <w:spacing w:after="0"/>
      </w:pPr>
      <w:r>
        <w:rPr>
          <w:rFonts w:ascii="Arial" w:hAnsi="Arial"/>
          <w:b/>
          <w:sz w:val="22"/>
        </w:rPr>
        <w:t xml:space="preserve">Lucy  </w:t>
      </w:r>
      <w:r>
        <w:rPr>
          <w:rFonts w:ascii="Arial" w:hAnsi="Arial"/>
          <w:color w:val="5D7284"/>
          <w:sz w:val="22"/>
        </w:rPr>
        <w:t>30:02</w:t>
      </w:r>
    </w:p>
    <w:p>
      <w:pPr>
        <w:spacing w:after="0"/>
      </w:pPr>
      <w:r>
        <w:rPr>
          <w:rFonts w:ascii="Arial" w:hAnsi="Arial"/>
          <w:sz w:val="22"/>
        </w:rPr>
        <w:t>I've got all sorts of scars and lumps and bumps on my on my head, though. Don't forget. Oh, but</w:t>
      </w:r>
    </w:p>
    <w:p>
      <w:pPr>
        <w:spacing w:after="0"/>
      </w:pPr>
    </w:p>
    <w:p>
      <w:pPr>
        <w:spacing w:after="0"/>
      </w:pPr>
      <w:r>
        <w:rPr>
          <w:rFonts w:ascii="Arial" w:hAnsi="Arial"/>
          <w:b/>
          <w:sz w:val="22"/>
        </w:rPr>
        <w:t xml:space="preserve">Speaker 1  </w:t>
      </w:r>
      <w:r>
        <w:rPr>
          <w:rFonts w:ascii="Arial" w:hAnsi="Arial"/>
          <w:color w:val="5D7284"/>
          <w:sz w:val="22"/>
        </w:rPr>
        <w:t>30:07</w:t>
      </w:r>
    </w:p>
    <w:p>
      <w:pPr>
        <w:spacing w:after="0"/>
      </w:pPr>
      <w:r>
        <w:rPr>
          <w:rFonts w:ascii="Arial" w:hAnsi="Arial"/>
          <w:sz w:val="22"/>
        </w:rPr>
        <w:t>that's what make up. Oh</w:t>
      </w:r>
    </w:p>
    <w:p>
      <w:pPr>
        <w:spacing w:after="0"/>
      </w:pPr>
    </w:p>
    <w:p>
      <w:pPr>
        <w:spacing w:after="0"/>
      </w:pPr>
      <w:r>
        <w:rPr>
          <w:rFonts w:ascii="Arial" w:hAnsi="Arial"/>
          <w:b/>
          <w:sz w:val="22"/>
        </w:rPr>
        <w:t xml:space="preserve">Lucy  </w:t>
      </w:r>
      <w:r>
        <w:rPr>
          <w:rFonts w:ascii="Arial" w:hAnsi="Arial"/>
          <w:color w:val="5D7284"/>
          <w:sz w:val="22"/>
        </w:rPr>
        <w:t>30:08</w:t>
      </w:r>
    </w:p>
    <w:p>
      <w:pPr>
        <w:spacing w:after="0"/>
      </w:pPr>
      <w:r>
        <w:rPr>
          <w:rFonts w:ascii="Arial" w:hAnsi="Arial"/>
          <w:sz w:val="22"/>
        </w:rPr>
        <w:t>yeah, I suppose. I've spent</w:t>
      </w:r>
    </w:p>
    <w:p>
      <w:pPr>
        <w:spacing w:after="0"/>
      </w:pPr>
    </w:p>
    <w:p>
      <w:pPr>
        <w:spacing w:after="0"/>
      </w:pPr>
      <w:r>
        <w:rPr>
          <w:rFonts w:ascii="Arial" w:hAnsi="Arial"/>
          <w:b/>
          <w:sz w:val="22"/>
        </w:rPr>
        <w:t xml:space="preserve">Speaker 1  </w:t>
      </w:r>
      <w:r>
        <w:rPr>
          <w:rFonts w:ascii="Arial" w:hAnsi="Arial"/>
          <w:color w:val="5D7284"/>
          <w:sz w:val="22"/>
        </w:rPr>
        <w:t>30:11</w:t>
      </w:r>
    </w:p>
    <w:p>
      <w:pPr>
        <w:spacing w:after="0"/>
      </w:pPr>
      <w:r>
        <w:rPr>
          <w:rFonts w:ascii="Arial" w:hAnsi="Arial"/>
          <w:sz w:val="22"/>
        </w:rPr>
        <w:t>I've spent two decades in the professional wrestling industry. You don't think my head's a mess?</w:t>
      </w:r>
    </w:p>
    <w:p>
      <w:pPr>
        <w:spacing w:after="0"/>
      </w:pPr>
    </w:p>
    <w:p>
      <w:pPr>
        <w:spacing w:after="0"/>
      </w:pPr>
      <w:r>
        <w:rPr>
          <w:rFonts w:ascii="Arial" w:hAnsi="Arial"/>
          <w:b/>
          <w:sz w:val="22"/>
        </w:rPr>
        <w:t xml:space="preserve">Lucy  </w:t>
      </w:r>
      <w:r>
        <w:rPr>
          <w:rFonts w:ascii="Arial" w:hAnsi="Arial"/>
          <w:color w:val="5D7284"/>
          <w:sz w:val="22"/>
        </w:rPr>
        <w:t>30:16</w:t>
      </w:r>
    </w:p>
    <w:p>
      <w:pPr>
        <w:spacing w:after="0"/>
      </w:pPr>
      <w:r>
        <w:rPr>
          <w:rFonts w:ascii="Arial" w:hAnsi="Arial"/>
          <w:sz w:val="22"/>
        </w:rPr>
        <w:t>No, no, exactly. Yeah, tell us a bit about your sort of wrestling career, because</w:t>
      </w:r>
    </w:p>
    <w:p>
      <w:pPr>
        <w:spacing w:after="0"/>
      </w:pPr>
    </w:p>
    <w:p>
      <w:pPr>
        <w:spacing w:after="0"/>
      </w:pPr>
      <w:r>
        <w:rPr>
          <w:rFonts w:ascii="Arial" w:hAnsi="Arial"/>
          <w:b/>
          <w:sz w:val="22"/>
        </w:rPr>
        <w:t xml:space="preserve">Speaker 1  </w:t>
      </w:r>
      <w:r>
        <w:rPr>
          <w:rFonts w:ascii="Arial" w:hAnsi="Arial"/>
          <w:color w:val="5D7284"/>
          <w:sz w:val="22"/>
        </w:rPr>
        <w:t>30:24</w:t>
      </w:r>
    </w:p>
    <w:p>
      <w:pPr>
        <w:spacing w:after="0"/>
      </w:pPr>
      <w:r>
        <w:rPr>
          <w:rFonts w:ascii="Arial" w:hAnsi="Arial"/>
          <w:sz w:val="22"/>
        </w:rPr>
        <w:t>my wrestling career, teenage stupidity. No, I grew up much like your brother, watching pro wrestling on TV, and I was exposed to WWE. That was the main. Was it back when it was called</w:t>
      </w:r>
    </w:p>
    <w:p>
      <w:pPr>
        <w:spacing w:after="0"/>
      </w:pPr>
    </w:p>
    <w:p>
      <w:pPr>
        <w:spacing w:after="0"/>
      </w:pPr>
      <w:r>
        <w:rPr>
          <w:rFonts w:ascii="Arial" w:hAnsi="Arial"/>
          <w:b/>
          <w:sz w:val="22"/>
        </w:rPr>
        <w:t xml:space="preserve">Alice  </w:t>
      </w:r>
      <w:r>
        <w:rPr>
          <w:rFonts w:ascii="Arial" w:hAnsi="Arial"/>
          <w:color w:val="5D7284"/>
          <w:sz w:val="22"/>
        </w:rPr>
        <w:t>30:42</w:t>
      </w:r>
    </w:p>
    <w:p>
      <w:pPr>
        <w:spacing w:after="0"/>
      </w:pPr>
      <w:r>
        <w:rPr>
          <w:rFonts w:ascii="Arial" w:hAnsi="Arial"/>
          <w:sz w:val="22"/>
        </w:rPr>
        <w:t>WWF? Still,</w:t>
      </w:r>
    </w:p>
    <w:p>
      <w:pPr>
        <w:spacing w:after="0"/>
      </w:pPr>
    </w:p>
    <w:p>
      <w:pPr>
        <w:spacing w:after="0"/>
      </w:pPr>
      <w:r>
        <w:rPr>
          <w:rFonts w:ascii="Arial" w:hAnsi="Arial"/>
          <w:b/>
          <w:sz w:val="22"/>
        </w:rPr>
        <w:t xml:space="preserve">Speaker 1  </w:t>
      </w:r>
      <w:r>
        <w:rPr>
          <w:rFonts w:ascii="Arial" w:hAnsi="Arial"/>
          <w:color w:val="5D7284"/>
          <w:sz w:val="22"/>
        </w:rPr>
        <w:t>30:44</w:t>
      </w:r>
    </w:p>
    <w:p>
      <w:pPr>
        <w:spacing w:after="0"/>
      </w:pPr>
      <w:r>
        <w:rPr>
          <w:rFonts w:ascii="Arial" w:hAnsi="Arial"/>
          <w:sz w:val="22"/>
        </w:rPr>
        <w:t>it was. Yeah. And then the Pandas got upset. Then the Pandas did get upset. That is why they are not called WWF anymore. So I grew up watching WWE, and then as I was turning sort of 15, 1617, and you know, doing my A levels and that kind of stuff. I was like, "There's a skill to this, because at the time, the schedule for WWE was really rigorous. These guys were working five nights a week, so they were wrestling five nights a week, getting hit with chairs, put through tables, body slams, all of that stuff, and they're not dead. I'm like, there's a skill to this somewhere. Like, how can you do this five nights a week and not be dead? There's a skill to it. And then the the drama performer in me started to watch it and study it. And then I had a friend in in six form that was a big dude. He was six 318 stone.</w:t>
      </w:r>
    </w:p>
    <w:p>
      <w:pPr>
        <w:spacing w:after="0"/>
      </w:pPr>
    </w:p>
    <w:p>
      <w:pPr>
        <w:spacing w:after="0"/>
      </w:pPr>
      <w:r>
        <w:rPr>
          <w:rFonts w:ascii="Arial" w:hAnsi="Arial"/>
          <w:b/>
          <w:sz w:val="22"/>
        </w:rPr>
        <w:t xml:space="preserve">Alice  </w:t>
      </w:r>
      <w:r>
        <w:rPr>
          <w:rFonts w:ascii="Arial" w:hAnsi="Arial"/>
          <w:color w:val="5D7284"/>
          <w:sz w:val="22"/>
        </w:rPr>
        <w:t>31:41</w:t>
      </w:r>
    </w:p>
    <w:p>
      <w:pPr>
        <w:spacing w:after="0"/>
      </w:pPr>
      <w:r>
        <w:rPr>
          <w:rFonts w:ascii="Arial" w:hAnsi="Arial"/>
          <w:sz w:val="22"/>
        </w:rPr>
        <w:t>Wow!</w:t>
      </w:r>
    </w:p>
    <w:p>
      <w:pPr>
        <w:spacing w:after="0"/>
      </w:pPr>
    </w:p>
    <w:p>
      <w:pPr>
        <w:spacing w:after="0"/>
      </w:pPr>
      <w:r>
        <w:rPr>
          <w:rFonts w:ascii="Arial" w:hAnsi="Arial"/>
          <w:b/>
          <w:sz w:val="22"/>
        </w:rPr>
        <w:t xml:space="preserve">Speaker 1  </w:t>
      </w:r>
      <w:r>
        <w:rPr>
          <w:rFonts w:ascii="Arial" w:hAnsi="Arial"/>
          <w:color w:val="5D7284"/>
          <w:sz w:val="22"/>
        </w:rPr>
        <w:t>31:43</w:t>
      </w:r>
    </w:p>
    <w:p>
      <w:pPr>
        <w:spacing w:after="0"/>
      </w:pPr>
      <w:r>
        <w:rPr>
          <w:rFonts w:ascii="Arial" w:hAnsi="Arial"/>
          <w:sz w:val="22"/>
        </w:rPr>
        <w:t>And he turned around to me and he said, "And he said you're into your wrestling, aren't you? I said, "Yeah. He said, "You know, there's a local training school, don't you? I said, "I live in the Midland. Like, what do you mean in England? We're not exactly WWE country.</w:t>
      </w:r>
    </w:p>
    <w:p>
      <w:pPr>
        <w:spacing w:after="0"/>
      </w:pPr>
    </w:p>
    <w:p>
      <w:pPr>
        <w:spacing w:after="0"/>
      </w:pPr>
      <w:r>
        <w:rPr>
          <w:rFonts w:ascii="Arial" w:hAnsi="Arial"/>
          <w:b/>
          <w:sz w:val="22"/>
        </w:rPr>
        <w:t xml:space="preserve">Alice  </w:t>
      </w:r>
      <w:r>
        <w:rPr>
          <w:rFonts w:ascii="Arial" w:hAnsi="Arial"/>
          <w:color w:val="5D7284"/>
          <w:sz w:val="22"/>
        </w:rPr>
        <w:t>32:03</w:t>
      </w:r>
    </w:p>
    <w:p>
      <w:pPr>
        <w:spacing w:after="0"/>
      </w:pPr>
      <w:r>
        <w:rPr>
          <w:rFonts w:ascii="Arial" w:hAnsi="Arial"/>
          <w:sz w:val="22"/>
        </w:rPr>
        <w:t>Yeah, you don't you don't have a lot of pro wrestlers from Milton Keynes, do you?</w:t>
      </w:r>
    </w:p>
    <w:p>
      <w:pPr>
        <w:spacing w:after="0"/>
      </w:pPr>
    </w:p>
    <w:p>
      <w:pPr>
        <w:spacing w:after="0"/>
      </w:pPr>
      <w:r>
        <w:rPr>
          <w:rFonts w:ascii="Arial" w:hAnsi="Arial"/>
          <w:b/>
          <w:sz w:val="22"/>
        </w:rPr>
        <w:t xml:space="preserve">Speaker 1  </w:t>
      </w:r>
      <w:r>
        <w:rPr>
          <w:rFonts w:ascii="Arial" w:hAnsi="Arial"/>
          <w:color w:val="5D7284"/>
          <w:sz w:val="22"/>
        </w:rPr>
        <w:t>32:07</w:t>
      </w:r>
    </w:p>
    <w:p>
      <w:pPr>
        <w:spacing w:after="0"/>
      </w:pPr>
      <w:r>
        <w:rPr>
          <w:rFonts w:ascii="Arial" w:hAnsi="Arial"/>
          <w:sz w:val="22"/>
        </w:rPr>
        <w:t>Well, exactly. Actually, you do get quite a few now. Look up your local wrestling promotion. Bit of a plug there. Yeah, but then I went along to the training, and the trainer, a guy called Jem Brown, big dude. I walked up to him and I said, "I want to be a wrestler. And he looked at me, and I because I walked in on my sticks, and he went, "You want to be a wrestler? I said, "Yeah. He said, "Right. He said, "Can you bump? And I looked at him because I didn't know what that meant. I was gonna say, I</w:t>
      </w:r>
    </w:p>
    <w:p>
      <w:pPr>
        <w:spacing w:after="0"/>
      </w:pPr>
    </w:p>
    <w:p>
      <w:pPr>
        <w:spacing w:after="0"/>
      </w:pPr>
      <w:r>
        <w:rPr>
          <w:rFonts w:ascii="Arial" w:hAnsi="Arial"/>
          <w:b/>
          <w:sz w:val="22"/>
        </w:rPr>
        <w:t xml:space="preserve">Alice  </w:t>
      </w:r>
      <w:r>
        <w:rPr>
          <w:rFonts w:ascii="Arial" w:hAnsi="Arial"/>
          <w:color w:val="5D7284"/>
          <w:sz w:val="22"/>
        </w:rPr>
        <w:t>32:42</w:t>
      </w:r>
    </w:p>
    <w:p>
      <w:pPr>
        <w:spacing w:after="0"/>
      </w:pPr>
      <w:r>
        <w:rPr>
          <w:rFonts w:ascii="Arial" w:hAnsi="Arial"/>
          <w:sz w:val="22"/>
        </w:rPr>
        <w:t>beg your pardon. A</w:t>
      </w:r>
    </w:p>
    <w:p>
      <w:pPr>
        <w:spacing w:after="0"/>
      </w:pPr>
    </w:p>
    <w:p>
      <w:pPr>
        <w:spacing w:after="0"/>
      </w:pPr>
      <w:r>
        <w:rPr>
          <w:rFonts w:ascii="Arial" w:hAnsi="Arial"/>
          <w:b/>
          <w:sz w:val="22"/>
        </w:rPr>
        <w:t xml:space="preserve">Lucy  </w:t>
      </w:r>
      <w:r>
        <w:rPr>
          <w:rFonts w:ascii="Arial" w:hAnsi="Arial"/>
          <w:color w:val="5D7284"/>
          <w:sz w:val="22"/>
        </w:rPr>
        <w:t>32:43</w:t>
      </w:r>
    </w:p>
    <w:p>
      <w:pPr>
        <w:spacing w:after="0"/>
      </w:pPr>
      <w:r>
        <w:rPr>
          <w:rFonts w:ascii="Arial" w:hAnsi="Arial"/>
          <w:sz w:val="22"/>
        </w:rPr>
        <w:t>pardon?</w:t>
      </w:r>
    </w:p>
    <w:p>
      <w:pPr>
        <w:spacing w:after="0"/>
      </w:pPr>
    </w:p>
    <w:p>
      <w:pPr>
        <w:spacing w:after="0"/>
      </w:pPr>
      <w:r>
        <w:rPr>
          <w:rFonts w:ascii="Arial" w:hAnsi="Arial"/>
          <w:b/>
          <w:sz w:val="22"/>
        </w:rPr>
        <w:t xml:space="preserve">Speaker 1  </w:t>
      </w:r>
      <w:r>
        <w:rPr>
          <w:rFonts w:ascii="Arial" w:hAnsi="Arial"/>
          <w:color w:val="5D7284"/>
          <w:sz w:val="22"/>
        </w:rPr>
        <w:t>32:43</w:t>
      </w:r>
    </w:p>
    <w:p>
      <w:pPr>
        <w:spacing w:after="0"/>
      </w:pPr>
      <w:r>
        <w:rPr>
          <w:rFonts w:ascii="Arial" w:hAnsi="Arial"/>
          <w:sz w:val="22"/>
        </w:rPr>
        <w:t>Yeah, exactly. And he went, "Can you fall over? I went, "Yeah, I can do that.</w:t>
      </w:r>
    </w:p>
    <w:p>
      <w:pPr>
        <w:spacing w:after="0"/>
      </w:pPr>
    </w:p>
    <w:p>
      <w:pPr>
        <w:spacing w:after="0"/>
      </w:pPr>
      <w:r>
        <w:rPr>
          <w:rFonts w:ascii="Arial" w:hAnsi="Arial"/>
          <w:b/>
          <w:sz w:val="22"/>
        </w:rPr>
        <w:t xml:space="preserve">Alice  </w:t>
      </w:r>
      <w:r>
        <w:rPr>
          <w:rFonts w:ascii="Arial" w:hAnsi="Arial"/>
          <w:color w:val="5D7284"/>
          <w:sz w:val="22"/>
        </w:rPr>
        <w:t>32:52</w:t>
      </w:r>
    </w:p>
    <w:p>
      <w:pPr>
        <w:spacing w:after="0"/>
      </w:pPr>
      <w:r>
        <w:rPr>
          <w:rFonts w:ascii="Arial" w:hAnsi="Arial"/>
          <w:sz w:val="22"/>
        </w:rPr>
        <w:t>Part of wheelchair user, I imagine you do that on the daily.</w:t>
      </w:r>
    </w:p>
    <w:p>
      <w:pPr>
        <w:spacing w:after="0"/>
      </w:pPr>
    </w:p>
    <w:p>
      <w:pPr>
        <w:spacing w:after="0"/>
      </w:pPr>
      <w:r>
        <w:rPr>
          <w:rFonts w:ascii="Arial" w:hAnsi="Arial"/>
          <w:b/>
          <w:sz w:val="22"/>
        </w:rPr>
        <w:t xml:space="preserve">Speaker 1  </w:t>
      </w:r>
      <w:r>
        <w:rPr>
          <w:rFonts w:ascii="Arial" w:hAnsi="Arial"/>
          <w:color w:val="5D7284"/>
          <w:sz w:val="22"/>
        </w:rPr>
        <w:t>32:57</w:t>
      </w:r>
    </w:p>
    <w:p>
      <w:pPr>
        <w:spacing w:after="0"/>
      </w:pPr>
      <w:r>
        <w:rPr>
          <w:rFonts w:ascii="Arial" w:hAnsi="Arial"/>
          <w:sz w:val="22"/>
        </w:rPr>
        <w:t>So, so he said, "All right, go over to that mat and fall, and he said, "Fall on your face, fall forward, don't land on your face.</w:t>
      </w:r>
    </w:p>
    <w:p>
      <w:pPr>
        <w:spacing w:after="0"/>
      </w:pPr>
    </w:p>
    <w:p>
      <w:pPr>
        <w:spacing w:after="0"/>
      </w:pPr>
      <w:r>
        <w:rPr>
          <w:rFonts w:ascii="Arial" w:hAnsi="Arial"/>
          <w:b/>
          <w:sz w:val="22"/>
        </w:rPr>
        <w:t xml:space="preserve">Lucy  </w:t>
      </w:r>
      <w:r>
        <w:rPr>
          <w:rFonts w:ascii="Arial" w:hAnsi="Arial"/>
          <w:color w:val="5D7284"/>
          <w:sz w:val="22"/>
        </w:rPr>
        <w:t>33:06</w:t>
      </w:r>
    </w:p>
    <w:p>
      <w:pPr>
        <w:spacing w:after="0"/>
      </w:pPr>
      <w:r>
        <w:rPr>
          <w:rFonts w:ascii="Arial" w:hAnsi="Arial"/>
          <w:sz w:val="22"/>
        </w:rPr>
        <w:t>Right, fair enough. Okay,</w:t>
      </w:r>
    </w:p>
    <w:p>
      <w:pPr>
        <w:spacing w:after="0"/>
      </w:pPr>
    </w:p>
    <w:p>
      <w:pPr>
        <w:spacing w:after="0"/>
      </w:pPr>
      <w:r>
        <w:rPr>
          <w:rFonts w:ascii="Arial" w:hAnsi="Arial"/>
          <w:b/>
          <w:sz w:val="22"/>
        </w:rPr>
        <w:t xml:space="preserve">Speaker 1  </w:t>
      </w:r>
      <w:r>
        <w:rPr>
          <w:rFonts w:ascii="Arial" w:hAnsi="Arial"/>
          <w:color w:val="5D7284"/>
          <w:sz w:val="22"/>
        </w:rPr>
        <w:t>33:08</w:t>
      </w:r>
    </w:p>
    <w:p>
      <w:pPr>
        <w:spacing w:after="0"/>
      </w:pPr>
      <w:r>
        <w:rPr>
          <w:rFonts w:ascii="Arial" w:hAnsi="Arial"/>
          <w:sz w:val="22"/>
        </w:rPr>
        <w:t>so I did it.</w:t>
      </w:r>
    </w:p>
    <w:p>
      <w:pPr>
        <w:spacing w:after="0"/>
      </w:pPr>
    </w:p>
    <w:p>
      <w:pPr>
        <w:spacing w:after="0"/>
      </w:pPr>
      <w:r>
        <w:rPr>
          <w:rFonts w:ascii="Arial" w:hAnsi="Arial"/>
          <w:b/>
          <w:sz w:val="22"/>
        </w:rPr>
        <w:t xml:space="preserve">Lucy  </w:t>
      </w:r>
      <w:r>
        <w:rPr>
          <w:rFonts w:ascii="Arial" w:hAnsi="Arial"/>
          <w:color w:val="5D7284"/>
          <w:sz w:val="22"/>
        </w:rPr>
        <w:t>33:09</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33:10</w:t>
      </w:r>
    </w:p>
    <w:p>
      <w:pPr>
        <w:spacing w:after="0"/>
      </w:pPr>
      <w:r>
        <w:rPr>
          <w:rFonts w:ascii="Arial" w:hAnsi="Arial"/>
          <w:sz w:val="22"/>
        </w:rPr>
        <w:t>and he went right. Your form's wrong. Adjust this, this, and this. So I adjusted it. Bang. He went right. Do that till I come back. Two hours later, he came back, and he went right. You can come back next session if you want. So, off a trot. Come back next session. He went right backwards. Your form's wrong. Adjust it. Bang. Two hours. Two hours later.</w:t>
      </w:r>
    </w:p>
    <w:p>
      <w:pPr>
        <w:spacing w:after="0"/>
      </w:pPr>
    </w:p>
    <w:p>
      <w:pPr>
        <w:spacing w:after="0"/>
      </w:pPr>
      <w:r>
        <w:rPr>
          <w:rFonts w:ascii="Arial" w:hAnsi="Arial"/>
          <w:b/>
          <w:sz w:val="22"/>
        </w:rPr>
        <w:t xml:space="preserve">Speaker 2  </w:t>
      </w:r>
      <w:r>
        <w:rPr>
          <w:rFonts w:ascii="Arial" w:hAnsi="Arial"/>
          <w:color w:val="5D7284"/>
          <w:sz w:val="22"/>
        </w:rPr>
        <w:t>33:36</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33:36</w:t>
      </w:r>
    </w:p>
    <w:p>
      <w:pPr>
        <w:spacing w:after="0"/>
      </w:pPr>
      <w:r>
        <w:rPr>
          <w:rFonts w:ascii="Arial" w:hAnsi="Arial"/>
          <w:sz w:val="22"/>
        </w:rPr>
        <w:t>And there's about six or seven different bumps in wrestling. So different types of falls, and he came, and that was basically all I did for like six sessions. And he came up to me and he said, "Right, he said, "Other guys have come in, and you've seen them, you know, move on, and they've done their bumps, and they're moving on, doing other stuff. I said, "Yeah. He said, "All you've been doing is bumping. I said, "Yeah, why? I said, "Because I know I can bump. And he went, "Because there's going to be people that don't want you in this industry being disabled, and I wanted to make sure you were tough enough to hack it. Now I'll train you. So we did.</w:t>
      </w:r>
    </w:p>
    <w:p>
      <w:pPr>
        <w:spacing w:after="0"/>
      </w:pPr>
    </w:p>
    <w:p>
      <w:pPr>
        <w:spacing w:after="0"/>
      </w:pPr>
      <w:r>
        <w:rPr>
          <w:rFonts w:ascii="Arial" w:hAnsi="Arial"/>
          <w:b/>
          <w:sz w:val="22"/>
        </w:rPr>
        <w:t xml:space="preserve">Lucy  </w:t>
      </w:r>
      <w:r>
        <w:rPr>
          <w:rFonts w:ascii="Arial" w:hAnsi="Arial"/>
          <w:color w:val="5D7284"/>
          <w:sz w:val="22"/>
        </w:rPr>
        <w:t>34:18</w:t>
      </w:r>
    </w:p>
    <w:p>
      <w:pPr>
        <w:spacing w:after="0"/>
      </w:pPr>
      <w:r>
        <w:rPr>
          <w:rFonts w:ascii="Arial" w:hAnsi="Arial"/>
          <w:sz w:val="22"/>
        </w:rPr>
        <w:t>Interesting, amazing. So I think there's a movie in that. Yeah,</w:t>
      </w:r>
    </w:p>
    <w:p>
      <w:pPr>
        <w:spacing w:after="0"/>
      </w:pPr>
    </w:p>
    <w:p>
      <w:pPr>
        <w:spacing w:after="0"/>
      </w:pPr>
      <w:r>
        <w:rPr>
          <w:rFonts w:ascii="Arial" w:hAnsi="Arial"/>
          <w:b/>
          <w:sz w:val="22"/>
        </w:rPr>
        <w:t xml:space="preserve">Speaker 1  </w:t>
      </w:r>
      <w:r>
        <w:rPr>
          <w:rFonts w:ascii="Arial" w:hAnsi="Arial"/>
          <w:color w:val="5D7284"/>
          <w:sz w:val="22"/>
        </w:rPr>
        <w:t>34:24</w:t>
      </w:r>
    </w:p>
    <w:p>
      <w:pPr>
        <w:spacing w:after="0"/>
      </w:pPr>
      <w:r>
        <w:rPr>
          <w:rFonts w:ascii="Arial" w:hAnsi="Arial"/>
          <w:sz w:val="22"/>
        </w:rPr>
        <w:t>I've been floating the idea around various channels for a little while. Have you? Because I'd like, I'd like to do it before I'm too broken to do it. But, but we'll see. We'll see. Is Marvel a listening?</w:t>
      </w:r>
    </w:p>
    <w:p>
      <w:pPr>
        <w:spacing w:after="0"/>
      </w:pPr>
    </w:p>
    <w:p>
      <w:pPr>
        <w:spacing w:after="0"/>
      </w:pPr>
      <w:r>
        <w:rPr>
          <w:rFonts w:ascii="Arial" w:hAnsi="Arial"/>
          <w:b/>
          <w:sz w:val="22"/>
        </w:rPr>
        <w:t xml:space="preserve">Lucy  </w:t>
      </w:r>
      <w:r>
        <w:rPr>
          <w:rFonts w:ascii="Arial" w:hAnsi="Arial"/>
          <w:color w:val="5D7284"/>
          <w:sz w:val="22"/>
        </w:rPr>
        <w:t>34:40</w:t>
      </w:r>
    </w:p>
    <w:p>
      <w:pPr>
        <w:spacing w:after="0"/>
      </w:pPr>
      <w:r>
        <w:rPr>
          <w:rFonts w:ascii="Arial" w:hAnsi="Arial"/>
          <w:sz w:val="22"/>
        </w:rPr>
        <w:t>Anybody? That's that. that's that's really like, yeah. It's it's. I think it's so cool though that you've gone. Yeah, yeah. That's.</w:t>
      </w:r>
    </w:p>
    <w:p>
      <w:pPr>
        <w:spacing w:after="0"/>
      </w:pPr>
    </w:p>
    <w:p>
      <w:pPr>
        <w:spacing w:after="0"/>
      </w:pPr>
      <w:r>
        <w:rPr>
          <w:rFonts w:ascii="Arial" w:hAnsi="Arial"/>
          <w:b/>
          <w:sz w:val="22"/>
        </w:rPr>
        <w:t xml:space="preserve">Alice  </w:t>
      </w:r>
      <w:r>
        <w:rPr>
          <w:rFonts w:ascii="Arial" w:hAnsi="Arial"/>
          <w:color w:val="5D7284"/>
          <w:sz w:val="22"/>
        </w:rPr>
        <w:t>34:50</w:t>
      </w:r>
    </w:p>
    <w:p>
      <w:pPr>
        <w:spacing w:after="0"/>
      </w:pPr>
      <w:r>
        <w:rPr>
          <w:rFonts w:ascii="Arial" w:hAnsi="Arial"/>
          <w:sz w:val="22"/>
        </w:rPr>
        <w:t>It's what we always say is just give the give us an opportunity, and we'll show you that we can fucking well do</w:t>
      </w:r>
    </w:p>
    <w:p>
      <w:pPr>
        <w:spacing w:after="0"/>
      </w:pPr>
    </w:p>
    <w:p>
      <w:pPr>
        <w:spacing w:after="0"/>
      </w:pPr>
      <w:r>
        <w:rPr>
          <w:rFonts w:ascii="Arial" w:hAnsi="Arial"/>
          <w:b/>
          <w:sz w:val="22"/>
        </w:rPr>
        <w:t xml:space="preserve">Lucy  </w:t>
      </w:r>
      <w:r>
        <w:rPr>
          <w:rFonts w:ascii="Arial" w:hAnsi="Arial"/>
          <w:color w:val="5D7284"/>
          <w:sz w:val="22"/>
        </w:rPr>
        <w:t>34:57</w:t>
      </w:r>
    </w:p>
    <w:p>
      <w:pPr>
        <w:spacing w:after="0"/>
      </w:pPr>
      <w:r>
        <w:rPr>
          <w:rFonts w:ascii="Arial" w:hAnsi="Arial"/>
          <w:sz w:val="22"/>
        </w:rPr>
        <w:t>it. I don't want the opportunity to just keep falling over. Yeah, because it hurts. Like I am a wimp compared to Dan, so I don't want to be like, don't throw, don't throw me out of a window or whatever you. It just sounds</w:t>
      </w:r>
    </w:p>
    <w:p>
      <w:pPr>
        <w:spacing w:after="0"/>
      </w:pPr>
    </w:p>
    <w:p>
      <w:pPr>
        <w:spacing w:after="0"/>
      </w:pPr>
      <w:r>
        <w:rPr>
          <w:rFonts w:ascii="Arial" w:hAnsi="Arial"/>
          <w:b/>
          <w:sz w:val="22"/>
        </w:rPr>
        <w:t xml:space="preserve">Alice  </w:t>
      </w:r>
      <w:r>
        <w:rPr>
          <w:rFonts w:ascii="Arial" w:hAnsi="Arial"/>
          <w:color w:val="5D7284"/>
          <w:sz w:val="22"/>
        </w:rPr>
        <w:t>35:10</w:t>
      </w:r>
    </w:p>
    <w:p>
      <w:pPr>
        <w:spacing w:after="0"/>
      </w:pPr>
      <w:r>
        <w:rPr>
          <w:rFonts w:ascii="Arial" w:hAnsi="Arial"/>
          <w:sz w:val="22"/>
        </w:rPr>
        <w:t>a lot like, like you know, falling over when you've got like mobility. Exactly, that feels like sounds like somebody saying to me, right, I want you to walk into stuff for like a day and a half, just to just to prove your stamina. I'm doing that anyway. Like I'm already covered in bumps and bruises. Can't I do something more interesting? That it's just it's just the personal preference, I guess. And</w:t>
      </w:r>
    </w:p>
    <w:p>
      <w:pPr>
        <w:spacing w:after="0"/>
      </w:pPr>
    </w:p>
    <w:p>
      <w:pPr>
        <w:spacing w:after="0"/>
      </w:pPr>
      <w:r>
        <w:rPr>
          <w:rFonts w:ascii="Arial" w:hAnsi="Arial"/>
          <w:b/>
          <w:sz w:val="22"/>
        </w:rPr>
        <w:t xml:space="preserve">Speaker 1  </w:t>
      </w:r>
      <w:r>
        <w:rPr>
          <w:rFonts w:ascii="Arial" w:hAnsi="Arial"/>
          <w:color w:val="5D7284"/>
          <w:sz w:val="22"/>
        </w:rPr>
        <w:t>35:36</w:t>
      </w:r>
    </w:p>
    <w:p>
      <w:pPr>
        <w:spacing w:after="0"/>
      </w:pPr>
      <w:r>
        <w:rPr>
          <w:rFonts w:ascii="Arial" w:hAnsi="Arial"/>
          <w:sz w:val="22"/>
        </w:rPr>
        <w:t>and you know that meant that I ended up wrestling all over the UK. I flew to the US and work work with small small promotions over there. I've been in wrestling rings with guys that now do actually work at WWE and AEW, and I still help my local training school and and promotion out now. That's amazing. Have you got like a wrestling</w:t>
      </w:r>
    </w:p>
    <w:p>
      <w:pPr>
        <w:spacing w:after="0"/>
      </w:pPr>
    </w:p>
    <w:p>
      <w:pPr>
        <w:spacing w:after="0"/>
      </w:pPr>
      <w:r>
        <w:rPr>
          <w:rFonts w:ascii="Arial" w:hAnsi="Arial"/>
          <w:b/>
          <w:sz w:val="22"/>
        </w:rPr>
        <w:t xml:space="preserve">Lucy  </w:t>
      </w:r>
      <w:r>
        <w:rPr>
          <w:rFonts w:ascii="Arial" w:hAnsi="Arial"/>
          <w:color w:val="5D7284"/>
          <w:sz w:val="22"/>
        </w:rPr>
        <w:t>36:00</w:t>
      </w:r>
    </w:p>
    <w:p>
      <w:pPr>
        <w:spacing w:after="0"/>
      </w:pPr>
      <w:r>
        <w:rPr>
          <w:rFonts w:ascii="Arial" w:hAnsi="Arial"/>
          <w:sz w:val="22"/>
        </w:rPr>
        <w:t>name?</w:t>
      </w:r>
    </w:p>
    <w:p>
      <w:pPr>
        <w:spacing w:after="0"/>
      </w:pPr>
    </w:p>
    <w:p>
      <w:pPr>
        <w:spacing w:after="0"/>
      </w:pPr>
      <w:r>
        <w:rPr>
          <w:rFonts w:ascii="Arial" w:hAnsi="Arial"/>
          <w:b/>
          <w:sz w:val="22"/>
        </w:rPr>
        <w:t xml:space="preserve">Speaker 1  </w:t>
      </w:r>
      <w:r>
        <w:rPr>
          <w:rFonts w:ascii="Arial" w:hAnsi="Arial"/>
          <w:color w:val="5D7284"/>
          <w:sz w:val="22"/>
        </w:rPr>
        <w:t>36:01</w:t>
      </w:r>
    </w:p>
    <w:p>
      <w:pPr>
        <w:spacing w:after="0"/>
      </w:pPr>
      <w:r>
        <w:rPr>
          <w:rFonts w:ascii="Arial" w:hAnsi="Arial"/>
          <w:sz w:val="22"/>
        </w:rPr>
        <w:t>I'm known as 100% Dan Edge.</w:t>
      </w:r>
    </w:p>
    <w:p>
      <w:pPr>
        <w:spacing w:after="0"/>
      </w:pPr>
    </w:p>
    <w:p>
      <w:pPr>
        <w:spacing w:after="0"/>
      </w:pPr>
      <w:r>
        <w:rPr>
          <w:rFonts w:ascii="Arial" w:hAnsi="Arial"/>
          <w:b/>
          <w:sz w:val="22"/>
        </w:rPr>
        <w:t xml:space="preserve">Lucy  </w:t>
      </w:r>
      <w:r>
        <w:rPr>
          <w:rFonts w:ascii="Arial" w:hAnsi="Arial"/>
          <w:color w:val="5D7284"/>
          <w:sz w:val="22"/>
        </w:rPr>
        <w:t>36:04</w:t>
      </w:r>
    </w:p>
    <w:p>
      <w:pPr>
        <w:spacing w:after="0"/>
      </w:pPr>
      <w:r>
        <w:rPr>
          <w:rFonts w:ascii="Arial" w:hAnsi="Arial"/>
          <w:sz w:val="22"/>
        </w:rPr>
        <w:t>Nice, nice.</w:t>
      </w:r>
    </w:p>
    <w:p>
      <w:pPr>
        <w:spacing w:after="0"/>
      </w:pPr>
    </w:p>
    <w:p>
      <w:pPr>
        <w:spacing w:after="0"/>
      </w:pPr>
      <w:r>
        <w:rPr>
          <w:rFonts w:ascii="Arial" w:hAnsi="Arial"/>
          <w:b/>
          <w:sz w:val="22"/>
        </w:rPr>
        <w:t xml:space="preserve">Speaker 1  </w:t>
      </w:r>
      <w:r>
        <w:rPr>
          <w:rFonts w:ascii="Arial" w:hAnsi="Arial"/>
          <w:color w:val="5D7284"/>
          <w:sz w:val="22"/>
        </w:rPr>
        <w:t>36:05</w:t>
      </w:r>
    </w:p>
    <w:p>
      <w:pPr>
        <w:spacing w:after="0"/>
      </w:pPr>
      <w:r>
        <w:rPr>
          <w:rFonts w:ascii="Arial" w:hAnsi="Arial"/>
          <w:sz w:val="22"/>
        </w:rPr>
        <w:t>Because obviously Dan Edge is my professional name throughout.</w:t>
      </w:r>
    </w:p>
    <w:p>
      <w:pPr>
        <w:spacing w:after="0"/>
      </w:pPr>
    </w:p>
    <w:p>
      <w:pPr>
        <w:spacing w:after="0"/>
      </w:pPr>
      <w:r>
        <w:rPr>
          <w:rFonts w:ascii="Arial" w:hAnsi="Arial"/>
          <w:b/>
          <w:sz w:val="22"/>
        </w:rPr>
        <w:t xml:space="preserve">Lucy  </w:t>
      </w:r>
      <w:r>
        <w:rPr>
          <w:rFonts w:ascii="Arial" w:hAnsi="Arial"/>
          <w:color w:val="5D7284"/>
          <w:sz w:val="22"/>
        </w:rPr>
        <w:t>36:10</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36:10</w:t>
      </w:r>
    </w:p>
    <w:p>
      <w:pPr>
        <w:spacing w:after="0"/>
      </w:pPr>
      <w:r>
        <w:rPr>
          <w:rFonts w:ascii="Arial" w:hAnsi="Arial"/>
          <w:sz w:val="22"/>
        </w:rPr>
        <w:t>And then I'm known as 100% Dan Edge because there was nobody ever quite like me, and it it was always great to to deal with those angry fans because obviously I'd come out on my sticks and whatever, and I'd go, "I'm 100% Dan Edge, and they'd turn around and go, "Do you not look at you coming out on your sticks? There's nothing 100% about you. And then I'd make some very lewd reference to their girlfriend the night before.</w:t>
      </w:r>
    </w:p>
    <w:p>
      <w:pPr>
        <w:spacing w:after="0"/>
      </w:pPr>
    </w:p>
    <w:p>
      <w:pPr>
        <w:spacing w:after="0"/>
      </w:pPr>
      <w:r>
        <w:rPr>
          <w:rFonts w:ascii="Arial" w:hAnsi="Arial"/>
          <w:b/>
          <w:sz w:val="22"/>
        </w:rPr>
        <w:t xml:space="preserve">Lucy  </w:t>
      </w:r>
      <w:r>
        <w:rPr>
          <w:rFonts w:ascii="Arial" w:hAnsi="Arial"/>
          <w:color w:val="5D7284"/>
          <w:sz w:val="22"/>
        </w:rPr>
        <w:t>36:37</w:t>
      </w:r>
    </w:p>
    <w:p>
      <w:pPr>
        <w:spacing w:after="0"/>
      </w:pPr>
      <w:r>
        <w:rPr>
          <w:rFonts w:ascii="Arial" w:hAnsi="Arial"/>
          <w:sz w:val="22"/>
        </w:rPr>
        <w:t>Yeah, no, I really like that. That's that's so cool. That's such a cool. My dad used to was a he he wrestled in the Olympics back in</w:t>
      </w:r>
    </w:p>
    <w:p>
      <w:pPr>
        <w:spacing w:after="0"/>
      </w:pPr>
    </w:p>
    <w:p>
      <w:pPr>
        <w:spacing w:after="0"/>
      </w:pPr>
      <w:r>
        <w:rPr>
          <w:rFonts w:ascii="Arial" w:hAnsi="Arial"/>
          <w:b/>
          <w:sz w:val="22"/>
        </w:rPr>
        <w:t xml:space="preserve">Speaker 1  </w:t>
      </w:r>
      <w:r>
        <w:rPr>
          <w:rFonts w:ascii="Arial" w:hAnsi="Arial"/>
          <w:color w:val="5D7284"/>
          <w:sz w:val="22"/>
        </w:rPr>
        <w:t>36:48</w:t>
      </w:r>
    </w:p>
    <w:p>
      <w:pPr>
        <w:spacing w:after="0"/>
      </w:pPr>
      <w:r>
        <w:rPr>
          <w:rFonts w:ascii="Arial" w:hAnsi="Arial"/>
          <w:sz w:val="22"/>
        </w:rPr>
        <w:t>the</w:t>
      </w:r>
    </w:p>
    <w:p>
      <w:pPr>
        <w:spacing w:after="0"/>
      </w:pPr>
    </w:p>
    <w:p>
      <w:pPr>
        <w:spacing w:after="0"/>
      </w:pPr>
      <w:r>
        <w:rPr>
          <w:rFonts w:ascii="Arial" w:hAnsi="Arial"/>
          <w:b/>
          <w:sz w:val="22"/>
        </w:rPr>
        <w:t xml:space="preserve">Lucy  </w:t>
      </w:r>
      <w:r>
        <w:rPr>
          <w:rFonts w:ascii="Arial" w:hAnsi="Arial"/>
          <w:color w:val="5D7284"/>
          <w:sz w:val="22"/>
        </w:rPr>
        <w:t>36:48</w:t>
      </w:r>
    </w:p>
    <w:p>
      <w:pPr>
        <w:spacing w:after="0"/>
      </w:pPr>
      <w:r>
        <w:rPr>
          <w:rFonts w:ascii="Arial" w:hAnsi="Arial"/>
          <w:sz w:val="22"/>
        </w:rPr>
        <w:t>70s. He he went to Mexico wrestling in the Olympics. There's photos of my dad in the paper, looking like the male version of me in his wrestling gear. Because my my granddad was his his dad my grand dad was his trainer?</w:t>
      </w:r>
    </w:p>
    <w:p>
      <w:pPr>
        <w:spacing w:after="0"/>
      </w:pPr>
    </w:p>
    <w:p>
      <w:pPr>
        <w:spacing w:after="0"/>
      </w:pPr>
      <w:r>
        <w:rPr>
          <w:rFonts w:ascii="Arial" w:hAnsi="Arial"/>
          <w:b/>
          <w:sz w:val="22"/>
        </w:rPr>
        <w:t xml:space="preserve">Speaker 1  </w:t>
      </w:r>
      <w:r>
        <w:rPr>
          <w:rFonts w:ascii="Arial" w:hAnsi="Arial"/>
          <w:color w:val="5D7284"/>
          <w:sz w:val="22"/>
        </w:rPr>
        <w:t>37:04</w:t>
      </w:r>
    </w:p>
    <w:p>
      <w:pPr>
        <w:spacing w:after="0"/>
      </w:pPr>
      <w:r>
        <w:rPr>
          <w:rFonts w:ascii="Arial" w:hAnsi="Arial"/>
          <w:sz w:val="22"/>
        </w:rPr>
        <w:t>There you go.</w:t>
      </w:r>
    </w:p>
    <w:p>
      <w:pPr>
        <w:spacing w:after="0"/>
      </w:pPr>
    </w:p>
    <w:p>
      <w:pPr>
        <w:spacing w:after="0"/>
      </w:pPr>
      <w:r>
        <w:rPr>
          <w:rFonts w:ascii="Arial" w:hAnsi="Arial"/>
          <w:b/>
          <w:sz w:val="22"/>
        </w:rPr>
        <w:t xml:space="preserve">Lucy  </w:t>
      </w:r>
      <w:r>
        <w:rPr>
          <w:rFonts w:ascii="Arial" w:hAnsi="Arial"/>
          <w:color w:val="5D7284"/>
          <w:sz w:val="22"/>
        </w:rPr>
        <w:t>37:05</w:t>
      </w:r>
    </w:p>
    <w:p>
      <w:pPr>
        <w:spacing w:after="0"/>
      </w:pPr>
      <w:r>
        <w:rPr>
          <w:rFonts w:ascii="Arial" w:hAnsi="Arial"/>
          <w:sz w:val="22"/>
        </w:rPr>
        <w:t>And he, I can remember as a kid, my dad would like lie me on the floor and squash all of the air out of me and get me in a vice like grip just because he could like he could. Are you supposed to wrestle in the Olympics? You know. Yes, Dad. I know. Please get off me. Yeah. Can I get some air in my lungs, please? So I do. I do. Like I do think it's very cool that, like, how many other disabled people do you know that are wrestlers? Are there many?</w:t>
      </w:r>
    </w:p>
    <w:p>
      <w:pPr>
        <w:spacing w:after="0"/>
      </w:pPr>
    </w:p>
    <w:p>
      <w:pPr>
        <w:spacing w:after="0"/>
      </w:pPr>
      <w:r>
        <w:rPr>
          <w:rFonts w:ascii="Arial" w:hAnsi="Arial"/>
          <w:b/>
          <w:sz w:val="22"/>
        </w:rPr>
        <w:t xml:space="preserve">Speaker 1  </w:t>
      </w:r>
      <w:r>
        <w:rPr>
          <w:rFonts w:ascii="Arial" w:hAnsi="Arial"/>
          <w:color w:val="5D7284"/>
          <w:sz w:val="22"/>
        </w:rPr>
        <w:t>37:34</w:t>
      </w:r>
    </w:p>
    <w:p>
      <w:pPr>
        <w:spacing w:after="0"/>
      </w:pPr>
      <w:r>
        <w:rPr>
          <w:rFonts w:ascii="Arial" w:hAnsi="Arial"/>
          <w:sz w:val="22"/>
        </w:rPr>
        <w:t>I mean, in terms of neurodivergence, I don't even care to think. There's probably quite a few. Yeah. In terms of wrestlers with physical impairments, there's a gent called Zach Gowen who's a single leg amputee. There's a guy called Gregory Iron, who's another wrestler with CP. There is actually a small promotion in Japan called Dog Leg.</w:t>
      </w:r>
    </w:p>
    <w:p>
      <w:pPr>
        <w:spacing w:after="0"/>
      </w:pPr>
    </w:p>
    <w:p>
      <w:pPr>
        <w:spacing w:after="0"/>
      </w:pPr>
      <w:r>
        <w:rPr>
          <w:rFonts w:ascii="Arial" w:hAnsi="Arial"/>
          <w:b/>
          <w:sz w:val="22"/>
        </w:rPr>
        <w:t xml:space="preserve">Lucy  </w:t>
      </w:r>
      <w:r>
        <w:rPr>
          <w:rFonts w:ascii="Arial" w:hAnsi="Arial"/>
          <w:color w:val="5D7284"/>
          <w:sz w:val="22"/>
        </w:rPr>
        <w:t>37:59</w:t>
      </w:r>
    </w:p>
    <w:p>
      <w:pPr>
        <w:spacing w:after="0"/>
      </w:pPr>
      <w:r>
        <w:rPr>
          <w:rFonts w:ascii="Arial" w:hAnsi="Arial"/>
          <w:sz w:val="22"/>
        </w:rPr>
        <w:t>Dog.</w:t>
      </w:r>
    </w:p>
    <w:p>
      <w:pPr>
        <w:spacing w:after="0"/>
      </w:pPr>
    </w:p>
    <w:p>
      <w:pPr>
        <w:spacing w:after="0"/>
      </w:pPr>
      <w:r>
        <w:rPr>
          <w:rFonts w:ascii="Arial" w:hAnsi="Arial"/>
          <w:b/>
          <w:sz w:val="22"/>
        </w:rPr>
        <w:t xml:space="preserve">Speaker 1  </w:t>
      </w:r>
      <w:r>
        <w:rPr>
          <w:rFonts w:ascii="Arial" w:hAnsi="Arial"/>
          <w:color w:val="5D7284"/>
          <w:sz w:val="22"/>
        </w:rPr>
        <w:t>38:00</w:t>
      </w:r>
    </w:p>
    <w:p>
      <w:pPr>
        <w:spacing w:after="0"/>
      </w:pPr>
      <w:r>
        <w:rPr>
          <w:rFonts w:ascii="Arial" w:hAnsi="Arial"/>
          <w:sz w:val="22"/>
        </w:rPr>
        <w:t>That's the literal translation.</w:t>
      </w:r>
    </w:p>
    <w:p>
      <w:pPr>
        <w:spacing w:after="0"/>
      </w:pPr>
    </w:p>
    <w:p>
      <w:pPr>
        <w:spacing w:after="0"/>
      </w:pPr>
      <w:r>
        <w:rPr>
          <w:rFonts w:ascii="Arial" w:hAnsi="Arial"/>
          <w:b/>
          <w:sz w:val="22"/>
        </w:rPr>
        <w:t xml:space="preserve">Lucy  </w:t>
      </w:r>
      <w:r>
        <w:rPr>
          <w:rFonts w:ascii="Arial" w:hAnsi="Arial"/>
          <w:color w:val="5D7284"/>
          <w:sz w:val="22"/>
        </w:rPr>
        <w:t>38:04</w:t>
      </w:r>
    </w:p>
    <w:p>
      <w:pPr>
        <w:spacing w:after="0"/>
      </w:pPr>
      <w:r>
        <w:rPr>
          <w:rFonts w:ascii="Arial" w:hAnsi="Arial"/>
          <w:sz w:val="22"/>
        </w:rPr>
        <w:t>Okay, that is</w:t>
      </w:r>
    </w:p>
    <w:p>
      <w:pPr>
        <w:spacing w:after="0"/>
      </w:pPr>
    </w:p>
    <w:p>
      <w:pPr>
        <w:spacing w:after="0"/>
      </w:pPr>
      <w:r>
        <w:rPr>
          <w:rFonts w:ascii="Arial" w:hAnsi="Arial"/>
          <w:b/>
          <w:sz w:val="22"/>
        </w:rPr>
        <w:t xml:space="preserve">Speaker 1  </w:t>
      </w:r>
      <w:r>
        <w:rPr>
          <w:rFonts w:ascii="Arial" w:hAnsi="Arial"/>
          <w:color w:val="5D7284"/>
          <w:sz w:val="22"/>
        </w:rPr>
        <w:t>38:04</w:t>
      </w:r>
    </w:p>
    <w:p>
      <w:pPr>
        <w:spacing w:after="0"/>
      </w:pPr>
      <w:r>
        <w:rPr>
          <w:rFonts w:ascii="Arial" w:hAnsi="Arial"/>
          <w:sz w:val="22"/>
        </w:rPr>
        <w:t>actually all disabled wrestlers of varying impairment levels. It's a very much weird backdoor, back niche Japanese culture type thing that could be seen as questionable in some circles, but it exists. But in terms of full-time wrestlers that have worked what I would traditionally call the independent circuit, there's those guys, and then there's been a tradition of wrestlers of short stature,</w:t>
      </w:r>
    </w:p>
    <w:p>
      <w:pPr>
        <w:spacing w:after="0"/>
      </w:pPr>
    </w:p>
    <w:p>
      <w:pPr>
        <w:spacing w:after="0"/>
      </w:pPr>
      <w:r>
        <w:rPr>
          <w:rFonts w:ascii="Arial" w:hAnsi="Arial"/>
          <w:b/>
          <w:sz w:val="22"/>
        </w:rPr>
        <w:t xml:space="preserve">Lucy  </w:t>
      </w:r>
      <w:r>
        <w:rPr>
          <w:rFonts w:ascii="Arial" w:hAnsi="Arial"/>
          <w:color w:val="5D7284"/>
          <w:sz w:val="22"/>
        </w:rPr>
        <w:t>38:34</w:t>
      </w:r>
    </w:p>
    <w:p>
      <w:pPr>
        <w:spacing w:after="0"/>
      </w:pPr>
      <w:r>
        <w:rPr>
          <w:rFonts w:ascii="Arial" w:hAnsi="Arial"/>
          <w:sz w:val="22"/>
        </w:rPr>
        <w:t>yeah, yeah,</w:t>
      </w:r>
    </w:p>
    <w:p>
      <w:pPr>
        <w:spacing w:after="0"/>
      </w:pPr>
    </w:p>
    <w:p>
      <w:pPr>
        <w:spacing w:after="0"/>
      </w:pPr>
      <w:r>
        <w:rPr>
          <w:rFonts w:ascii="Arial" w:hAnsi="Arial"/>
          <w:b/>
          <w:sz w:val="22"/>
        </w:rPr>
        <w:t xml:space="preserve">Speaker 1  </w:t>
      </w:r>
      <w:r>
        <w:rPr>
          <w:rFonts w:ascii="Arial" w:hAnsi="Arial"/>
          <w:color w:val="5D7284"/>
          <w:sz w:val="22"/>
        </w:rPr>
        <w:t>38:35</w:t>
      </w:r>
    </w:p>
    <w:p>
      <w:pPr>
        <w:spacing w:after="0"/>
      </w:pPr>
      <w:r>
        <w:rPr>
          <w:rFonts w:ascii="Arial" w:hAnsi="Arial"/>
          <w:sz w:val="22"/>
        </w:rPr>
        <w:t>for for decades, especially in in Mexico, and there there's whole wrestling promotions of wrestlers of short stature, but in terms of CP and stuff like that, we're a little bit more rare.</w:t>
      </w:r>
    </w:p>
    <w:p>
      <w:pPr>
        <w:spacing w:after="0"/>
      </w:pPr>
    </w:p>
    <w:p>
      <w:pPr>
        <w:spacing w:after="0"/>
      </w:pPr>
      <w:r>
        <w:rPr>
          <w:rFonts w:ascii="Arial" w:hAnsi="Arial"/>
          <w:b/>
          <w:sz w:val="22"/>
        </w:rPr>
        <w:t xml:space="preserve">Lucy  </w:t>
      </w:r>
      <w:r>
        <w:rPr>
          <w:rFonts w:ascii="Arial" w:hAnsi="Arial"/>
          <w:color w:val="5D7284"/>
          <w:sz w:val="22"/>
        </w:rPr>
        <w:t>38:51</w:t>
      </w:r>
    </w:p>
    <w:p>
      <w:pPr>
        <w:spacing w:after="0"/>
      </w:pPr>
      <w:r>
        <w:rPr>
          <w:rFonts w:ascii="Arial" w:hAnsi="Arial"/>
          <w:sz w:val="22"/>
        </w:rPr>
        <w:t>Alice, I think we found the topic of our next spotlight series.</w:t>
      </w:r>
    </w:p>
    <w:p>
      <w:pPr>
        <w:spacing w:after="0"/>
      </w:pPr>
    </w:p>
    <w:p>
      <w:pPr>
        <w:spacing w:after="0"/>
      </w:pPr>
      <w:r>
        <w:rPr>
          <w:rFonts w:ascii="Arial" w:hAnsi="Arial"/>
          <w:b/>
          <w:sz w:val="22"/>
        </w:rPr>
        <w:t xml:space="preserve">Speaker 1  </w:t>
      </w:r>
      <w:r>
        <w:rPr>
          <w:rFonts w:ascii="Arial" w:hAnsi="Arial"/>
          <w:color w:val="5D7284"/>
          <w:sz w:val="22"/>
        </w:rPr>
        <w:t>38:57</w:t>
      </w:r>
    </w:p>
    <w:p>
      <w:pPr>
        <w:spacing w:after="0"/>
      </w:pPr>
      <w:r>
        <w:rPr>
          <w:rFonts w:ascii="Arial" w:hAnsi="Arial"/>
          <w:sz w:val="22"/>
        </w:rPr>
        <w:t>Disabled wrestlers. I mean, why not?</w:t>
      </w:r>
    </w:p>
    <w:p>
      <w:pPr>
        <w:spacing w:after="0"/>
      </w:pPr>
    </w:p>
    <w:p>
      <w:pPr>
        <w:spacing w:after="0"/>
      </w:pPr>
      <w:r>
        <w:rPr>
          <w:rFonts w:ascii="Arial" w:hAnsi="Arial"/>
          <w:b/>
          <w:sz w:val="22"/>
        </w:rPr>
        <w:t xml:space="preserve">Lucy  </w:t>
      </w:r>
      <w:r>
        <w:rPr>
          <w:rFonts w:ascii="Arial" w:hAnsi="Arial"/>
          <w:color w:val="5D7284"/>
          <w:sz w:val="22"/>
        </w:rPr>
        <w:t>38:59</w:t>
      </w:r>
    </w:p>
    <w:p>
      <w:pPr>
        <w:spacing w:after="0"/>
      </w:pPr>
      <w:r>
        <w:rPr>
          <w:rFonts w:ascii="Arial" w:hAnsi="Arial"/>
          <w:sz w:val="22"/>
        </w:rPr>
        <w:t>Yeah, I just I I do keep thinking to myself. I've been watching Gladiators recently, and I was like, can we not do a version of this where everybody's disabled, like a like a disability version of Gladiators? Would that sell? I don't know. The</w:t>
      </w:r>
    </w:p>
    <w:p>
      <w:pPr>
        <w:spacing w:after="0"/>
      </w:pPr>
    </w:p>
    <w:p>
      <w:pPr>
        <w:spacing w:after="0"/>
      </w:pPr>
      <w:r>
        <w:rPr>
          <w:rFonts w:ascii="Arial" w:hAnsi="Arial"/>
          <w:b/>
          <w:sz w:val="22"/>
        </w:rPr>
        <w:t xml:space="preserve">Speaker 1  </w:t>
      </w:r>
      <w:r>
        <w:rPr>
          <w:rFonts w:ascii="Arial" w:hAnsi="Arial"/>
          <w:color w:val="5D7284"/>
          <w:sz w:val="22"/>
        </w:rPr>
        <w:t>39:16</w:t>
      </w:r>
    </w:p>
    <w:p>
      <w:pPr>
        <w:spacing w:after="0"/>
      </w:pPr>
      <w:r>
        <w:rPr>
          <w:rFonts w:ascii="Arial" w:hAnsi="Arial"/>
          <w:sz w:val="22"/>
        </w:rPr>
        <w:t>the Paralympic version of Gladiators. Yes, I mean some of some of the games would be interesting. Yeah, I mean, I was watching a clip of Hang Tough. You know the one on the rings where they see you.</w:t>
      </w:r>
    </w:p>
    <w:p>
      <w:pPr>
        <w:spacing w:after="0"/>
      </w:pPr>
    </w:p>
    <w:p>
      <w:pPr>
        <w:spacing w:after="0"/>
      </w:pPr>
      <w:r>
        <w:rPr>
          <w:rFonts w:ascii="Arial" w:hAnsi="Arial"/>
          <w:b/>
          <w:sz w:val="22"/>
        </w:rPr>
        <w:t xml:space="preserve">Lucy  </w:t>
      </w:r>
      <w:r>
        <w:rPr>
          <w:rFonts w:ascii="Arial" w:hAnsi="Arial"/>
          <w:color w:val="5D7284"/>
          <w:sz w:val="22"/>
        </w:rPr>
        <w:t>39:27</w:t>
      </w:r>
    </w:p>
    <w:p>
      <w:pPr>
        <w:spacing w:after="0"/>
      </w:pPr>
      <w:r>
        <w:rPr>
          <w:rFonts w:ascii="Arial" w:hAnsi="Arial"/>
          <w:sz w:val="22"/>
        </w:rPr>
        <w:t>Yeah, yeah.</w:t>
      </w:r>
    </w:p>
    <w:p>
      <w:pPr>
        <w:spacing w:after="0"/>
      </w:pPr>
    </w:p>
    <w:p>
      <w:pPr>
        <w:spacing w:after="0"/>
      </w:pPr>
      <w:r>
        <w:rPr>
          <w:rFonts w:ascii="Arial" w:hAnsi="Arial"/>
          <w:b/>
          <w:sz w:val="22"/>
        </w:rPr>
        <w:t xml:space="preserve">Speaker 1  </w:t>
      </w:r>
      <w:r>
        <w:rPr>
          <w:rFonts w:ascii="Arial" w:hAnsi="Arial"/>
          <w:color w:val="5D7284"/>
          <w:sz w:val="22"/>
        </w:rPr>
        <w:t>39:28</w:t>
      </w:r>
    </w:p>
    <w:p>
      <w:pPr>
        <w:spacing w:after="0"/>
      </w:pPr>
      <w:r>
        <w:rPr>
          <w:rFonts w:ascii="Arial" w:hAnsi="Arial"/>
          <w:sz w:val="22"/>
        </w:rPr>
        <w:t>Could you imagine that with a double leg amputee? Just</w:t>
      </w:r>
    </w:p>
    <w:p>
      <w:pPr>
        <w:spacing w:after="0"/>
      </w:pPr>
    </w:p>
    <w:p>
      <w:pPr>
        <w:spacing w:after="0"/>
      </w:pPr>
      <w:r>
        <w:rPr>
          <w:rFonts w:ascii="Arial" w:hAnsi="Arial"/>
          <w:b/>
          <w:sz w:val="22"/>
        </w:rPr>
        <w:t xml:space="preserve">Lucy  </w:t>
      </w:r>
      <w:r>
        <w:rPr>
          <w:rFonts w:ascii="Arial" w:hAnsi="Arial"/>
          <w:color w:val="5D7284"/>
          <w:sz w:val="22"/>
        </w:rPr>
        <w:t>39:31</w:t>
      </w:r>
    </w:p>
    <w:p>
      <w:pPr>
        <w:spacing w:after="0"/>
      </w:pPr>
      <w:r>
        <w:rPr>
          <w:rFonts w:ascii="Arial" w:hAnsi="Arial"/>
          <w:sz w:val="22"/>
        </w:rPr>
        <w:t>kind of lap stock. Yeah.</w:t>
      </w:r>
    </w:p>
    <w:p>
      <w:pPr>
        <w:spacing w:after="0"/>
      </w:pPr>
    </w:p>
    <w:p>
      <w:pPr>
        <w:spacing w:after="0"/>
      </w:pPr>
      <w:r>
        <w:rPr>
          <w:rFonts w:ascii="Arial" w:hAnsi="Arial"/>
          <w:b/>
          <w:sz w:val="22"/>
        </w:rPr>
        <w:t xml:space="preserve">Speaker 1  </w:t>
      </w:r>
      <w:r>
        <w:rPr>
          <w:rFonts w:ascii="Arial" w:hAnsi="Arial"/>
          <w:color w:val="5D7284"/>
          <w:sz w:val="22"/>
        </w:rPr>
        <w:t>39:34</w:t>
      </w:r>
    </w:p>
    <w:p>
      <w:pPr>
        <w:spacing w:after="0"/>
      </w:pPr>
      <w:r>
        <w:rPr>
          <w:rFonts w:ascii="Arial" w:hAnsi="Arial"/>
          <w:sz w:val="22"/>
        </w:rPr>
        <w:t>Like it'd be interesting. It really would. How do you adapt the the current Gladiators games for Paralympic style compares. How would you do that? I mean, in</w:t>
      </w:r>
    </w:p>
    <w:p>
      <w:pPr>
        <w:spacing w:after="0"/>
      </w:pPr>
    </w:p>
    <w:p>
      <w:pPr>
        <w:spacing w:after="0"/>
      </w:pPr>
      <w:r>
        <w:rPr>
          <w:rFonts w:ascii="Arial" w:hAnsi="Arial"/>
          <w:b/>
          <w:sz w:val="22"/>
        </w:rPr>
        <w:t xml:space="preserve">Alice  </w:t>
      </w:r>
      <w:r>
        <w:rPr>
          <w:rFonts w:ascii="Arial" w:hAnsi="Arial"/>
          <w:color w:val="5D7284"/>
          <w:sz w:val="22"/>
        </w:rPr>
        <w:t>39:45</w:t>
      </w:r>
    </w:p>
    <w:p>
      <w:pPr>
        <w:spacing w:after="0"/>
      </w:pPr>
      <w:r>
        <w:rPr>
          <w:rFonts w:ascii="Arial" w:hAnsi="Arial"/>
          <w:sz w:val="22"/>
        </w:rPr>
        <w:t>terms of an access coordinator's job, I imagine that would be a really fucking interesting problem solving exercise, wouldn't</w:t>
      </w:r>
    </w:p>
    <w:p>
      <w:pPr>
        <w:spacing w:after="0"/>
      </w:pPr>
    </w:p>
    <w:p>
      <w:pPr>
        <w:spacing w:after="0"/>
      </w:pPr>
      <w:r>
        <w:rPr>
          <w:rFonts w:ascii="Arial" w:hAnsi="Arial"/>
          <w:b/>
          <w:sz w:val="22"/>
        </w:rPr>
        <w:t xml:space="preserve">Speaker 1  </w:t>
      </w:r>
      <w:r>
        <w:rPr>
          <w:rFonts w:ascii="Arial" w:hAnsi="Arial"/>
          <w:color w:val="5D7284"/>
          <w:sz w:val="22"/>
        </w:rPr>
        <w:t>39:51</w:t>
      </w:r>
    </w:p>
    <w:p>
      <w:pPr>
        <w:spacing w:after="0"/>
      </w:pPr>
      <w:r>
        <w:rPr>
          <w:rFonts w:ascii="Arial" w:hAnsi="Arial"/>
          <w:sz w:val="22"/>
        </w:rPr>
        <w:t>it? Oh, 100% It's like I've been fortunate enough to to work on the the traitors with the lovely Jess Mabel Jones. We we tag team it. So, when you're watching the traitors at Traitor's Castle and they're doing all those games, looking for all those shields and money bags, we get to sit there with the games team and go, right? This is what we're going to do. This is how we make it accessible. This is how we do this.</w:t>
      </w:r>
    </w:p>
    <w:p>
      <w:pPr>
        <w:spacing w:after="0"/>
      </w:pPr>
    </w:p>
    <w:p>
      <w:pPr>
        <w:spacing w:after="0"/>
      </w:pPr>
      <w:r>
        <w:rPr>
          <w:rFonts w:ascii="Arial" w:hAnsi="Arial"/>
          <w:b/>
          <w:sz w:val="22"/>
        </w:rPr>
        <w:t xml:space="preserve">Lucy  </w:t>
      </w:r>
      <w:r>
        <w:rPr>
          <w:rFonts w:ascii="Arial" w:hAnsi="Arial"/>
          <w:color w:val="5D7284"/>
          <w:sz w:val="22"/>
        </w:rPr>
        <w:t>40:16</w:t>
      </w:r>
    </w:p>
    <w:p>
      <w:pPr>
        <w:spacing w:after="0"/>
      </w:pPr>
      <w:r>
        <w:rPr>
          <w:rFonts w:ascii="Arial" w:hAnsi="Arial"/>
          <w:sz w:val="22"/>
        </w:rPr>
        <w:t>That is so cool. That is such a cool job. Like, it's amazing. That's incredible.</w:t>
      </w:r>
    </w:p>
    <w:p>
      <w:pPr>
        <w:spacing w:after="0"/>
      </w:pPr>
    </w:p>
    <w:p>
      <w:pPr>
        <w:spacing w:after="0"/>
      </w:pPr>
      <w:r>
        <w:rPr>
          <w:rFonts w:ascii="Arial" w:hAnsi="Arial"/>
          <w:b/>
          <w:sz w:val="22"/>
        </w:rPr>
        <w:t xml:space="preserve">Speaker 1  </w:t>
      </w:r>
      <w:r>
        <w:rPr>
          <w:rFonts w:ascii="Arial" w:hAnsi="Arial"/>
          <w:color w:val="5D7284"/>
          <w:sz w:val="22"/>
        </w:rPr>
        <w:t>40:25</w:t>
      </w:r>
    </w:p>
    <w:p>
      <w:pPr>
        <w:spacing w:after="0"/>
      </w:pPr>
      <w:r>
        <w:rPr>
          <w:rFonts w:ascii="Arial" w:hAnsi="Arial"/>
          <w:sz w:val="22"/>
        </w:rPr>
        <w:t>So yeah, doing that with gladiators would be a fun experiment.</w:t>
      </w:r>
    </w:p>
    <w:p>
      <w:pPr>
        <w:spacing w:after="0"/>
      </w:pPr>
    </w:p>
    <w:p>
      <w:pPr>
        <w:spacing w:after="0"/>
      </w:pPr>
      <w:r>
        <w:rPr>
          <w:rFonts w:ascii="Arial" w:hAnsi="Arial"/>
          <w:b/>
          <w:sz w:val="22"/>
        </w:rPr>
        <w:t xml:space="preserve">Lucy  </w:t>
      </w:r>
      <w:r>
        <w:rPr>
          <w:rFonts w:ascii="Arial" w:hAnsi="Arial"/>
          <w:color w:val="5D7284"/>
          <w:sz w:val="22"/>
        </w:rPr>
        <w:t>40:28</w:t>
      </w:r>
    </w:p>
    <w:p>
      <w:pPr>
        <w:spacing w:after="0"/>
      </w:pPr>
      <w:r>
        <w:rPr>
          <w:rFonts w:ascii="Arial" w:hAnsi="Arial"/>
          <w:sz w:val="22"/>
        </w:rPr>
        <w:t>I like. I'm not putting myself forward for gladiators just because we've come up with the idea of Paralympic gladiators. I'm not doing that. But I do feel</w:t>
      </w:r>
    </w:p>
    <w:p>
      <w:pPr>
        <w:spacing w:after="0"/>
      </w:pPr>
    </w:p>
    <w:p>
      <w:pPr>
        <w:spacing w:after="0"/>
      </w:pPr>
      <w:r>
        <w:rPr>
          <w:rFonts w:ascii="Arial" w:hAnsi="Arial"/>
          <w:b/>
          <w:sz w:val="22"/>
        </w:rPr>
        <w:t xml:space="preserve">Alice  </w:t>
      </w:r>
      <w:r>
        <w:rPr>
          <w:rFonts w:ascii="Arial" w:hAnsi="Arial"/>
          <w:color w:val="5D7284"/>
          <w:sz w:val="22"/>
        </w:rPr>
        <w:t>40:38</w:t>
      </w:r>
    </w:p>
    <w:p>
      <w:pPr>
        <w:spacing w:after="0"/>
      </w:pPr>
      <w:r>
        <w:rPr>
          <w:rFonts w:ascii="Arial" w:hAnsi="Arial"/>
          <w:sz w:val="22"/>
        </w:rPr>
        <w:t>like if it happens, we at least deserve some kind of like throwback</w:t>
      </w:r>
    </w:p>
    <w:p>
      <w:pPr>
        <w:spacing w:after="0"/>
      </w:pPr>
    </w:p>
    <w:p>
      <w:pPr>
        <w:spacing w:after="0"/>
      </w:pPr>
      <w:r>
        <w:rPr>
          <w:rFonts w:ascii="Arial" w:hAnsi="Arial"/>
          <w:b/>
          <w:sz w:val="22"/>
        </w:rPr>
        <w:t xml:space="preserve">Lucy  </w:t>
      </w:r>
      <w:r>
        <w:rPr>
          <w:rFonts w:ascii="Arial" w:hAnsi="Arial"/>
          <w:color w:val="5D7284"/>
          <w:sz w:val="22"/>
        </w:rPr>
        <w:t>40:43</w:t>
      </w:r>
    </w:p>
    <w:p>
      <w:pPr>
        <w:spacing w:after="0"/>
      </w:pPr>
      <w:r>
        <w:rPr>
          <w:rFonts w:ascii="Arial" w:hAnsi="Arial"/>
          <w:sz w:val="22"/>
        </w:rPr>
        <w:t>backstage pass,</w:t>
      </w:r>
    </w:p>
    <w:p>
      <w:pPr>
        <w:spacing w:after="0"/>
      </w:pPr>
    </w:p>
    <w:p>
      <w:pPr>
        <w:spacing w:after="0"/>
      </w:pPr>
      <w:r>
        <w:rPr>
          <w:rFonts w:ascii="Arial" w:hAnsi="Arial"/>
          <w:b/>
          <w:sz w:val="22"/>
        </w:rPr>
        <w:t xml:space="preserve">Alice  </w:t>
      </w:r>
      <w:r>
        <w:rPr>
          <w:rFonts w:ascii="Arial" w:hAnsi="Arial"/>
          <w:color w:val="5D7284"/>
          <w:sz w:val="22"/>
        </w:rPr>
        <w:t>40:44</w:t>
      </w:r>
    </w:p>
    <w:p>
      <w:pPr>
        <w:spacing w:after="0"/>
      </w:pPr>
      <w:r>
        <w:rPr>
          <w:rFonts w:ascii="Arial" w:hAnsi="Arial"/>
          <w:sz w:val="22"/>
        </w:rPr>
        <w:t>or I was thinking a a small cash donation to the pod.</w:t>
      </w:r>
    </w:p>
    <w:p>
      <w:pPr>
        <w:spacing w:after="0"/>
      </w:pPr>
    </w:p>
    <w:p>
      <w:pPr>
        <w:spacing w:after="0"/>
      </w:pPr>
      <w:r>
        <w:rPr>
          <w:rFonts w:ascii="Arial" w:hAnsi="Arial"/>
          <w:b/>
          <w:sz w:val="22"/>
        </w:rPr>
        <w:t xml:space="preserve">Lucy  </w:t>
      </w:r>
      <w:r>
        <w:rPr>
          <w:rFonts w:ascii="Arial" w:hAnsi="Arial"/>
          <w:color w:val="5D7284"/>
          <w:sz w:val="22"/>
        </w:rPr>
        <w:t>40:47</w:t>
      </w:r>
    </w:p>
    <w:p>
      <w:pPr>
        <w:spacing w:after="0"/>
      </w:pPr>
      <w:r>
        <w:rPr>
          <w:rFonts w:ascii="Arial" w:hAnsi="Arial"/>
          <w:sz w:val="22"/>
        </w:rPr>
        <w:t>Yeah, we could we could create the official companion podcast. You know, like trait us have cloaked. Yeah, that's put. It would just be</w:t>
      </w:r>
    </w:p>
    <w:p>
      <w:pPr>
        <w:spacing w:after="0"/>
      </w:pPr>
    </w:p>
    <w:p>
      <w:pPr>
        <w:spacing w:after="0"/>
      </w:pPr>
      <w:r>
        <w:rPr>
          <w:rFonts w:ascii="Arial" w:hAnsi="Arial"/>
          <w:b/>
          <w:sz w:val="22"/>
        </w:rPr>
        <w:t xml:space="preserve">Alice  </w:t>
      </w:r>
      <w:r>
        <w:rPr>
          <w:rFonts w:ascii="Arial" w:hAnsi="Arial"/>
          <w:color w:val="5D7284"/>
          <w:sz w:val="22"/>
        </w:rPr>
        <w:t>40:59</w:t>
      </w:r>
    </w:p>
    <w:p>
      <w:pPr>
        <w:spacing w:after="0"/>
      </w:pPr>
      <w:r>
        <w:rPr>
          <w:rFonts w:ascii="Arial" w:hAnsi="Arial"/>
          <w:sz w:val="22"/>
        </w:rPr>
        <w:t>seven episodes of me and Lucy go. Why the fuck would you do that yourself?</w:t>
      </w:r>
    </w:p>
    <w:p>
      <w:pPr>
        <w:spacing w:after="0"/>
      </w:pPr>
    </w:p>
    <w:p>
      <w:pPr>
        <w:spacing w:after="0"/>
      </w:pPr>
      <w:r>
        <w:rPr>
          <w:rFonts w:ascii="Arial" w:hAnsi="Arial"/>
          <w:b/>
          <w:sz w:val="22"/>
        </w:rPr>
        <w:t xml:space="preserve">Lucy  </w:t>
      </w:r>
      <w:r>
        <w:rPr>
          <w:rFonts w:ascii="Arial" w:hAnsi="Arial"/>
          <w:color w:val="5D7284"/>
          <w:sz w:val="22"/>
        </w:rPr>
        <w:t>41:03</w:t>
      </w:r>
    </w:p>
    <w:p>
      <w:pPr>
        <w:spacing w:after="0"/>
      </w:pPr>
      <w:r>
        <w:rPr>
          <w:rFonts w:ascii="Arial" w:hAnsi="Arial"/>
          <w:sz w:val="22"/>
        </w:rPr>
        <w:t>What are you doing? Have</w:t>
      </w:r>
    </w:p>
    <w:p>
      <w:pPr>
        <w:spacing w:after="0"/>
      </w:pPr>
    </w:p>
    <w:p>
      <w:pPr>
        <w:spacing w:after="0"/>
      </w:pPr>
      <w:r>
        <w:rPr>
          <w:rFonts w:ascii="Arial" w:hAnsi="Arial"/>
          <w:b/>
          <w:sz w:val="22"/>
        </w:rPr>
        <w:t xml:space="preserve">Alice  </w:t>
      </w:r>
      <w:r>
        <w:rPr>
          <w:rFonts w:ascii="Arial" w:hAnsi="Arial"/>
          <w:color w:val="5D7284"/>
          <w:sz w:val="22"/>
        </w:rPr>
        <w:t>41:04</w:t>
      </w:r>
    </w:p>
    <w:p>
      <w:pPr>
        <w:spacing w:after="0"/>
      </w:pPr>
      <w:r>
        <w:rPr>
          <w:rFonts w:ascii="Arial" w:hAnsi="Arial"/>
          <w:sz w:val="22"/>
        </w:rPr>
        <w:t>you tried sitting down and drinking gin?</w:t>
      </w:r>
    </w:p>
    <w:p>
      <w:pPr>
        <w:spacing w:after="0"/>
      </w:pPr>
    </w:p>
    <w:p>
      <w:pPr>
        <w:spacing w:after="0"/>
      </w:pPr>
      <w:r>
        <w:rPr>
          <w:rFonts w:ascii="Arial" w:hAnsi="Arial"/>
          <w:b/>
          <w:sz w:val="22"/>
        </w:rPr>
        <w:t xml:space="preserve">Lucy  </w:t>
      </w:r>
      <w:r>
        <w:rPr>
          <w:rFonts w:ascii="Arial" w:hAnsi="Arial"/>
          <w:color w:val="5D7284"/>
          <w:sz w:val="22"/>
        </w:rPr>
        <w:t>41:07</w:t>
      </w:r>
    </w:p>
    <w:p>
      <w:pPr>
        <w:spacing w:after="0"/>
      </w:pPr>
      <w:r>
        <w:rPr>
          <w:rFonts w:ascii="Arial" w:hAnsi="Arial"/>
          <w:sz w:val="22"/>
        </w:rPr>
        <w:t>Would you like a bit of cheese? You know, honestly,</w:t>
      </w:r>
    </w:p>
    <w:p>
      <w:pPr>
        <w:spacing w:after="0"/>
      </w:pPr>
    </w:p>
    <w:p>
      <w:pPr>
        <w:spacing w:after="0"/>
      </w:pPr>
      <w:r>
        <w:rPr>
          <w:rFonts w:ascii="Arial" w:hAnsi="Arial"/>
          <w:b/>
          <w:sz w:val="22"/>
        </w:rPr>
        <w:t xml:space="preserve">Speaker 1  </w:t>
      </w:r>
      <w:r>
        <w:rPr>
          <w:rFonts w:ascii="Arial" w:hAnsi="Arial"/>
          <w:color w:val="5D7284"/>
          <w:sz w:val="22"/>
        </w:rPr>
        <w:t>41:15</w:t>
      </w:r>
    </w:p>
    <w:p>
      <w:pPr>
        <w:spacing w:after="0"/>
      </w:pPr>
      <w:r>
        <w:rPr>
          <w:rFonts w:ascii="Arial" w:hAnsi="Arial"/>
          <w:sz w:val="22"/>
        </w:rPr>
        <w:t>I feel this podcast podcast is fueled by cheese. Yeah, I</w:t>
      </w:r>
    </w:p>
    <w:p>
      <w:pPr>
        <w:spacing w:after="0"/>
      </w:pPr>
    </w:p>
    <w:p>
      <w:pPr>
        <w:spacing w:after="0"/>
      </w:pPr>
      <w:r>
        <w:rPr>
          <w:rFonts w:ascii="Arial" w:hAnsi="Arial"/>
          <w:b/>
          <w:sz w:val="22"/>
        </w:rPr>
        <w:t xml:space="preserve">Alice  </w:t>
      </w:r>
      <w:r>
        <w:rPr>
          <w:rFonts w:ascii="Arial" w:hAnsi="Arial"/>
          <w:color w:val="5D7284"/>
          <w:sz w:val="22"/>
        </w:rPr>
        <w:t>41:19</w:t>
      </w:r>
    </w:p>
    <w:p>
      <w:pPr>
        <w:spacing w:after="0"/>
      </w:pPr>
      <w:r>
        <w:rPr>
          <w:rFonts w:ascii="Arial" w:hAnsi="Arial"/>
          <w:sz w:val="22"/>
        </w:rPr>
        <w:t>think gin</w:t>
      </w:r>
    </w:p>
    <w:p>
      <w:pPr>
        <w:spacing w:after="0"/>
      </w:pPr>
    </w:p>
    <w:p>
      <w:pPr>
        <w:spacing w:after="0"/>
      </w:pPr>
      <w:r>
        <w:rPr>
          <w:rFonts w:ascii="Arial" w:hAnsi="Arial"/>
          <w:b/>
          <w:sz w:val="22"/>
        </w:rPr>
        <w:t xml:space="preserve">Lucy  </w:t>
      </w:r>
      <w:r>
        <w:rPr>
          <w:rFonts w:ascii="Arial" w:hAnsi="Arial"/>
          <w:color w:val="5D7284"/>
          <w:sz w:val="22"/>
        </w:rPr>
        <w:t>41:20</w:t>
      </w:r>
    </w:p>
    <w:p>
      <w:pPr>
        <w:spacing w:after="0"/>
      </w:pPr>
      <w:r>
        <w:rPr>
          <w:rFonts w:ascii="Arial" w:hAnsi="Arial"/>
          <w:sz w:val="22"/>
        </w:rPr>
        <w:t>certainly best buns.</w:t>
      </w:r>
    </w:p>
    <w:p>
      <w:pPr>
        <w:spacing w:after="0"/>
      </w:pPr>
    </w:p>
    <w:p>
      <w:pPr>
        <w:spacing w:after="0"/>
      </w:pPr>
      <w:r>
        <w:rPr>
          <w:rFonts w:ascii="Arial" w:hAnsi="Arial"/>
          <w:b/>
          <w:sz w:val="22"/>
        </w:rPr>
        <w:t xml:space="preserve">Alice  </w:t>
      </w:r>
      <w:r>
        <w:rPr>
          <w:rFonts w:ascii="Arial" w:hAnsi="Arial"/>
          <w:color w:val="5D7284"/>
          <w:sz w:val="22"/>
        </w:rPr>
        <w:t>41:22</w:t>
      </w:r>
    </w:p>
    <w:p>
      <w:pPr>
        <w:spacing w:after="0"/>
      </w:pPr>
      <w:r>
        <w:rPr>
          <w:rFonts w:ascii="Arial" w:hAnsi="Arial"/>
          <w:sz w:val="22"/>
        </w:rPr>
        <w:t>Yeah, certainly Lucy's. Lucy brings the cheese wherever she goes.</w:t>
      </w:r>
    </w:p>
    <w:p>
      <w:pPr>
        <w:spacing w:after="0"/>
      </w:pPr>
    </w:p>
    <w:p>
      <w:pPr>
        <w:spacing w:after="0"/>
      </w:pPr>
      <w:r>
        <w:rPr>
          <w:rFonts w:ascii="Arial" w:hAnsi="Arial"/>
          <w:b/>
          <w:sz w:val="22"/>
        </w:rPr>
        <w:t xml:space="preserve">Lucy  </w:t>
      </w:r>
      <w:r>
        <w:rPr>
          <w:rFonts w:ascii="Arial" w:hAnsi="Arial"/>
          <w:color w:val="5D7284"/>
          <w:sz w:val="22"/>
        </w:rPr>
        <w:t>41:27</w:t>
      </w:r>
    </w:p>
    <w:p>
      <w:pPr>
        <w:spacing w:after="0"/>
      </w:pPr>
      <w:r>
        <w:rPr>
          <w:rFonts w:ascii="Arial" w:hAnsi="Arial"/>
          <w:sz w:val="22"/>
        </w:rPr>
        <w:t>Yeah. You saying I smell? No, it's yeah, Dan. It's such a cool job, and it's like a really into. I could sit and talk to you all day about all sorts of stuff. I listened to actually talking about like Marvel and stuff. I listened to a sort of podcast. It was a new one I'd found, and it's it's a guy who who does a podcast about how TV and film and stuff is made. And the the last episode that he released at this point in time was with Charlie Cox, the guy who plays</w:t>
      </w:r>
    </w:p>
    <w:p>
      <w:pPr>
        <w:spacing w:after="0"/>
      </w:pPr>
    </w:p>
    <w:p>
      <w:pPr>
        <w:spacing w:after="0"/>
      </w:pPr>
      <w:r>
        <w:rPr>
          <w:rFonts w:ascii="Arial" w:hAnsi="Arial"/>
          <w:b/>
          <w:sz w:val="22"/>
        </w:rPr>
        <w:t xml:space="preserve">Speaker 1  </w:t>
      </w:r>
      <w:r>
        <w:rPr>
          <w:rFonts w:ascii="Arial" w:hAnsi="Arial"/>
          <w:color w:val="5D7284"/>
          <w:sz w:val="22"/>
        </w:rPr>
        <w:t>42:05</w:t>
      </w:r>
    </w:p>
    <w:p>
      <w:pPr>
        <w:spacing w:after="0"/>
      </w:pPr>
      <w:r>
        <w:rPr>
          <w:rFonts w:ascii="Arial" w:hAnsi="Arial"/>
          <w:sz w:val="22"/>
        </w:rPr>
        <w:t>high</w:t>
      </w:r>
    </w:p>
    <w:p>
      <w:pPr>
        <w:spacing w:after="0"/>
      </w:pPr>
    </w:p>
    <w:p>
      <w:pPr>
        <w:spacing w:after="0"/>
      </w:pPr>
      <w:r>
        <w:rPr>
          <w:rFonts w:ascii="Arial" w:hAnsi="Arial"/>
          <w:b/>
          <w:sz w:val="22"/>
        </w:rPr>
        <w:t xml:space="preserve">Lucy  </w:t>
      </w:r>
      <w:r>
        <w:rPr>
          <w:rFonts w:ascii="Arial" w:hAnsi="Arial"/>
          <w:color w:val="5D7284"/>
          <w:sz w:val="22"/>
        </w:rPr>
        <w:t>42:05</w:t>
      </w:r>
    </w:p>
    <w:p>
      <w:pPr>
        <w:spacing w:after="0"/>
      </w:pPr>
      <w:r>
        <w:rPr>
          <w:rFonts w:ascii="Arial" w:hAnsi="Arial"/>
          <w:sz w:val="22"/>
        </w:rPr>
        <w:t>level, and he was saying which</w:t>
      </w:r>
    </w:p>
    <w:p>
      <w:pPr>
        <w:spacing w:after="0"/>
      </w:pPr>
    </w:p>
    <w:p>
      <w:pPr>
        <w:spacing w:after="0"/>
      </w:pPr>
      <w:r>
        <w:rPr>
          <w:rFonts w:ascii="Arial" w:hAnsi="Arial"/>
          <w:b/>
          <w:sz w:val="22"/>
        </w:rPr>
        <w:t xml:space="preserve">Speaker 1  </w:t>
      </w:r>
      <w:r>
        <w:rPr>
          <w:rFonts w:ascii="Arial" w:hAnsi="Arial"/>
          <w:color w:val="5D7284"/>
          <w:sz w:val="22"/>
        </w:rPr>
        <w:t>42:08</w:t>
      </w:r>
    </w:p>
    <w:p>
      <w:pPr>
        <w:spacing w:after="0"/>
      </w:pPr>
      <w:r>
        <w:rPr>
          <w:rFonts w:ascii="Arial" w:hAnsi="Arial"/>
          <w:sz w:val="22"/>
        </w:rPr>
        <w:t>I haven't seen yet. No, no spoilers. Watch it, watching it</w:t>
      </w:r>
    </w:p>
    <w:p>
      <w:pPr>
        <w:spacing w:after="0"/>
      </w:pPr>
    </w:p>
    <w:p>
      <w:pPr>
        <w:spacing w:after="0"/>
      </w:pPr>
      <w:r>
        <w:rPr>
          <w:rFonts w:ascii="Arial" w:hAnsi="Arial"/>
          <w:b/>
          <w:sz w:val="22"/>
        </w:rPr>
        <w:t xml:space="preserve">Alice  </w:t>
      </w:r>
      <w:r>
        <w:rPr>
          <w:rFonts w:ascii="Arial" w:hAnsi="Arial"/>
          <w:color w:val="5D7284"/>
          <w:sz w:val="22"/>
        </w:rPr>
        <w:t>42:13</w:t>
      </w:r>
    </w:p>
    <w:p>
      <w:pPr>
        <w:spacing w:after="0"/>
      </w:pPr>
      <w:r>
        <w:rPr>
          <w:rFonts w:ascii="Arial" w:hAnsi="Arial"/>
          <w:sz w:val="22"/>
        </w:rPr>
        <w:t>tonight.</w:t>
      </w:r>
    </w:p>
    <w:p>
      <w:pPr>
        <w:spacing w:after="0"/>
      </w:pPr>
    </w:p>
    <w:p>
      <w:pPr>
        <w:spacing w:after="0"/>
      </w:pPr>
      <w:r>
        <w:rPr>
          <w:rFonts w:ascii="Arial" w:hAnsi="Arial"/>
          <w:b/>
          <w:sz w:val="22"/>
        </w:rPr>
        <w:t xml:space="preserve">Lucy  </w:t>
      </w:r>
      <w:r>
        <w:rPr>
          <w:rFonts w:ascii="Arial" w:hAnsi="Arial"/>
          <w:color w:val="5D7284"/>
          <w:sz w:val="22"/>
        </w:rPr>
        <w:t>42:14</w:t>
      </w:r>
    </w:p>
    <w:p>
      <w:pPr>
        <w:spacing w:after="0"/>
      </w:pPr>
      <w:r>
        <w:rPr>
          <w:rFonts w:ascii="Arial" w:hAnsi="Arial"/>
          <w:sz w:val="22"/>
        </w:rPr>
        <w:t>But it's gone over to Disney, so it was. It used to be on Netflix, yeah, over to Disney. Yes, and he was talking about the glasses and how the glasses, when he was dare devil in on Netflix, they could like you couldn't see his eyes when he got the glasses on. You couldn't see. He could see out, but you couldn't see the eyes. Yeah, and then Disney have taken over, and you can. He said you can see, sort of, see my eyes a little bit, and he has like he's standing. We'll watch the first take and watch Charlie Cox's eyes to make sure that he looks like he's blind</w:t>
      </w:r>
    </w:p>
    <w:p>
      <w:pPr>
        <w:spacing w:after="0"/>
      </w:pPr>
    </w:p>
    <w:p>
      <w:pPr>
        <w:spacing w:after="0"/>
      </w:pPr>
      <w:r>
        <w:rPr>
          <w:rFonts w:ascii="Arial" w:hAnsi="Arial"/>
          <w:b/>
          <w:sz w:val="22"/>
        </w:rPr>
        <w:t xml:space="preserve">Alice  </w:t>
      </w:r>
      <w:r>
        <w:rPr>
          <w:rFonts w:ascii="Arial" w:hAnsi="Arial"/>
          <w:color w:val="5D7284"/>
          <w:sz w:val="22"/>
        </w:rPr>
        <w:t>42:58</w:t>
      </w:r>
    </w:p>
    <w:p>
      <w:pPr>
        <w:spacing w:after="0"/>
      </w:pPr>
      <w:r>
        <w:rPr>
          <w:rFonts w:ascii="Arial" w:hAnsi="Arial"/>
          <w:sz w:val="22"/>
        </w:rPr>
        <w:t>because he's not looking at like I don't I don't look at people when like directly always when like, and you don't look at because you can't, you can't fucking see it. Like I don't look with my eyes; I look with my hands.</w:t>
      </w:r>
    </w:p>
    <w:p>
      <w:pPr>
        <w:spacing w:after="0"/>
      </w:pPr>
    </w:p>
    <w:p>
      <w:pPr>
        <w:spacing w:after="0"/>
      </w:pPr>
      <w:r>
        <w:rPr>
          <w:rFonts w:ascii="Arial" w:hAnsi="Arial"/>
          <w:b/>
          <w:sz w:val="22"/>
        </w:rPr>
        <w:t xml:space="preserve">Lucy  </w:t>
      </w:r>
      <w:r>
        <w:rPr>
          <w:rFonts w:ascii="Arial" w:hAnsi="Arial"/>
          <w:color w:val="5D7284"/>
          <w:sz w:val="22"/>
        </w:rPr>
        <w:t>43:09</w:t>
      </w:r>
    </w:p>
    <w:p>
      <w:pPr>
        <w:spacing w:after="0"/>
      </w:pPr>
      <w:r>
        <w:rPr>
          <w:rFonts w:ascii="Arial" w:hAnsi="Arial"/>
          <w:sz w:val="22"/>
        </w:rPr>
        <w:t>Yeah, exactly. Yes, like when I'm talk when I'm talking to you. Oh, my face</w:t>
      </w:r>
    </w:p>
    <w:p>
      <w:pPr>
        <w:spacing w:after="0"/>
      </w:pPr>
    </w:p>
    <w:p>
      <w:pPr>
        <w:spacing w:after="0"/>
      </w:pPr>
      <w:r>
        <w:rPr>
          <w:rFonts w:ascii="Arial" w:hAnsi="Arial"/>
          <w:b/>
          <w:sz w:val="22"/>
        </w:rPr>
        <w:t xml:space="preserve">Alice  </w:t>
      </w:r>
      <w:r>
        <w:rPr>
          <w:rFonts w:ascii="Arial" w:hAnsi="Arial"/>
          <w:color w:val="5D7284"/>
          <w:sz w:val="22"/>
        </w:rPr>
        <w:t>43:13</w:t>
      </w:r>
    </w:p>
    <w:p>
      <w:pPr>
        <w:spacing w:after="0"/>
      </w:pPr>
      <w:r>
        <w:rPr>
          <w:rFonts w:ascii="Arial" w:hAnsi="Arial"/>
          <w:sz w:val="22"/>
        </w:rPr>
        <w:t>sometimes. I know,</w:t>
      </w:r>
    </w:p>
    <w:p>
      <w:pPr>
        <w:spacing w:after="0"/>
      </w:pPr>
    </w:p>
    <w:p>
      <w:pPr>
        <w:spacing w:after="0"/>
      </w:pPr>
      <w:r>
        <w:rPr>
          <w:rFonts w:ascii="Arial" w:hAnsi="Arial"/>
          <w:b/>
          <w:sz w:val="22"/>
        </w:rPr>
        <w:t xml:space="preserve">Lucy  </w:t>
      </w:r>
      <w:r>
        <w:rPr>
          <w:rFonts w:ascii="Arial" w:hAnsi="Arial"/>
          <w:color w:val="5D7284"/>
          <w:sz w:val="22"/>
        </w:rPr>
        <w:t>43:14</w:t>
      </w:r>
    </w:p>
    <w:p>
      <w:pPr>
        <w:spacing w:after="0"/>
      </w:pPr>
      <w:r>
        <w:rPr>
          <w:rFonts w:ascii="Arial" w:hAnsi="Arial"/>
          <w:sz w:val="22"/>
        </w:rPr>
        <w:t>I know that you're, you're listening to me, but you're not necessarily focused on me necessarily, and I was like, it was something that I and the first time the first when when he said it initially, I thought whether he looks blind is that like my initial thought, my got my gut thought was that's quite offensive, but actually when I thought about it, I was like, well, actually, no, it's not offensive, is</w:t>
      </w:r>
    </w:p>
    <w:p>
      <w:pPr>
        <w:spacing w:after="0"/>
      </w:pPr>
    </w:p>
    <w:p>
      <w:pPr>
        <w:spacing w:after="0"/>
      </w:pPr>
      <w:r>
        <w:rPr>
          <w:rFonts w:ascii="Arial" w:hAnsi="Arial"/>
          <w:b/>
          <w:sz w:val="22"/>
        </w:rPr>
        <w:t xml:space="preserve">Alice  </w:t>
      </w:r>
      <w:r>
        <w:rPr>
          <w:rFonts w:ascii="Arial" w:hAnsi="Arial"/>
          <w:color w:val="5D7284"/>
          <w:sz w:val="22"/>
        </w:rPr>
        <w:t>43:44</w:t>
      </w:r>
    </w:p>
    <w:p>
      <w:pPr>
        <w:spacing w:after="0"/>
      </w:pPr>
      <w:r>
        <w:rPr>
          <w:rFonts w:ascii="Arial" w:hAnsi="Arial"/>
          <w:sz w:val="22"/>
        </w:rPr>
        <w:t>it? I mean, and I the way</w:t>
      </w:r>
    </w:p>
    <w:p>
      <w:pPr>
        <w:spacing w:after="0"/>
      </w:pPr>
    </w:p>
    <w:p>
      <w:pPr>
        <w:spacing w:after="0"/>
      </w:pPr>
      <w:r>
        <w:rPr>
          <w:rFonts w:ascii="Arial" w:hAnsi="Arial"/>
          <w:b/>
          <w:sz w:val="22"/>
        </w:rPr>
        <w:t xml:space="preserve">Lucy  </w:t>
      </w:r>
      <w:r>
        <w:rPr>
          <w:rFonts w:ascii="Arial" w:hAnsi="Arial"/>
          <w:color w:val="5D7284"/>
          <w:sz w:val="22"/>
        </w:rPr>
        <w:t>43:47</w:t>
      </w:r>
    </w:p>
    <w:p>
      <w:pPr>
        <w:spacing w:after="0"/>
      </w:pPr>
      <w:r>
        <w:rPr>
          <w:rFonts w:ascii="Arial" w:hAnsi="Arial"/>
          <w:sz w:val="22"/>
        </w:rPr>
        <w:t>he said it, maybe.</w:t>
      </w:r>
    </w:p>
    <w:p>
      <w:pPr>
        <w:spacing w:after="0"/>
      </w:pPr>
    </w:p>
    <w:p>
      <w:pPr>
        <w:spacing w:after="0"/>
      </w:pPr>
      <w:r>
        <w:rPr>
          <w:rFonts w:ascii="Arial" w:hAnsi="Arial"/>
          <w:b/>
          <w:sz w:val="22"/>
        </w:rPr>
        <w:t xml:space="preserve">Alice  </w:t>
      </w:r>
      <w:r>
        <w:rPr>
          <w:rFonts w:ascii="Arial" w:hAnsi="Arial"/>
          <w:color w:val="5D7284"/>
          <w:sz w:val="22"/>
        </w:rPr>
        <w:t>43:49</w:t>
      </w:r>
    </w:p>
    <w:p>
      <w:pPr>
        <w:spacing w:after="0"/>
      </w:pPr>
      <w:r>
        <w:rPr>
          <w:rFonts w:ascii="Arial" w:hAnsi="Arial"/>
          <w:sz w:val="22"/>
        </w:rPr>
        <w:t>I think, I think my I have two as a blind person. My two personal perspectives on this are, first of all, some blind people can see, and so just because he's not, you can you can follow the direction of his eyes. It feels as though it's potentially promoting a stereotype of what a blind person, quote unquote, looks like. But also, you know, if you cast a blind person, then they would look like a blind person.</w:t>
      </w:r>
    </w:p>
    <w:p>
      <w:pPr>
        <w:spacing w:after="0"/>
      </w:pPr>
    </w:p>
    <w:p>
      <w:pPr>
        <w:spacing w:after="0"/>
      </w:pPr>
      <w:r>
        <w:rPr>
          <w:rFonts w:ascii="Arial" w:hAnsi="Arial"/>
          <w:b/>
          <w:sz w:val="22"/>
        </w:rPr>
        <w:t xml:space="preserve">Speaker 1  </w:t>
      </w:r>
      <w:r>
        <w:rPr>
          <w:rFonts w:ascii="Arial" w:hAnsi="Arial"/>
          <w:color w:val="5D7284"/>
          <w:sz w:val="22"/>
        </w:rPr>
        <w:t>44:18</w:t>
      </w:r>
    </w:p>
    <w:p>
      <w:pPr>
        <w:spacing w:after="0"/>
      </w:pPr>
      <w:r>
        <w:rPr>
          <w:rFonts w:ascii="Arial" w:hAnsi="Arial"/>
          <w:sz w:val="22"/>
        </w:rPr>
        <w:t>Well, this is this is what I was about to say, and because I was listening</w:t>
      </w:r>
    </w:p>
    <w:p>
      <w:pPr>
        <w:spacing w:after="0"/>
      </w:pPr>
    </w:p>
    <w:p>
      <w:pPr>
        <w:spacing w:after="0"/>
      </w:pPr>
      <w:r>
        <w:rPr>
          <w:rFonts w:ascii="Arial" w:hAnsi="Arial"/>
          <w:b/>
          <w:sz w:val="22"/>
        </w:rPr>
        <w:t xml:space="preserve">Lucy  </w:t>
      </w:r>
      <w:r>
        <w:rPr>
          <w:rFonts w:ascii="Arial" w:hAnsi="Arial"/>
          <w:color w:val="5D7284"/>
          <w:sz w:val="22"/>
        </w:rPr>
        <w:t>44:22</w:t>
      </w:r>
    </w:p>
    <w:p>
      <w:pPr>
        <w:spacing w:after="0"/>
      </w:pPr>
      <w:r>
        <w:rPr>
          <w:rFonts w:ascii="Arial" w:hAnsi="Arial"/>
          <w:sz w:val="22"/>
        </w:rPr>
        <w:t>and I was like, "Well, I'll raise this in the in the podcast tomorrow.</w:t>
      </w:r>
    </w:p>
    <w:p>
      <w:pPr>
        <w:spacing w:after="0"/>
      </w:pPr>
    </w:p>
    <w:p>
      <w:pPr>
        <w:spacing w:after="0"/>
      </w:pPr>
      <w:r>
        <w:rPr>
          <w:rFonts w:ascii="Arial" w:hAnsi="Arial"/>
          <w:b/>
          <w:sz w:val="22"/>
        </w:rPr>
        <w:t xml:space="preserve">Speaker 1  </w:t>
      </w:r>
      <w:r>
        <w:rPr>
          <w:rFonts w:ascii="Arial" w:hAnsi="Arial"/>
          <w:color w:val="5D7284"/>
          <w:sz w:val="22"/>
        </w:rPr>
        <w:t>44:26</w:t>
      </w:r>
    </w:p>
    <w:p>
      <w:pPr>
        <w:spacing w:after="0"/>
      </w:pPr>
      <w:r>
        <w:rPr>
          <w:rFonts w:ascii="Arial" w:hAnsi="Arial"/>
          <w:sz w:val="22"/>
        </w:rPr>
        <w:t>So I've I've said it already. I'm a huge Marvel fan.</w:t>
      </w:r>
    </w:p>
    <w:p>
      <w:pPr>
        <w:spacing w:after="0"/>
      </w:pPr>
    </w:p>
    <w:p>
      <w:pPr>
        <w:spacing w:after="0"/>
      </w:pPr>
      <w:r>
        <w:rPr>
          <w:rFonts w:ascii="Arial" w:hAnsi="Arial"/>
          <w:b/>
          <w:sz w:val="22"/>
        </w:rPr>
        <w:t xml:space="preserve">Lucy  </w:t>
      </w:r>
      <w:r>
        <w:rPr>
          <w:rFonts w:ascii="Arial" w:hAnsi="Arial"/>
          <w:color w:val="5D7284"/>
          <w:sz w:val="22"/>
        </w:rPr>
        <w:t>44:31</w:t>
      </w:r>
    </w:p>
    <w:p>
      <w:pPr>
        <w:spacing w:after="0"/>
      </w:pPr>
      <w:r>
        <w:rPr>
          <w:rFonts w:ascii="Arial" w:hAnsi="Arial"/>
          <w:sz w:val="22"/>
        </w:rPr>
        <w:t>Yeah, I</w:t>
      </w:r>
    </w:p>
    <w:p>
      <w:pPr>
        <w:spacing w:after="0"/>
      </w:pPr>
    </w:p>
    <w:p>
      <w:pPr>
        <w:spacing w:after="0"/>
      </w:pPr>
      <w:r>
        <w:rPr>
          <w:rFonts w:ascii="Arial" w:hAnsi="Arial"/>
          <w:b/>
          <w:sz w:val="22"/>
        </w:rPr>
        <w:t xml:space="preserve">Speaker 1  </w:t>
      </w:r>
      <w:r>
        <w:rPr>
          <w:rFonts w:ascii="Arial" w:hAnsi="Arial"/>
          <w:color w:val="5D7284"/>
          <w:sz w:val="22"/>
        </w:rPr>
        <w:t>44:31</w:t>
      </w:r>
    </w:p>
    <w:p>
      <w:pPr>
        <w:spacing w:after="0"/>
      </w:pPr>
      <w:r>
        <w:rPr>
          <w:rFonts w:ascii="Arial" w:hAnsi="Arial"/>
          <w:sz w:val="22"/>
        </w:rPr>
        <w:t>love the character of Dare Devil. I love most Marvel characters, but I will also hold Marvel to account.</w:t>
      </w:r>
    </w:p>
    <w:p>
      <w:pPr>
        <w:spacing w:after="0"/>
      </w:pPr>
    </w:p>
    <w:p>
      <w:pPr>
        <w:spacing w:after="0"/>
      </w:pPr>
      <w:r>
        <w:rPr>
          <w:rFonts w:ascii="Arial" w:hAnsi="Arial"/>
          <w:b/>
          <w:sz w:val="22"/>
        </w:rPr>
        <w:t xml:space="preserve">Lucy  </w:t>
      </w:r>
      <w:r>
        <w:rPr>
          <w:rFonts w:ascii="Arial" w:hAnsi="Arial"/>
          <w:color w:val="5D7284"/>
          <w:sz w:val="22"/>
        </w:rPr>
        <w:t>44:40</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44:41</w:t>
      </w:r>
    </w:p>
    <w:p>
      <w:pPr>
        <w:spacing w:after="0"/>
      </w:pPr>
      <w:r>
        <w:rPr>
          <w:rFonts w:ascii="Arial" w:hAnsi="Arial"/>
          <w:sz w:val="22"/>
        </w:rPr>
        <w:t>So. So while I believe Dare Devil should be on TV and Charlie Cox does a tremendous job, I also want to give a shout out to Deborah Ann Wall, who plays alongside him, because her partner is actually visually impaired. Yeah,</w:t>
      </w:r>
    </w:p>
    <w:p>
      <w:pPr>
        <w:spacing w:after="0"/>
      </w:pPr>
    </w:p>
    <w:p>
      <w:pPr>
        <w:spacing w:after="0"/>
      </w:pPr>
      <w:r>
        <w:rPr>
          <w:rFonts w:ascii="Arial" w:hAnsi="Arial"/>
          <w:b/>
          <w:sz w:val="22"/>
        </w:rPr>
        <w:t xml:space="preserve">Lucy  </w:t>
      </w:r>
      <w:r>
        <w:rPr>
          <w:rFonts w:ascii="Arial" w:hAnsi="Arial"/>
          <w:color w:val="5D7284"/>
          <w:sz w:val="22"/>
        </w:rPr>
        <w:t>44:59</w:t>
      </w:r>
    </w:p>
    <w:p>
      <w:pPr>
        <w:spacing w:after="0"/>
      </w:pPr>
      <w:r>
        <w:rPr>
          <w:rFonts w:ascii="Arial" w:hAnsi="Arial"/>
          <w:sz w:val="22"/>
        </w:rPr>
        <w:t>that's what he. Saying</w:t>
      </w:r>
    </w:p>
    <w:p>
      <w:pPr>
        <w:spacing w:after="0"/>
      </w:pPr>
    </w:p>
    <w:p>
      <w:pPr>
        <w:spacing w:after="0"/>
      </w:pPr>
      <w:r>
        <w:rPr>
          <w:rFonts w:ascii="Arial" w:hAnsi="Arial"/>
          <w:b/>
          <w:sz w:val="22"/>
        </w:rPr>
        <w:t xml:space="preserve">Speaker 1  </w:t>
      </w:r>
      <w:r>
        <w:rPr>
          <w:rFonts w:ascii="Arial" w:hAnsi="Arial"/>
          <w:color w:val="5D7284"/>
          <w:sz w:val="22"/>
        </w:rPr>
        <w:t>45:01</w:t>
      </w:r>
    </w:p>
    <w:p>
      <w:pPr>
        <w:spacing w:after="0"/>
      </w:pPr>
      <w:r>
        <w:rPr>
          <w:rFonts w:ascii="Arial" w:hAnsi="Arial"/>
          <w:sz w:val="22"/>
        </w:rPr>
        <w:t>so, a lot of the input of stuff that happened on set probably came from them.</w:t>
      </w:r>
    </w:p>
    <w:p>
      <w:pPr>
        <w:spacing w:after="0"/>
      </w:pPr>
    </w:p>
    <w:p>
      <w:pPr>
        <w:spacing w:after="0"/>
      </w:pPr>
      <w:r>
        <w:rPr>
          <w:rFonts w:ascii="Arial" w:hAnsi="Arial"/>
          <w:b/>
          <w:sz w:val="22"/>
        </w:rPr>
        <w:t xml:space="preserve">Alice  </w:t>
      </w:r>
      <w:r>
        <w:rPr>
          <w:rFonts w:ascii="Arial" w:hAnsi="Arial"/>
          <w:color w:val="5D7284"/>
          <w:sz w:val="22"/>
        </w:rPr>
        <w:t>45:09</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45:10</w:t>
      </w:r>
    </w:p>
    <w:p>
      <w:pPr>
        <w:spacing w:after="0"/>
      </w:pPr>
      <w:r>
        <w:rPr>
          <w:rFonts w:ascii="Arial" w:hAnsi="Arial"/>
          <w:sz w:val="22"/>
        </w:rPr>
        <w:t>So I want to give them credit where it's due, but also in an ideal world, it would have been a visually impaired performer playing Dare Devil because there is no way to get more accurate than actually cast in a visually impaired person. Yeah,</w:t>
      </w:r>
    </w:p>
    <w:p>
      <w:pPr>
        <w:spacing w:after="0"/>
      </w:pPr>
    </w:p>
    <w:p>
      <w:pPr>
        <w:spacing w:after="0"/>
      </w:pPr>
      <w:r>
        <w:rPr>
          <w:rFonts w:ascii="Arial" w:hAnsi="Arial"/>
          <w:b/>
          <w:sz w:val="22"/>
        </w:rPr>
        <w:t xml:space="preserve">Lucy  </w:t>
      </w:r>
      <w:r>
        <w:rPr>
          <w:rFonts w:ascii="Arial" w:hAnsi="Arial"/>
          <w:color w:val="5D7284"/>
          <w:sz w:val="22"/>
        </w:rPr>
        <w:t>45:30</w:t>
      </w:r>
    </w:p>
    <w:p>
      <w:pPr>
        <w:spacing w:after="0"/>
      </w:pPr>
      <w:r>
        <w:rPr>
          <w:rFonts w:ascii="Arial" w:hAnsi="Arial"/>
          <w:sz w:val="22"/>
        </w:rPr>
        <w:t>exactly. Yeah, yeah.</w:t>
      </w:r>
    </w:p>
    <w:p>
      <w:pPr>
        <w:spacing w:after="0"/>
      </w:pPr>
    </w:p>
    <w:p>
      <w:pPr>
        <w:spacing w:after="0"/>
      </w:pPr>
      <w:r>
        <w:rPr>
          <w:rFonts w:ascii="Arial" w:hAnsi="Arial"/>
          <w:b/>
          <w:sz w:val="22"/>
        </w:rPr>
        <w:t xml:space="preserve">Speaker 1  </w:t>
      </w:r>
      <w:r>
        <w:rPr>
          <w:rFonts w:ascii="Arial" w:hAnsi="Arial"/>
          <w:color w:val="5D7284"/>
          <w:sz w:val="22"/>
        </w:rPr>
        <w:t>45:31</w:t>
      </w:r>
    </w:p>
    <w:p>
      <w:pPr>
        <w:spacing w:after="0"/>
      </w:pPr>
      <w:r>
        <w:rPr>
          <w:rFonts w:ascii="Arial" w:hAnsi="Arial"/>
          <w:sz w:val="22"/>
        </w:rPr>
        <w:t>And as an access coordinator, I would champion that because then it's my job to go right. How do we make this accessible? Now, obviously, Dare Devil as a character is also controversial because he was created by a non visually impaired person, and in turn, his his abilities in terms of superpowers essentially make him a bat because he can echolocate everybody. The the</w:t>
      </w:r>
    </w:p>
    <w:p>
      <w:pPr>
        <w:spacing w:after="0"/>
      </w:pPr>
    </w:p>
    <w:p>
      <w:pPr>
        <w:spacing w:after="0"/>
      </w:pPr>
      <w:r>
        <w:rPr>
          <w:rFonts w:ascii="Arial" w:hAnsi="Arial"/>
          <w:b/>
          <w:sz w:val="22"/>
        </w:rPr>
        <w:t xml:space="preserve">Alice  </w:t>
      </w:r>
      <w:r>
        <w:rPr>
          <w:rFonts w:ascii="Arial" w:hAnsi="Arial"/>
          <w:color w:val="5D7284"/>
          <w:sz w:val="22"/>
        </w:rPr>
        <w:t>46:04</w:t>
      </w:r>
    </w:p>
    <w:p>
      <w:pPr>
        <w:spacing w:after="0"/>
      </w:pPr>
      <w:r>
        <w:rPr>
          <w:rFonts w:ascii="Arial" w:hAnsi="Arial"/>
          <w:sz w:val="22"/>
        </w:rPr>
        <w:t>number of times that I have basically that conversation with people, it's like, oh, so can you hear better now? Yeah,</w:t>
      </w:r>
    </w:p>
    <w:p>
      <w:pPr>
        <w:spacing w:after="0"/>
      </w:pPr>
    </w:p>
    <w:p>
      <w:pPr>
        <w:spacing w:after="0"/>
      </w:pPr>
      <w:r>
        <w:rPr>
          <w:rFonts w:ascii="Arial" w:hAnsi="Arial"/>
          <w:b/>
          <w:sz w:val="22"/>
        </w:rPr>
        <w:t xml:space="preserve">Speaker 1  </w:t>
      </w:r>
      <w:r>
        <w:rPr>
          <w:rFonts w:ascii="Arial" w:hAnsi="Arial"/>
          <w:color w:val="5D7284"/>
          <w:sz w:val="22"/>
        </w:rPr>
        <w:t>46:13</w:t>
      </w:r>
    </w:p>
    <w:p>
      <w:pPr>
        <w:spacing w:after="0"/>
      </w:pPr>
      <w:r>
        <w:rPr>
          <w:rFonts w:ascii="Arial" w:hAnsi="Arial"/>
          <w:sz w:val="22"/>
        </w:rPr>
        <w:t>and it's like, so the the issue the I love that, like I say, I love Dare Devil as a character. I'm not saying let's cancel Dare Devil. Good Lord, no. No. But as as a disabled adult in this space, it would be wrong of me not to acknowledge the flaws of the fact he's visually impaired. But actually, his superpowers replace his impairment. So is he really? It's a very</w:t>
      </w:r>
    </w:p>
    <w:p>
      <w:pPr>
        <w:spacing w:after="0"/>
      </w:pPr>
    </w:p>
    <w:p>
      <w:pPr>
        <w:spacing w:after="0"/>
      </w:pPr>
      <w:r>
        <w:rPr>
          <w:rFonts w:ascii="Arial" w:hAnsi="Arial"/>
          <w:b/>
          <w:sz w:val="22"/>
        </w:rPr>
        <w:t xml:space="preserve">Lucy  </w:t>
      </w:r>
      <w:r>
        <w:rPr>
          <w:rFonts w:ascii="Arial" w:hAnsi="Arial"/>
          <w:color w:val="5D7284"/>
          <w:sz w:val="22"/>
        </w:rPr>
        <w:t>46:39</w:t>
      </w:r>
    </w:p>
    <w:p>
      <w:pPr>
        <w:spacing w:after="0"/>
      </w:pPr>
      <w:r>
        <w:rPr>
          <w:rFonts w:ascii="Arial" w:hAnsi="Arial"/>
          <w:sz w:val="22"/>
        </w:rPr>
        <w:t>also he was saying like, when he's playing Murdoch as like you know when he's not dare double, yeah, he he essentially has to has to play him like he is a liar because he doesn't he doesn't really need his cane, he has to fumble for doors when he knows where the door is, that kind of thing.</w:t>
      </w:r>
    </w:p>
    <w:p>
      <w:pPr>
        <w:spacing w:after="0"/>
      </w:pPr>
    </w:p>
    <w:p>
      <w:pPr>
        <w:spacing w:after="0"/>
      </w:pPr>
      <w:r>
        <w:rPr>
          <w:rFonts w:ascii="Arial" w:hAnsi="Arial"/>
          <w:b/>
          <w:sz w:val="22"/>
        </w:rPr>
        <w:t xml:space="preserve">Alice  </w:t>
      </w:r>
      <w:r>
        <w:rPr>
          <w:rFonts w:ascii="Arial" w:hAnsi="Arial"/>
          <w:color w:val="5D7284"/>
          <w:sz w:val="22"/>
        </w:rPr>
        <w:t>47:02</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47:04</w:t>
      </w:r>
    </w:p>
    <w:p>
      <w:pPr>
        <w:spacing w:after="0"/>
      </w:pPr>
      <w:r>
        <w:rPr>
          <w:rFonts w:ascii="Arial" w:hAnsi="Arial"/>
          <w:sz w:val="22"/>
        </w:rPr>
        <w:t>yeah, yeah.</w:t>
      </w:r>
    </w:p>
    <w:p>
      <w:pPr>
        <w:spacing w:after="0"/>
      </w:pPr>
    </w:p>
    <w:p>
      <w:pPr>
        <w:spacing w:after="0"/>
      </w:pPr>
      <w:r>
        <w:rPr>
          <w:rFonts w:ascii="Arial" w:hAnsi="Arial"/>
          <w:b/>
          <w:sz w:val="22"/>
        </w:rPr>
        <w:t xml:space="preserve">Lucy  </w:t>
      </w:r>
      <w:r>
        <w:rPr>
          <w:rFonts w:ascii="Arial" w:hAnsi="Arial"/>
          <w:color w:val="5D7284"/>
          <w:sz w:val="22"/>
        </w:rPr>
        <w:t>47:04</w:t>
      </w:r>
    </w:p>
    <w:p>
      <w:pPr>
        <w:spacing w:after="0"/>
      </w:pPr>
      <w:r>
        <w:rPr>
          <w:rFonts w:ascii="Arial" w:hAnsi="Arial"/>
          <w:sz w:val="22"/>
        </w:rPr>
        <w:t>And and he he says that playing Dare Devil has actually made him a better actor. This is what he said in the interview.</w:t>
      </w:r>
    </w:p>
    <w:p>
      <w:pPr>
        <w:spacing w:after="0"/>
      </w:pPr>
    </w:p>
    <w:p>
      <w:pPr>
        <w:spacing w:after="0"/>
      </w:pPr>
      <w:r>
        <w:rPr>
          <w:rFonts w:ascii="Arial" w:hAnsi="Arial"/>
          <w:b/>
          <w:sz w:val="22"/>
        </w:rPr>
        <w:t xml:space="preserve">Speaker 1  </w:t>
      </w:r>
      <w:r>
        <w:rPr>
          <w:rFonts w:ascii="Arial" w:hAnsi="Arial"/>
          <w:color w:val="5D7284"/>
          <w:sz w:val="22"/>
        </w:rPr>
        <w:t>47:14</w:t>
      </w:r>
    </w:p>
    <w:p>
      <w:pPr>
        <w:spacing w:after="0"/>
      </w:pPr>
      <w:r>
        <w:rPr>
          <w:rFonts w:ascii="Arial" w:hAnsi="Arial"/>
          <w:sz w:val="22"/>
        </w:rPr>
        <w:t>That I can well believe because it's that thing where you're playing a role within a role within a role because your character themself is acting a lot of the time, so yeah, that I can well believe. But you know, I will I will love Dare Devil and also hold hold the character's flaws up to the the sunlight because it needs to be a valid conversation. I don't think the character should necessarily go anywhere in terms of I think he still deserves his place in the zeitgeist, but yeah, I acknowledge there's. It's</w:t>
      </w:r>
    </w:p>
    <w:p>
      <w:pPr>
        <w:spacing w:after="0"/>
      </w:pPr>
    </w:p>
    <w:p>
      <w:pPr>
        <w:spacing w:after="0"/>
      </w:pPr>
      <w:r>
        <w:rPr>
          <w:rFonts w:ascii="Arial" w:hAnsi="Arial"/>
          <w:b/>
          <w:sz w:val="22"/>
        </w:rPr>
        <w:t xml:space="preserve">Lucy  </w:t>
      </w:r>
      <w:r>
        <w:rPr>
          <w:rFonts w:ascii="Arial" w:hAnsi="Arial"/>
          <w:color w:val="5D7284"/>
          <w:sz w:val="22"/>
        </w:rPr>
        <w:t>47:45</w:t>
      </w:r>
    </w:p>
    <w:p>
      <w:pPr>
        <w:spacing w:after="0"/>
      </w:pPr>
      <w:r>
        <w:rPr>
          <w:rFonts w:ascii="Arial" w:hAnsi="Arial"/>
          <w:sz w:val="22"/>
        </w:rPr>
        <w:t>just my immediate gut reaction was, you know, I have to have somebody on set to check if I look blind. I was like, oh, no, I don't know if I like that. Like, no, you should immediately felt no. I'm glad my instick was right. As</w:t>
      </w:r>
    </w:p>
    <w:p>
      <w:pPr>
        <w:spacing w:after="0"/>
      </w:pPr>
    </w:p>
    <w:p>
      <w:pPr>
        <w:spacing w:after="0"/>
      </w:pPr>
      <w:r>
        <w:rPr>
          <w:rFonts w:ascii="Arial" w:hAnsi="Arial"/>
          <w:b/>
          <w:sz w:val="22"/>
        </w:rPr>
        <w:t xml:space="preserve">Alice  </w:t>
      </w:r>
      <w:r>
        <w:rPr>
          <w:rFonts w:ascii="Arial" w:hAnsi="Arial"/>
          <w:color w:val="5D7284"/>
          <w:sz w:val="22"/>
        </w:rPr>
        <w:t>48:01</w:t>
      </w:r>
    </w:p>
    <w:p>
      <w:pPr>
        <w:spacing w:after="0"/>
      </w:pPr>
      <w:r>
        <w:rPr>
          <w:rFonts w:ascii="Arial" w:hAnsi="Arial"/>
          <w:sz w:val="22"/>
        </w:rPr>
        <w:t>as I. as a as as a Marvel fan and an an access coordinator and an activist. Yes. What were your thoughts on the short lived show Echo?</w:t>
      </w:r>
    </w:p>
    <w:p>
      <w:pPr>
        <w:spacing w:after="0"/>
      </w:pPr>
    </w:p>
    <w:p>
      <w:pPr>
        <w:spacing w:after="0"/>
      </w:pPr>
      <w:r>
        <w:rPr>
          <w:rFonts w:ascii="Arial" w:hAnsi="Arial"/>
          <w:b/>
          <w:sz w:val="22"/>
        </w:rPr>
        <w:t xml:space="preserve">Speaker 1  </w:t>
      </w:r>
      <w:r>
        <w:rPr>
          <w:rFonts w:ascii="Arial" w:hAnsi="Arial"/>
          <w:color w:val="5D7284"/>
          <w:sz w:val="22"/>
        </w:rPr>
        <w:t>48:13</w:t>
      </w:r>
    </w:p>
    <w:p>
      <w:pPr>
        <w:spacing w:after="0"/>
      </w:pPr>
      <w:r>
        <w:rPr>
          <w:rFonts w:ascii="Arial" w:hAnsi="Arial"/>
          <w:sz w:val="22"/>
        </w:rPr>
        <w:t>I think it improved as it went along. So, for those that aren't aware, the character Echo also appeared in the Hawkeye series, and for those that aren't aware, because I acknowledge everybody's not a Marvel fan like me, Echo Echo is a character that is is death, and also an amputee. Now, the performer that played Echo is deaf, hard of hearing, and an amputee. So, well done, Marvel. Yes, tick. However, especially in the Hawkeye series, there were moments as an access coordinator where I wanted to smash my head through the wall because Echo being deaf is a sign language user.</w:t>
      </w:r>
    </w:p>
    <w:p>
      <w:pPr>
        <w:spacing w:after="0"/>
      </w:pPr>
    </w:p>
    <w:p>
      <w:pPr>
        <w:spacing w:after="0"/>
      </w:pPr>
      <w:r>
        <w:rPr>
          <w:rFonts w:ascii="Arial" w:hAnsi="Arial"/>
          <w:b/>
          <w:sz w:val="22"/>
        </w:rPr>
        <w:t xml:space="preserve">Lucy  </w:t>
      </w:r>
      <w:r>
        <w:rPr>
          <w:rFonts w:ascii="Arial" w:hAnsi="Arial"/>
          <w:color w:val="5D7284"/>
          <w:sz w:val="22"/>
        </w:rPr>
        <w:t>49:07</w:t>
      </w:r>
    </w:p>
    <w:p>
      <w:pPr>
        <w:spacing w:after="0"/>
      </w:pPr>
      <w:r>
        <w:rPr>
          <w:rFonts w:ascii="Arial" w:hAnsi="Arial"/>
          <w:sz w:val="22"/>
        </w:rPr>
        <w:t>Yeah,</w:t>
      </w:r>
    </w:p>
    <w:p>
      <w:pPr>
        <w:spacing w:after="0"/>
      </w:pPr>
    </w:p>
    <w:p>
      <w:pPr>
        <w:spacing w:after="0"/>
      </w:pPr>
      <w:r>
        <w:rPr>
          <w:rFonts w:ascii="Arial" w:hAnsi="Arial"/>
          <w:b/>
          <w:sz w:val="22"/>
        </w:rPr>
        <w:t xml:space="preserve">Speaker 1  </w:t>
      </w:r>
      <w:r>
        <w:rPr>
          <w:rFonts w:ascii="Arial" w:hAnsi="Arial"/>
          <w:color w:val="5D7284"/>
          <w:sz w:val="22"/>
        </w:rPr>
        <w:t>49:08</w:t>
      </w:r>
    </w:p>
    <w:p>
      <w:pPr>
        <w:spacing w:after="0"/>
      </w:pPr>
      <w:r>
        <w:rPr>
          <w:rFonts w:ascii="Arial" w:hAnsi="Arial"/>
          <w:sz w:val="22"/>
        </w:rPr>
        <w:t>and there were shots in Echo where she was signing in Hawkeye. Sorry, not Echo in Hawkeye where she was signing, where the way they'd shot the scene, her hands were cut off from the screen.</w:t>
      </w:r>
    </w:p>
    <w:p>
      <w:pPr>
        <w:spacing w:after="0"/>
      </w:pPr>
    </w:p>
    <w:p>
      <w:pPr>
        <w:spacing w:after="0"/>
      </w:pPr>
      <w:r>
        <w:rPr>
          <w:rFonts w:ascii="Arial" w:hAnsi="Arial"/>
          <w:b/>
          <w:sz w:val="22"/>
        </w:rPr>
        <w:t xml:space="preserve">Lucy  </w:t>
      </w:r>
      <w:r>
        <w:rPr>
          <w:rFonts w:ascii="Arial" w:hAnsi="Arial"/>
          <w:color w:val="5D7284"/>
          <w:sz w:val="22"/>
        </w:rPr>
        <w:t>49:27</w:t>
      </w:r>
    </w:p>
    <w:p>
      <w:pPr>
        <w:spacing w:after="0"/>
      </w:pPr>
      <w:r>
        <w:rPr>
          <w:rFonts w:ascii="Arial" w:hAnsi="Arial"/>
          <w:sz w:val="22"/>
        </w:rPr>
        <w:t>Oh, oh. So</w:t>
      </w:r>
    </w:p>
    <w:p>
      <w:pPr>
        <w:spacing w:after="0"/>
      </w:pPr>
    </w:p>
    <w:p>
      <w:pPr>
        <w:spacing w:after="0"/>
      </w:pPr>
      <w:r>
        <w:rPr>
          <w:rFonts w:ascii="Arial" w:hAnsi="Arial"/>
          <w:b/>
          <w:sz w:val="22"/>
        </w:rPr>
        <w:t xml:space="preserve">Speaker 1  </w:t>
      </w:r>
      <w:r>
        <w:rPr>
          <w:rFonts w:ascii="Arial" w:hAnsi="Arial"/>
          <w:color w:val="5D7284"/>
          <w:sz w:val="22"/>
        </w:rPr>
        <w:t>49:28</w:t>
      </w:r>
    </w:p>
    <w:p>
      <w:pPr>
        <w:spacing w:after="0"/>
      </w:pPr>
      <w:r>
        <w:rPr>
          <w:rFonts w:ascii="Arial" w:hAnsi="Arial"/>
          <w:sz w:val="22"/>
        </w:rPr>
        <w:t>I was like, "Who made that choice? However, the the series of Echo improved on that tenfold, so I I think Echo started to walk where their devil started to crawl, and I think I as a Marvel fan I'm interested because I believe. An X Men revamp is on the way. No spoilers, but I believe it is. And in turn, how Patrick Stewart, as much as I love him dearly, cannot play Professor X forever.</w:t>
      </w:r>
    </w:p>
    <w:p>
      <w:pPr>
        <w:spacing w:after="0"/>
      </w:pPr>
    </w:p>
    <w:p>
      <w:pPr>
        <w:spacing w:after="0"/>
      </w:pPr>
      <w:r>
        <w:rPr>
          <w:rFonts w:ascii="Arial" w:hAnsi="Arial"/>
          <w:b/>
          <w:sz w:val="22"/>
        </w:rPr>
        <w:t xml:space="preserve">Lucy  </w:t>
      </w:r>
      <w:r>
        <w:rPr>
          <w:rFonts w:ascii="Arial" w:hAnsi="Arial"/>
          <w:color w:val="5D7284"/>
          <w:sz w:val="22"/>
        </w:rPr>
        <w:t>50:18</w:t>
      </w:r>
    </w:p>
    <w:p>
      <w:pPr>
        <w:spacing w:after="0"/>
      </w:pPr>
      <w:r>
        <w:rPr>
          <w:rFonts w:ascii="Arial" w:hAnsi="Arial"/>
          <w:sz w:val="22"/>
        </w:rPr>
        <w:t>No.</w:t>
      </w:r>
    </w:p>
    <w:p>
      <w:pPr>
        <w:spacing w:after="0"/>
      </w:pPr>
    </w:p>
    <w:p>
      <w:pPr>
        <w:spacing w:after="0"/>
      </w:pPr>
      <w:r>
        <w:rPr>
          <w:rFonts w:ascii="Arial" w:hAnsi="Arial"/>
          <w:b/>
          <w:sz w:val="22"/>
        </w:rPr>
        <w:t xml:space="preserve">Speaker 1  </w:t>
      </w:r>
      <w:r>
        <w:rPr>
          <w:rFonts w:ascii="Arial" w:hAnsi="Arial"/>
          <w:color w:val="5D7284"/>
          <w:sz w:val="22"/>
        </w:rPr>
        <w:t>50:18</w:t>
      </w:r>
    </w:p>
    <w:p>
      <w:pPr>
        <w:spacing w:after="0"/>
      </w:pPr>
      <w:r>
        <w:rPr>
          <w:rFonts w:ascii="Arial" w:hAnsi="Arial"/>
          <w:sz w:val="22"/>
        </w:rPr>
        <w:t>And you</w:t>
      </w:r>
    </w:p>
    <w:p>
      <w:pPr>
        <w:spacing w:after="0"/>
      </w:pPr>
    </w:p>
    <w:p>
      <w:pPr>
        <w:spacing w:after="0"/>
      </w:pPr>
      <w:r>
        <w:rPr>
          <w:rFonts w:ascii="Arial" w:hAnsi="Arial"/>
          <w:b/>
          <w:sz w:val="22"/>
        </w:rPr>
        <w:t xml:space="preserve">Lucy  </w:t>
      </w:r>
      <w:r>
        <w:rPr>
          <w:rFonts w:ascii="Arial" w:hAnsi="Arial"/>
          <w:color w:val="5D7284"/>
          <w:sz w:val="22"/>
        </w:rPr>
        <w:t>50:20</w:t>
      </w:r>
    </w:p>
    <w:p>
      <w:pPr>
        <w:spacing w:after="0"/>
      </w:pPr>
      <w:r>
        <w:rPr>
          <w:rFonts w:ascii="Arial" w:hAnsi="Arial"/>
          <w:sz w:val="22"/>
        </w:rPr>
        <w:t>just want the job done. I know that. I do. I do. No.</w:t>
      </w:r>
    </w:p>
    <w:p>
      <w:pPr>
        <w:spacing w:after="0"/>
      </w:pPr>
    </w:p>
    <w:p>
      <w:pPr>
        <w:spacing w:after="0"/>
      </w:pPr>
      <w:r>
        <w:rPr>
          <w:rFonts w:ascii="Arial" w:hAnsi="Arial"/>
          <w:b/>
          <w:sz w:val="22"/>
        </w:rPr>
        <w:t xml:space="preserve">Speaker 1  </w:t>
      </w:r>
      <w:r>
        <w:rPr>
          <w:rFonts w:ascii="Arial" w:hAnsi="Arial"/>
          <w:color w:val="5D7284"/>
          <w:sz w:val="22"/>
        </w:rPr>
        <w:t>50:24</w:t>
      </w:r>
    </w:p>
    <w:p>
      <w:pPr>
        <w:spacing w:after="0"/>
      </w:pPr>
      <w:r>
        <w:rPr>
          <w:rFonts w:ascii="Arial" w:hAnsi="Arial"/>
          <w:sz w:val="22"/>
        </w:rPr>
        <w:t>Well, I do. But with with the potential, with the X Men potentially on their way to join the M C U, if the Domesday trailers are anything to go by, will they use that as an opportunity to revamp and improve their representation.</w:t>
      </w:r>
    </w:p>
    <w:p>
      <w:pPr>
        <w:spacing w:after="0"/>
      </w:pPr>
    </w:p>
    <w:p>
      <w:pPr>
        <w:spacing w:after="0"/>
      </w:pPr>
      <w:r>
        <w:rPr>
          <w:rFonts w:ascii="Arial" w:hAnsi="Arial"/>
          <w:b/>
          <w:sz w:val="22"/>
        </w:rPr>
        <w:t xml:space="preserve">Lucy  </w:t>
      </w:r>
      <w:r>
        <w:rPr>
          <w:rFonts w:ascii="Arial" w:hAnsi="Arial"/>
          <w:color w:val="5D7284"/>
          <w:sz w:val="22"/>
        </w:rPr>
        <w:t>50:44</w:t>
      </w:r>
    </w:p>
    <w:p>
      <w:pPr>
        <w:spacing w:after="0"/>
      </w:pPr>
      <w:r>
        <w:rPr>
          <w:rFonts w:ascii="Arial" w:hAnsi="Arial"/>
          <w:sz w:val="22"/>
        </w:rPr>
        <w:t>Well, it is the perfect opportunity. It does feel really</w:t>
      </w:r>
    </w:p>
    <w:p>
      <w:pPr>
        <w:spacing w:after="0"/>
      </w:pPr>
    </w:p>
    <w:p>
      <w:pPr>
        <w:spacing w:after="0"/>
      </w:pPr>
      <w:r>
        <w:rPr>
          <w:rFonts w:ascii="Arial" w:hAnsi="Arial"/>
          <w:b/>
          <w:sz w:val="22"/>
        </w:rPr>
        <w:t xml:space="preserve">Alice  </w:t>
      </w:r>
      <w:r>
        <w:rPr>
          <w:rFonts w:ascii="Arial" w:hAnsi="Arial"/>
          <w:color w:val="5D7284"/>
          <w:sz w:val="22"/>
        </w:rPr>
        <w:t>50:47</w:t>
      </w:r>
    </w:p>
    <w:p>
      <w:pPr>
        <w:spacing w:after="0"/>
      </w:pPr>
      <w:r>
        <w:rPr>
          <w:rFonts w:ascii="Arial" w:hAnsi="Arial"/>
          <w:sz w:val="22"/>
        </w:rPr>
        <w:t>exciting, doesn't it? As a as an MCU fan, it does feel really exciting. I think that I mean, this is sort of not disability related, but you know, as it is one of those things where it's got some there's some really intense fandom that goes on around the MCU, and I think that there will be people who will just be like, "It's Patrick Stewart. It can't be anyone else. It can't. It not. It will only ever be Patrick Stewart for some people, and</w:t>
      </w:r>
    </w:p>
    <w:p>
      <w:pPr>
        <w:spacing w:after="0"/>
      </w:pPr>
    </w:p>
    <w:p>
      <w:pPr>
        <w:spacing w:after="0"/>
      </w:pPr>
      <w:r>
        <w:rPr>
          <w:rFonts w:ascii="Arial" w:hAnsi="Arial"/>
          <w:b/>
          <w:sz w:val="22"/>
        </w:rPr>
        <w:t xml:space="preserve">Speaker 1  </w:t>
      </w:r>
      <w:r>
        <w:rPr>
          <w:rFonts w:ascii="Arial" w:hAnsi="Arial"/>
          <w:color w:val="5D7284"/>
          <w:sz w:val="22"/>
        </w:rPr>
        <w:t>51:14</w:t>
      </w:r>
    </w:p>
    <w:p>
      <w:pPr>
        <w:spacing w:after="0"/>
      </w:pPr>
      <w:r>
        <w:rPr>
          <w:rFonts w:ascii="Arial" w:hAnsi="Arial"/>
          <w:sz w:val="22"/>
        </w:rPr>
        <w:t>it will only ever be Hugh Jackman, and it will only ever be like everybody, and the rage and</w:t>
      </w:r>
    </w:p>
    <w:p>
      <w:pPr>
        <w:spacing w:after="0"/>
      </w:pPr>
    </w:p>
    <w:p>
      <w:pPr>
        <w:spacing w:after="0"/>
      </w:pPr>
      <w:r>
        <w:rPr>
          <w:rFonts w:ascii="Arial" w:hAnsi="Arial"/>
          <w:b/>
          <w:sz w:val="22"/>
        </w:rPr>
        <w:t xml:space="preserve">Alice  </w:t>
      </w:r>
      <w:r>
        <w:rPr>
          <w:rFonts w:ascii="Arial" w:hAnsi="Arial"/>
          <w:color w:val="5D7284"/>
          <w:sz w:val="22"/>
        </w:rPr>
        <w:t>51:19</w:t>
      </w:r>
    </w:p>
    <w:p>
      <w:pPr>
        <w:spacing w:after="0"/>
      </w:pPr>
      <w:r>
        <w:rPr>
          <w:rFonts w:ascii="Arial" w:hAnsi="Arial"/>
          <w:sz w:val="22"/>
        </w:rPr>
        <w:t>vitriol that comes from some people when you make changes like that.</w:t>
      </w:r>
    </w:p>
    <w:p>
      <w:pPr>
        <w:spacing w:after="0"/>
      </w:pPr>
    </w:p>
    <w:p>
      <w:pPr>
        <w:spacing w:after="0"/>
      </w:pPr>
      <w:r>
        <w:rPr>
          <w:rFonts w:ascii="Arial" w:hAnsi="Arial"/>
          <w:b/>
          <w:sz w:val="22"/>
        </w:rPr>
        <w:t xml:space="preserve">Speaker 1  </w:t>
      </w:r>
      <w:r>
        <w:rPr>
          <w:rFonts w:ascii="Arial" w:hAnsi="Arial"/>
          <w:color w:val="5D7284"/>
          <w:sz w:val="22"/>
        </w:rPr>
        <w:t>51:24</w:t>
      </w:r>
    </w:p>
    <w:p>
      <w:pPr>
        <w:spacing w:after="0"/>
      </w:pPr>
      <w:r>
        <w:rPr>
          <w:rFonts w:ascii="Arial" w:hAnsi="Arial"/>
          <w:sz w:val="22"/>
        </w:rPr>
        <w:t>Indeed, and you know, but that happens with every major property. Look, as we're as we're on this podcast, the Harry Potter trailer dropped 24</w:t>
      </w:r>
    </w:p>
    <w:p>
      <w:pPr>
        <w:spacing w:after="0"/>
      </w:pPr>
    </w:p>
    <w:p>
      <w:pPr>
        <w:spacing w:after="0"/>
      </w:pPr>
      <w:r>
        <w:rPr>
          <w:rFonts w:ascii="Arial" w:hAnsi="Arial"/>
          <w:b/>
          <w:sz w:val="22"/>
        </w:rPr>
        <w:t xml:space="preserve">Alice  </w:t>
      </w:r>
      <w:r>
        <w:rPr>
          <w:rFonts w:ascii="Arial" w:hAnsi="Arial"/>
          <w:color w:val="5D7284"/>
          <w:sz w:val="22"/>
        </w:rPr>
        <w:t>51:36</w:t>
      </w:r>
    </w:p>
    <w:p>
      <w:pPr>
        <w:spacing w:after="0"/>
      </w:pPr>
      <w:r>
        <w:rPr>
          <w:rFonts w:ascii="Arial" w:hAnsi="Arial"/>
          <w:sz w:val="22"/>
        </w:rPr>
        <w:t>hours ago.</w:t>
      </w:r>
    </w:p>
    <w:p>
      <w:pPr>
        <w:spacing w:after="0"/>
      </w:pPr>
    </w:p>
    <w:p>
      <w:pPr>
        <w:spacing w:after="0"/>
      </w:pPr>
      <w:r>
        <w:rPr>
          <w:rFonts w:ascii="Arial" w:hAnsi="Arial"/>
          <w:b/>
          <w:sz w:val="22"/>
        </w:rPr>
        <w:t xml:space="preserve">Speaker 1  </w:t>
      </w:r>
      <w:r>
        <w:rPr>
          <w:rFonts w:ascii="Arial" w:hAnsi="Arial"/>
          <w:color w:val="5D7284"/>
          <w:sz w:val="22"/>
        </w:rPr>
        <w:t>51:38</w:t>
      </w:r>
    </w:p>
    <w:p>
      <w:pPr>
        <w:spacing w:after="0"/>
      </w:pPr>
      <w:r>
        <w:rPr>
          <w:rFonts w:ascii="Arial" w:hAnsi="Arial"/>
          <w:sz w:val="22"/>
        </w:rPr>
        <w:t>Yesterday, 24 hours ago, this morning, and. I've already seen that actor shouldn't be Snape. That actor looks a bit weird. That like oh no, me and me</w:t>
      </w:r>
    </w:p>
    <w:p>
      <w:pPr>
        <w:spacing w:after="0"/>
      </w:pPr>
    </w:p>
    <w:p>
      <w:pPr>
        <w:spacing w:after="0"/>
      </w:pPr>
      <w:r>
        <w:rPr>
          <w:rFonts w:ascii="Arial" w:hAnsi="Arial"/>
          <w:b/>
          <w:sz w:val="22"/>
        </w:rPr>
        <w:t xml:space="preserve">Alice  </w:t>
      </w:r>
      <w:r>
        <w:rPr>
          <w:rFonts w:ascii="Arial" w:hAnsi="Arial"/>
          <w:color w:val="5D7284"/>
          <w:sz w:val="22"/>
        </w:rPr>
        <w:t>51:52</w:t>
      </w:r>
    </w:p>
    <w:p>
      <w:pPr>
        <w:spacing w:after="0"/>
      </w:pPr>
      <w:r>
        <w:rPr>
          <w:rFonts w:ascii="Arial" w:hAnsi="Arial"/>
          <w:sz w:val="22"/>
        </w:rPr>
        <w:t>and my husband full on had a conversation about how the lady from the IT crowd is not like frumpy enough to be mrs. Weasley.</w:t>
      </w:r>
    </w:p>
    <w:p>
      <w:pPr>
        <w:spacing w:after="0"/>
      </w:pPr>
    </w:p>
    <w:p>
      <w:pPr>
        <w:spacing w:after="0"/>
      </w:pPr>
      <w:r>
        <w:rPr>
          <w:rFonts w:ascii="Arial" w:hAnsi="Arial"/>
          <w:b/>
          <w:sz w:val="22"/>
        </w:rPr>
        <w:t xml:space="preserve">Lucy  </w:t>
      </w:r>
      <w:r>
        <w:rPr>
          <w:rFonts w:ascii="Arial" w:hAnsi="Arial"/>
          <w:color w:val="5D7284"/>
          <w:sz w:val="22"/>
        </w:rPr>
        <w:t>52:01</w:t>
      </w:r>
    </w:p>
    <w:p>
      <w:pPr>
        <w:spacing w:after="0"/>
      </w:pPr>
      <w:r>
        <w:rPr>
          <w:rFonts w:ascii="Arial" w:hAnsi="Arial"/>
          <w:sz w:val="22"/>
        </w:rPr>
        <w:t>Is he heard me saying here?</w:t>
      </w:r>
    </w:p>
    <w:p>
      <w:pPr>
        <w:spacing w:after="0"/>
      </w:pPr>
    </w:p>
    <w:p>
      <w:pPr>
        <w:spacing w:after="0"/>
      </w:pPr>
      <w:r>
        <w:rPr>
          <w:rFonts w:ascii="Arial" w:hAnsi="Arial"/>
          <w:b/>
          <w:sz w:val="22"/>
        </w:rPr>
        <w:t xml:space="preserve">Speaker 1  </w:t>
      </w:r>
      <w:r>
        <w:rPr>
          <w:rFonts w:ascii="Arial" w:hAnsi="Arial"/>
          <w:color w:val="5D7284"/>
          <w:sz w:val="22"/>
        </w:rPr>
        <w:t>52:02</w:t>
      </w:r>
    </w:p>
    <w:p>
      <w:pPr>
        <w:spacing w:after="0"/>
      </w:pPr>
      <w:r>
        <w:rPr>
          <w:rFonts w:ascii="Arial" w:hAnsi="Arial"/>
          <w:sz w:val="22"/>
        </w:rPr>
        <w:t>This this is what I mean is that when you have such beloved properties like that, there's always going to be something. But it's a bit like, isn't</w:t>
      </w:r>
    </w:p>
    <w:p>
      <w:pPr>
        <w:spacing w:after="0"/>
      </w:pPr>
    </w:p>
    <w:p>
      <w:pPr>
        <w:spacing w:after="0"/>
      </w:pPr>
      <w:r>
        <w:rPr>
          <w:rFonts w:ascii="Arial" w:hAnsi="Arial"/>
          <w:b/>
          <w:sz w:val="22"/>
        </w:rPr>
        <w:t xml:space="preserve">Lucy  </w:t>
      </w:r>
      <w:r>
        <w:rPr>
          <w:rFonts w:ascii="Arial" w:hAnsi="Arial"/>
          <w:color w:val="5D7284"/>
          <w:sz w:val="22"/>
        </w:rPr>
        <w:t>52:13</w:t>
      </w:r>
    </w:p>
    <w:p>
      <w:pPr>
        <w:spacing w:after="0"/>
      </w:pPr>
      <w:r>
        <w:rPr>
          <w:rFonts w:ascii="Arial" w:hAnsi="Arial"/>
          <w:sz w:val="22"/>
        </w:rPr>
        <w:t>it, where you read the book and then they make the film of the book and then you go and see the film of the book and you're disappointed because what they've put on screen is not what's in your head,</w:t>
      </w:r>
    </w:p>
    <w:p>
      <w:pPr>
        <w:spacing w:after="0"/>
      </w:pPr>
    </w:p>
    <w:p>
      <w:pPr>
        <w:spacing w:after="0"/>
      </w:pPr>
      <w:r>
        <w:rPr>
          <w:rFonts w:ascii="Arial" w:hAnsi="Arial"/>
          <w:b/>
          <w:sz w:val="22"/>
        </w:rPr>
        <w:t xml:space="preserve">Alice  </w:t>
      </w:r>
      <w:r>
        <w:rPr>
          <w:rFonts w:ascii="Arial" w:hAnsi="Arial"/>
          <w:color w:val="5D7284"/>
          <w:sz w:val="22"/>
        </w:rPr>
        <w:t>52:22</w:t>
      </w:r>
    </w:p>
    <w:p>
      <w:pPr>
        <w:spacing w:after="0"/>
      </w:pPr>
      <w:r>
        <w:rPr>
          <w:rFonts w:ascii="Arial" w:hAnsi="Arial"/>
          <w:sz w:val="22"/>
        </w:rPr>
        <w:t>I guess. But then I would also say, as somebody who read and loved the Harry Potter books as a child, in my head, Hermione was always was always a black girl in my head, and then I saw her, and Emma Watson was fantastic, and I was like, that's not what I thought, but she's done it amazingly, and then when the stage show came out, I went, "Yeah.</w:t>
      </w:r>
    </w:p>
    <w:p>
      <w:pPr>
        <w:spacing w:after="0"/>
      </w:pPr>
    </w:p>
    <w:p>
      <w:pPr>
        <w:spacing w:after="0"/>
      </w:pPr>
      <w:r>
        <w:rPr>
          <w:rFonts w:ascii="Arial" w:hAnsi="Arial"/>
          <w:b/>
          <w:sz w:val="22"/>
        </w:rPr>
        <w:t xml:space="preserve">Lucy  </w:t>
      </w:r>
      <w:r>
        <w:rPr>
          <w:rFonts w:ascii="Arial" w:hAnsi="Arial"/>
          <w:color w:val="5D7284"/>
          <w:sz w:val="22"/>
        </w:rPr>
        <w:t>52:44</w:t>
      </w:r>
    </w:p>
    <w:p>
      <w:pPr>
        <w:spacing w:after="0"/>
      </w:pPr>
      <w:r>
        <w:rPr>
          <w:rFonts w:ascii="Arial" w:hAnsi="Arial"/>
          <w:sz w:val="22"/>
        </w:rPr>
        <w:t>Oh, she's black.</w:t>
      </w:r>
    </w:p>
    <w:p>
      <w:pPr>
        <w:spacing w:after="0"/>
      </w:pPr>
    </w:p>
    <w:p>
      <w:pPr>
        <w:spacing w:after="0"/>
      </w:pPr>
      <w:r>
        <w:rPr>
          <w:rFonts w:ascii="Arial" w:hAnsi="Arial"/>
          <w:b/>
          <w:sz w:val="22"/>
        </w:rPr>
        <w:t xml:space="preserve">Alice  </w:t>
      </w:r>
      <w:r>
        <w:rPr>
          <w:rFonts w:ascii="Arial" w:hAnsi="Arial"/>
          <w:color w:val="5D7284"/>
          <w:sz w:val="22"/>
        </w:rPr>
        <w:t>52:45</w:t>
      </w:r>
    </w:p>
    <w:p>
      <w:pPr>
        <w:spacing w:after="0"/>
      </w:pPr>
      <w:r>
        <w:rPr>
          <w:rFonts w:ascii="Arial" w:hAnsi="Arial"/>
          <w:sz w:val="22"/>
        </w:rPr>
        <w:t>Yeah, yeah. Everybody else went, "Oh, I see.</w:t>
      </w:r>
    </w:p>
    <w:p>
      <w:pPr>
        <w:spacing w:after="0"/>
      </w:pPr>
    </w:p>
    <w:p>
      <w:pPr>
        <w:spacing w:after="0"/>
      </w:pPr>
      <w:r>
        <w:rPr>
          <w:rFonts w:ascii="Arial" w:hAnsi="Arial"/>
          <w:b/>
          <w:sz w:val="22"/>
        </w:rPr>
        <w:t xml:space="preserve">Speaker 1  </w:t>
      </w:r>
      <w:r>
        <w:rPr>
          <w:rFonts w:ascii="Arial" w:hAnsi="Arial"/>
          <w:color w:val="5D7284"/>
          <w:sz w:val="22"/>
        </w:rPr>
        <w:t>52:49</w:t>
      </w:r>
    </w:p>
    <w:p>
      <w:pPr>
        <w:spacing w:after="0"/>
      </w:pPr>
      <w:r>
        <w:rPr>
          <w:rFonts w:ascii="Arial" w:hAnsi="Arial"/>
          <w:sz w:val="22"/>
        </w:rPr>
        <w:t>Exactly, and like this is, you know, the controversy around the Harry Potter properties aside, because we're not talking about this is what I mean. When you've got properties that that are that be loved by so many people. It's like I I have a friend that is also a massive Superman fan. He loves Superman. It's his vibe, and obviously we've had a new Superman movie recently, and he's like, I hate it. I'm like, why? And he's like, because this Superman is not this Superman, and I'm like, well, it can't be. No, yeah. So, so, I think when you're dealing with massive franchises like this, there's always going to be somebody that's unhappy, and especially in the generation where we're on social media for clicks, people love a controversial opinion, and even if somebody says this is the the best you know Professor X I've ever seen, and all the disabled community go finally Professor X is an actual wheelchair user, there will be a bunch of people that go yeah, but Patrick Stewart was better. They've only given him the job because he's a wheelchair user because they want that controversial.</w:t>
      </w:r>
    </w:p>
    <w:p>
      <w:pPr>
        <w:spacing w:after="0"/>
      </w:pPr>
    </w:p>
    <w:p>
      <w:pPr>
        <w:spacing w:after="0"/>
      </w:pPr>
      <w:r>
        <w:rPr>
          <w:rFonts w:ascii="Arial" w:hAnsi="Arial"/>
          <w:b/>
          <w:sz w:val="22"/>
        </w:rPr>
        <w:t xml:space="preserve">Alice  </w:t>
      </w:r>
      <w:r>
        <w:rPr>
          <w:rFonts w:ascii="Arial" w:hAnsi="Arial"/>
          <w:color w:val="5D7284"/>
          <w:sz w:val="22"/>
        </w:rPr>
        <w:t>54:00</w:t>
      </w:r>
    </w:p>
    <w:p>
      <w:pPr>
        <w:spacing w:after="0"/>
      </w:pPr>
      <w:r>
        <w:rPr>
          <w:rFonts w:ascii="Arial" w:hAnsi="Arial"/>
          <w:sz w:val="22"/>
        </w:rPr>
        <w:t>And I guess that that what part of my concern is that the industry will say we can't. They will choose to cast Patrick Stewart because it will give star</w:t>
      </w:r>
    </w:p>
    <w:p>
      <w:pPr>
        <w:spacing w:after="0"/>
      </w:pPr>
    </w:p>
    <w:p>
      <w:pPr>
        <w:spacing w:after="0"/>
      </w:pPr>
      <w:r>
        <w:rPr>
          <w:rFonts w:ascii="Arial" w:hAnsi="Arial"/>
          <w:b/>
          <w:sz w:val="22"/>
        </w:rPr>
        <w:t xml:space="preserve">Lucy  </w:t>
      </w:r>
      <w:r>
        <w:rPr>
          <w:rFonts w:ascii="Arial" w:hAnsi="Arial"/>
          <w:color w:val="5D7284"/>
          <w:sz w:val="22"/>
        </w:rPr>
        <w:t>54:12</w:t>
      </w:r>
    </w:p>
    <w:p>
      <w:pPr>
        <w:spacing w:after="0"/>
      </w:pPr>
      <w:r>
        <w:rPr>
          <w:rFonts w:ascii="Arial" w:hAnsi="Arial"/>
          <w:sz w:val="22"/>
        </w:rPr>
        <w:t>power.</w:t>
      </w:r>
    </w:p>
    <w:p>
      <w:pPr>
        <w:spacing w:after="0"/>
      </w:pPr>
    </w:p>
    <w:p>
      <w:pPr>
        <w:spacing w:after="0"/>
      </w:pPr>
      <w:r>
        <w:rPr>
          <w:rFonts w:ascii="Arial" w:hAnsi="Arial"/>
          <w:b/>
          <w:sz w:val="22"/>
        </w:rPr>
        <w:t xml:space="preserve">Alice  </w:t>
      </w:r>
      <w:r>
        <w:rPr>
          <w:rFonts w:ascii="Arial" w:hAnsi="Arial"/>
          <w:color w:val="5D7284"/>
          <w:sz w:val="22"/>
        </w:rPr>
        <w:t>54:13</w:t>
      </w:r>
    </w:p>
    <w:p>
      <w:pPr>
        <w:spacing w:after="0"/>
      </w:pPr>
      <w:r>
        <w:rPr>
          <w:rFonts w:ascii="Arial" w:hAnsi="Arial"/>
          <w:sz w:val="22"/>
        </w:rPr>
        <w:t>It will bring yeah, and it will make people happy rather than saying actually, what is a person with lived experience going to bring to this role that Patrick Stewart can't.</w:t>
      </w:r>
    </w:p>
    <w:p>
      <w:pPr>
        <w:spacing w:after="0"/>
      </w:pPr>
    </w:p>
    <w:p>
      <w:pPr>
        <w:spacing w:after="0"/>
      </w:pPr>
      <w:r>
        <w:rPr>
          <w:rFonts w:ascii="Arial" w:hAnsi="Arial"/>
          <w:b/>
          <w:sz w:val="22"/>
        </w:rPr>
        <w:t xml:space="preserve">Lucy  </w:t>
      </w:r>
      <w:r>
        <w:rPr>
          <w:rFonts w:ascii="Arial" w:hAnsi="Arial"/>
          <w:color w:val="5D7284"/>
          <w:sz w:val="22"/>
        </w:rPr>
        <w:t>54:23</w:t>
      </w:r>
    </w:p>
    <w:p>
      <w:pPr>
        <w:spacing w:after="0"/>
      </w:pPr>
      <w:r>
        <w:rPr>
          <w:rFonts w:ascii="Arial" w:hAnsi="Arial"/>
          <w:sz w:val="22"/>
        </w:rPr>
        <w:t>But I think I think people who who say things like "Oh, I was Patrick Stewart or nobody, they are they are missing a a viewpoint of this, which I think is very a powerful one. If you think about all the kids that grow up with this new version of X men who are disabled, you know. You said Dan that your first sort of represent like representation you remember was the cartoon version of Professor X. You think about all the young kids coming up through the ranks who are who have been born and raised on this new. Next man, and what difference that will make to those kids who are disabled. You just think that is so powerful.</w:t>
      </w:r>
    </w:p>
    <w:p>
      <w:pPr>
        <w:spacing w:after="0"/>
      </w:pPr>
    </w:p>
    <w:p>
      <w:pPr>
        <w:spacing w:after="0"/>
      </w:pPr>
      <w:r>
        <w:rPr>
          <w:rFonts w:ascii="Arial" w:hAnsi="Arial"/>
          <w:b/>
          <w:sz w:val="22"/>
        </w:rPr>
        <w:t xml:space="preserve">Alice  </w:t>
      </w:r>
      <w:r>
        <w:rPr>
          <w:rFonts w:ascii="Arial" w:hAnsi="Arial"/>
          <w:color w:val="5D7284"/>
          <w:sz w:val="22"/>
        </w:rPr>
        <w:t>55:07</w:t>
      </w:r>
    </w:p>
    <w:p>
      <w:pPr>
        <w:spacing w:after="0"/>
      </w:pPr>
      <w:r>
        <w:rPr>
          <w:rFonts w:ascii="Arial" w:hAnsi="Arial"/>
          <w:sz w:val="22"/>
        </w:rPr>
        <w:t>But if you don't value that, if you don't value this, that then you're not. Then it doesn't matter.</w:t>
      </w:r>
    </w:p>
    <w:p>
      <w:pPr>
        <w:spacing w:after="0"/>
      </w:pPr>
    </w:p>
    <w:p>
      <w:pPr>
        <w:spacing w:after="0"/>
      </w:pPr>
      <w:r>
        <w:rPr>
          <w:rFonts w:ascii="Arial" w:hAnsi="Arial"/>
          <w:b/>
          <w:sz w:val="22"/>
        </w:rPr>
        <w:t xml:space="preserve">Lucy  </w:t>
      </w:r>
      <w:r>
        <w:rPr>
          <w:rFonts w:ascii="Arial" w:hAnsi="Arial"/>
          <w:color w:val="5D7284"/>
          <w:sz w:val="22"/>
        </w:rPr>
        <w:t>55:13</w:t>
      </w:r>
    </w:p>
    <w:p>
      <w:pPr>
        <w:spacing w:after="0"/>
      </w:pPr>
      <w:r>
        <w:rPr>
          <w:rFonts w:ascii="Arial" w:hAnsi="Arial"/>
          <w:sz w:val="22"/>
        </w:rPr>
        <w:t>No.</w:t>
      </w:r>
    </w:p>
    <w:p>
      <w:pPr>
        <w:spacing w:after="0"/>
      </w:pPr>
    </w:p>
    <w:p>
      <w:pPr>
        <w:spacing w:after="0"/>
      </w:pPr>
      <w:r>
        <w:rPr>
          <w:rFonts w:ascii="Arial" w:hAnsi="Arial"/>
          <w:b/>
          <w:sz w:val="22"/>
        </w:rPr>
        <w:t xml:space="preserve">Speaker 1  </w:t>
      </w:r>
      <w:r>
        <w:rPr>
          <w:rFonts w:ascii="Arial" w:hAnsi="Arial"/>
          <w:color w:val="5D7284"/>
          <w:sz w:val="22"/>
        </w:rPr>
        <w:t>55:14</w:t>
      </w:r>
    </w:p>
    <w:p>
      <w:pPr>
        <w:spacing w:after="0"/>
      </w:pPr>
      <w:r>
        <w:rPr>
          <w:rFonts w:ascii="Arial" w:hAnsi="Arial"/>
          <w:sz w:val="22"/>
        </w:rPr>
        <w:t>But this, but this is the thing, and it's it's part of my job as both a performer and an access coordinator, to turn around to big studios like that, and I do on occasion when I get the opportunity to. I don't always, but when I get the opportunity to, I go, "Okay, you're worried that a proper, and just because we're using this as an example, we have done on podcast. You're worried that a disabled Professor X is not going to have the star power of a Patrick Stewart is not going to have the pull of a Patrick Stewart because it's Patrick Stewart, and I understand that fear. But there are a billion disabled people around the world that are desperate to see themselves truly represented by themselves in the Marvel universe. Do you want a billion people's money?</w:t>
      </w:r>
    </w:p>
    <w:p>
      <w:pPr>
        <w:spacing w:after="0"/>
      </w:pPr>
    </w:p>
    <w:p>
      <w:pPr>
        <w:spacing w:after="0"/>
      </w:pPr>
      <w:r>
        <w:rPr>
          <w:rFonts w:ascii="Arial" w:hAnsi="Arial"/>
          <w:b/>
          <w:sz w:val="22"/>
        </w:rPr>
        <w:t xml:space="preserve">Lucy  </w:t>
      </w:r>
      <w:r>
        <w:rPr>
          <w:rFonts w:ascii="Arial" w:hAnsi="Arial"/>
          <w:color w:val="5D7284"/>
          <w:sz w:val="22"/>
        </w:rPr>
        <w:t>56:13</w:t>
      </w:r>
    </w:p>
    <w:p>
      <w:pPr>
        <w:spacing w:after="0"/>
      </w:pPr>
      <w:r>
        <w:rPr>
          <w:rFonts w:ascii="Arial" w:hAnsi="Arial"/>
          <w:sz w:val="22"/>
        </w:rPr>
        <w:t>Yes, you do. Yes, please.</w:t>
      </w:r>
    </w:p>
    <w:p>
      <w:pPr>
        <w:spacing w:after="0"/>
      </w:pPr>
    </w:p>
    <w:p>
      <w:pPr>
        <w:spacing w:after="0"/>
      </w:pPr>
      <w:r>
        <w:rPr>
          <w:rFonts w:ascii="Arial" w:hAnsi="Arial"/>
          <w:b/>
          <w:sz w:val="22"/>
        </w:rPr>
        <w:t xml:space="preserve">Speaker 1  </w:t>
      </w:r>
      <w:r>
        <w:rPr>
          <w:rFonts w:ascii="Arial" w:hAnsi="Arial"/>
          <w:color w:val="5D7284"/>
          <w:sz w:val="22"/>
        </w:rPr>
        <w:t>56:17</w:t>
      </w:r>
    </w:p>
    <w:p>
      <w:pPr>
        <w:spacing w:after="0"/>
      </w:pPr>
      <w:r>
        <w:rPr>
          <w:rFonts w:ascii="Arial" w:hAnsi="Arial"/>
          <w:sz w:val="22"/>
        </w:rPr>
        <w:t>And it may not be in the role of Professor X, but Marvel has a library of over 5000 characters. Marvel even develops characters on a daily basis. This is going to be a really deep cut now and show how much of a Marvel geek that I am. But there, for example, in the Spider Verse, because lots of people have seen the animated Spider Verse movies. There is a character called I believe it's Sun Spider. I believe, and she was actually developed by fans, and she was a spider hero with chronic fatigue.</w:t>
      </w:r>
    </w:p>
    <w:p>
      <w:pPr>
        <w:spacing w:after="0"/>
      </w:pPr>
    </w:p>
    <w:p>
      <w:pPr>
        <w:spacing w:after="0"/>
      </w:pPr>
      <w:r>
        <w:rPr>
          <w:rFonts w:ascii="Arial" w:hAnsi="Arial"/>
          <w:b/>
          <w:sz w:val="22"/>
        </w:rPr>
        <w:t xml:space="preserve">Alice  </w:t>
      </w:r>
      <w:r>
        <w:rPr>
          <w:rFonts w:ascii="Arial" w:hAnsi="Arial"/>
          <w:color w:val="5D7284"/>
          <w:sz w:val="22"/>
        </w:rPr>
        <w:t>56:56</w:t>
      </w:r>
    </w:p>
    <w:p>
      <w:pPr>
        <w:spacing w:after="0"/>
      </w:pPr>
      <w:r>
        <w:rPr>
          <w:rFonts w:ascii="Arial" w:hAnsi="Arial"/>
          <w:sz w:val="22"/>
        </w:rPr>
        <w:t>Amazing!</w:t>
      </w:r>
    </w:p>
    <w:p>
      <w:pPr>
        <w:spacing w:after="0"/>
      </w:pPr>
    </w:p>
    <w:p>
      <w:pPr>
        <w:spacing w:after="0"/>
      </w:pPr>
      <w:r>
        <w:rPr>
          <w:rFonts w:ascii="Arial" w:hAnsi="Arial"/>
          <w:b/>
          <w:sz w:val="22"/>
        </w:rPr>
        <w:t xml:space="preserve">Lucy  </w:t>
      </w:r>
      <w:r>
        <w:rPr>
          <w:rFonts w:ascii="Arial" w:hAnsi="Arial"/>
          <w:color w:val="5D7284"/>
          <w:sz w:val="22"/>
        </w:rPr>
        <w:t>56:57</w:t>
      </w:r>
    </w:p>
    <w:p>
      <w:pPr>
        <w:spacing w:after="0"/>
      </w:pPr>
      <w:r>
        <w:rPr>
          <w:rFonts w:ascii="Arial" w:hAnsi="Arial"/>
          <w:sz w:val="22"/>
        </w:rPr>
        <w:t>Amazing! She</w:t>
      </w:r>
    </w:p>
    <w:p>
      <w:pPr>
        <w:spacing w:after="0"/>
      </w:pPr>
    </w:p>
    <w:p>
      <w:pPr>
        <w:spacing w:after="0"/>
      </w:pPr>
      <w:r>
        <w:rPr>
          <w:rFonts w:ascii="Arial" w:hAnsi="Arial"/>
          <w:b/>
          <w:sz w:val="22"/>
        </w:rPr>
        <w:t xml:space="preserve">Speaker 1  </w:t>
      </w:r>
      <w:r>
        <w:rPr>
          <w:rFonts w:ascii="Arial" w:hAnsi="Arial"/>
          <w:color w:val="5D7284"/>
          <w:sz w:val="22"/>
        </w:rPr>
        <w:t>56:58</w:t>
      </w:r>
    </w:p>
    <w:p>
      <w:pPr>
        <w:spacing w:after="0"/>
      </w:pPr>
      <w:r>
        <w:rPr>
          <w:rFonts w:ascii="Arial" w:hAnsi="Arial"/>
          <w:sz w:val="22"/>
        </w:rPr>
        <w:t>has now been well.</w:t>
      </w:r>
    </w:p>
    <w:p>
      <w:pPr>
        <w:spacing w:after="0"/>
      </w:pPr>
    </w:p>
    <w:p>
      <w:pPr>
        <w:spacing w:after="0"/>
      </w:pPr>
      <w:r>
        <w:rPr>
          <w:rFonts w:ascii="Arial" w:hAnsi="Arial"/>
          <w:b/>
          <w:sz w:val="22"/>
        </w:rPr>
        <w:t xml:space="preserve">Alice  </w:t>
      </w:r>
      <w:r>
        <w:rPr>
          <w:rFonts w:ascii="Arial" w:hAnsi="Arial"/>
          <w:color w:val="5D7284"/>
          <w:sz w:val="22"/>
        </w:rPr>
        <w:t>57:00</w:t>
      </w:r>
    </w:p>
    <w:p>
      <w:pPr>
        <w:spacing w:after="0"/>
      </w:pPr>
      <w:r>
        <w:rPr>
          <w:rFonts w:ascii="Arial" w:hAnsi="Arial"/>
          <w:sz w:val="22"/>
        </w:rPr>
        <w:t>That's made the hair stand up on the back of my neck. I love that.</w:t>
      </w:r>
    </w:p>
    <w:p>
      <w:pPr>
        <w:spacing w:after="0"/>
      </w:pPr>
    </w:p>
    <w:p>
      <w:pPr>
        <w:spacing w:after="0"/>
      </w:pPr>
      <w:r>
        <w:rPr>
          <w:rFonts w:ascii="Arial" w:hAnsi="Arial"/>
          <w:b/>
          <w:sz w:val="22"/>
        </w:rPr>
        <w:t xml:space="preserve">Speaker 1  </w:t>
      </w:r>
      <w:r>
        <w:rPr>
          <w:rFonts w:ascii="Arial" w:hAnsi="Arial"/>
          <w:color w:val="5D7284"/>
          <w:sz w:val="22"/>
        </w:rPr>
        <w:t>57:04</w:t>
      </w:r>
    </w:p>
    <w:p>
      <w:pPr>
        <w:spacing w:after="0"/>
      </w:pPr>
      <w:r>
        <w:rPr>
          <w:rFonts w:ascii="Arial" w:hAnsi="Arial"/>
          <w:sz w:val="22"/>
        </w:rPr>
        <w:t>She has now been taken into the Marvel universe, and to the point that recently Lego released a series of Spider Verse figures.</w:t>
      </w:r>
    </w:p>
    <w:p>
      <w:pPr>
        <w:spacing w:after="0"/>
      </w:pPr>
    </w:p>
    <w:p>
      <w:pPr>
        <w:spacing w:after="0"/>
      </w:pPr>
      <w:r>
        <w:rPr>
          <w:rFonts w:ascii="Arial" w:hAnsi="Arial"/>
          <w:b/>
          <w:sz w:val="22"/>
        </w:rPr>
        <w:t xml:space="preserve">Lucy  </w:t>
      </w:r>
      <w:r>
        <w:rPr>
          <w:rFonts w:ascii="Arial" w:hAnsi="Arial"/>
          <w:color w:val="5D7284"/>
          <w:sz w:val="22"/>
        </w:rPr>
        <w:t>57:14</w:t>
      </w:r>
    </w:p>
    <w:p>
      <w:pPr>
        <w:spacing w:after="0"/>
      </w:pPr>
      <w:r>
        <w:rPr>
          <w:rFonts w:ascii="Arial" w:hAnsi="Arial"/>
          <w:sz w:val="22"/>
        </w:rPr>
        <w:t>She was, and she is one</w:t>
      </w:r>
    </w:p>
    <w:p>
      <w:pPr>
        <w:spacing w:after="0"/>
      </w:pPr>
    </w:p>
    <w:p>
      <w:pPr>
        <w:spacing w:after="0"/>
      </w:pPr>
      <w:r>
        <w:rPr>
          <w:rFonts w:ascii="Arial" w:hAnsi="Arial"/>
          <w:b/>
          <w:sz w:val="22"/>
        </w:rPr>
        <w:t xml:space="preserve">Speaker 1  </w:t>
      </w:r>
      <w:r>
        <w:rPr>
          <w:rFonts w:ascii="Arial" w:hAnsi="Arial"/>
          <w:color w:val="5D7284"/>
          <w:sz w:val="22"/>
        </w:rPr>
        <w:t>57:15</w:t>
      </w:r>
    </w:p>
    <w:p>
      <w:pPr>
        <w:spacing w:after="0"/>
      </w:pPr>
      <w:r>
        <w:rPr>
          <w:rFonts w:ascii="Arial" w:hAnsi="Arial"/>
          <w:sz w:val="22"/>
        </w:rPr>
        <w:t>of them.</w:t>
      </w:r>
    </w:p>
    <w:p>
      <w:pPr>
        <w:spacing w:after="0"/>
      </w:pPr>
    </w:p>
    <w:p>
      <w:pPr>
        <w:spacing w:after="0"/>
      </w:pPr>
      <w:r>
        <w:rPr>
          <w:rFonts w:ascii="Arial" w:hAnsi="Arial"/>
          <w:b/>
          <w:sz w:val="22"/>
        </w:rPr>
        <w:t xml:space="preserve">Lucy  </w:t>
      </w:r>
      <w:r>
        <w:rPr>
          <w:rFonts w:ascii="Arial" w:hAnsi="Arial"/>
          <w:color w:val="5D7284"/>
          <w:sz w:val="22"/>
        </w:rPr>
        <w:t>57:16</w:t>
      </w:r>
    </w:p>
    <w:p>
      <w:pPr>
        <w:spacing w:after="0"/>
      </w:pPr>
      <w:r>
        <w:rPr>
          <w:rFonts w:ascii="Arial" w:hAnsi="Arial"/>
          <w:sz w:val="22"/>
        </w:rPr>
        <w:t>Yes, yes, Lego. So</w:t>
      </w:r>
    </w:p>
    <w:p>
      <w:pPr>
        <w:spacing w:after="0"/>
      </w:pPr>
    </w:p>
    <w:p>
      <w:pPr>
        <w:spacing w:after="0"/>
      </w:pPr>
      <w:r>
        <w:rPr>
          <w:rFonts w:ascii="Arial" w:hAnsi="Arial"/>
          <w:b/>
          <w:sz w:val="22"/>
        </w:rPr>
        <w:t xml:space="preserve">Speaker 1  </w:t>
      </w:r>
      <w:r>
        <w:rPr>
          <w:rFonts w:ascii="Arial" w:hAnsi="Arial"/>
          <w:color w:val="5D7284"/>
          <w:sz w:val="22"/>
        </w:rPr>
        <w:t>57:19</w:t>
      </w:r>
    </w:p>
    <w:p>
      <w:pPr>
        <w:spacing w:after="0"/>
      </w:pPr>
      <w:r>
        <w:rPr>
          <w:rFonts w:ascii="Arial" w:hAnsi="Arial"/>
          <w:sz w:val="22"/>
        </w:rPr>
        <w:t>I, I can show you on podcast, and I'll visually describe for you. Let me just pull it off my Lego set that is above her head.</w:t>
      </w:r>
    </w:p>
    <w:p>
      <w:pPr>
        <w:spacing w:after="0"/>
      </w:pPr>
    </w:p>
    <w:p>
      <w:pPr>
        <w:spacing w:after="0"/>
      </w:pPr>
      <w:r>
        <w:rPr>
          <w:rFonts w:ascii="Arial" w:hAnsi="Arial"/>
          <w:b/>
          <w:sz w:val="22"/>
        </w:rPr>
        <w:t xml:space="preserve">Lucy  </w:t>
      </w:r>
      <w:r>
        <w:rPr>
          <w:rFonts w:ascii="Arial" w:hAnsi="Arial"/>
          <w:color w:val="5D7284"/>
          <w:sz w:val="22"/>
        </w:rPr>
        <w:t>57:28</w:t>
      </w:r>
    </w:p>
    <w:p>
      <w:pPr>
        <w:spacing w:after="0"/>
      </w:pPr>
      <w:r>
        <w:rPr>
          <w:rFonts w:ascii="Arial" w:hAnsi="Arial"/>
          <w:sz w:val="22"/>
        </w:rPr>
        <w:t>Oh god, don't knock it all off.</w:t>
      </w:r>
    </w:p>
    <w:p>
      <w:pPr>
        <w:spacing w:after="0"/>
      </w:pPr>
    </w:p>
    <w:p>
      <w:pPr>
        <w:spacing w:after="0"/>
      </w:pPr>
      <w:r>
        <w:rPr>
          <w:rFonts w:ascii="Arial" w:hAnsi="Arial"/>
          <w:b/>
          <w:sz w:val="22"/>
        </w:rPr>
        <w:t xml:space="preserve">Speaker 1  </w:t>
      </w:r>
      <w:r>
        <w:rPr>
          <w:rFonts w:ascii="Arial" w:hAnsi="Arial"/>
          <w:color w:val="5D7284"/>
          <w:sz w:val="22"/>
        </w:rPr>
        <w:t>57:30</w:t>
      </w:r>
    </w:p>
    <w:p>
      <w:pPr>
        <w:spacing w:after="0"/>
      </w:pPr>
      <w:r>
        <w:rPr>
          <w:rFonts w:ascii="Arial" w:hAnsi="Arial"/>
          <w:sz w:val="22"/>
        </w:rPr>
        <w:t>I know you're fine. So this is this is Sun Spider.</w:t>
      </w:r>
    </w:p>
    <w:p>
      <w:pPr>
        <w:spacing w:after="0"/>
      </w:pPr>
    </w:p>
    <w:p>
      <w:pPr>
        <w:spacing w:after="0"/>
      </w:pPr>
      <w:r>
        <w:rPr>
          <w:rFonts w:ascii="Arial" w:hAnsi="Arial"/>
          <w:b/>
          <w:sz w:val="22"/>
        </w:rPr>
        <w:t xml:space="preserve">Lucy  </w:t>
      </w:r>
      <w:r>
        <w:rPr>
          <w:rFonts w:ascii="Arial" w:hAnsi="Arial"/>
          <w:color w:val="5D7284"/>
          <w:sz w:val="22"/>
        </w:rPr>
        <w:t>57:37</w:t>
      </w:r>
    </w:p>
    <w:p>
      <w:pPr>
        <w:spacing w:after="0"/>
      </w:pPr>
      <w:r>
        <w:rPr>
          <w:rFonts w:ascii="Arial" w:hAnsi="Arial"/>
          <w:sz w:val="22"/>
        </w:rPr>
        <w:t>Okay. Yeah.</w:t>
      </w:r>
    </w:p>
    <w:p>
      <w:pPr>
        <w:spacing w:after="0"/>
      </w:pPr>
    </w:p>
    <w:p>
      <w:pPr>
        <w:spacing w:after="0"/>
      </w:pPr>
      <w:r>
        <w:rPr>
          <w:rFonts w:ascii="Arial" w:hAnsi="Arial"/>
          <w:b/>
          <w:sz w:val="22"/>
        </w:rPr>
        <w:t xml:space="preserve">Speaker 1  </w:t>
      </w:r>
      <w:r>
        <w:rPr>
          <w:rFonts w:ascii="Arial" w:hAnsi="Arial"/>
          <w:color w:val="5D7284"/>
          <w:sz w:val="22"/>
        </w:rPr>
        <w:t>57:40</w:t>
      </w:r>
    </w:p>
    <w:p>
      <w:pPr>
        <w:spacing w:after="0"/>
      </w:pPr>
      <w:r>
        <w:rPr>
          <w:rFonts w:ascii="Arial" w:hAnsi="Arial"/>
          <w:sz w:val="22"/>
        </w:rPr>
        <w:t>And for a visual description, she's in a black and orange Spider-Man outfit with a gray cap on her head, and she walks with two crutches that are actually her web shooters in Spider Verse Love. So her webs come out of the crutches rather than her wrist like standard Spider-Man.</w:t>
      </w:r>
    </w:p>
    <w:p>
      <w:pPr>
        <w:spacing w:after="0"/>
      </w:pPr>
    </w:p>
    <w:p>
      <w:pPr>
        <w:spacing w:after="0"/>
      </w:pPr>
      <w:r>
        <w:rPr>
          <w:rFonts w:ascii="Arial" w:hAnsi="Arial"/>
          <w:b/>
          <w:sz w:val="22"/>
        </w:rPr>
        <w:t xml:space="preserve">Lucy  </w:t>
      </w:r>
      <w:r>
        <w:rPr>
          <w:rFonts w:ascii="Arial" w:hAnsi="Arial"/>
          <w:color w:val="5D7284"/>
          <w:sz w:val="22"/>
        </w:rPr>
        <w:t>57:59</w:t>
      </w:r>
    </w:p>
    <w:p>
      <w:pPr>
        <w:spacing w:after="0"/>
      </w:pPr>
      <w:r>
        <w:rPr>
          <w:rFonts w:ascii="Arial" w:hAnsi="Arial"/>
          <w:sz w:val="22"/>
        </w:rPr>
        <w:t>To be fair, I think you get more aim with a like a. can you</w:t>
      </w:r>
    </w:p>
    <w:p>
      <w:pPr>
        <w:spacing w:after="0"/>
      </w:pPr>
    </w:p>
    <w:p>
      <w:pPr>
        <w:spacing w:after="0"/>
      </w:pPr>
      <w:r>
        <w:rPr>
          <w:rFonts w:ascii="Arial" w:hAnsi="Arial"/>
          <w:b/>
          <w:sz w:val="22"/>
        </w:rPr>
        <w:t xml:space="preserve">Alice  </w:t>
      </w:r>
      <w:r>
        <w:rPr>
          <w:rFonts w:ascii="Arial" w:hAnsi="Arial"/>
          <w:color w:val="5D7284"/>
          <w:sz w:val="22"/>
        </w:rPr>
        <w:t>58:03</w:t>
      </w:r>
    </w:p>
    <w:p>
      <w:pPr>
        <w:spacing w:after="0"/>
      </w:pPr>
      <w:r>
        <w:rPr>
          <w:rFonts w:ascii="Arial" w:hAnsi="Arial"/>
          <w:sz w:val="22"/>
        </w:rPr>
        <w:t>you can use it to max somebody over the head if you've had enough of them? Exactly,</w:t>
      </w:r>
    </w:p>
    <w:p>
      <w:pPr>
        <w:spacing w:after="0"/>
      </w:pPr>
    </w:p>
    <w:p>
      <w:pPr>
        <w:spacing w:after="0"/>
      </w:pPr>
      <w:r>
        <w:rPr>
          <w:rFonts w:ascii="Arial" w:hAnsi="Arial"/>
          <w:b/>
          <w:sz w:val="22"/>
        </w:rPr>
        <w:t xml:space="preserve">Lucy  </w:t>
      </w:r>
      <w:r>
        <w:rPr>
          <w:rFonts w:ascii="Arial" w:hAnsi="Arial"/>
          <w:color w:val="5D7284"/>
          <w:sz w:val="22"/>
        </w:rPr>
        <w:t>58:07</w:t>
      </w:r>
    </w:p>
    <w:p>
      <w:pPr>
        <w:spacing w:after="0"/>
      </w:pPr>
      <w:r>
        <w:rPr>
          <w:rFonts w:ascii="Arial" w:hAnsi="Arial"/>
          <w:sz w:val="22"/>
        </w:rPr>
        <w:t>whack and then a thwack of web juice. You</w:t>
      </w:r>
    </w:p>
    <w:p>
      <w:pPr>
        <w:spacing w:after="0"/>
      </w:pPr>
    </w:p>
    <w:p>
      <w:pPr>
        <w:spacing w:after="0"/>
      </w:pPr>
      <w:r>
        <w:rPr>
          <w:rFonts w:ascii="Arial" w:hAnsi="Arial"/>
          <w:b/>
          <w:sz w:val="22"/>
        </w:rPr>
        <w:t xml:space="preserve">Alice  </w:t>
      </w:r>
      <w:r>
        <w:rPr>
          <w:rFonts w:ascii="Arial" w:hAnsi="Arial"/>
          <w:color w:val="5D7284"/>
          <w:sz w:val="22"/>
        </w:rPr>
        <w:t>58:12</w:t>
      </w:r>
    </w:p>
    <w:p>
      <w:pPr>
        <w:spacing w:after="0"/>
      </w:pPr>
      <w:r>
        <w:rPr>
          <w:rFonts w:ascii="Arial" w:hAnsi="Arial"/>
          <w:sz w:val="22"/>
        </w:rPr>
        <w:t>can tell you're not a Spider-Man fan. Web juice.</w:t>
      </w:r>
    </w:p>
    <w:p>
      <w:pPr>
        <w:spacing w:after="0"/>
      </w:pPr>
    </w:p>
    <w:p>
      <w:pPr>
        <w:spacing w:after="0"/>
      </w:pPr>
      <w:r>
        <w:rPr>
          <w:rFonts w:ascii="Arial" w:hAnsi="Arial"/>
          <w:b/>
          <w:sz w:val="22"/>
        </w:rPr>
        <w:t xml:space="preserve">Lucy  </w:t>
      </w:r>
      <w:r>
        <w:rPr>
          <w:rFonts w:ascii="Arial" w:hAnsi="Arial"/>
          <w:color w:val="5D7284"/>
          <w:sz w:val="22"/>
        </w:rPr>
        <w:t>58:16</w:t>
      </w:r>
    </w:p>
    <w:p>
      <w:pPr>
        <w:spacing w:after="0"/>
      </w:pPr>
      <w:r>
        <w:rPr>
          <w:rFonts w:ascii="Arial" w:hAnsi="Arial"/>
          <w:sz w:val="22"/>
        </w:rPr>
        <w:t>What's he called? I don't know. Web. I should</w:t>
      </w:r>
    </w:p>
    <w:p>
      <w:pPr>
        <w:spacing w:after="0"/>
      </w:pPr>
    </w:p>
    <w:p>
      <w:pPr>
        <w:spacing w:after="0"/>
      </w:pPr>
      <w:r>
        <w:rPr>
          <w:rFonts w:ascii="Arial" w:hAnsi="Arial"/>
          <w:b/>
          <w:sz w:val="22"/>
        </w:rPr>
        <w:t xml:space="preserve">Alice  </w:t>
      </w:r>
      <w:r>
        <w:rPr>
          <w:rFonts w:ascii="Arial" w:hAnsi="Arial"/>
          <w:color w:val="5D7284"/>
          <w:sz w:val="22"/>
        </w:rPr>
        <w:t>58:22</w:t>
      </w:r>
    </w:p>
    <w:p>
      <w:pPr>
        <w:spacing w:after="0"/>
      </w:pPr>
      <w:r>
        <w:rPr>
          <w:rFonts w:ascii="Arial" w:hAnsi="Arial"/>
          <w:sz w:val="22"/>
        </w:rPr>
        <w:t>know this.</w:t>
      </w:r>
    </w:p>
    <w:p>
      <w:pPr>
        <w:spacing w:after="0"/>
      </w:pPr>
    </w:p>
    <w:p>
      <w:pPr>
        <w:spacing w:after="0"/>
      </w:pPr>
      <w:r>
        <w:rPr>
          <w:rFonts w:ascii="Arial" w:hAnsi="Arial"/>
          <w:b/>
          <w:sz w:val="22"/>
        </w:rPr>
        <w:t xml:space="preserve">Speaker 1  </w:t>
      </w:r>
      <w:r>
        <w:rPr>
          <w:rFonts w:ascii="Arial" w:hAnsi="Arial"/>
          <w:color w:val="5D7284"/>
          <w:sz w:val="22"/>
        </w:rPr>
        <w:t>58:23</w:t>
      </w:r>
    </w:p>
    <w:p>
      <w:pPr>
        <w:spacing w:after="0"/>
      </w:pPr>
      <w:r>
        <w:rPr>
          <w:rFonts w:ascii="Arial" w:hAnsi="Arial"/>
          <w:sz w:val="22"/>
        </w:rPr>
        <w:t>Yeah, web.</w:t>
      </w:r>
    </w:p>
    <w:p>
      <w:pPr>
        <w:spacing w:after="0"/>
      </w:pPr>
    </w:p>
    <w:p>
      <w:pPr>
        <w:spacing w:after="0"/>
      </w:pPr>
      <w:r>
        <w:rPr>
          <w:rFonts w:ascii="Arial" w:hAnsi="Arial"/>
          <w:b/>
          <w:sz w:val="22"/>
        </w:rPr>
        <w:t xml:space="preserve">Lucy  </w:t>
      </w:r>
      <w:r>
        <w:rPr>
          <w:rFonts w:ascii="Arial" w:hAnsi="Arial"/>
          <w:color w:val="5D7284"/>
          <w:sz w:val="22"/>
        </w:rPr>
        <w:t>58:23</w:t>
      </w:r>
    </w:p>
    <w:p>
      <w:pPr>
        <w:spacing w:after="0"/>
      </w:pPr>
      <w:r>
        <w:rPr>
          <w:rFonts w:ascii="Arial" w:hAnsi="Arial"/>
          <w:sz w:val="22"/>
        </w:rPr>
        <w:t>Webbing. Yeah. Webbing. There you go.</w:t>
      </w:r>
    </w:p>
    <w:p>
      <w:pPr>
        <w:spacing w:after="0"/>
      </w:pPr>
    </w:p>
    <w:p>
      <w:pPr>
        <w:spacing w:after="0"/>
      </w:pPr>
      <w:r>
        <w:rPr>
          <w:rFonts w:ascii="Arial" w:hAnsi="Arial"/>
          <w:b/>
          <w:sz w:val="22"/>
        </w:rPr>
        <w:t xml:space="preserve">Speaker 1  </w:t>
      </w:r>
      <w:r>
        <w:rPr>
          <w:rFonts w:ascii="Arial" w:hAnsi="Arial"/>
          <w:color w:val="5D7284"/>
          <w:sz w:val="22"/>
        </w:rPr>
        <w:t>58:26</w:t>
      </w:r>
    </w:p>
    <w:p>
      <w:pPr>
        <w:spacing w:after="0"/>
      </w:pPr>
      <w:r>
        <w:rPr>
          <w:rFonts w:ascii="Arial" w:hAnsi="Arial"/>
          <w:sz w:val="22"/>
        </w:rPr>
        <w:t>Web fluid.</w:t>
      </w:r>
    </w:p>
    <w:p>
      <w:pPr>
        <w:spacing w:after="0"/>
      </w:pPr>
    </w:p>
    <w:p>
      <w:pPr>
        <w:spacing w:after="0"/>
      </w:pPr>
      <w:r>
        <w:rPr>
          <w:rFonts w:ascii="Arial" w:hAnsi="Arial"/>
          <w:b/>
          <w:sz w:val="22"/>
        </w:rPr>
        <w:t xml:space="preserve">Lucy  </w:t>
      </w:r>
      <w:r>
        <w:rPr>
          <w:rFonts w:ascii="Arial" w:hAnsi="Arial"/>
          <w:color w:val="5D7284"/>
          <w:sz w:val="22"/>
        </w:rPr>
        <w:t>58:27</w:t>
      </w:r>
    </w:p>
    <w:p>
      <w:pPr>
        <w:spacing w:after="0"/>
      </w:pPr>
      <w:r>
        <w:rPr>
          <w:rFonts w:ascii="Arial" w:hAnsi="Arial"/>
          <w:sz w:val="22"/>
        </w:rPr>
        <w:t>Web fluid.</w:t>
      </w:r>
    </w:p>
    <w:p>
      <w:pPr>
        <w:spacing w:after="0"/>
      </w:pPr>
    </w:p>
    <w:p>
      <w:pPr>
        <w:spacing w:after="0"/>
      </w:pPr>
      <w:r>
        <w:rPr>
          <w:rFonts w:ascii="Arial" w:hAnsi="Arial"/>
          <w:b/>
          <w:sz w:val="22"/>
        </w:rPr>
        <w:t xml:space="preserve">Alice  </w:t>
      </w:r>
      <w:r>
        <w:rPr>
          <w:rFonts w:ascii="Arial" w:hAnsi="Arial"/>
          <w:color w:val="5D7284"/>
          <w:sz w:val="22"/>
        </w:rPr>
        <w:t>58:29</w:t>
      </w:r>
    </w:p>
    <w:p>
      <w:pPr>
        <w:spacing w:after="0"/>
      </w:pPr>
      <w:r>
        <w:rPr>
          <w:rFonts w:ascii="Arial" w:hAnsi="Arial"/>
          <w:sz w:val="22"/>
        </w:rPr>
        <w:t>It no. It. They call my my little boys recently discovered the Spidey and his amazing friends.</w:t>
      </w:r>
    </w:p>
    <w:p>
      <w:pPr>
        <w:spacing w:after="0"/>
      </w:pPr>
    </w:p>
    <w:p>
      <w:pPr>
        <w:spacing w:after="0"/>
      </w:pPr>
      <w:r>
        <w:rPr>
          <w:rFonts w:ascii="Arial" w:hAnsi="Arial"/>
          <w:b/>
          <w:sz w:val="22"/>
        </w:rPr>
        <w:t xml:space="preserve">Speaker 1  </w:t>
      </w:r>
      <w:r>
        <w:rPr>
          <w:rFonts w:ascii="Arial" w:hAnsi="Arial"/>
          <w:color w:val="5D7284"/>
          <w:sz w:val="22"/>
        </w:rPr>
        <w:t>58:36</w:t>
      </w:r>
    </w:p>
    <w:p>
      <w:pPr>
        <w:spacing w:after="0"/>
      </w:pPr>
      <w:r>
        <w:rPr>
          <w:rFonts w:ascii="Arial" w:hAnsi="Arial"/>
          <w:sz w:val="22"/>
        </w:rPr>
        <w:t>Oh yes. And</w:t>
      </w:r>
    </w:p>
    <w:p>
      <w:pPr>
        <w:spacing w:after="0"/>
      </w:pPr>
    </w:p>
    <w:p>
      <w:pPr>
        <w:spacing w:after="0"/>
      </w:pPr>
      <w:r>
        <w:rPr>
          <w:rFonts w:ascii="Arial" w:hAnsi="Arial"/>
          <w:b/>
          <w:sz w:val="22"/>
        </w:rPr>
        <w:t xml:space="preserve">Alice  </w:t>
      </w:r>
      <w:r>
        <w:rPr>
          <w:rFonts w:ascii="Arial" w:hAnsi="Arial"/>
          <w:color w:val="5D7284"/>
          <w:sz w:val="22"/>
        </w:rPr>
        <w:t>58:37</w:t>
      </w:r>
    </w:p>
    <w:p>
      <w:pPr>
        <w:spacing w:after="0"/>
      </w:pPr>
      <w:r>
        <w:rPr>
          <w:rFonts w:ascii="Arial" w:hAnsi="Arial"/>
          <w:sz w:val="22"/>
        </w:rPr>
        <w:t>I feel like I've had a sudden extreme exposure to it, and I feel like I should know more. But when you've watched the same episode 49 times in three weeks, it starts to just kind of smush together.</w:t>
      </w:r>
    </w:p>
    <w:p>
      <w:pPr>
        <w:spacing w:after="0"/>
      </w:pPr>
    </w:p>
    <w:p>
      <w:pPr>
        <w:spacing w:after="0"/>
      </w:pPr>
      <w:r>
        <w:rPr>
          <w:rFonts w:ascii="Arial" w:hAnsi="Arial"/>
          <w:b/>
          <w:sz w:val="22"/>
        </w:rPr>
        <w:t xml:space="preserve">Speaker 1  </w:t>
      </w:r>
      <w:r>
        <w:rPr>
          <w:rFonts w:ascii="Arial" w:hAnsi="Arial"/>
          <w:color w:val="5D7284"/>
          <w:sz w:val="22"/>
        </w:rPr>
        <w:t>58:56</w:t>
      </w:r>
    </w:p>
    <w:p>
      <w:pPr>
        <w:spacing w:after="0"/>
      </w:pPr>
      <w:r>
        <w:rPr>
          <w:rFonts w:ascii="Arial" w:hAnsi="Arial"/>
          <w:sz w:val="22"/>
        </w:rPr>
        <w:t>But yeah, so you know, Marvel aren't averse to to bringing new characters into their remit and adapting characters for for the next generation, they've done it for decades to fit what the political and cultural zeitgeist is at that point. So, depending on what version of the Incredible Hulk you watch, the reason he becomes the Incredible Hulk changes because of political climate and social understanding over the</w:t>
      </w:r>
    </w:p>
    <w:p>
      <w:pPr>
        <w:spacing w:after="0"/>
      </w:pPr>
    </w:p>
    <w:p>
      <w:pPr>
        <w:spacing w:after="0"/>
      </w:pPr>
      <w:r>
        <w:rPr>
          <w:rFonts w:ascii="Arial" w:hAnsi="Arial"/>
          <w:b/>
          <w:sz w:val="22"/>
        </w:rPr>
        <w:t xml:space="preserve">Lucy  </w:t>
      </w:r>
      <w:r>
        <w:rPr>
          <w:rFonts w:ascii="Arial" w:hAnsi="Arial"/>
          <w:color w:val="5D7284"/>
          <w:sz w:val="22"/>
        </w:rPr>
        <w:t>59:25</w:t>
      </w:r>
    </w:p>
    <w:p>
      <w:pPr>
        <w:spacing w:after="0"/>
      </w:pPr>
      <w:r>
        <w:rPr>
          <w:rFonts w:ascii="Arial" w:hAnsi="Arial"/>
          <w:sz w:val="22"/>
        </w:rPr>
        <w:t>decade.</w:t>
      </w:r>
    </w:p>
    <w:p>
      <w:pPr>
        <w:spacing w:after="0"/>
      </w:pPr>
    </w:p>
    <w:p>
      <w:pPr>
        <w:spacing w:after="0"/>
      </w:pPr>
      <w:r>
        <w:rPr>
          <w:rFonts w:ascii="Arial" w:hAnsi="Arial"/>
          <w:b/>
          <w:sz w:val="22"/>
        </w:rPr>
        <w:t xml:space="preserve">Speaker 1  </w:t>
      </w:r>
      <w:r>
        <w:rPr>
          <w:rFonts w:ascii="Arial" w:hAnsi="Arial"/>
          <w:color w:val="5D7284"/>
          <w:sz w:val="22"/>
        </w:rPr>
        <w:t>59:27</w:t>
      </w:r>
    </w:p>
    <w:p>
      <w:pPr>
        <w:spacing w:after="0"/>
      </w:pPr>
      <w:r>
        <w:rPr>
          <w:rFonts w:ascii="Arial" w:hAnsi="Arial"/>
          <w:sz w:val="22"/>
        </w:rPr>
        <w:t>Because originally, you know, in the in the 1960 s when he was appeared, it was an evil Russian that exploded the bomb that turned him into the Incredible Hulk. In the 80s, it became him running out to save a teenage sidekick, so Marvel reinvent their hero's all the time, and so it's so it really does make me wonder who is the real Marvel comic book fan when they turn around and go. Actually, no. This can't happen because A, B, C, and D.</w:t>
      </w:r>
    </w:p>
    <w:p>
      <w:pPr>
        <w:spacing w:after="0"/>
      </w:pPr>
    </w:p>
    <w:p>
      <w:pPr>
        <w:spacing w:after="0"/>
      </w:pPr>
      <w:r>
        <w:rPr>
          <w:rFonts w:ascii="Arial" w:hAnsi="Arial"/>
          <w:b/>
          <w:sz w:val="22"/>
        </w:rPr>
        <w:t xml:space="preserve">Lucy  </w:t>
      </w:r>
      <w:r>
        <w:rPr>
          <w:rFonts w:ascii="Arial" w:hAnsi="Arial"/>
          <w:color w:val="5D7284"/>
          <w:sz w:val="22"/>
        </w:rPr>
        <w:t>1:00:04</w:t>
      </w:r>
    </w:p>
    <w:p>
      <w:pPr>
        <w:spacing w:after="0"/>
      </w:pPr>
      <w:r>
        <w:rPr>
          <w:rFonts w:ascii="Arial" w:hAnsi="Arial"/>
          <w:sz w:val="22"/>
        </w:rPr>
        <w:t>Yeah,</w:t>
      </w:r>
    </w:p>
    <w:p>
      <w:pPr>
        <w:spacing w:after="0"/>
      </w:pPr>
    </w:p>
    <w:p>
      <w:pPr>
        <w:spacing w:after="0"/>
      </w:pPr>
      <w:r>
        <w:rPr>
          <w:rFonts w:ascii="Arial" w:hAnsi="Arial"/>
          <w:b/>
          <w:sz w:val="22"/>
        </w:rPr>
        <w:t xml:space="preserve">Alice  </w:t>
      </w:r>
      <w:r>
        <w:rPr>
          <w:rFonts w:ascii="Arial" w:hAnsi="Arial"/>
          <w:color w:val="5D7284"/>
          <w:sz w:val="22"/>
        </w:rPr>
        <w:t>1:00:05</w:t>
      </w:r>
    </w:p>
    <w:p>
      <w:pPr>
        <w:spacing w:after="0"/>
      </w:pPr>
      <w:r>
        <w:rPr>
          <w:rFonts w:ascii="Arial" w:hAnsi="Arial"/>
          <w:sz w:val="22"/>
        </w:rPr>
        <w:t>yeah. And I think it's it's one of the things that you do have to kind of say, you know, that ability to flex with the political zeitgeist is if if you're you're a smart businessman, if you can go, well, we got to change this because otherwise people aren't going to come and see it and see that you know it. It is about money making, unfortunately, but that is also the world that we live in. And if we can be better represented and it lines other people's pockets, at least we still get some of that representation.</w:t>
      </w:r>
    </w:p>
    <w:p>
      <w:pPr>
        <w:spacing w:after="0"/>
      </w:pPr>
    </w:p>
    <w:p>
      <w:pPr>
        <w:spacing w:after="0"/>
      </w:pPr>
      <w:r>
        <w:rPr>
          <w:rFonts w:ascii="Arial" w:hAnsi="Arial"/>
          <w:b/>
          <w:sz w:val="22"/>
        </w:rPr>
        <w:t xml:space="preserve">Speaker 1  </w:t>
      </w:r>
      <w:r>
        <w:rPr>
          <w:rFonts w:ascii="Arial" w:hAnsi="Arial"/>
          <w:color w:val="5D7284"/>
          <w:sz w:val="22"/>
        </w:rPr>
        <w:t>1:00:38</w:t>
      </w:r>
    </w:p>
    <w:p>
      <w:pPr>
        <w:spacing w:after="0"/>
      </w:pPr>
      <w:r>
        <w:rPr>
          <w:rFonts w:ascii="Arial" w:hAnsi="Arial"/>
          <w:sz w:val="22"/>
        </w:rPr>
        <w:t>Exactly, and as much as the multiverse saga that the MCU have put together for some people has been very hit and miss. What the acknowledgement of the multiverse allows us to do is go well on this section of the multiverse. There could be a disabled Spider Man. There could be a disabled Wolverine. We just haven't seen it yet because he's in a different part of the multiverse.</w:t>
      </w:r>
    </w:p>
    <w:p>
      <w:pPr>
        <w:spacing w:after="0"/>
      </w:pPr>
    </w:p>
    <w:p>
      <w:pPr>
        <w:spacing w:after="0"/>
      </w:pPr>
      <w:r>
        <w:rPr>
          <w:rFonts w:ascii="Arial" w:hAnsi="Arial"/>
          <w:b/>
          <w:sz w:val="22"/>
        </w:rPr>
        <w:t xml:space="preserve">Alice  </w:t>
      </w:r>
      <w:r>
        <w:rPr>
          <w:rFonts w:ascii="Arial" w:hAnsi="Arial"/>
          <w:color w:val="5D7284"/>
          <w:sz w:val="22"/>
        </w:rPr>
        <w:t>1:01:00</w:t>
      </w:r>
    </w:p>
    <w:p>
      <w:pPr>
        <w:spacing w:after="0"/>
      </w:pPr>
      <w:r>
        <w:rPr>
          <w:rFonts w:ascii="Arial" w:hAnsi="Arial"/>
          <w:sz w:val="22"/>
        </w:rPr>
        <w:t>My favorite thing about the multiverse is that somewhere there is a universe where I'm sleeping with Captain America.</w:t>
      </w:r>
    </w:p>
    <w:p>
      <w:pPr>
        <w:spacing w:after="0"/>
      </w:pPr>
    </w:p>
    <w:p>
      <w:pPr>
        <w:spacing w:after="0"/>
      </w:pPr>
      <w:r>
        <w:rPr>
          <w:rFonts w:ascii="Arial" w:hAnsi="Arial"/>
          <w:b/>
          <w:sz w:val="22"/>
        </w:rPr>
        <w:t xml:space="preserve">Speaker 1  </w:t>
      </w:r>
      <w:r>
        <w:rPr>
          <w:rFonts w:ascii="Arial" w:hAnsi="Arial"/>
          <w:color w:val="5D7284"/>
          <w:sz w:val="22"/>
        </w:rPr>
        <w:t>1:01:07</w:t>
      </w:r>
    </w:p>
    <w:p>
      <w:pPr>
        <w:spacing w:after="0"/>
      </w:pPr>
      <w:r>
        <w:rPr>
          <w:rFonts w:ascii="Arial" w:hAnsi="Arial"/>
          <w:sz w:val="22"/>
        </w:rPr>
        <w:t>I mean,</w:t>
      </w:r>
    </w:p>
    <w:p>
      <w:pPr>
        <w:spacing w:after="0"/>
      </w:pPr>
    </w:p>
    <w:p>
      <w:pPr>
        <w:spacing w:after="0"/>
      </w:pPr>
      <w:r>
        <w:rPr>
          <w:rFonts w:ascii="Arial" w:hAnsi="Arial"/>
          <w:b/>
          <w:sz w:val="22"/>
        </w:rPr>
        <w:t xml:space="preserve">Lucy  </w:t>
      </w:r>
      <w:r>
        <w:rPr>
          <w:rFonts w:ascii="Arial" w:hAnsi="Arial"/>
          <w:color w:val="5D7284"/>
          <w:sz w:val="22"/>
        </w:rPr>
        <w:t>1:01:09</w:t>
      </w:r>
    </w:p>
    <w:p>
      <w:pPr>
        <w:spacing w:after="0"/>
      </w:pPr>
      <w:r>
        <w:rPr>
          <w:rFonts w:ascii="Arial" w:hAnsi="Arial"/>
          <w:sz w:val="22"/>
        </w:rPr>
        <w:t>we have this all the time. What do I call Captain Captain America? Captain Bory is what I call him. Captain Bory. You can you can sleep with him, but he is boring. I</w:t>
      </w:r>
    </w:p>
    <w:p>
      <w:pPr>
        <w:spacing w:after="0"/>
      </w:pPr>
    </w:p>
    <w:p>
      <w:pPr>
        <w:spacing w:after="0"/>
      </w:pPr>
      <w:r>
        <w:rPr>
          <w:rFonts w:ascii="Arial" w:hAnsi="Arial"/>
          <w:b/>
          <w:sz w:val="22"/>
        </w:rPr>
        <w:t xml:space="preserve">Alice  </w:t>
      </w:r>
      <w:r>
        <w:rPr>
          <w:rFonts w:ascii="Arial" w:hAnsi="Arial"/>
          <w:color w:val="5D7284"/>
          <w:sz w:val="22"/>
        </w:rPr>
        <w:t>1:01:22</w:t>
      </w:r>
    </w:p>
    <w:p>
      <w:pPr>
        <w:spacing w:after="0"/>
      </w:pPr>
      <w:r>
        <w:rPr>
          <w:rFonts w:ascii="Arial" w:hAnsi="Arial"/>
          <w:sz w:val="22"/>
        </w:rPr>
        <w:t>have no interest in having a conversation with him.</w:t>
      </w:r>
    </w:p>
    <w:p>
      <w:pPr>
        <w:spacing w:after="0"/>
      </w:pPr>
    </w:p>
    <w:p>
      <w:pPr>
        <w:spacing w:after="0"/>
      </w:pPr>
      <w:r>
        <w:rPr>
          <w:rFonts w:ascii="Arial" w:hAnsi="Arial"/>
          <w:b/>
          <w:sz w:val="22"/>
        </w:rPr>
        <w:t xml:space="preserve">Speaker 1  </w:t>
      </w:r>
      <w:r>
        <w:rPr>
          <w:rFonts w:ascii="Arial" w:hAnsi="Arial"/>
          <w:color w:val="5D7284"/>
          <w:sz w:val="22"/>
        </w:rPr>
        <w:t>1:01:25</w:t>
      </w:r>
    </w:p>
    <w:p>
      <w:pPr>
        <w:spacing w:after="0"/>
      </w:pPr>
      <w:r>
        <w:rPr>
          <w:rFonts w:ascii="Arial" w:hAnsi="Arial"/>
          <w:sz w:val="22"/>
        </w:rPr>
        <w:t>Everybody has their preferences. Everybody has that one superhero that they were like, "Yep, if they existed. But that's a whole different. Yeah, it really</w:t>
      </w:r>
    </w:p>
    <w:p>
      <w:pPr>
        <w:spacing w:after="0"/>
      </w:pPr>
    </w:p>
    <w:p>
      <w:pPr>
        <w:spacing w:after="0"/>
      </w:pPr>
      <w:r>
        <w:rPr>
          <w:rFonts w:ascii="Arial" w:hAnsi="Arial"/>
          <w:b/>
          <w:sz w:val="22"/>
        </w:rPr>
        <w:t xml:space="preserve">Lucy  </w:t>
      </w:r>
      <w:r>
        <w:rPr>
          <w:rFonts w:ascii="Arial" w:hAnsi="Arial"/>
          <w:color w:val="5D7284"/>
          <w:sz w:val="22"/>
        </w:rPr>
        <w:t>1:01:39</w:t>
      </w:r>
    </w:p>
    <w:p>
      <w:pPr>
        <w:spacing w:after="0"/>
      </w:pPr>
      <w:r>
        <w:rPr>
          <w:rFonts w:ascii="Arial" w:hAnsi="Arial"/>
          <w:sz w:val="22"/>
        </w:rPr>
        <w:t>is. That's bonus content.</w:t>
      </w:r>
    </w:p>
    <w:p>
      <w:pPr>
        <w:spacing w:after="0"/>
      </w:pPr>
    </w:p>
    <w:p>
      <w:pPr>
        <w:spacing w:after="0"/>
      </w:pPr>
      <w:r>
        <w:rPr>
          <w:rFonts w:ascii="Arial" w:hAnsi="Arial"/>
          <w:b/>
          <w:sz w:val="22"/>
        </w:rPr>
        <w:t xml:space="preserve">Speaker 1  </w:t>
      </w:r>
      <w:r>
        <w:rPr>
          <w:rFonts w:ascii="Arial" w:hAnsi="Arial"/>
          <w:color w:val="5D7284"/>
          <w:sz w:val="22"/>
        </w:rPr>
        <w:t>1:01:41</w:t>
      </w:r>
    </w:p>
    <w:p>
      <w:pPr>
        <w:spacing w:after="0"/>
      </w:pPr>
      <w:r>
        <w:rPr>
          <w:rFonts w:ascii="Arial" w:hAnsi="Arial"/>
          <w:sz w:val="22"/>
        </w:rPr>
        <w:t>Indeed. indeed.</w:t>
      </w:r>
    </w:p>
    <w:p>
      <w:pPr>
        <w:spacing w:after="0"/>
      </w:pPr>
    </w:p>
    <w:p>
      <w:pPr>
        <w:spacing w:after="0"/>
      </w:pPr>
      <w:r>
        <w:rPr>
          <w:rFonts w:ascii="Arial" w:hAnsi="Arial"/>
          <w:b/>
          <w:sz w:val="22"/>
        </w:rPr>
        <w:t xml:space="preserve">Alice  </w:t>
      </w:r>
      <w:r>
        <w:rPr>
          <w:rFonts w:ascii="Arial" w:hAnsi="Arial"/>
          <w:color w:val="5D7284"/>
          <w:sz w:val="22"/>
        </w:rPr>
        <w:t>1:01:43</w:t>
      </w:r>
    </w:p>
    <w:p>
      <w:pPr>
        <w:spacing w:after="0"/>
      </w:pPr>
      <w:r>
        <w:rPr>
          <w:rFonts w:ascii="Arial" w:hAnsi="Arial"/>
          <w:sz w:val="22"/>
        </w:rPr>
        <w:t>And as we're talking about bonus content, if you have enjoyed listening to this episode, please go and sign up to our newsletter, where you will have access to all of our bonus content.</w:t>
      </w:r>
    </w:p>
    <w:p>
      <w:pPr>
        <w:spacing w:after="0"/>
      </w:pPr>
    </w:p>
    <w:p>
      <w:pPr>
        <w:spacing w:after="0"/>
      </w:pPr>
      <w:r>
        <w:rPr>
          <w:rFonts w:ascii="Arial" w:hAnsi="Arial"/>
          <w:b/>
          <w:sz w:val="22"/>
        </w:rPr>
        <w:t xml:space="preserve">Speaker 1  </w:t>
      </w:r>
      <w:r>
        <w:rPr>
          <w:rFonts w:ascii="Arial" w:hAnsi="Arial"/>
          <w:color w:val="5D7284"/>
          <w:sz w:val="22"/>
        </w:rPr>
        <w:t>1:01:55</w:t>
      </w:r>
    </w:p>
    <w:p>
      <w:pPr>
        <w:spacing w:after="0"/>
      </w:pPr>
      <w:r>
        <w:rPr>
          <w:rFonts w:ascii="Arial" w:hAnsi="Arial"/>
          <w:sz w:val="22"/>
        </w:rPr>
        <w:t>That was smooth. Look at that. Oh yeah,</w:t>
      </w:r>
    </w:p>
    <w:p>
      <w:pPr>
        <w:spacing w:after="0"/>
      </w:pPr>
    </w:p>
    <w:p>
      <w:pPr>
        <w:spacing w:after="0"/>
      </w:pPr>
      <w:r>
        <w:rPr>
          <w:rFonts w:ascii="Arial" w:hAnsi="Arial"/>
          <w:b/>
          <w:sz w:val="22"/>
        </w:rPr>
        <w:t xml:space="preserve">Lucy  </w:t>
      </w:r>
      <w:r>
        <w:rPr>
          <w:rFonts w:ascii="Arial" w:hAnsi="Arial"/>
          <w:color w:val="5D7284"/>
          <w:sz w:val="22"/>
        </w:rPr>
        <w:t>1:01:57</w:t>
      </w:r>
    </w:p>
    <w:p>
      <w:pPr>
        <w:spacing w:after="0"/>
      </w:pPr>
      <w:r>
        <w:rPr>
          <w:rFonts w:ascii="Arial" w:hAnsi="Arial"/>
          <w:sz w:val="22"/>
        </w:rPr>
        <w:t>she's well practiced, Dan. It's been absolutely lovely to sit and chat with you and geek out about film and television. It's been right in my alley. Thank you so much for joining us. No w if anybody wants to find out about you or find you out on the internet. Where can they do so? We'll put all this in the show notes. But if you want to tell everybody,</w:t>
      </w:r>
    </w:p>
    <w:p>
      <w:pPr>
        <w:spacing w:after="0"/>
      </w:pPr>
    </w:p>
    <w:p>
      <w:pPr>
        <w:spacing w:after="0"/>
      </w:pPr>
      <w:r>
        <w:rPr>
          <w:rFonts w:ascii="Arial" w:hAnsi="Arial"/>
          <w:b/>
          <w:sz w:val="22"/>
        </w:rPr>
        <w:t xml:space="preserve">Speaker 1  </w:t>
      </w:r>
      <w:r>
        <w:rPr>
          <w:rFonts w:ascii="Arial" w:hAnsi="Arial"/>
          <w:color w:val="5D7284"/>
          <w:sz w:val="22"/>
        </w:rPr>
        <w:t>1:02:17</w:t>
      </w:r>
    </w:p>
    <w:p>
      <w:pPr>
        <w:spacing w:after="0"/>
      </w:pPr>
      <w:r>
        <w:rPr>
          <w:rFonts w:ascii="Arial" w:hAnsi="Arial"/>
          <w:sz w:val="22"/>
        </w:rPr>
        <w:t>amazing. My website Dan Edge, all one word, so D A N E D E D G E can't even spell at this point.com. Dan edge.com or Dan underscore Edge on pretty much all the big social media channels, so Instagram, Blue Sky X, all of those. Dan underscore Edge. Wonder</w:t>
      </w:r>
    </w:p>
    <w:p>
      <w:pPr>
        <w:spacing w:after="0"/>
      </w:pPr>
    </w:p>
    <w:p>
      <w:pPr>
        <w:spacing w:after="0"/>
      </w:pPr>
      <w:r>
        <w:rPr>
          <w:rFonts w:ascii="Arial" w:hAnsi="Arial"/>
          <w:b/>
          <w:sz w:val="22"/>
        </w:rPr>
        <w:t xml:space="preserve">Lucy  </w:t>
      </w:r>
      <w:r>
        <w:rPr>
          <w:rFonts w:ascii="Arial" w:hAnsi="Arial"/>
          <w:color w:val="5D7284"/>
          <w:sz w:val="22"/>
        </w:rPr>
        <w:t>1:02:39</w:t>
      </w:r>
    </w:p>
    <w:p>
      <w:pPr>
        <w:spacing w:after="0"/>
      </w:pPr>
      <w:r>
        <w:rPr>
          <w:rFonts w:ascii="Arial" w:hAnsi="Arial"/>
          <w:sz w:val="22"/>
        </w:rPr>
        <w:t>if thank you so much so much for joining us, Dan.</w:t>
      </w:r>
    </w:p>
    <w:p>
      <w:pPr>
        <w:spacing w:after="0"/>
      </w:pPr>
    </w:p>
    <w:p>
      <w:pPr>
        <w:spacing w:after="0"/>
      </w:pPr>
      <w:r>
        <w:rPr>
          <w:rFonts w:ascii="Arial" w:hAnsi="Arial"/>
          <w:b/>
          <w:sz w:val="22"/>
        </w:rPr>
        <w:t xml:space="preserve">Speaker 5  </w:t>
      </w:r>
      <w:r>
        <w:rPr>
          <w:rFonts w:ascii="Arial" w:hAnsi="Arial"/>
          <w:color w:val="5D7284"/>
          <w:sz w:val="22"/>
        </w:rPr>
        <w:t>1:02:43</w:t>
      </w:r>
    </w:p>
    <w:p>
      <w:pPr>
        <w:spacing w:after="0"/>
      </w:pPr>
      <w:r>
        <w:rPr>
          <w:rFonts w:ascii="Arial" w:hAnsi="Arial"/>
          <w:sz w:val="22"/>
        </w:rPr>
        <w:t>Is</w:t>
      </w:r>
    </w:p>
    <w:p>
      <w:pPr>
        <w:spacing w:after="0"/>
      </w:pPr>
    </w:p>
    <w:p>
      <w:pPr>
        <w:spacing w:after="0"/>
      </w:pPr>
      <w:r>
        <w:rPr>
          <w:rFonts w:ascii="Arial" w:hAnsi="Arial"/>
          <w:b/>
          <w:sz w:val="22"/>
        </w:rPr>
        <w:t xml:space="preserve">Lucy  </w:t>
      </w:r>
      <w:r>
        <w:rPr>
          <w:rFonts w:ascii="Arial" w:hAnsi="Arial"/>
          <w:color w:val="5D7284"/>
          <w:sz w:val="22"/>
        </w:rPr>
        <w:t>1:02:44</w:t>
      </w:r>
    </w:p>
    <w:p>
      <w:pPr>
        <w:spacing w:after="0"/>
      </w:pPr>
      <w:r>
        <w:rPr>
          <w:rFonts w:ascii="Arial" w:hAnsi="Arial"/>
          <w:sz w:val="22"/>
        </w:rPr>
        <w:t>there anything else, Alice, before we go?</w:t>
      </w:r>
    </w:p>
    <w:p>
      <w:pPr>
        <w:spacing w:after="0"/>
      </w:pPr>
    </w:p>
    <w:p>
      <w:pPr>
        <w:spacing w:after="0"/>
      </w:pPr>
      <w:r>
        <w:rPr>
          <w:rFonts w:ascii="Arial" w:hAnsi="Arial"/>
          <w:b/>
          <w:sz w:val="22"/>
        </w:rPr>
        <w:t xml:space="preserve">Alice  </w:t>
      </w:r>
      <w:r>
        <w:rPr>
          <w:rFonts w:ascii="Arial" w:hAnsi="Arial"/>
          <w:color w:val="5D7284"/>
          <w:sz w:val="22"/>
        </w:rPr>
        <w:t>1:02:46</w:t>
      </w:r>
    </w:p>
    <w:p>
      <w:pPr>
        <w:spacing w:after="0"/>
      </w:pPr>
      <w:r>
        <w:rPr>
          <w:rFonts w:ascii="Arial" w:hAnsi="Arial"/>
          <w:sz w:val="22"/>
        </w:rPr>
        <w:t>Just a reminder that if you enjoyed this episode, please like and subscribe because that does help us, and share it with your friends, disabled or otherwise, Marvel fans or otherwise, and we will see you next time. Bye bye. Bye bye. Shh! Don't wake Dora. Thanks for listening to the Labell podcast. If you like the show, you can rate, review, and subscribe. And you can follow us on social media at Labeled Pod.</w:t>
      </w:r>
    </w:p>
    <w:p>
      <w:pPr>
        <w:spacing w:after="0"/>
      </w:pPr>
    </w:p>
    <w:p>
      <w:pPr>
        <w:spacing w:after="0"/>
      </w:pPr>
      <w:r>
        <w:rPr>
          <w:rFonts w:ascii="Arial" w:hAnsi="Arial"/>
          <w:b/>
          <w:sz w:val="22"/>
        </w:rPr>
        <w:t xml:space="preserve">Lucy  </w:t>
      </w:r>
      <w:r>
        <w:rPr>
          <w:rFonts w:ascii="Arial" w:hAnsi="Arial"/>
          <w:color w:val="5D7284"/>
          <w:sz w:val="22"/>
        </w:rPr>
        <w:t>1:03:19</w:t>
      </w:r>
    </w:p>
    <w:p>
      <w:pPr>
        <w:spacing w:after="0"/>
      </w:pPr>
      <w:r>
        <w:rPr>
          <w:rFonts w:ascii="Arial" w:hAnsi="Arial"/>
          <w:sz w:val="22"/>
        </w:rPr>
        <w:t>This episode was edited by Adam Hall. Our music was by Maisy Crundon, and we'd like to thank the rest of the team involved.</w:t>
      </w:r>
    </w:p>
    <w:sectPr w:rsidR="00930F33" w:rsidSect="001216B9">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FEF6E" w14:textId="77777777" w:rsidR="00ED3244" w:rsidRDefault="00ED3244">
      <w:pPr>
        <w:spacing w:after="0" w:line="240" w:lineRule="auto"/>
      </w:pPr>
      <w:r>
        <w:separator/>
      </w:r>
    </w:p>
  </w:endnote>
  <w:endnote w:type="continuationSeparator" w:id="0">
    <w:p w14:paraId="32C8662D" w14:textId="77777777" w:rsidR="00ED3244" w:rsidRDefault="00ED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37CC26BC"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009C3AF0">
      <w:rPr>
        <w:rFonts w:ascii="Arial" w:hAnsi="Arial" w:cs="Arial"/>
        <w:color w:val="BFBFBF" w:themeColor="background1" w:themeShade="BF"/>
      </w:rPr>
      <w:t xml:space="preserve">Transcribed by </w:t>
    </w:r>
    <w:hyperlink r:id="rId1" w:history="1">
      <w:r w:rsidRPr="006E2A8C">
        <w:rPr>
          <w:rStyle w:val="Hyperlink"/>
          <w:rFonts w:ascii="Arial" w:hAnsi="Arial" w:cs="Arial"/>
        </w:rPr>
        <w:t>https://otter.ai</w:t>
      </w:r>
    </w:hyperlink>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6D5F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FD58C" w14:textId="77777777" w:rsidR="00ED3244" w:rsidRDefault="00ED3244">
      <w:pPr>
        <w:spacing w:after="0" w:line="240" w:lineRule="auto"/>
      </w:pPr>
      <w:r>
        <w:separator/>
      </w:r>
    </w:p>
  </w:footnote>
  <w:footnote w:type="continuationSeparator" w:id="0">
    <w:p w14:paraId="4B6704BD" w14:textId="77777777" w:rsidR="00ED3244" w:rsidRDefault="00ED3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25ED7"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039F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62272"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9"/>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1216B9"/>
    <w:rsid w:val="0015074B"/>
    <w:rsid w:val="0029639D"/>
    <w:rsid w:val="00326F90"/>
    <w:rsid w:val="004A641F"/>
    <w:rsid w:val="004B593C"/>
    <w:rsid w:val="006E2A8C"/>
    <w:rsid w:val="007749AF"/>
    <w:rsid w:val="00794EBC"/>
    <w:rsid w:val="00930F33"/>
    <w:rsid w:val="009C3AF0"/>
    <w:rsid w:val="00A12EE5"/>
    <w:rsid w:val="00AA1D8D"/>
    <w:rsid w:val="00B47730"/>
    <w:rsid w:val="00BA4C2B"/>
    <w:rsid w:val="00BD0140"/>
    <w:rsid w:val="00C24502"/>
    <w:rsid w:val="00CB0664"/>
    <w:rsid w:val="00D57E81"/>
    <w:rsid w:val="00ED32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Wen Sun</cp:lastModifiedBy>
  <cp:revision>7</cp:revision>
  <dcterms:created xsi:type="dcterms:W3CDTF">2019-09-10T23:59:00Z</dcterms:created>
  <dcterms:modified xsi:type="dcterms:W3CDTF">2019-09-12T19:02:00Z</dcterms:modified>
  <cp:category/>
</cp:coreProperties>
</file>