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6D61C" w14:textId="0719B0C0" w:rsidR="00930F33" w:rsidRDefault="00930F33">
      <w:pPr>
        <w:spacing w:after="0"/>
        <w:rPr>
          <w:lang w:eastAsia="zh-CN"/>
        </w:rPr>
      </w:pPr>
    </w:p>
    <w:p>
      <w:r>
        <w:rPr>
          <w:rFonts w:ascii="Arial" w:hAnsi="Arial"/>
          <w:sz w:val="48"/>
        </w:rPr>
        <w:t>With Lewis Edon</w:t>
      </w:r>
    </w:p>
    <w:p>
      <w:r>
        <w:rPr>
          <w:rFonts w:ascii="Arial" w:hAnsi="Arial"/>
          <w:color w:val="4F6880"/>
          <w:sz w:val="22"/>
        </w:rPr>
        <w:t>Mon, Aug 24, 2026 9:14AM • 1:03:39</w:t>
      </w:r>
    </w:p>
    <w:p>
      <w:pPr>
        <w:spacing w:before="440" w:after="0"/>
      </w:pPr>
      <w:r>
        <w:rPr>
          <w:rFonts w:ascii="Arial" w:hAnsi="Arial"/>
          <w:b/>
          <w:color w:val="4F6880"/>
          <w:sz w:val="22"/>
        </w:rPr>
        <w:t>SUMMARY KEYWORDS</w:t>
      </w:r>
    </w:p>
    <w:p>
      <w:r>
        <w:rPr>
          <w:rFonts w:ascii="Arial" w:hAnsi="Arial"/>
          <w:color w:val="4F6880"/>
          <w:sz w:val="22"/>
        </w:rPr>
        <w:t>Disability, Performance, Acting, Bone cancer, Mental health, Anxiety, Depression, Advocacy, YouTube, Gaming, Self advocacy, Accessibility, Counseling, Suicide, Masculinity</w:t>
      </w:r>
    </w:p>
    <w:p>
      <w:pPr>
        <w:spacing w:before="440" w:after="0"/>
      </w:pPr>
      <w:r>
        <w:rPr>
          <w:rFonts w:ascii="Arial" w:hAnsi="Arial"/>
          <w:b/>
          <w:color w:val="4F6880"/>
          <w:sz w:val="22"/>
        </w:rPr>
        <w:t>SPEAKERS</w:t>
      </w:r>
    </w:p>
    <w:p>
      <w:r>
        <w:rPr>
          <w:rFonts w:ascii="Arial" w:hAnsi="Arial"/>
          <w:color w:val="4F6880"/>
          <w:sz w:val="22"/>
        </w:rPr>
        <w:t>Speaker 2, Theme Tune, Trigger Warning , Alice, Speaker 1, Lewis Edon , Lucy</w:t>
      </w:r>
    </w:p>
    <w:p>
      <w:pPr>
        <w:spacing w:after="0"/>
      </w:pPr>
    </w:p>
    <w:p>
      <w:pPr>
        <w:spacing w:after="0"/>
      </w:pPr>
      <w:r>
        <w:rPr>
          <w:rFonts w:ascii="Arial" w:hAnsi="Arial"/>
          <w:b/>
          <w:sz w:val="22"/>
        </w:rPr>
        <w:t xml:space="preserve">Lucy  </w:t>
      </w:r>
      <w:r>
        <w:rPr>
          <w:rFonts w:ascii="Arial" w:hAnsi="Arial"/>
          <w:color w:val="5D7284"/>
          <w:sz w:val="22"/>
        </w:rPr>
        <w:t>00:01</w:t>
      </w:r>
    </w:p>
    <w:p>
      <w:pPr>
        <w:spacing w:after="0"/>
      </w:pPr>
      <w:r>
        <w:rPr>
          <w:rFonts w:ascii="Arial" w:hAnsi="Arial"/>
          <w:sz w:val="22"/>
        </w:rPr>
        <w:t>Welcome to the lABLEdPodcast, a show about disability, illness, and difference.</w:t>
      </w:r>
    </w:p>
    <w:p>
      <w:pPr>
        <w:spacing w:after="0"/>
      </w:pPr>
    </w:p>
    <w:p>
      <w:pPr>
        <w:spacing w:after="0"/>
      </w:pPr>
      <w:r>
        <w:rPr>
          <w:rFonts w:ascii="Arial" w:hAnsi="Arial"/>
          <w:b/>
          <w:sz w:val="22"/>
        </w:rPr>
        <w:t xml:space="preserve">Lucy  </w:t>
      </w:r>
      <w:r>
        <w:rPr>
          <w:rFonts w:ascii="Arial" w:hAnsi="Arial"/>
          <w:color w:val="5D7284"/>
          <w:sz w:val="22"/>
        </w:rPr>
        <w:t>00:08</w:t>
      </w:r>
    </w:p>
    <w:p>
      <w:pPr>
        <w:spacing w:after="0"/>
      </w:pPr>
      <w:r>
        <w:rPr>
          <w:rFonts w:ascii="Arial" w:hAnsi="Arial"/>
          <w:sz w:val="22"/>
        </w:rPr>
        <w:t xml:space="preserve">I'm Lucy, </w:t>
      </w:r>
    </w:p>
    <w:p>
      <w:pPr>
        <w:spacing w:after="0"/>
      </w:pPr>
    </w:p>
    <w:p>
      <w:pPr>
        <w:spacing w:after="0"/>
      </w:pPr>
      <w:r>
        <w:rPr>
          <w:rFonts w:ascii="Arial" w:hAnsi="Arial"/>
          <w:b/>
          <w:sz w:val="22"/>
        </w:rPr>
        <w:t xml:space="preserve">Alice  </w:t>
      </w:r>
      <w:r>
        <w:rPr>
          <w:rFonts w:ascii="Arial" w:hAnsi="Arial"/>
          <w:color w:val="5D7284"/>
          <w:sz w:val="22"/>
        </w:rPr>
        <w:t>00:09</w:t>
      </w:r>
    </w:p>
    <w:p>
      <w:pPr>
        <w:spacing w:after="0"/>
      </w:pPr>
      <w:r>
        <w:rPr>
          <w:rFonts w:ascii="Arial" w:hAnsi="Arial"/>
          <w:sz w:val="22"/>
        </w:rPr>
        <w:t xml:space="preserve"> and I'm Alice.</w:t>
      </w:r>
    </w:p>
    <w:p>
      <w:pPr>
        <w:spacing w:after="0"/>
      </w:pPr>
    </w:p>
    <w:p>
      <w:pPr>
        <w:spacing w:after="0"/>
      </w:pPr>
      <w:r>
        <w:rPr>
          <w:rFonts w:ascii="Arial" w:hAnsi="Arial"/>
          <w:b/>
          <w:sz w:val="22"/>
        </w:rPr>
        <w:t xml:space="preserve">Theme Tune  </w:t>
      </w:r>
      <w:r>
        <w:rPr>
          <w:rFonts w:ascii="Arial" w:hAnsi="Arial"/>
          <w:color w:val="5D7284"/>
          <w:sz w:val="22"/>
        </w:rPr>
        <w:t>00:29</w:t>
      </w:r>
    </w:p>
    <w:p>
      <w:pPr>
        <w:spacing w:after="0"/>
      </w:pPr>
      <w:r>
        <w:rPr>
          <w:rFonts w:ascii="Arial" w:hAnsi="Arial"/>
          <w:sz w:val="22"/>
        </w:rPr>
        <w:t xml:space="preserve">Though I might not fit in socially, I'm so much more than what you see, we all live our lives differently, kaleidoscope identity, because this is who I'm meant to me I'm just labeled me... </w:t>
      </w:r>
    </w:p>
    <w:p>
      <w:pPr>
        <w:spacing w:after="0"/>
      </w:pPr>
    </w:p>
    <w:p>
      <w:pPr>
        <w:spacing w:after="0"/>
      </w:pPr>
      <w:r>
        <w:rPr>
          <w:rFonts w:ascii="Arial" w:hAnsi="Arial"/>
          <w:b/>
          <w:sz w:val="22"/>
        </w:rPr>
        <w:t xml:space="preserve">Trigger Warning   </w:t>
      </w:r>
      <w:r>
        <w:rPr>
          <w:rFonts w:ascii="Arial" w:hAnsi="Arial"/>
          <w:color w:val="5D7284"/>
          <w:sz w:val="22"/>
        </w:rPr>
        <w:t>00:36</w:t>
      </w:r>
    </w:p>
    <w:p>
      <w:pPr>
        <w:spacing w:after="0"/>
      </w:pPr>
      <w:r>
        <w:rPr>
          <w:rFonts w:ascii="Arial" w:hAnsi="Arial"/>
          <w:sz w:val="22"/>
        </w:rPr>
        <w:t>Don't forget in this episode, I might swear, Lucy might cry, and you can check out details of the trigger warnings on our website.</w:t>
      </w:r>
    </w:p>
    <w:p>
      <w:pPr>
        <w:spacing w:after="0"/>
      </w:pPr>
    </w:p>
    <w:p>
      <w:pPr>
        <w:spacing w:after="0"/>
      </w:pPr>
      <w:r>
        <w:rPr>
          <w:rFonts w:ascii="Arial" w:hAnsi="Arial"/>
          <w:b/>
          <w:sz w:val="22"/>
        </w:rPr>
        <w:t xml:space="preserve">Alice  </w:t>
      </w:r>
      <w:r>
        <w:rPr>
          <w:rFonts w:ascii="Arial" w:hAnsi="Arial"/>
          <w:color w:val="5D7284"/>
          <w:sz w:val="22"/>
        </w:rPr>
        <w:t>00:48</w:t>
      </w:r>
    </w:p>
    <w:p>
      <w:pPr>
        <w:spacing w:after="0"/>
      </w:pPr>
      <w:r>
        <w:rPr>
          <w:rFonts w:ascii="Arial" w:hAnsi="Arial"/>
          <w:sz w:val="22"/>
        </w:rPr>
        <w:t>Hello, and welcome to another episode of the Labeled Podcast. You are joining us as part of our disability and performance spotlight series, and I am here with Lucy.</w:t>
      </w:r>
    </w:p>
    <w:p>
      <w:pPr>
        <w:spacing w:after="0"/>
      </w:pPr>
    </w:p>
    <w:p>
      <w:pPr>
        <w:spacing w:after="0"/>
      </w:pPr>
      <w:r>
        <w:rPr>
          <w:rFonts w:ascii="Arial" w:hAnsi="Arial"/>
          <w:b/>
          <w:sz w:val="22"/>
        </w:rPr>
        <w:t xml:space="preserve">Lucy  </w:t>
      </w:r>
      <w:r>
        <w:rPr>
          <w:rFonts w:ascii="Arial" w:hAnsi="Arial"/>
          <w:color w:val="5D7284"/>
          <w:sz w:val="22"/>
        </w:rPr>
        <w:t>01:01</w:t>
      </w:r>
    </w:p>
    <w:p>
      <w:pPr>
        <w:spacing w:after="0"/>
      </w:pPr>
      <w:r>
        <w:rPr>
          <w:rFonts w:ascii="Arial" w:hAnsi="Arial"/>
          <w:sz w:val="22"/>
        </w:rPr>
        <w:t>Hi,</w:t>
      </w:r>
    </w:p>
    <w:p>
      <w:pPr>
        <w:spacing w:after="0"/>
      </w:pPr>
    </w:p>
    <w:p>
      <w:pPr>
        <w:spacing w:after="0"/>
      </w:pPr>
      <w:r>
        <w:rPr>
          <w:rFonts w:ascii="Arial" w:hAnsi="Arial"/>
          <w:b/>
          <w:sz w:val="22"/>
        </w:rPr>
        <w:t xml:space="preserve">Alice  </w:t>
      </w:r>
      <w:r>
        <w:rPr>
          <w:rFonts w:ascii="Arial" w:hAnsi="Arial"/>
          <w:color w:val="5D7284"/>
          <w:sz w:val="22"/>
        </w:rPr>
        <w:t>01:02</w:t>
      </w:r>
    </w:p>
    <w:p>
      <w:pPr>
        <w:spacing w:after="0"/>
      </w:pPr>
      <w:r>
        <w:rPr>
          <w:rFonts w:ascii="Arial" w:hAnsi="Arial"/>
          <w:sz w:val="22"/>
        </w:rPr>
        <w:t>hello. Hi.</w:t>
      </w:r>
    </w:p>
    <w:p>
      <w:pPr>
        <w:spacing w:after="0"/>
      </w:pPr>
    </w:p>
    <w:p>
      <w:pPr>
        <w:spacing w:after="0"/>
      </w:pPr>
      <w:r>
        <w:rPr>
          <w:rFonts w:ascii="Arial" w:hAnsi="Arial"/>
          <w:b/>
          <w:sz w:val="22"/>
        </w:rPr>
        <w:t xml:space="preserve">Lucy  </w:t>
      </w:r>
      <w:r>
        <w:rPr>
          <w:rFonts w:ascii="Arial" w:hAnsi="Arial"/>
          <w:color w:val="5D7284"/>
          <w:sz w:val="22"/>
        </w:rPr>
        <w:t>01:03</w:t>
      </w:r>
    </w:p>
    <w:p>
      <w:pPr>
        <w:spacing w:after="0"/>
      </w:pPr>
      <w:r>
        <w:rPr>
          <w:rFonts w:ascii="Arial" w:hAnsi="Arial"/>
          <w:sz w:val="22"/>
        </w:rPr>
        <w:t xml:space="preserve">I realize that when I go hi, it's very annoying. It's a horrible noise. It's like a honk. </w:t>
      </w:r>
    </w:p>
    <w:p>
      <w:pPr>
        <w:spacing w:after="0"/>
      </w:pPr>
    </w:p>
    <w:p>
      <w:pPr>
        <w:spacing w:after="0"/>
      </w:pPr>
      <w:r>
        <w:rPr>
          <w:rFonts w:ascii="Arial" w:hAnsi="Arial"/>
          <w:b/>
          <w:sz w:val="22"/>
        </w:rPr>
        <w:t xml:space="preserve">Lewis Edon   </w:t>
      </w:r>
      <w:r>
        <w:rPr>
          <w:rFonts w:ascii="Arial" w:hAnsi="Arial"/>
          <w:color w:val="5D7284"/>
          <w:sz w:val="22"/>
        </w:rPr>
        <w:t>01:05</w:t>
      </w:r>
    </w:p>
    <w:p>
      <w:pPr>
        <w:spacing w:after="0"/>
      </w:pPr>
      <w:r>
        <w:rPr>
          <w:rFonts w:ascii="Arial" w:hAnsi="Arial"/>
          <w:sz w:val="22"/>
        </w:rPr>
        <w:t xml:space="preserve"> It's a signature, though.</w:t>
      </w:r>
    </w:p>
    <w:p>
      <w:pPr>
        <w:spacing w:after="0"/>
      </w:pPr>
    </w:p>
    <w:p>
      <w:pPr>
        <w:spacing w:after="0"/>
      </w:pPr>
      <w:r>
        <w:rPr>
          <w:rFonts w:ascii="Arial" w:hAnsi="Arial"/>
          <w:b/>
          <w:sz w:val="22"/>
        </w:rPr>
        <w:t xml:space="preserve">Alice  </w:t>
      </w:r>
      <w:r>
        <w:rPr>
          <w:rFonts w:ascii="Arial" w:hAnsi="Arial"/>
          <w:color w:val="5D7284"/>
          <w:sz w:val="22"/>
        </w:rPr>
        <w:t>01:14</w:t>
      </w:r>
    </w:p>
    <w:p>
      <w:pPr>
        <w:spacing w:after="0"/>
      </w:pPr>
      <w:r>
        <w:rPr>
          <w:rFonts w:ascii="Arial" w:hAnsi="Arial"/>
          <w:sz w:val="22"/>
        </w:rPr>
        <w:t xml:space="preserve">Yeah, yeah, and that's that's that's what we're all about here is is being highly recognizable. </w:t>
      </w:r>
    </w:p>
    <w:p>
      <w:pPr>
        <w:spacing w:after="0"/>
      </w:pPr>
    </w:p>
    <w:p>
      <w:pPr>
        <w:spacing w:after="0"/>
      </w:pPr>
      <w:r>
        <w:rPr>
          <w:rFonts w:ascii="Arial" w:hAnsi="Arial"/>
          <w:b/>
          <w:sz w:val="22"/>
        </w:rPr>
        <w:t xml:space="preserve">Lucy  </w:t>
      </w:r>
      <w:r>
        <w:rPr>
          <w:rFonts w:ascii="Arial" w:hAnsi="Arial"/>
          <w:color w:val="5D7284"/>
          <w:sz w:val="22"/>
        </w:rPr>
        <w:t>01:21</w:t>
      </w:r>
    </w:p>
    <w:p>
      <w:pPr>
        <w:spacing w:after="0"/>
      </w:pPr>
      <w:r>
        <w:rPr>
          <w:rFonts w:ascii="Arial" w:hAnsi="Arial"/>
          <w:sz w:val="22"/>
        </w:rPr>
        <w:t>by honking.</w:t>
      </w:r>
    </w:p>
    <w:p>
      <w:pPr>
        <w:spacing w:after="0"/>
      </w:pPr>
    </w:p>
    <w:p>
      <w:pPr>
        <w:spacing w:after="0"/>
      </w:pPr>
      <w:r>
        <w:rPr>
          <w:rFonts w:ascii="Arial" w:hAnsi="Arial"/>
          <w:b/>
          <w:sz w:val="22"/>
        </w:rPr>
        <w:t xml:space="preserve">Alice  </w:t>
      </w:r>
      <w:r>
        <w:rPr>
          <w:rFonts w:ascii="Arial" w:hAnsi="Arial"/>
          <w:color w:val="5D7284"/>
          <w:sz w:val="22"/>
        </w:rPr>
        <w:t>01:27</w:t>
      </w:r>
    </w:p>
    <w:p>
      <w:pPr>
        <w:spacing w:after="0"/>
      </w:pPr>
      <w:r>
        <w:rPr>
          <w:rFonts w:ascii="Arial" w:hAnsi="Arial"/>
          <w:sz w:val="22"/>
        </w:rPr>
        <w:t>Your favorite disability podcast with the honking hosts.</w:t>
      </w:r>
    </w:p>
    <w:p>
      <w:pPr>
        <w:spacing w:after="0"/>
      </w:pPr>
    </w:p>
    <w:p>
      <w:pPr>
        <w:spacing w:after="0"/>
      </w:pPr>
      <w:r>
        <w:rPr>
          <w:rFonts w:ascii="Arial" w:hAnsi="Arial"/>
          <w:b/>
          <w:sz w:val="22"/>
        </w:rPr>
        <w:t xml:space="preserve">Lucy  </w:t>
      </w:r>
      <w:r>
        <w:rPr>
          <w:rFonts w:ascii="Arial" w:hAnsi="Arial"/>
          <w:color w:val="5D7284"/>
          <w:sz w:val="22"/>
        </w:rPr>
        <w:t>01:32</w:t>
      </w:r>
    </w:p>
    <w:p>
      <w:pPr>
        <w:spacing w:after="0"/>
      </w:pPr>
      <w:r>
        <w:rPr>
          <w:rFonts w:ascii="Arial" w:hAnsi="Arial"/>
          <w:sz w:val="22"/>
        </w:rPr>
        <w:t>I'm glad you said hosts, not host, plural. Anyway.</w:t>
      </w:r>
    </w:p>
    <w:p>
      <w:pPr>
        <w:spacing w:after="0"/>
      </w:pPr>
    </w:p>
    <w:p>
      <w:pPr>
        <w:spacing w:after="0"/>
      </w:pPr>
      <w:r>
        <w:rPr>
          <w:rFonts w:ascii="Arial" w:hAnsi="Arial"/>
          <w:b/>
          <w:sz w:val="22"/>
        </w:rPr>
        <w:t xml:space="preserve">Alice  </w:t>
      </w:r>
      <w:r>
        <w:rPr>
          <w:rFonts w:ascii="Arial" w:hAnsi="Arial"/>
          <w:color w:val="5D7284"/>
          <w:sz w:val="22"/>
        </w:rPr>
        <w:t>01:40</w:t>
      </w:r>
    </w:p>
    <w:p>
      <w:pPr>
        <w:spacing w:after="0"/>
      </w:pPr>
      <w:r>
        <w:rPr>
          <w:rFonts w:ascii="Arial" w:hAnsi="Arial"/>
          <w:sz w:val="22"/>
        </w:rPr>
        <w:t>we are joined today by Lewis Eden. Lewis, thank you very much for joining us.</w:t>
      </w:r>
    </w:p>
    <w:p>
      <w:pPr>
        <w:spacing w:after="0"/>
      </w:pPr>
    </w:p>
    <w:p>
      <w:pPr>
        <w:spacing w:after="0"/>
      </w:pPr>
      <w:r>
        <w:rPr>
          <w:rFonts w:ascii="Arial" w:hAnsi="Arial"/>
          <w:b/>
          <w:sz w:val="22"/>
        </w:rPr>
        <w:t xml:space="preserve">Alice  </w:t>
      </w:r>
      <w:r>
        <w:rPr>
          <w:rFonts w:ascii="Arial" w:hAnsi="Arial"/>
          <w:color w:val="5D7284"/>
          <w:sz w:val="22"/>
        </w:rPr>
        <w:t>01:47</w:t>
      </w:r>
    </w:p>
    <w:p>
      <w:pPr>
        <w:spacing w:after="0"/>
      </w:pPr>
      <w:r>
        <w:rPr>
          <w:rFonts w:ascii="Arial" w:hAnsi="Arial"/>
          <w:sz w:val="22"/>
        </w:rPr>
        <w:t>Oh, that's very kind of you to say. For those of you who are familiar, we every year do a spotlight series where we talk about the way one aspect of disability intersects with the rest of the world. This year we are talking about disability and performance, and let's get things. Let's kick straight off. Lewis, do you want to tell us a little bit about yourself?</w:t>
      </w:r>
    </w:p>
    <w:p>
      <w:pPr>
        <w:spacing w:after="0"/>
      </w:pPr>
    </w:p>
    <w:p>
      <w:pPr>
        <w:spacing w:after="0"/>
      </w:pPr>
      <w:r>
        <w:rPr>
          <w:rFonts w:ascii="Arial" w:hAnsi="Arial"/>
          <w:b/>
          <w:sz w:val="22"/>
        </w:rPr>
        <w:t xml:space="preserve">Lewis Edon   </w:t>
      </w:r>
      <w:r>
        <w:rPr>
          <w:rFonts w:ascii="Arial" w:hAnsi="Arial"/>
          <w:color w:val="5D7284"/>
          <w:sz w:val="22"/>
        </w:rPr>
        <w:t>02:31</w:t>
      </w:r>
    </w:p>
    <w:p>
      <w:pPr>
        <w:spacing w:after="0"/>
      </w:pPr>
      <w:r>
        <w:rPr>
          <w:rFonts w:ascii="Arial" w:hAnsi="Arial"/>
          <w:sz w:val="22"/>
        </w:rPr>
        <w:t>Yeah, sure. So yeah, I'm Lewis. I am 24 years old. I was originally born up in Lancashire. Moved to Somerset when I was seven years old, and a year after I was diagnosed with bone cancer by kind of accident, I was playing in the garden with my dad playing basketball. His flip flop came off, grazed me in the shin, and then I was in absolute agony. Had to go to A and E, and they just found it on an X ray, just you know, doing a routine X-ray. So, yeah, life turned upside down. Fast forward to being 14 years old, I broke my bad leg, had to leave school abruptly, and life restarted again for me. But it was sort of this turning point at 14 where I kind of found my feet metaphorically, and I sort of found where I wanted to be. I started making YouTube videos from a hospital bed in my living room. Then I started to find my confidence, got into extra work, you know, with acting agencies and things, and then eventually started an advocacy platform called Let's Be Wheel, where I talk about my experiences with bone cancer.</w:t>
      </w:r>
    </w:p>
    <w:p>
      <w:pPr>
        <w:spacing w:after="0"/>
      </w:pPr>
    </w:p>
    <w:p>
      <w:pPr>
        <w:spacing w:after="0"/>
      </w:pPr>
      <w:r>
        <w:rPr>
          <w:rFonts w:ascii="Arial" w:hAnsi="Arial"/>
          <w:b/>
          <w:sz w:val="22"/>
        </w:rPr>
        <w:t xml:space="preserve">Alice  </w:t>
      </w:r>
      <w:r>
        <w:rPr>
          <w:rFonts w:ascii="Arial" w:hAnsi="Arial"/>
          <w:color w:val="5D7284"/>
          <w:sz w:val="22"/>
        </w:rPr>
        <w:t>03:49</w:t>
      </w:r>
    </w:p>
    <w:p>
      <w:pPr>
        <w:spacing w:after="0"/>
      </w:pPr>
      <w:r>
        <w:rPr>
          <w:rFonts w:ascii="Arial" w:hAnsi="Arial"/>
          <w:sz w:val="22"/>
        </w:rPr>
        <w:t>That's that's brilliant, Louis. Thank you so much for sharing. I mean, it sounds like you know some, as you say, quite sort of life changing experiences early on that have but you know you've now you've now found yourself in a position where you're building something for yourself, which sounds really exciting. Can you tell us what you know? You said you found your feet. What was it about kind of you know being in front of the camera, telling your story, and getting into acting, what was it that drew you to that?</w:t>
      </w:r>
    </w:p>
    <w:p>
      <w:pPr>
        <w:spacing w:after="0"/>
      </w:pPr>
    </w:p>
    <w:p>
      <w:pPr>
        <w:spacing w:after="0"/>
      </w:pPr>
      <w:r>
        <w:rPr>
          <w:rFonts w:ascii="Arial" w:hAnsi="Arial"/>
          <w:b/>
          <w:sz w:val="22"/>
        </w:rPr>
        <w:t xml:space="preserve">Lewis Edon   </w:t>
      </w:r>
      <w:r>
        <w:rPr>
          <w:rFonts w:ascii="Arial" w:hAnsi="Arial"/>
          <w:color w:val="5D7284"/>
          <w:sz w:val="22"/>
        </w:rPr>
        <w:t>04:23</w:t>
      </w:r>
    </w:p>
    <w:p>
      <w:pPr>
        <w:spacing w:after="0"/>
      </w:pPr>
      <w:r>
        <w:rPr>
          <w:rFonts w:ascii="Arial" w:hAnsi="Arial"/>
          <w:sz w:val="22"/>
        </w:rPr>
        <w:t>And the more those got picked up, the more I started to believe in myself and and feel confident enough to be able to start speaking about personal things and about my my health. And then when I started to get into the the extra work, I'd already had a bit of a bit of a passion for for acting. I started very very young when I was like two, doing a cereal commercial in Manchester, which was fun. Yeah, I'm pretty sure the serial was gross, and I spat it out and I got fired. But you know, it was still experience. But yeah, I I think refinding my confidence through YouTube helps me to to build back up to be able to talk about things you know with my face. I got to be honest, I just winged it. I just turned up to the job. I was a prisoner as my first ever acting job.</w:t>
      </w:r>
    </w:p>
    <w:p>
      <w:pPr>
        <w:spacing w:after="0"/>
      </w:pPr>
    </w:p>
    <w:p>
      <w:pPr>
        <w:spacing w:after="0"/>
      </w:pPr>
      <w:r>
        <w:rPr>
          <w:rFonts w:ascii="Arial" w:hAnsi="Arial"/>
          <w:b/>
          <w:sz w:val="22"/>
        </w:rPr>
        <w:t xml:space="preserve">Lucy  </w:t>
      </w:r>
      <w:r>
        <w:rPr>
          <w:rFonts w:ascii="Arial" w:hAnsi="Arial"/>
          <w:color w:val="5D7284"/>
          <w:sz w:val="22"/>
        </w:rPr>
        <w:t>06:07</w:t>
      </w:r>
    </w:p>
    <w:p>
      <w:pPr>
        <w:spacing w:after="0"/>
      </w:pPr>
      <w:r>
        <w:rPr>
          <w:rFonts w:ascii="Arial" w:hAnsi="Arial"/>
          <w:sz w:val="22"/>
        </w:rPr>
        <w:t>Oh really? Wow.</w:t>
      </w:r>
    </w:p>
    <w:p>
      <w:pPr>
        <w:spacing w:after="0"/>
      </w:pPr>
    </w:p>
    <w:p>
      <w:pPr>
        <w:spacing w:after="0"/>
      </w:pPr>
      <w:r>
        <w:rPr>
          <w:rFonts w:ascii="Arial" w:hAnsi="Arial"/>
          <w:b/>
          <w:sz w:val="22"/>
        </w:rPr>
        <w:t xml:space="preserve">Alice  </w:t>
      </w:r>
      <w:r>
        <w:rPr>
          <w:rFonts w:ascii="Arial" w:hAnsi="Arial"/>
          <w:color w:val="5D7284"/>
          <w:sz w:val="22"/>
        </w:rPr>
        <w:t>06:11</w:t>
      </w:r>
    </w:p>
    <w:p>
      <w:pPr>
        <w:spacing w:after="0"/>
      </w:pPr>
      <w:r>
        <w:rPr>
          <w:rFonts w:ascii="Arial" w:hAnsi="Arial"/>
          <w:sz w:val="22"/>
        </w:rPr>
        <w:t>I'm I'm hearing a lot of sort of feeling, perhaps feeling kind of more accepted in in that sort of you know as you moved into acting, and you moved. You grew that kind of confidence for yourself was just people. I think you know accepting you and being interested and valuing that. You know what you had to say just on on your commentary on gaming stuff. I can see how that could build into feeling more confident than to sort of put put a slightly more vulnerable side of yourself forward.</w:t>
      </w:r>
    </w:p>
    <w:p>
      <w:pPr>
        <w:spacing w:after="0"/>
      </w:pPr>
    </w:p>
    <w:p>
      <w:pPr>
        <w:spacing w:after="0"/>
      </w:pPr>
      <w:r>
        <w:rPr>
          <w:rFonts w:ascii="Arial" w:hAnsi="Arial"/>
          <w:b/>
          <w:sz w:val="22"/>
        </w:rPr>
        <w:t xml:space="preserve">Lewis Edon   </w:t>
      </w:r>
      <w:r>
        <w:rPr>
          <w:rFonts w:ascii="Arial" w:hAnsi="Arial"/>
          <w:color w:val="5D7284"/>
          <w:sz w:val="22"/>
        </w:rPr>
        <w:t>06:41</w:t>
      </w:r>
    </w:p>
    <w:p>
      <w:pPr>
        <w:spacing w:after="0"/>
      </w:pPr>
      <w:r>
        <w:rPr>
          <w:rFonts w:ascii="Arial" w:hAnsi="Arial"/>
          <w:sz w:val="22"/>
        </w:rPr>
        <w:t>Yeah, I think I actually think it helped to kind of entwine it with my personality and my interests. You know, like obviously gaming is a big passion for me. So when I started to build up a community around gaming, which was my out outlet for my mental health and things, and my my physical health, and I started to build up that community of pretty much friends who also enjoyed the same things. It didn't feel so scary talking about my my health because everyone was already friendly with me because of these other interests. And it was the same with acting. You know, we were all there for the same reason. And so when I built up that rapport with people, I could sort of be myself more. I still have days where I want to keep it to myself, but you know, I think we all do. But no, it does help.</w:t>
      </w:r>
    </w:p>
    <w:p>
      <w:pPr>
        <w:spacing w:after="0"/>
      </w:pPr>
    </w:p>
    <w:p>
      <w:pPr>
        <w:spacing w:after="0"/>
      </w:pPr>
      <w:r>
        <w:rPr>
          <w:rFonts w:ascii="Arial" w:hAnsi="Arial"/>
          <w:b/>
          <w:sz w:val="22"/>
        </w:rPr>
        <w:t xml:space="preserve">Lucy  </w:t>
      </w:r>
      <w:r>
        <w:rPr>
          <w:rFonts w:ascii="Arial" w:hAnsi="Arial"/>
          <w:color w:val="5D7284"/>
          <w:sz w:val="22"/>
        </w:rPr>
        <w:t>07:30</w:t>
      </w:r>
    </w:p>
    <w:p>
      <w:pPr>
        <w:spacing w:after="0"/>
      </w:pPr>
      <w:r>
        <w:rPr>
          <w:rFonts w:ascii="Arial" w:hAnsi="Arial"/>
          <w:sz w:val="22"/>
        </w:rPr>
        <w:t>That resonates so much with me, Lewis The fact that you know, if you can intertwine your passions, so that you're not just opening with the line, "Hi, my name's Lucy, and I'm disabled as your opener. You have to kind of warm them up a little bit, don't you? Go, oh, you know, do do you like movies, or you know, yeah, definitely kind of intertwine. Like I, I have found since starting this podcast, my opening line is, "Do you like podcasts? Yes. Have you listened to Marty? And if you haven't, try it. Also, can you give me some recommendations, please? Kind of warming them up a bit and going. This isn't a big thing to worry about. Don't be so frightened of it. I think I've spent a lot of my time doing that. You know, so it does resonate with me quite a lot.</w:t>
      </w:r>
    </w:p>
    <w:p>
      <w:pPr>
        <w:spacing w:after="0"/>
      </w:pPr>
    </w:p>
    <w:p>
      <w:pPr>
        <w:spacing w:after="0"/>
      </w:pPr>
      <w:r>
        <w:rPr>
          <w:rFonts w:ascii="Arial" w:hAnsi="Arial"/>
          <w:b/>
          <w:sz w:val="22"/>
        </w:rPr>
        <w:t xml:space="preserve">Lewis Edon   </w:t>
      </w:r>
      <w:r>
        <w:rPr>
          <w:rFonts w:ascii="Arial" w:hAnsi="Arial"/>
          <w:color w:val="5D7284"/>
          <w:sz w:val="22"/>
        </w:rPr>
        <w:t>08:21</w:t>
      </w:r>
    </w:p>
    <w:p>
      <w:pPr>
        <w:spacing w:after="0"/>
      </w:pPr>
      <w:r>
        <w:rPr>
          <w:rFonts w:ascii="Arial" w:hAnsi="Arial"/>
          <w:sz w:val="22"/>
        </w:rPr>
        <w:t>It's so easy to overthink talking about disability, but actually, it's just a part of us. It's the same way, you know, a passion for podcasts are, or passion for gaming is. You know, it just if you entwine it with your interests, it doesn't seem so scary to talk about. I think,</w:t>
      </w:r>
    </w:p>
    <w:p>
      <w:pPr>
        <w:spacing w:after="0"/>
      </w:pPr>
    </w:p>
    <w:p>
      <w:pPr>
        <w:spacing w:after="0"/>
      </w:pPr>
      <w:r>
        <w:rPr>
          <w:rFonts w:ascii="Arial" w:hAnsi="Arial"/>
          <w:b/>
          <w:sz w:val="22"/>
        </w:rPr>
        <w:t xml:space="preserve">Alice  </w:t>
      </w:r>
      <w:r>
        <w:rPr>
          <w:rFonts w:ascii="Arial" w:hAnsi="Arial"/>
          <w:color w:val="5D7284"/>
          <w:sz w:val="22"/>
        </w:rPr>
        <w:t>08:36</w:t>
      </w:r>
    </w:p>
    <w:p>
      <w:pPr>
        <w:spacing w:after="0"/>
      </w:pPr>
      <w:r>
        <w:rPr>
          <w:rFonts w:ascii="Arial" w:hAnsi="Arial"/>
          <w:sz w:val="22"/>
        </w:rPr>
        <w:t>and and I think for I think the same goes on kind of the other side of the coin for the non-disabled community, I think there's a lot of people who really overthink how to talk to disabled. It it reminds me of an interaction I had with somebody I was working with. I was supporting this mum whose partner had passed away, and she was talking about what she wanted to do to support her teenage son to still feel like he had a connection to his dad. And she was talking about these things that you can get on Etsy that are like dog tag, but like memory related dog tags or something. And she went, "Oh, I don't know if you've seen them, and then she went. Oh my God, I'm so sorry, and I was like, just because I can't see doesn't mean you can't use the phrase.</w:t>
      </w:r>
    </w:p>
    <w:p>
      <w:pPr>
        <w:spacing w:after="0"/>
      </w:pPr>
    </w:p>
    <w:p>
      <w:pPr>
        <w:spacing w:after="0"/>
      </w:pPr>
      <w:r>
        <w:rPr>
          <w:rFonts w:ascii="Arial" w:hAnsi="Arial"/>
          <w:b/>
          <w:sz w:val="22"/>
        </w:rPr>
        <w:t xml:space="preserve">Lucy  </w:t>
      </w:r>
      <w:r>
        <w:rPr>
          <w:rFonts w:ascii="Arial" w:hAnsi="Arial"/>
          <w:color w:val="5D7284"/>
          <w:sz w:val="22"/>
        </w:rPr>
        <w:t>09:30</w:t>
      </w:r>
    </w:p>
    <w:p>
      <w:pPr>
        <w:spacing w:after="0"/>
      </w:pPr>
      <w:r>
        <w:rPr>
          <w:rFonts w:ascii="Arial" w:hAnsi="Arial"/>
          <w:sz w:val="22"/>
        </w:rPr>
        <w:t>People say it to me all the time. They're like, do you want? Do you just want to go for a walk, Clear? You head a bit, and they're like, Oh my God, I'm terribly sorry.</w:t>
      </w:r>
    </w:p>
    <w:p>
      <w:pPr>
        <w:spacing w:after="0"/>
      </w:pPr>
    </w:p>
    <w:p>
      <w:pPr>
        <w:spacing w:after="0"/>
      </w:pPr>
      <w:r>
        <w:rPr>
          <w:rFonts w:ascii="Arial" w:hAnsi="Arial"/>
          <w:b/>
          <w:sz w:val="22"/>
        </w:rPr>
        <w:t xml:space="preserve">Alice  </w:t>
      </w:r>
      <w:r>
        <w:rPr>
          <w:rFonts w:ascii="Arial" w:hAnsi="Arial"/>
          <w:color w:val="5D7284"/>
          <w:sz w:val="22"/>
        </w:rPr>
        <w:t>09:39</w:t>
      </w:r>
    </w:p>
    <w:p>
      <w:pPr>
        <w:spacing w:after="0"/>
      </w:pPr>
      <w:r>
        <w:rPr>
          <w:rFonts w:ascii="Arial" w:hAnsi="Arial"/>
          <w:sz w:val="22"/>
        </w:rPr>
        <w:t>Yeah, so I'm I'm not going to be upset because you've reminded me that I can't see. Like I don't need I don't need you to point it out. I'm very well aware. Let's carry on with our conversation. This isn't news to me.</w:t>
      </w:r>
    </w:p>
    <w:p>
      <w:pPr>
        <w:spacing w:after="0"/>
      </w:pPr>
    </w:p>
    <w:p>
      <w:pPr>
        <w:spacing w:after="0"/>
      </w:pPr>
      <w:r>
        <w:rPr>
          <w:rFonts w:ascii="Arial" w:hAnsi="Arial"/>
          <w:b/>
          <w:sz w:val="22"/>
        </w:rPr>
        <w:t xml:space="preserve">Lucy  </w:t>
      </w:r>
      <w:r>
        <w:rPr>
          <w:rFonts w:ascii="Arial" w:hAnsi="Arial"/>
          <w:color w:val="5D7284"/>
          <w:sz w:val="22"/>
        </w:rPr>
        <w:t>09:52</w:t>
      </w:r>
    </w:p>
    <w:p>
      <w:pPr>
        <w:spacing w:after="0"/>
      </w:pPr>
      <w:r>
        <w:rPr>
          <w:rFonts w:ascii="Arial" w:hAnsi="Arial"/>
          <w:sz w:val="22"/>
        </w:rPr>
        <w:t>I do think I do think non disabled people do think we're like little precious little things that if if we if they say anything. Just gonna cry. Yeah. Well, actually, the opposite is true. I think we're very disabled people. I mean, I am generalizing, but I think a lot of disabled people have have developed a very thick skin over the years, and it's like water off a duck's back a lot of the time. Yeah, a lot of the time. Yeah, I mean, it's a bad day, but</w:t>
      </w:r>
    </w:p>
    <w:p>
      <w:pPr>
        <w:spacing w:after="0"/>
      </w:pPr>
    </w:p>
    <w:p>
      <w:pPr>
        <w:spacing w:after="0"/>
      </w:pPr>
      <w:r>
        <w:rPr>
          <w:rFonts w:ascii="Arial" w:hAnsi="Arial"/>
          <w:b/>
          <w:sz w:val="22"/>
        </w:rPr>
        <w:t xml:space="preserve">Lewis Edon   </w:t>
      </w:r>
      <w:r>
        <w:rPr>
          <w:rFonts w:ascii="Arial" w:hAnsi="Arial"/>
          <w:color w:val="5D7284"/>
          <w:sz w:val="22"/>
        </w:rPr>
        <w:t>10:19</w:t>
      </w:r>
    </w:p>
    <w:p>
      <w:pPr>
        <w:spacing w:after="0"/>
      </w:pPr>
      <w:r>
        <w:rPr>
          <w:rFonts w:ascii="Arial" w:hAnsi="Arial"/>
          <w:sz w:val="22"/>
        </w:rPr>
        <w:t>yeah, I mean, on film sets for me, like I'm always asked, "Are my crotch as a prop? Always.</w:t>
      </w:r>
    </w:p>
    <w:p>
      <w:pPr>
        <w:spacing w:after="0"/>
      </w:pPr>
    </w:p>
    <w:p>
      <w:pPr>
        <w:spacing w:after="0"/>
      </w:pPr>
      <w:r>
        <w:rPr>
          <w:rFonts w:ascii="Arial" w:hAnsi="Arial"/>
          <w:b/>
          <w:sz w:val="22"/>
        </w:rPr>
        <w:t xml:space="preserve">Lucy  </w:t>
      </w:r>
      <w:r>
        <w:rPr>
          <w:rFonts w:ascii="Arial" w:hAnsi="Arial"/>
          <w:color w:val="5D7284"/>
          <w:sz w:val="22"/>
        </w:rPr>
        <w:t>10:24</w:t>
      </w:r>
    </w:p>
    <w:p>
      <w:pPr>
        <w:spacing w:after="0"/>
      </w:pPr>
      <w:r>
        <w:rPr>
          <w:rFonts w:ascii="Arial" w:hAnsi="Arial"/>
          <w:sz w:val="22"/>
        </w:rPr>
        <w:t>Oh really? Yeah. Is that part of your costume?</w:t>
      </w:r>
    </w:p>
    <w:p>
      <w:pPr>
        <w:spacing w:after="0"/>
      </w:pPr>
    </w:p>
    <w:p>
      <w:pPr>
        <w:spacing w:after="0"/>
      </w:pPr>
      <w:r>
        <w:rPr>
          <w:rFonts w:ascii="Arial" w:hAnsi="Arial"/>
          <w:b/>
          <w:sz w:val="22"/>
        </w:rPr>
        <w:t xml:space="preserve">Lewis Edon   </w:t>
      </w:r>
      <w:r>
        <w:rPr>
          <w:rFonts w:ascii="Arial" w:hAnsi="Arial"/>
          <w:color w:val="5D7284"/>
          <w:sz w:val="22"/>
        </w:rPr>
        <w:t>10:28</w:t>
      </w:r>
    </w:p>
    <w:p>
      <w:pPr>
        <w:spacing w:after="0"/>
      </w:pPr>
      <w:r>
        <w:rPr>
          <w:rFonts w:ascii="Arial" w:hAnsi="Arial"/>
          <w:sz w:val="22"/>
        </w:rPr>
        <w:t>Literally, yeah. Like 50 times a day, honestly. Really. And I just start making it a joke. I'm like, yeah, I'm the you know, I'm the disabled runner or something. You know, I would. We're doing the scene where we were, I mean, we were in the prison, for example, and they gave me these crutches, but they were too modern for the scene, so they had to like put me like lean against the door, and then I grab the crutche and then walk off, and it just looked ridiculous, like as part of the set. And people were like, "Oh, those props, and I was like, yeah, mate, because these modern crutches would be in the 80s. NHS regulation, like. But it's good fun. You got to have a laugh with it because, yeah, I think people do do see us as sensitive, and we're not really, not not most of us. So</w:t>
      </w:r>
    </w:p>
    <w:p>
      <w:pPr>
        <w:spacing w:after="0"/>
      </w:pPr>
    </w:p>
    <w:p>
      <w:pPr>
        <w:spacing w:after="0"/>
      </w:pPr>
      <w:r>
        <w:rPr>
          <w:rFonts w:ascii="Arial" w:hAnsi="Arial"/>
          <w:b/>
          <w:sz w:val="22"/>
        </w:rPr>
        <w:t xml:space="preserve">Lewis Edon   </w:t>
      </w:r>
      <w:r>
        <w:rPr>
          <w:rFonts w:ascii="Arial" w:hAnsi="Arial"/>
          <w:color w:val="5D7284"/>
          <w:sz w:val="22"/>
        </w:rPr>
        <w:t>10:57</w:t>
      </w:r>
    </w:p>
    <w:p>
      <w:pPr>
        <w:spacing w:after="0"/>
      </w:pPr>
      <w:r>
        <w:rPr>
          <w:rFonts w:ascii="Arial" w:hAnsi="Arial"/>
          <w:sz w:val="22"/>
        </w:rPr>
        <w:t>NHS regulation, like. But it's good fun. You got to have a laugh with it because, yeah, I think people do do see us as sensitive, and we're not really, not not most of us. So</w:t>
      </w:r>
    </w:p>
    <w:p>
      <w:pPr>
        <w:spacing w:after="0"/>
      </w:pPr>
    </w:p>
    <w:p>
      <w:pPr>
        <w:spacing w:after="0"/>
      </w:pPr>
      <w:r>
        <w:rPr>
          <w:rFonts w:ascii="Arial" w:hAnsi="Arial"/>
          <w:b/>
          <w:sz w:val="22"/>
        </w:rPr>
        <w:t xml:space="preserve">Lewis Edon   </w:t>
      </w:r>
      <w:r>
        <w:rPr>
          <w:rFonts w:ascii="Arial" w:hAnsi="Arial"/>
          <w:color w:val="5D7284"/>
          <w:sz w:val="22"/>
        </w:rPr>
        <w:t>11:05</w:t>
      </w:r>
    </w:p>
    <w:p>
      <w:pPr>
        <w:spacing w:after="0"/>
      </w:pPr>
      <w:r>
        <w:rPr>
          <w:rFonts w:ascii="Arial" w:hAnsi="Arial"/>
          <w:sz w:val="22"/>
        </w:rPr>
        <w:t>But it's good fun. You got to have a laugh with it because, yeah, I think people do do see us as sensitive, and we're not really, not not most of us. So</w:t>
      </w:r>
    </w:p>
    <w:p>
      <w:pPr>
        <w:spacing w:after="0"/>
      </w:pPr>
    </w:p>
    <w:p>
      <w:pPr>
        <w:spacing w:after="0"/>
      </w:pPr>
      <w:r>
        <w:rPr>
          <w:rFonts w:ascii="Arial" w:hAnsi="Arial"/>
          <w:b/>
          <w:sz w:val="22"/>
        </w:rPr>
        <w:t xml:space="preserve">Alice  </w:t>
      </w:r>
      <w:r>
        <w:rPr>
          <w:rFonts w:ascii="Arial" w:hAnsi="Arial"/>
          <w:color w:val="5D7284"/>
          <w:sz w:val="22"/>
        </w:rPr>
        <w:t>11:14</w:t>
      </w:r>
    </w:p>
    <w:p>
      <w:pPr>
        <w:spacing w:after="0"/>
      </w:pPr>
      <w:r>
        <w:rPr>
          <w:rFonts w:ascii="Arial" w:hAnsi="Arial"/>
          <w:sz w:val="22"/>
        </w:rPr>
        <w:t>yeah, yeah, yeah. No, and I think it's um it it's it's funny because I think that kind of that that curiosity, I guess it is, and that that fear of kind of saying the wrong thing, you know, seeing it like obviously Lewis and I were both talking about like professional experiences when you're in a space as a professional when you've got to kind of work with somebody to to sort of get past that awkward conversation to be like, like I I know this is perhaps a sensitive conversation, but actually I'm I'm here doing a job. Like let's let's move past this. It's it's it it takes an additional element of kind of an additional talent, I think to be able to do that, to to be able to then move past and carry on having those professional relationships and and putting the work in.</w:t>
      </w:r>
    </w:p>
    <w:p>
      <w:pPr>
        <w:spacing w:after="0"/>
      </w:pPr>
    </w:p>
    <w:p>
      <w:pPr>
        <w:spacing w:after="0"/>
      </w:pPr>
      <w:r>
        <w:rPr>
          <w:rFonts w:ascii="Arial" w:hAnsi="Arial"/>
          <w:b/>
          <w:sz w:val="22"/>
        </w:rPr>
        <w:t xml:space="preserve">Lewis Edon   </w:t>
      </w:r>
      <w:r>
        <w:rPr>
          <w:rFonts w:ascii="Arial" w:hAnsi="Arial"/>
          <w:color w:val="5D7284"/>
          <w:sz w:val="22"/>
        </w:rPr>
        <w:t>12:08</w:t>
      </w:r>
    </w:p>
    <w:p>
      <w:pPr>
        <w:spacing w:after="0"/>
      </w:pPr>
      <w:r>
        <w:rPr>
          <w:rFonts w:ascii="Arial" w:hAnsi="Arial"/>
          <w:sz w:val="22"/>
        </w:rPr>
        <w:t>Yeah, yeah, absolutely.</w:t>
      </w:r>
    </w:p>
    <w:p>
      <w:pPr>
        <w:spacing w:after="0"/>
      </w:pPr>
    </w:p>
    <w:p>
      <w:pPr>
        <w:spacing w:after="0"/>
      </w:pPr>
      <w:r>
        <w:rPr>
          <w:rFonts w:ascii="Arial" w:hAnsi="Arial"/>
          <w:b/>
          <w:sz w:val="22"/>
        </w:rPr>
        <w:t xml:space="preserve">Alice  </w:t>
      </w:r>
      <w:r>
        <w:rPr>
          <w:rFonts w:ascii="Arial" w:hAnsi="Arial"/>
          <w:color w:val="5D7284"/>
          <w:sz w:val="22"/>
        </w:rPr>
        <w:t>12:11</w:t>
      </w:r>
    </w:p>
    <w:p>
      <w:pPr>
        <w:spacing w:after="0"/>
      </w:pPr>
      <w:r>
        <w:rPr>
          <w:rFonts w:ascii="Arial" w:hAnsi="Arial"/>
          <w:sz w:val="22"/>
        </w:rPr>
        <w:t>Have you found Louis in in your acting? Have you found that there have been kind of situations where actually you felt that you know you're, because I guess the point I was sort of making is that I think that one of the things that disabled people are is really resourceful and quite really creative when it comes to having to kind of have a lot of you know spin a lot of plates at once. Have you have you found that there has been anything in terms of your kind of acting career and your your performance that has, where you've really felt that actually you know what I I can do this in part because I've got this kind of I guess it's a little secret superpower that we have.</w:t>
      </w:r>
    </w:p>
    <w:p>
      <w:pPr>
        <w:spacing w:after="0"/>
      </w:pPr>
    </w:p>
    <w:p>
      <w:pPr>
        <w:spacing w:after="0"/>
      </w:pPr>
      <w:r>
        <w:rPr>
          <w:rFonts w:ascii="Arial" w:hAnsi="Arial"/>
          <w:b/>
          <w:sz w:val="22"/>
        </w:rPr>
        <w:t xml:space="preserve">Lewis Edon   </w:t>
      </w:r>
      <w:r>
        <w:rPr>
          <w:rFonts w:ascii="Arial" w:hAnsi="Arial"/>
          <w:color w:val="5D7284"/>
          <w:sz w:val="22"/>
        </w:rPr>
        <w:t>12:53</w:t>
      </w:r>
    </w:p>
    <w:p>
      <w:pPr>
        <w:spacing w:after="0"/>
      </w:pPr>
      <w:r>
        <w:rPr>
          <w:rFonts w:ascii="Arial" w:hAnsi="Arial"/>
          <w:sz w:val="22"/>
        </w:rPr>
        <w:t>Yeah, it's strange, but there was a there was actually a scene I was doing in a TV show called Borders, which is for the BBC, and it was a it was a comedy, so it was a lot more light hearted, and it wasn't so strict on set, which is helpful. And there was a scene where one of the main characters she gets injured playing hockey, and she has to use crutches, and I sort of I could see that she was using them, and obviously they make her like act up and use them really slowly, and like you know, it's the worst day of her life. And obviously, that's part of the show. And I, but I went over to like in the breaks, and I was saying, if you want to make it more comfortable for yourself, you know, walk like this, or you know, if you want to borrow my crutches and I'll switch with you for now, that's fine. So I do think there's some insights where, you know, it is helpful to to bring my disability experience to a job, but</w:t>
      </w:r>
    </w:p>
    <w:p>
      <w:pPr>
        <w:spacing w:after="0"/>
      </w:pPr>
    </w:p>
    <w:p>
      <w:pPr>
        <w:spacing w:after="0"/>
      </w:pPr>
      <w:r>
        <w:rPr>
          <w:rFonts w:ascii="Arial" w:hAnsi="Arial"/>
          <w:b/>
          <w:sz w:val="22"/>
        </w:rPr>
        <w:t xml:space="preserve">Alice  </w:t>
      </w:r>
      <w:r>
        <w:rPr>
          <w:rFonts w:ascii="Arial" w:hAnsi="Arial"/>
          <w:color w:val="5D7284"/>
          <w:sz w:val="22"/>
        </w:rPr>
        <w:t>13:46</w:t>
      </w:r>
    </w:p>
    <w:p>
      <w:pPr>
        <w:spacing w:after="0"/>
      </w:pPr>
      <w:r>
        <w:rPr>
          <w:rFonts w:ascii="Arial" w:hAnsi="Arial"/>
          <w:sz w:val="22"/>
        </w:rPr>
        <w:t>yeah,</w:t>
      </w:r>
    </w:p>
    <w:p>
      <w:pPr>
        <w:spacing w:after="0"/>
      </w:pPr>
    </w:p>
    <w:p>
      <w:pPr>
        <w:spacing w:after="0"/>
      </w:pPr>
      <w:r>
        <w:rPr>
          <w:rFonts w:ascii="Arial" w:hAnsi="Arial"/>
          <w:b/>
          <w:sz w:val="22"/>
        </w:rPr>
        <w:t xml:space="preserve">Lewis Edon   </w:t>
      </w:r>
      <w:r>
        <w:rPr>
          <w:rFonts w:ascii="Arial" w:hAnsi="Arial"/>
          <w:color w:val="5D7284"/>
          <w:sz w:val="22"/>
        </w:rPr>
        <w:t>13:47</w:t>
      </w:r>
    </w:p>
    <w:p>
      <w:pPr>
        <w:spacing w:after="0"/>
      </w:pPr>
      <w:r>
        <w:rPr>
          <w:rFonts w:ascii="Arial" w:hAnsi="Arial"/>
          <w:sz w:val="22"/>
        </w:rPr>
        <w:t>I think for the most part, I just show up like everyone else and just hope they, you know, they accept that I'm the way I am. I've had some jobs where they don't do any homework, and you know, they want me to slide over the bonnet of a car, and I'm like, I'm not Tom Cruise, mate.</w:t>
      </w:r>
    </w:p>
    <w:p>
      <w:pPr>
        <w:spacing w:after="0"/>
      </w:pPr>
    </w:p>
    <w:p>
      <w:pPr>
        <w:spacing w:after="0"/>
      </w:pPr>
      <w:r>
        <w:rPr>
          <w:rFonts w:ascii="Arial" w:hAnsi="Arial"/>
          <w:b/>
          <w:sz w:val="22"/>
        </w:rPr>
        <w:t xml:space="preserve">Alice  </w:t>
      </w:r>
      <w:r>
        <w:rPr>
          <w:rFonts w:ascii="Arial" w:hAnsi="Arial"/>
          <w:color w:val="5D7284"/>
          <w:sz w:val="22"/>
        </w:rPr>
        <w:t>14:05</w:t>
      </w:r>
    </w:p>
    <w:p>
      <w:pPr>
        <w:spacing w:after="0"/>
      </w:pPr>
      <w:r>
        <w:rPr>
          <w:rFonts w:ascii="Arial" w:hAnsi="Arial"/>
          <w:sz w:val="22"/>
        </w:rPr>
        <w:t>I mean, I'm pretty sure Tom Cruise has people that he are paid to do that for him as well.</w:t>
      </w:r>
    </w:p>
    <w:p>
      <w:pPr>
        <w:spacing w:after="0"/>
      </w:pPr>
    </w:p>
    <w:p>
      <w:pPr>
        <w:spacing w:after="0"/>
      </w:pPr>
      <w:r>
        <w:rPr>
          <w:rFonts w:ascii="Arial" w:hAnsi="Arial"/>
          <w:b/>
          <w:sz w:val="22"/>
        </w:rPr>
        <w:t xml:space="preserve">Lucy  </w:t>
      </w:r>
      <w:r>
        <w:rPr>
          <w:rFonts w:ascii="Arial" w:hAnsi="Arial"/>
          <w:color w:val="5D7284"/>
          <w:sz w:val="22"/>
        </w:rPr>
        <w:t>14:10</w:t>
      </w:r>
    </w:p>
    <w:p>
      <w:pPr>
        <w:spacing w:after="0"/>
      </w:pPr>
      <w:r>
        <w:rPr>
          <w:rFonts w:ascii="Arial" w:hAnsi="Arial"/>
          <w:sz w:val="22"/>
        </w:rPr>
        <w:t>I don't actually, because didn't he nearly like pass out because he held his breath for something like 10 minutes or something under water, and he he had to he passed out for a while and had to rescue him from under water because he likes to do his own stunts. Does Tom?</w:t>
      </w:r>
    </w:p>
    <w:p>
      <w:pPr>
        <w:spacing w:after="0"/>
      </w:pPr>
    </w:p>
    <w:p>
      <w:pPr>
        <w:spacing w:after="0"/>
      </w:pPr>
      <w:r>
        <w:rPr>
          <w:rFonts w:ascii="Arial" w:hAnsi="Arial"/>
          <w:b/>
          <w:sz w:val="22"/>
        </w:rPr>
        <w:t xml:space="preserve">Lewis Edon   </w:t>
      </w:r>
      <w:r>
        <w:rPr>
          <w:rFonts w:ascii="Arial" w:hAnsi="Arial"/>
          <w:color w:val="5D7284"/>
          <w:sz w:val="22"/>
        </w:rPr>
        <w:t>14:25</w:t>
      </w:r>
    </w:p>
    <w:p>
      <w:pPr>
        <w:spacing w:after="0"/>
      </w:pPr>
      <w:r>
        <w:rPr>
          <w:rFonts w:ascii="Arial" w:hAnsi="Arial"/>
          <w:sz w:val="22"/>
        </w:rPr>
        <w:t>Yeah. Yeah. I mean,</w:t>
      </w:r>
    </w:p>
    <w:p>
      <w:pPr>
        <w:spacing w:after="0"/>
      </w:pPr>
    </w:p>
    <w:p>
      <w:pPr>
        <w:spacing w:after="0"/>
      </w:pPr>
      <w:r>
        <w:rPr>
          <w:rFonts w:ascii="Arial" w:hAnsi="Arial"/>
          <w:b/>
          <w:sz w:val="22"/>
        </w:rPr>
        <w:t xml:space="preserve">Lucy  </w:t>
      </w:r>
      <w:r>
        <w:rPr>
          <w:rFonts w:ascii="Arial" w:hAnsi="Arial"/>
          <w:color w:val="5D7284"/>
          <w:sz w:val="22"/>
        </w:rPr>
        <w:t>14:26</w:t>
      </w:r>
    </w:p>
    <w:p>
      <w:pPr>
        <w:spacing w:after="0"/>
      </w:pPr>
      <w:r>
        <w:rPr>
          <w:rFonts w:ascii="Arial" w:hAnsi="Arial"/>
          <w:sz w:val="22"/>
        </w:rPr>
        <w:t>not I know him personally, but I say you are you are</w:t>
      </w:r>
    </w:p>
    <w:p>
      <w:pPr>
        <w:spacing w:after="0"/>
      </w:pPr>
    </w:p>
    <w:p>
      <w:pPr>
        <w:spacing w:after="0"/>
      </w:pPr>
      <w:r>
        <w:rPr>
          <w:rFonts w:ascii="Arial" w:hAnsi="Arial"/>
          <w:b/>
          <w:sz w:val="22"/>
        </w:rPr>
        <w:t xml:space="preserve">Alice  </w:t>
      </w:r>
      <w:r>
        <w:rPr>
          <w:rFonts w:ascii="Arial" w:hAnsi="Arial"/>
          <w:color w:val="5D7284"/>
          <w:sz w:val="22"/>
        </w:rPr>
        <w:t>14:29</w:t>
      </w:r>
    </w:p>
    <w:p>
      <w:pPr>
        <w:spacing w:after="0"/>
      </w:pPr>
      <w:r>
        <w:rPr>
          <w:rFonts w:ascii="Arial" w:hAnsi="Arial"/>
          <w:sz w:val="22"/>
        </w:rPr>
        <w:t>trying about him like like Tom who lives at number 52. You know him really well.</w:t>
      </w:r>
    </w:p>
    <w:p>
      <w:pPr>
        <w:spacing w:after="0"/>
      </w:pPr>
    </w:p>
    <w:p>
      <w:pPr>
        <w:spacing w:after="0"/>
      </w:pPr>
      <w:r>
        <w:rPr>
          <w:rFonts w:ascii="Arial" w:hAnsi="Arial"/>
          <w:b/>
          <w:sz w:val="22"/>
        </w:rPr>
        <w:t xml:space="preserve">Lucy  </w:t>
      </w:r>
      <w:r>
        <w:rPr>
          <w:rFonts w:ascii="Arial" w:hAnsi="Arial"/>
          <w:color w:val="5D7284"/>
          <w:sz w:val="22"/>
        </w:rPr>
        <w:t>14:34</w:t>
      </w:r>
    </w:p>
    <w:p>
      <w:pPr>
        <w:spacing w:after="0"/>
      </w:pPr>
      <w:r>
        <w:rPr>
          <w:rFonts w:ascii="Arial" w:hAnsi="Arial"/>
          <w:sz w:val="22"/>
        </w:rPr>
        <w:t>No, but I have heard that he does like to do his own stunts.</w:t>
      </w:r>
    </w:p>
    <w:p>
      <w:pPr>
        <w:spacing w:after="0"/>
      </w:pPr>
    </w:p>
    <w:p>
      <w:pPr>
        <w:spacing w:after="0"/>
      </w:pPr>
      <w:r>
        <w:rPr>
          <w:rFonts w:ascii="Arial" w:hAnsi="Arial"/>
          <w:b/>
          <w:sz w:val="22"/>
        </w:rPr>
        <w:t xml:space="preserve">Lewis Edon   </w:t>
      </w:r>
      <w:r>
        <w:rPr>
          <w:rFonts w:ascii="Arial" w:hAnsi="Arial"/>
          <w:color w:val="5D7284"/>
          <w:sz w:val="22"/>
        </w:rPr>
        <w:t>14:38</w:t>
      </w:r>
    </w:p>
    <w:p>
      <w:pPr>
        <w:spacing w:after="0"/>
      </w:pPr>
      <w:r>
        <w:rPr>
          <w:rFonts w:ascii="Arial" w:hAnsi="Arial"/>
          <w:sz w:val="22"/>
        </w:rPr>
        <w:t>Yeah, but it is kind of funny the the briefs I get, you know, as a disabled person, because they don't do their homework. They just see my face. Yeah, my face doesn't show I'm disabled. So, yeah, I had one the other week, and they wanted me to play rugby and tackle someone, and I was like, I'm the worst pick for this possible.</w:t>
      </w:r>
    </w:p>
    <w:p>
      <w:pPr>
        <w:spacing w:after="0"/>
      </w:pPr>
    </w:p>
    <w:p>
      <w:pPr>
        <w:spacing w:after="0"/>
      </w:pPr>
      <w:r>
        <w:rPr>
          <w:rFonts w:ascii="Arial" w:hAnsi="Arial"/>
          <w:b/>
          <w:sz w:val="22"/>
        </w:rPr>
        <w:t xml:space="preserve">Lucy  </w:t>
      </w:r>
      <w:r>
        <w:rPr>
          <w:rFonts w:ascii="Arial" w:hAnsi="Arial"/>
          <w:color w:val="5D7284"/>
          <w:sz w:val="22"/>
        </w:rPr>
        <w:t>14:59</w:t>
      </w:r>
    </w:p>
    <w:p>
      <w:pPr>
        <w:spacing w:after="0"/>
      </w:pPr>
      <w:r>
        <w:rPr>
          <w:rFonts w:ascii="Arial" w:hAnsi="Arial"/>
          <w:sz w:val="22"/>
        </w:rPr>
        <w:t>Why? Why have you asked me?</w:t>
      </w:r>
    </w:p>
    <w:p>
      <w:pPr>
        <w:spacing w:after="0"/>
      </w:pPr>
    </w:p>
    <w:p>
      <w:pPr>
        <w:spacing w:after="0"/>
      </w:pPr>
      <w:r>
        <w:rPr>
          <w:rFonts w:ascii="Arial" w:hAnsi="Arial"/>
          <w:b/>
          <w:sz w:val="22"/>
        </w:rPr>
        <w:t xml:space="preserve">Speaker 1  </w:t>
      </w:r>
      <w:r>
        <w:rPr>
          <w:rFonts w:ascii="Arial" w:hAnsi="Arial"/>
          <w:color w:val="5D7284"/>
          <w:sz w:val="22"/>
        </w:rPr>
        <w:t>15:01</w:t>
      </w:r>
    </w:p>
    <w:p>
      <w:pPr>
        <w:spacing w:after="0"/>
      </w:pPr>
      <w:r>
        <w:rPr>
          <w:rFonts w:ascii="Arial" w:hAnsi="Arial"/>
          <w:sz w:val="22"/>
        </w:rPr>
        <w:t>I have been tempted to a ccept it and show up and see what they do.</w:t>
      </w:r>
    </w:p>
    <w:p>
      <w:pPr>
        <w:spacing w:after="0"/>
      </w:pPr>
    </w:p>
    <w:p>
      <w:pPr>
        <w:spacing w:after="0"/>
      </w:pPr>
      <w:r>
        <w:rPr>
          <w:rFonts w:ascii="Arial" w:hAnsi="Arial"/>
          <w:b/>
          <w:sz w:val="22"/>
        </w:rPr>
        <w:t xml:space="preserve">Lucy  </w:t>
      </w:r>
      <w:r>
        <w:rPr>
          <w:rFonts w:ascii="Arial" w:hAnsi="Arial"/>
          <w:color w:val="5D7284"/>
          <w:sz w:val="22"/>
        </w:rPr>
        <w:t>15:03</w:t>
      </w:r>
    </w:p>
    <w:p>
      <w:pPr>
        <w:spacing w:after="0"/>
      </w:pPr>
      <w:r>
        <w:rPr>
          <w:rFonts w:ascii="Arial" w:hAnsi="Arial"/>
          <w:sz w:val="22"/>
        </w:rPr>
        <w:t>Yeah, yeah. Well, they'll have to. Yeah, yeah. That is one of the things I do like to do. I I call it um, and I've had to stop it now since COVID, and all of our team meetings are online, and they can actually see like me sat down. But when I used to have to set meetings over the phone, like in-person meetings. I'd be like, "Do I tell them I'm in a wheelchair, or do I just watch them like panic when I arrive and get out of the car? They're like, "Oh God, oh God, she's in a wheelchair! Because it is this whole kind of oh god, what do I say? What do I? I used to do it just to entertain myself, really, and just watch them like panic. But yeah, it's I don't do that anymore because of Teams meetings. They can see, can't they? That's like ruining my fun. A little bit sadistic there, I know.</w:t>
      </w:r>
    </w:p>
    <w:p>
      <w:pPr>
        <w:spacing w:after="0"/>
      </w:pPr>
    </w:p>
    <w:p>
      <w:pPr>
        <w:spacing w:after="0"/>
      </w:pPr>
      <w:r>
        <w:rPr>
          <w:rFonts w:ascii="Arial" w:hAnsi="Arial"/>
          <w:b/>
          <w:sz w:val="22"/>
        </w:rPr>
        <w:t xml:space="preserve">Lewis Edon   </w:t>
      </w:r>
      <w:r>
        <w:rPr>
          <w:rFonts w:ascii="Arial" w:hAnsi="Arial"/>
          <w:color w:val="5D7284"/>
          <w:sz w:val="22"/>
        </w:rPr>
        <w:t>15:54</w:t>
      </w:r>
    </w:p>
    <w:p>
      <w:pPr>
        <w:spacing w:after="0"/>
      </w:pPr>
      <w:r>
        <w:rPr>
          <w:rFonts w:ascii="Arial" w:hAnsi="Arial"/>
          <w:sz w:val="22"/>
        </w:rPr>
        <w:t>You got to have your fun somewhere.</w:t>
      </w:r>
    </w:p>
    <w:p>
      <w:pPr>
        <w:spacing w:after="0"/>
      </w:pPr>
    </w:p>
    <w:p>
      <w:pPr>
        <w:spacing w:after="0"/>
      </w:pPr>
      <w:r>
        <w:rPr>
          <w:rFonts w:ascii="Arial" w:hAnsi="Arial"/>
          <w:b/>
          <w:sz w:val="22"/>
        </w:rPr>
        <w:t xml:space="preserve">Lucy  </w:t>
      </w:r>
      <w:r>
        <w:rPr>
          <w:rFonts w:ascii="Arial" w:hAnsi="Arial"/>
          <w:color w:val="5D7284"/>
          <w:sz w:val="22"/>
        </w:rPr>
        <w:t>15:55</w:t>
      </w:r>
    </w:p>
    <w:p>
      <w:pPr>
        <w:spacing w:after="0"/>
      </w:pPr>
      <w:r>
        <w:rPr>
          <w:rFonts w:ascii="Arial" w:hAnsi="Arial"/>
          <w:sz w:val="22"/>
        </w:rPr>
        <w:t>Oh yeah, you have, haven't you? Yeah, but I mean, I I have I was saying to you just before we hit record, Lewis? I've done a little. Well, I say, done a little bit. I have done the tiniest of minutiae show, a bit of extra work, and the one takeaway I will remember from from from it was the catering that they were coming around at 11 o'clock in the morning with the spaghetti bolognese. Going, do you want some spaghetti? It's 11 o'clock in the pissing morning. But if there is one going, yes, I will. You can see why people who film on location get like they put on a lot of weight because they're just sitting around eating pasta at half past 11 in the morning, but how accessible do you find film sets in in general? We've we've talked a lot in this series about sort of like the work that's going on behind the scenes to to like accommodate people with disabilities. Do you see that sort of filtering, filtering through, you know, as as a supporting artist and an actor yourself. Do you do you see it compared to what it was before? Like,</w:t>
      </w:r>
    </w:p>
    <w:p>
      <w:pPr>
        <w:spacing w:after="0"/>
      </w:pPr>
    </w:p>
    <w:p>
      <w:pPr>
        <w:spacing w:after="0"/>
      </w:pPr>
      <w:r>
        <w:rPr>
          <w:rFonts w:ascii="Arial" w:hAnsi="Arial"/>
          <w:b/>
          <w:sz w:val="22"/>
        </w:rPr>
        <w:t xml:space="preserve">Lewis Edon   </w:t>
      </w:r>
      <w:r>
        <w:rPr>
          <w:rFonts w:ascii="Arial" w:hAnsi="Arial"/>
          <w:color w:val="5D7284"/>
          <w:sz w:val="22"/>
        </w:rPr>
        <w:t>17:11</w:t>
      </w:r>
    </w:p>
    <w:p>
      <w:pPr>
        <w:spacing w:after="0"/>
      </w:pPr>
      <w:r>
        <w:rPr>
          <w:rFonts w:ascii="Arial" w:hAnsi="Arial"/>
          <w:sz w:val="22"/>
        </w:rPr>
        <w:t>it's a good question. I I have seen it where it works really well. Where there's been an access coordinator on set. I did Doctor Who, and that's where it absolutely shined. And I was, I was on the best job as a disabled person I've ever been on. You know, it was the scene was made up of all disabled people: people in wheelchairs, people with crutches, people with walking sticks, and they were the most accommodating ever. They couldn't do enough for you, but I have had jobs where it I've accepted it because I can do the work and it's you know just standing around or something, and I get there and it's extremely, you know, there's so many stairs or there's nowhere to sit down, it becomes a bit hellish and you think to yourself, why did I accept myself on this job? But you don't know the facts until you get to the set, and you just kind of hope. But you know, for the most part, I've had assistant directors who they see I'm on crutches and they get me chairs. They ask if I need to sit down. I think it comes down to sort of being able to advocate for yourself. If you're not comfortable, you have to go and tell someone. At the end of the day, they have a duty of care that you're being paid, but you also need to be comfortable to do the work.</w:t>
      </w:r>
    </w:p>
    <w:p>
      <w:pPr>
        <w:spacing w:after="0"/>
      </w:pPr>
    </w:p>
    <w:p>
      <w:pPr>
        <w:spacing w:after="0"/>
      </w:pPr>
      <w:r>
        <w:rPr>
          <w:rFonts w:ascii="Arial" w:hAnsi="Arial"/>
          <w:b/>
          <w:sz w:val="22"/>
        </w:rPr>
        <w:t xml:space="preserve">Lucy  </w:t>
      </w:r>
      <w:r>
        <w:rPr>
          <w:rFonts w:ascii="Arial" w:hAnsi="Arial"/>
          <w:color w:val="5D7284"/>
          <w:sz w:val="22"/>
        </w:rPr>
        <w:t>18:28</w:t>
      </w:r>
    </w:p>
    <w:p>
      <w:pPr>
        <w:spacing w:after="0"/>
      </w:pPr>
      <w:r>
        <w:rPr>
          <w:rFonts w:ascii="Arial" w:hAnsi="Arial"/>
          <w:sz w:val="22"/>
        </w:rPr>
        <w:t>Yeah.</w:t>
      </w:r>
    </w:p>
    <w:p>
      <w:pPr>
        <w:spacing w:after="0"/>
      </w:pPr>
    </w:p>
    <w:p>
      <w:pPr>
        <w:spacing w:after="0"/>
      </w:pPr>
      <w:r>
        <w:rPr>
          <w:rFonts w:ascii="Arial" w:hAnsi="Arial"/>
          <w:b/>
          <w:sz w:val="22"/>
        </w:rPr>
        <w:t xml:space="preserve">Lewis Edon   </w:t>
      </w:r>
      <w:r>
        <w:rPr>
          <w:rFonts w:ascii="Arial" w:hAnsi="Arial"/>
          <w:color w:val="5D7284"/>
          <w:sz w:val="22"/>
        </w:rPr>
        <w:t>18:29</w:t>
      </w:r>
    </w:p>
    <w:p>
      <w:pPr>
        <w:spacing w:after="0"/>
      </w:pPr>
      <w:r>
        <w:rPr>
          <w:rFonts w:ascii="Arial" w:hAnsi="Arial"/>
          <w:sz w:val="22"/>
        </w:rPr>
        <w:t>So, yeah, I think, yeah.</w:t>
      </w:r>
    </w:p>
    <w:p>
      <w:pPr>
        <w:spacing w:after="0"/>
      </w:pPr>
    </w:p>
    <w:p>
      <w:pPr>
        <w:spacing w:after="0"/>
      </w:pPr>
      <w:r>
        <w:rPr>
          <w:rFonts w:ascii="Arial" w:hAnsi="Arial"/>
          <w:b/>
          <w:sz w:val="22"/>
        </w:rPr>
        <w:t xml:space="preserve">Alice  </w:t>
      </w:r>
      <w:r>
        <w:rPr>
          <w:rFonts w:ascii="Arial" w:hAnsi="Arial"/>
          <w:color w:val="5D7284"/>
          <w:sz w:val="22"/>
        </w:rPr>
        <w:t>18:32</w:t>
      </w:r>
    </w:p>
    <w:p>
      <w:pPr>
        <w:spacing w:after="0"/>
      </w:pPr>
      <w:r>
        <w:rPr>
          <w:rFonts w:ascii="Arial" w:hAnsi="Arial"/>
          <w:sz w:val="22"/>
        </w:rPr>
        <w:t>Does does it put does it ever kind of? I guess do you ever get anxious? Does it ever put you off? Like, obviously, you talked about the the people don't want you to play rugby, but does it ever put you off like accepting a job, or like do you get anxiety the night before about like what if this is going to be a problem?</w:t>
      </w:r>
    </w:p>
    <w:p>
      <w:pPr>
        <w:spacing w:after="0"/>
      </w:pPr>
    </w:p>
    <w:p>
      <w:pPr>
        <w:spacing w:after="0"/>
      </w:pPr>
      <w:r>
        <w:rPr>
          <w:rFonts w:ascii="Arial" w:hAnsi="Arial"/>
          <w:b/>
          <w:sz w:val="22"/>
        </w:rPr>
        <w:t xml:space="preserve">Lewis Edon   </w:t>
      </w:r>
      <w:r>
        <w:rPr>
          <w:rFonts w:ascii="Arial" w:hAnsi="Arial"/>
          <w:color w:val="5D7284"/>
          <w:sz w:val="22"/>
        </w:rPr>
        <w:t>18:50</w:t>
      </w:r>
    </w:p>
    <w:p>
      <w:pPr>
        <w:spacing w:after="0"/>
      </w:pPr>
      <w:r>
        <w:rPr>
          <w:rFonts w:ascii="Arial" w:hAnsi="Arial"/>
          <w:sz w:val="22"/>
        </w:rPr>
        <w:t>Yes, definitely. I worked in Wales on the other Bennet's sister, the Jane Austen TV show. I'm in that one, and I was. It was a studio job, so studio jobs are a bit easier because it's in a big warehouse, and you know, there's there's bound to be seats and things around. But they, the agency had called me up and said, "We've got you the scene. We're going to get you like a period style wheelchair, and you're just going to sit in this room and you know play a game of Riddle. And I was like, brilliant. You know, I've actually got my own like wheelchair for this production. It should be easy. I turn up to set, and that whole like thing has changed. There's no wheelchair. It's all on like the outside area was all on gravel, so it's a nightmare on crutches. Yeah, it wasn't fun, but you know, everyone was really helpful, accommodating, and it was actually the main actress who found her props man to get me a walking cane for the scene. And without her help, you know, I would have been in a real pickle. But yeah, it does. I think it does come down to sort of the human aspects as well, rather than the the sort of corporate corporation. Trying to make it accessible,</w:t>
      </w:r>
    </w:p>
    <w:p>
      <w:pPr>
        <w:spacing w:after="0"/>
      </w:pPr>
    </w:p>
    <w:p>
      <w:pPr>
        <w:spacing w:after="0"/>
      </w:pPr>
      <w:r>
        <w:rPr>
          <w:rFonts w:ascii="Arial" w:hAnsi="Arial"/>
          <w:b/>
          <w:sz w:val="22"/>
        </w:rPr>
        <w:t xml:space="preserve">Alice  </w:t>
      </w:r>
      <w:r>
        <w:rPr>
          <w:rFonts w:ascii="Arial" w:hAnsi="Arial"/>
          <w:color w:val="5D7284"/>
          <w:sz w:val="22"/>
        </w:rPr>
        <w:t>20:02</w:t>
      </w:r>
    </w:p>
    <w:p>
      <w:pPr>
        <w:spacing w:after="0"/>
      </w:pPr>
      <w:r>
        <w:rPr>
          <w:rFonts w:ascii="Arial" w:hAnsi="Arial"/>
          <w:sz w:val="22"/>
        </w:rPr>
        <w:t>building those characters with people.</w:t>
      </w:r>
    </w:p>
    <w:p>
      <w:pPr>
        <w:spacing w:after="0"/>
      </w:pPr>
    </w:p>
    <w:p>
      <w:pPr>
        <w:spacing w:after="0"/>
      </w:pPr>
      <w:r>
        <w:rPr>
          <w:rFonts w:ascii="Arial" w:hAnsi="Arial"/>
          <w:b/>
          <w:sz w:val="22"/>
        </w:rPr>
        <w:t xml:space="preserve">Lewis Edon   </w:t>
      </w:r>
      <w:r>
        <w:rPr>
          <w:rFonts w:ascii="Arial" w:hAnsi="Arial"/>
          <w:color w:val="5D7284"/>
          <w:sz w:val="22"/>
        </w:rPr>
        <w:t>20:05</w:t>
      </w:r>
    </w:p>
    <w:p>
      <w:pPr>
        <w:spacing w:after="0"/>
      </w:pPr>
      <w:r>
        <w:rPr>
          <w:rFonts w:ascii="Arial" w:hAnsi="Arial"/>
          <w:sz w:val="22"/>
        </w:rPr>
        <w:t>Yeah, definitely. I mean, I'm very, very thankful for that that lady, that actress, because if she hadn't have got me that cane, I would have been, you know, I would have been really stuck.</w:t>
      </w:r>
    </w:p>
    <w:p>
      <w:pPr>
        <w:spacing w:after="0"/>
      </w:pPr>
    </w:p>
    <w:p>
      <w:pPr>
        <w:spacing w:after="0"/>
      </w:pPr>
      <w:r>
        <w:rPr>
          <w:rFonts w:ascii="Arial" w:hAnsi="Arial"/>
          <w:b/>
          <w:sz w:val="22"/>
        </w:rPr>
        <w:t xml:space="preserve">Lucy  </w:t>
      </w:r>
      <w:r>
        <w:rPr>
          <w:rFonts w:ascii="Arial" w:hAnsi="Arial"/>
          <w:color w:val="5D7284"/>
          <w:sz w:val="22"/>
        </w:rPr>
        <w:t>20:14</w:t>
      </w:r>
    </w:p>
    <w:p>
      <w:pPr>
        <w:spacing w:after="0"/>
      </w:pPr>
      <w:r>
        <w:rPr>
          <w:rFonts w:ascii="Arial" w:hAnsi="Arial"/>
          <w:sz w:val="22"/>
        </w:rPr>
        <w:t>Yeah.</w:t>
      </w:r>
    </w:p>
    <w:p>
      <w:pPr>
        <w:spacing w:after="0"/>
      </w:pPr>
    </w:p>
    <w:p>
      <w:pPr>
        <w:spacing w:after="0"/>
      </w:pPr>
      <w:r>
        <w:rPr>
          <w:rFonts w:ascii="Arial" w:hAnsi="Arial"/>
          <w:b/>
          <w:sz w:val="22"/>
        </w:rPr>
        <w:t xml:space="preserve">Lewis Edon   </w:t>
      </w:r>
      <w:r>
        <w:rPr>
          <w:rFonts w:ascii="Arial" w:hAnsi="Arial"/>
          <w:color w:val="5D7284"/>
          <w:sz w:val="22"/>
        </w:rPr>
        <w:t>20:16</w:t>
      </w:r>
    </w:p>
    <w:p>
      <w:pPr>
        <w:spacing w:after="0"/>
      </w:pPr>
      <w:r>
        <w:rPr>
          <w:rFonts w:ascii="Arial" w:hAnsi="Arial"/>
          <w:sz w:val="22"/>
        </w:rPr>
        <w:t>But yeah, so no, I do feel anxious, most definitely, especially about making a problem, you know, it's not a problem, but it feels like a problem, doesn't it?</w:t>
      </w:r>
    </w:p>
    <w:p>
      <w:pPr>
        <w:spacing w:after="0"/>
      </w:pPr>
    </w:p>
    <w:p>
      <w:pPr>
        <w:spacing w:after="0"/>
      </w:pPr>
      <w:r>
        <w:rPr>
          <w:rFonts w:ascii="Arial" w:hAnsi="Arial"/>
          <w:b/>
          <w:sz w:val="22"/>
        </w:rPr>
        <w:t xml:space="preserve">Lucy  </w:t>
      </w:r>
      <w:r>
        <w:rPr>
          <w:rFonts w:ascii="Arial" w:hAnsi="Arial"/>
          <w:color w:val="5D7284"/>
          <w:sz w:val="22"/>
        </w:rPr>
        <w:t>20:19</w:t>
      </w:r>
    </w:p>
    <w:p>
      <w:pPr>
        <w:spacing w:after="0"/>
      </w:pPr>
      <w:r>
        <w:rPr>
          <w:rFonts w:ascii="Arial" w:hAnsi="Arial"/>
          <w:sz w:val="22"/>
        </w:rPr>
        <w:t>You don't want to become a burden, do you, to everybody else who just wants to get on with the job in hand? Whilst you, whilst you, of course, you are not a burden, you know. But I know from personal experience that in your own head, those thoughts are floating around in your head late at night, and then your brain goes, "Well, you're a burden anyway, and picks on you, and then you wake up in the morning thinking, "Oh my god, oh my god, this is going to be awful. If I, you know, but like you say, you have to, you have to. When you're disabled, I think you have to learn very quickly that you're going to have to. There are going to be certain situations in your life, where you're going to have to advocate for yourself, otherwise nothing changes. Do you know what I mean?</w:t>
      </w:r>
    </w:p>
    <w:p>
      <w:pPr>
        <w:spacing w:after="0"/>
      </w:pPr>
    </w:p>
    <w:p>
      <w:pPr>
        <w:spacing w:after="0"/>
      </w:pPr>
      <w:r>
        <w:rPr>
          <w:rFonts w:ascii="Arial" w:hAnsi="Arial"/>
          <w:b/>
          <w:sz w:val="22"/>
        </w:rPr>
        <w:t xml:space="preserve">Lewis Edon   </w:t>
      </w:r>
      <w:r>
        <w:rPr>
          <w:rFonts w:ascii="Arial" w:hAnsi="Arial"/>
          <w:color w:val="5D7284"/>
          <w:sz w:val="22"/>
        </w:rPr>
        <w:t>20:53</w:t>
      </w:r>
    </w:p>
    <w:p>
      <w:pPr>
        <w:spacing w:after="0"/>
      </w:pPr>
      <w:r>
        <w:rPr>
          <w:rFonts w:ascii="Arial" w:hAnsi="Arial"/>
          <w:sz w:val="22"/>
        </w:rPr>
        <w:t>Yeah, yeah, absolutely.</w:t>
      </w:r>
    </w:p>
    <w:p>
      <w:pPr>
        <w:spacing w:after="0"/>
      </w:pPr>
    </w:p>
    <w:p>
      <w:pPr>
        <w:spacing w:after="0"/>
      </w:pPr>
      <w:r>
        <w:rPr>
          <w:rFonts w:ascii="Arial" w:hAnsi="Arial"/>
          <w:b/>
          <w:sz w:val="22"/>
        </w:rPr>
        <w:t xml:space="preserve">Lucy  </w:t>
      </w:r>
      <w:r>
        <w:rPr>
          <w:rFonts w:ascii="Arial" w:hAnsi="Arial"/>
          <w:color w:val="5D7284"/>
          <w:sz w:val="22"/>
        </w:rPr>
        <w:t>21:06</w:t>
      </w:r>
    </w:p>
    <w:p>
      <w:pPr>
        <w:spacing w:after="0"/>
      </w:pPr>
      <w:r>
        <w:rPr>
          <w:rFonts w:ascii="Arial" w:hAnsi="Arial"/>
          <w:sz w:val="22"/>
        </w:rPr>
        <w:t>You have to sort of put your head above the parapet and almost kick up a bit of a stink sometimes and say, "Look, I, you know, this is nobody's fault, but I can't do X, Y, Z because of A, B, C. Can we find a resolution?</w:t>
      </w:r>
    </w:p>
    <w:p>
      <w:pPr>
        <w:spacing w:after="0"/>
      </w:pPr>
    </w:p>
    <w:p>
      <w:pPr>
        <w:spacing w:after="0"/>
      </w:pPr>
      <w:r>
        <w:rPr>
          <w:rFonts w:ascii="Arial" w:hAnsi="Arial"/>
          <w:b/>
          <w:sz w:val="22"/>
        </w:rPr>
        <w:t xml:space="preserve">Lewis Edon   </w:t>
      </w:r>
      <w:r>
        <w:rPr>
          <w:rFonts w:ascii="Arial" w:hAnsi="Arial"/>
          <w:color w:val="5D7284"/>
          <w:sz w:val="22"/>
        </w:rPr>
        <w:t>21:21</w:t>
      </w:r>
    </w:p>
    <w:p>
      <w:pPr>
        <w:spacing w:after="0"/>
      </w:pPr>
      <w:r>
        <w:rPr>
          <w:rFonts w:ascii="Arial" w:hAnsi="Arial"/>
          <w:sz w:val="22"/>
        </w:rPr>
        <w:t>Yeah, I've seen the worst of the worst. You know, I think as an extra as well, because you're the furthest down the food chain on the the hierarchy of set. You know, and being disabled even further down that food chain, it feels like you really have to fight your own corner. And if you if you can't speak up for yourself, you know you're in a real bit of trouble, and I have seen that definitely.</w:t>
      </w:r>
    </w:p>
    <w:p>
      <w:pPr>
        <w:spacing w:after="0"/>
      </w:pPr>
    </w:p>
    <w:p>
      <w:pPr>
        <w:spacing w:after="0"/>
      </w:pPr>
      <w:r>
        <w:rPr>
          <w:rFonts w:ascii="Arial" w:hAnsi="Arial"/>
          <w:b/>
          <w:sz w:val="22"/>
        </w:rPr>
        <w:t xml:space="preserve">Alice  </w:t>
      </w:r>
      <w:r>
        <w:rPr>
          <w:rFonts w:ascii="Arial" w:hAnsi="Arial"/>
          <w:color w:val="5D7284"/>
          <w:sz w:val="22"/>
        </w:rPr>
        <w:t>21:45</w:t>
      </w:r>
    </w:p>
    <w:p>
      <w:pPr>
        <w:spacing w:after="0"/>
      </w:pPr>
      <w:r>
        <w:rPr>
          <w:rFonts w:ascii="Arial" w:hAnsi="Arial"/>
          <w:sz w:val="22"/>
        </w:rPr>
        <w:t>I think it's really difficult though because you know something we've talked about multiple times on this show in the past is about the the labor of that always falling on the disabled person and on the disabled community, and and how exhausting that is. And I think also you know the that Lucy's talked about the chip away effect that that has on your self esteem and on your mental health of just that always having to be fighting, always having to be pushing yourself, and and you know that all always ties back into that feeling about being a burden. You know brings us even full circle again to how impactful it obviously was for you to feel accepted for you know and and valued for your contribution before people you were kind of being open about your disability. I think there is this this this very a lot of disability campaigning talks about physical accessibility, practical access issues, and I think that that not enough time is is spent having conversations about the way that those impact on us mentally and emotionally.</w:t>
      </w:r>
    </w:p>
    <w:p>
      <w:pPr>
        <w:spacing w:after="0"/>
      </w:pPr>
    </w:p>
    <w:p>
      <w:pPr>
        <w:spacing w:after="0"/>
      </w:pPr>
      <w:r>
        <w:rPr>
          <w:rFonts w:ascii="Arial" w:hAnsi="Arial"/>
          <w:b/>
          <w:sz w:val="22"/>
        </w:rPr>
        <w:t xml:space="preserve">Lucy  </w:t>
      </w:r>
      <w:r>
        <w:rPr>
          <w:rFonts w:ascii="Arial" w:hAnsi="Arial"/>
          <w:color w:val="5D7284"/>
          <w:sz w:val="22"/>
        </w:rPr>
        <w:t>22:58</w:t>
      </w:r>
    </w:p>
    <w:p>
      <w:pPr>
        <w:spacing w:after="0"/>
      </w:pPr>
      <w:r>
        <w:rPr>
          <w:rFonts w:ascii="Arial" w:hAnsi="Arial"/>
          <w:sz w:val="22"/>
        </w:rPr>
        <w:t>Absolutely.</w:t>
      </w:r>
    </w:p>
    <w:p>
      <w:pPr>
        <w:spacing w:after="0"/>
      </w:pPr>
    </w:p>
    <w:p>
      <w:pPr>
        <w:spacing w:after="0"/>
      </w:pPr>
      <w:r>
        <w:rPr>
          <w:rFonts w:ascii="Arial" w:hAnsi="Arial"/>
          <w:b/>
          <w:sz w:val="22"/>
        </w:rPr>
        <w:t xml:space="preserve">Lewis Edon   </w:t>
      </w:r>
      <w:r>
        <w:rPr>
          <w:rFonts w:ascii="Arial" w:hAnsi="Arial"/>
          <w:color w:val="5D7284"/>
          <w:sz w:val="22"/>
        </w:rPr>
        <w:t>22:59</w:t>
      </w:r>
    </w:p>
    <w:p>
      <w:pPr>
        <w:spacing w:after="0"/>
      </w:pPr>
      <w:r>
        <w:rPr>
          <w:rFonts w:ascii="Arial" w:hAnsi="Arial"/>
          <w:sz w:val="22"/>
        </w:rPr>
        <w:t>Yeah,</w:t>
      </w:r>
    </w:p>
    <w:p>
      <w:pPr>
        <w:spacing w:after="0"/>
      </w:pPr>
    </w:p>
    <w:p>
      <w:pPr>
        <w:spacing w:after="0"/>
      </w:pPr>
      <w:r>
        <w:rPr>
          <w:rFonts w:ascii="Arial" w:hAnsi="Arial"/>
          <w:b/>
          <w:sz w:val="22"/>
        </w:rPr>
        <w:t xml:space="preserve">Alice  </w:t>
      </w:r>
      <w:r>
        <w:rPr>
          <w:rFonts w:ascii="Arial" w:hAnsi="Arial"/>
          <w:color w:val="5D7284"/>
          <w:sz w:val="22"/>
        </w:rPr>
        <w:t>23:00</w:t>
      </w:r>
    </w:p>
    <w:p>
      <w:pPr>
        <w:spacing w:after="0"/>
      </w:pPr>
      <w:r>
        <w:rPr>
          <w:rFonts w:ascii="Arial" w:hAnsi="Arial"/>
          <w:sz w:val="22"/>
        </w:rPr>
        <w:t>I know that that mental health is something that's quite kind of close to your heart. A topic that's quite close to your heart, Lewis. Do you want to talk to us a little bit about kind of your your work in that area?</w:t>
      </w:r>
    </w:p>
    <w:p>
      <w:pPr>
        <w:spacing w:after="0"/>
      </w:pPr>
    </w:p>
    <w:p>
      <w:pPr>
        <w:spacing w:after="0"/>
      </w:pPr>
      <w:r>
        <w:rPr>
          <w:rFonts w:ascii="Arial" w:hAnsi="Arial"/>
          <w:b/>
          <w:sz w:val="22"/>
        </w:rPr>
        <w:t xml:space="preserve">Lewis Edon   </w:t>
      </w:r>
      <w:r>
        <w:rPr>
          <w:rFonts w:ascii="Arial" w:hAnsi="Arial"/>
          <w:color w:val="5D7284"/>
          <w:sz w:val="22"/>
        </w:rPr>
        <w:t>23:16</w:t>
      </w:r>
    </w:p>
    <w:p>
      <w:pPr>
        <w:spacing w:after="0"/>
      </w:pPr>
      <w:r>
        <w:rPr>
          <w:rFonts w:ascii="Arial" w:hAnsi="Arial"/>
          <w:sz w:val="22"/>
        </w:rPr>
        <w:t>Yeah, sure. So I obviously I talk a lot about the effects of bone cancers had on my mental health, mainly due to mainly affecting my anxiety. I think I think anxiety, you know, goes hand in hand with things like depression, and I've definitely had battles with both those things. I think my mental health started to deteriorate due to my physical health when I was when I was a kid. When I was about 10 years old, I went down a very slippery slope and became sadly suicidal. You know, as as a 10 year old, and I went through all the appropriate channels with my parents, and eventually I had to go through a private counselor who helped me get back on my feet. And mental health has been always a struggle in my life. Again, when I was a teenager, when I was about 16, I had to go back to the same private counselor with. with the same struggle, and I think now being an adult, you know, being able to talk about this more openly, without fraying from from asking the difficult questions or talking about these difficult subjects, it's helped me too. I think the best way to advocate for mental health is to talk about personal experience because that's how you can relate to people, and I think talking about mental health from the perspective of someone who is physically disabled is really vital because you know, as as Lucy was saying about the you know the the intrusive. Sports when you're going to bed, those do play on our minds all the time, and I do really think that the best way we can help challenge those is by just keep talking about it. So yeah, I'm just trying to make videos almost every day talking about mental health if I can.</w:t>
      </w:r>
    </w:p>
    <w:p>
      <w:pPr>
        <w:spacing w:after="0"/>
      </w:pPr>
    </w:p>
    <w:p>
      <w:pPr>
        <w:spacing w:after="0"/>
      </w:pPr>
      <w:r>
        <w:rPr>
          <w:rFonts w:ascii="Arial" w:hAnsi="Arial"/>
          <w:b/>
          <w:sz w:val="22"/>
        </w:rPr>
        <w:t xml:space="preserve">Lucy  </w:t>
      </w:r>
      <w:r>
        <w:rPr>
          <w:rFonts w:ascii="Arial" w:hAnsi="Arial"/>
          <w:color w:val="5D7284"/>
          <w:sz w:val="22"/>
        </w:rPr>
        <w:t>25:17</w:t>
      </w:r>
    </w:p>
    <w:p>
      <w:pPr>
        <w:spacing w:after="0"/>
      </w:pPr>
      <w:r>
        <w:rPr>
          <w:rFonts w:ascii="Arial" w:hAnsi="Arial"/>
          <w:sz w:val="22"/>
        </w:rPr>
        <w:t>Yeah, absolutely. Thank you for sharing. Thank you so much for sharing that. It must be a extremely difficult thing to talk about, and I'm always amazed at how you know we've been speaking to you for 25 minutes there or thereabouts, and and then all of a sudden you're telling me about the most, telling us about the most one of the most traumatic things that's to have happened to you, I imagine. So thank you very much for sharing.</w:t>
      </w:r>
    </w:p>
    <w:p>
      <w:pPr>
        <w:spacing w:after="0"/>
      </w:pPr>
    </w:p>
    <w:p>
      <w:pPr>
        <w:spacing w:after="0"/>
      </w:pPr>
      <w:r>
        <w:rPr>
          <w:rFonts w:ascii="Arial" w:hAnsi="Arial"/>
          <w:b/>
          <w:sz w:val="22"/>
        </w:rPr>
        <w:t xml:space="preserve">Lewis Edon   </w:t>
      </w:r>
      <w:r>
        <w:rPr>
          <w:rFonts w:ascii="Arial" w:hAnsi="Arial"/>
          <w:color w:val="5D7284"/>
          <w:sz w:val="22"/>
        </w:rPr>
        <w:t>25:39</w:t>
      </w:r>
    </w:p>
    <w:p>
      <w:pPr>
        <w:spacing w:after="0"/>
      </w:pPr>
      <w:r>
        <w:rPr>
          <w:rFonts w:ascii="Arial" w:hAnsi="Arial"/>
          <w:sz w:val="22"/>
        </w:rPr>
        <w:t>Of course,</w:t>
      </w:r>
    </w:p>
    <w:p>
      <w:pPr>
        <w:spacing w:after="0"/>
      </w:pPr>
    </w:p>
    <w:p>
      <w:pPr>
        <w:spacing w:after="0"/>
      </w:pPr>
      <w:r>
        <w:rPr>
          <w:rFonts w:ascii="Arial" w:hAnsi="Arial"/>
          <w:b/>
          <w:sz w:val="22"/>
        </w:rPr>
        <w:t xml:space="preserve">Alice  </w:t>
      </w:r>
      <w:r>
        <w:rPr>
          <w:rFonts w:ascii="Arial" w:hAnsi="Arial"/>
          <w:color w:val="5D7284"/>
          <w:sz w:val="22"/>
        </w:rPr>
        <w:t>25:40</w:t>
      </w:r>
    </w:p>
    <w:p>
      <w:pPr>
        <w:spacing w:after="0"/>
      </w:pPr>
      <w:r>
        <w:rPr>
          <w:rFonts w:ascii="Arial" w:hAnsi="Arial"/>
          <w:sz w:val="22"/>
        </w:rPr>
        <w:t>I think yeah,</w:t>
      </w:r>
    </w:p>
    <w:p>
      <w:pPr>
        <w:spacing w:after="0"/>
      </w:pPr>
    </w:p>
    <w:p>
      <w:pPr>
        <w:spacing w:after="0"/>
      </w:pPr>
      <w:r>
        <w:rPr>
          <w:rFonts w:ascii="Arial" w:hAnsi="Arial"/>
          <w:b/>
          <w:sz w:val="22"/>
        </w:rPr>
        <w:t xml:space="preserve">Lewis Edon   </w:t>
      </w:r>
      <w:r>
        <w:rPr>
          <w:rFonts w:ascii="Arial" w:hAnsi="Arial"/>
          <w:color w:val="5D7284"/>
          <w:sz w:val="22"/>
        </w:rPr>
        <w:t>25:41</w:t>
      </w:r>
    </w:p>
    <w:p>
      <w:pPr>
        <w:spacing w:after="0"/>
      </w:pPr>
      <w:r>
        <w:rPr>
          <w:rFonts w:ascii="Arial" w:hAnsi="Arial"/>
          <w:sz w:val="22"/>
        </w:rPr>
        <w:t>no problem.</w:t>
      </w:r>
    </w:p>
    <w:p>
      <w:pPr>
        <w:spacing w:after="0"/>
      </w:pPr>
    </w:p>
    <w:p>
      <w:pPr>
        <w:spacing w:after="0"/>
      </w:pPr>
      <w:r>
        <w:rPr>
          <w:rFonts w:ascii="Arial" w:hAnsi="Arial"/>
          <w:b/>
          <w:sz w:val="22"/>
        </w:rPr>
        <w:t xml:space="preserve">Alice  </w:t>
      </w:r>
      <w:r>
        <w:rPr>
          <w:rFonts w:ascii="Arial" w:hAnsi="Arial"/>
          <w:color w:val="5D7284"/>
          <w:sz w:val="22"/>
        </w:rPr>
        <w:t>25:41</w:t>
      </w:r>
    </w:p>
    <w:p>
      <w:pPr>
        <w:spacing w:after="0"/>
      </w:pPr>
      <w:r>
        <w:rPr>
          <w:rFonts w:ascii="Arial" w:hAnsi="Arial"/>
          <w:sz w:val="22"/>
        </w:rPr>
        <w:t>I think that I think you're absolutely right. Like talking about it is, it's in a big part. It's the cure, but also it's preventative for other people because it starts to break that those taboos down. I know, you know, the childhood stuff. It it hits home very closely for me. I had some really difficult experiences myself with my mental health at a very young age. Again, relating again very much to to being disabled and my like the physical health elements as well. But I read just just the other day that suicide is the leading cause of death in young people.</w:t>
      </w:r>
    </w:p>
    <w:p>
      <w:pPr>
        <w:spacing w:after="0"/>
      </w:pPr>
    </w:p>
    <w:p>
      <w:pPr>
        <w:spacing w:after="0"/>
      </w:pPr>
      <w:r>
        <w:rPr>
          <w:rFonts w:ascii="Arial" w:hAnsi="Arial"/>
          <w:b/>
          <w:sz w:val="22"/>
        </w:rPr>
        <w:t xml:space="preserve">Lucy  </w:t>
      </w:r>
      <w:r>
        <w:rPr>
          <w:rFonts w:ascii="Arial" w:hAnsi="Arial"/>
          <w:color w:val="5D7284"/>
          <w:sz w:val="22"/>
        </w:rPr>
        <w:t>26:22</w:t>
      </w:r>
    </w:p>
    <w:p>
      <w:pPr>
        <w:spacing w:after="0"/>
      </w:pPr>
      <w:r>
        <w:rPr>
          <w:rFonts w:ascii="Arial" w:hAnsi="Arial"/>
          <w:sz w:val="22"/>
        </w:rPr>
        <w:t>Yeah,</w:t>
      </w:r>
    </w:p>
    <w:p>
      <w:pPr>
        <w:spacing w:after="0"/>
      </w:pPr>
    </w:p>
    <w:p>
      <w:pPr>
        <w:spacing w:after="0"/>
      </w:pPr>
      <w:r>
        <w:rPr>
          <w:rFonts w:ascii="Arial" w:hAnsi="Arial"/>
          <w:b/>
          <w:sz w:val="22"/>
        </w:rPr>
        <w:t xml:space="preserve">Alice  </w:t>
      </w:r>
      <w:r>
        <w:rPr>
          <w:rFonts w:ascii="Arial" w:hAnsi="Arial"/>
          <w:color w:val="5D7284"/>
          <w:sz w:val="22"/>
        </w:rPr>
        <w:t>26:22</w:t>
      </w:r>
    </w:p>
    <w:p>
      <w:pPr>
        <w:spacing w:after="0"/>
      </w:pPr>
      <w:r>
        <w:rPr>
          <w:rFonts w:ascii="Arial" w:hAnsi="Arial"/>
          <w:sz w:val="22"/>
        </w:rPr>
        <w:t xml:space="preserve">and you know, I also know from my like professional like day job that the waiting list for child and adolescent mental health services can be years, depending on what part of the country you live in, and those are you know, that's the difference between whether a child, whether a child finds himself in a position where they feel like they need to take their own lives, like it just it. I'm not a cryer, Lewis, but this is this is it's gonna. </w:t>
      </w:r>
    </w:p>
    <w:p>
      <w:pPr>
        <w:spacing w:after="0"/>
      </w:pPr>
    </w:p>
    <w:p>
      <w:pPr>
        <w:spacing w:after="0"/>
      </w:pPr>
      <w:r>
        <w:rPr>
          <w:rFonts w:ascii="Arial" w:hAnsi="Arial"/>
          <w:b/>
          <w:sz w:val="22"/>
        </w:rPr>
        <w:t xml:space="preserve">Lucy  </w:t>
      </w:r>
      <w:r>
        <w:rPr>
          <w:rFonts w:ascii="Arial" w:hAnsi="Arial"/>
          <w:color w:val="5D7284"/>
          <w:sz w:val="22"/>
        </w:rPr>
        <w:t>26:57</w:t>
      </w:r>
    </w:p>
    <w:p>
      <w:pPr>
        <w:spacing w:after="0"/>
      </w:pPr>
      <w:r>
        <w:rPr>
          <w:rFonts w:ascii="Arial" w:hAnsi="Arial"/>
          <w:sz w:val="22"/>
        </w:rPr>
        <w:t>She really isn't, Lewis</w:t>
      </w:r>
    </w:p>
    <w:p>
      <w:pPr>
        <w:spacing w:after="0"/>
      </w:pPr>
    </w:p>
    <w:p>
      <w:pPr>
        <w:spacing w:after="0"/>
      </w:pPr>
      <w:r>
        <w:rPr>
          <w:rFonts w:ascii="Arial" w:hAnsi="Arial"/>
          <w:b/>
          <w:sz w:val="22"/>
        </w:rPr>
        <w:t xml:space="preserve">Alice  </w:t>
      </w:r>
      <w:r>
        <w:rPr>
          <w:rFonts w:ascii="Arial" w:hAnsi="Arial"/>
          <w:color w:val="5D7284"/>
          <w:sz w:val="22"/>
        </w:rPr>
        <w:t>26:58</w:t>
      </w:r>
    </w:p>
    <w:p>
      <w:pPr>
        <w:spacing w:after="0"/>
      </w:pPr>
      <w:r>
        <w:rPr>
          <w:rFonts w:ascii="Arial" w:hAnsi="Arial"/>
          <w:sz w:val="22"/>
        </w:rPr>
        <w:t>and this is gonna um this this could this could set me off. So, but I think it's I think it's what what Lucy and I will do is we'll share some resources in our show notes if you are struggling with your mental health because there are there are some fantastic resources out there for young people in particular,</w:t>
      </w:r>
    </w:p>
    <w:p>
      <w:pPr>
        <w:spacing w:after="0"/>
      </w:pPr>
    </w:p>
    <w:p>
      <w:pPr>
        <w:spacing w:after="0"/>
      </w:pPr>
      <w:r>
        <w:rPr>
          <w:rFonts w:ascii="Arial" w:hAnsi="Arial"/>
          <w:b/>
          <w:sz w:val="22"/>
        </w:rPr>
        <w:t xml:space="preserve">Lucy  </w:t>
      </w:r>
      <w:r>
        <w:rPr>
          <w:rFonts w:ascii="Arial" w:hAnsi="Arial"/>
          <w:color w:val="5D7284"/>
          <w:sz w:val="22"/>
        </w:rPr>
        <w:t>27:22</w:t>
      </w:r>
    </w:p>
    <w:p>
      <w:pPr>
        <w:spacing w:after="0"/>
      </w:pPr>
      <w:r>
        <w:rPr>
          <w:rFonts w:ascii="Arial" w:hAnsi="Arial"/>
          <w:sz w:val="22"/>
        </w:rPr>
        <w:t>I think it's very important to just point out that you know if you are disabled and are struggling with your mental health, it's nothing to be ashamed of.</w:t>
      </w:r>
    </w:p>
    <w:p>
      <w:pPr>
        <w:spacing w:after="0"/>
      </w:pPr>
    </w:p>
    <w:p>
      <w:pPr>
        <w:spacing w:after="0"/>
      </w:pPr>
      <w:r>
        <w:rPr>
          <w:rFonts w:ascii="Arial" w:hAnsi="Arial"/>
          <w:b/>
          <w:sz w:val="22"/>
        </w:rPr>
        <w:t xml:space="preserve">Lewis Edon   </w:t>
      </w:r>
      <w:r>
        <w:rPr>
          <w:rFonts w:ascii="Arial" w:hAnsi="Arial"/>
          <w:color w:val="5D7284"/>
          <w:sz w:val="22"/>
        </w:rPr>
        <w:t>27:31</w:t>
      </w:r>
    </w:p>
    <w:p>
      <w:pPr>
        <w:spacing w:after="0"/>
      </w:pPr>
      <w:r>
        <w:rPr>
          <w:rFonts w:ascii="Arial" w:hAnsi="Arial"/>
          <w:sz w:val="22"/>
        </w:rPr>
        <w:t>Absolutely not.</w:t>
      </w:r>
    </w:p>
    <w:p>
      <w:pPr>
        <w:spacing w:after="0"/>
      </w:pPr>
    </w:p>
    <w:p>
      <w:pPr>
        <w:spacing w:after="0"/>
      </w:pPr>
      <w:r>
        <w:rPr>
          <w:rFonts w:ascii="Arial" w:hAnsi="Arial"/>
          <w:b/>
          <w:sz w:val="22"/>
        </w:rPr>
        <w:t xml:space="preserve">Lucy  </w:t>
      </w:r>
      <w:r>
        <w:rPr>
          <w:rFonts w:ascii="Arial" w:hAnsi="Arial"/>
          <w:color w:val="5D7284"/>
          <w:sz w:val="22"/>
        </w:rPr>
        <w:t>27:32</w:t>
      </w:r>
    </w:p>
    <w:p>
      <w:pPr>
        <w:spacing w:after="0"/>
      </w:pPr>
      <w:r>
        <w:rPr>
          <w:rFonts w:ascii="Arial" w:hAnsi="Arial"/>
          <w:sz w:val="22"/>
        </w:rPr>
        <w:t>People people who are quote unquote healthy and non disabled can struggle just as much as you know, disabled people have got vast amount of other medical issues going on and things like that as well. So you know, you're not you're not alone in the fact that if you struggle with your mental health, you know, there's nothing to be ashamed of.</w:t>
      </w:r>
    </w:p>
    <w:p>
      <w:pPr>
        <w:spacing w:after="0"/>
      </w:pPr>
    </w:p>
    <w:p>
      <w:pPr>
        <w:spacing w:after="0"/>
      </w:pPr>
      <w:r>
        <w:rPr>
          <w:rFonts w:ascii="Arial" w:hAnsi="Arial"/>
          <w:b/>
          <w:sz w:val="22"/>
        </w:rPr>
        <w:t xml:space="preserve">Alice  </w:t>
      </w:r>
      <w:r>
        <w:rPr>
          <w:rFonts w:ascii="Arial" w:hAnsi="Arial"/>
          <w:color w:val="5D7284"/>
          <w:sz w:val="22"/>
        </w:rPr>
        <w:t>27:57</w:t>
      </w:r>
    </w:p>
    <w:p>
      <w:pPr>
        <w:spacing w:after="0"/>
      </w:pPr>
      <w:r>
        <w:rPr>
          <w:rFonts w:ascii="Arial" w:hAnsi="Arial"/>
          <w:sz w:val="22"/>
        </w:rPr>
        <w:t>And I think I think it goes back a lot into that kind of the things that we were talking about earlier with with feeling like a burden. When I think you know you're already asking so much of people in terms of the support you need that it can be really difficult to then say and actually you know emotionally I'm not doing well.</w:t>
      </w:r>
    </w:p>
    <w:p>
      <w:pPr>
        <w:spacing w:after="0"/>
      </w:pPr>
    </w:p>
    <w:p>
      <w:pPr>
        <w:spacing w:after="0"/>
      </w:pPr>
      <w:r>
        <w:rPr>
          <w:rFonts w:ascii="Arial" w:hAnsi="Arial"/>
          <w:b/>
          <w:sz w:val="22"/>
        </w:rPr>
        <w:t xml:space="preserve">Lucy  </w:t>
      </w:r>
      <w:r>
        <w:rPr>
          <w:rFonts w:ascii="Arial" w:hAnsi="Arial"/>
          <w:color w:val="5D7284"/>
          <w:sz w:val="22"/>
        </w:rPr>
        <w:t>28:14</w:t>
      </w:r>
    </w:p>
    <w:p>
      <w:pPr>
        <w:spacing w:after="0"/>
      </w:pPr>
      <w:r>
        <w:rPr>
          <w:rFonts w:ascii="Arial" w:hAnsi="Arial"/>
          <w:sz w:val="22"/>
        </w:rPr>
        <w:t>Yeah, yeah,</w:t>
      </w:r>
    </w:p>
    <w:p>
      <w:pPr>
        <w:spacing w:after="0"/>
      </w:pPr>
    </w:p>
    <w:p>
      <w:pPr>
        <w:spacing w:after="0"/>
      </w:pPr>
      <w:r>
        <w:rPr>
          <w:rFonts w:ascii="Arial" w:hAnsi="Arial"/>
          <w:b/>
          <w:sz w:val="22"/>
        </w:rPr>
        <w:t xml:space="preserve">Lewis Edon   </w:t>
      </w:r>
      <w:r>
        <w:rPr>
          <w:rFonts w:ascii="Arial" w:hAnsi="Arial"/>
          <w:color w:val="5D7284"/>
          <w:sz w:val="22"/>
        </w:rPr>
        <w:t>28:16</w:t>
      </w:r>
    </w:p>
    <w:p>
      <w:pPr>
        <w:spacing w:after="0"/>
      </w:pPr>
      <w:r>
        <w:rPr>
          <w:rFonts w:ascii="Arial" w:hAnsi="Arial"/>
          <w:sz w:val="22"/>
        </w:rPr>
        <w:t>absolutely.</w:t>
      </w:r>
    </w:p>
    <w:p>
      <w:pPr>
        <w:spacing w:after="0"/>
      </w:pPr>
    </w:p>
    <w:p>
      <w:pPr>
        <w:spacing w:after="0"/>
      </w:pPr>
      <w:r>
        <w:rPr>
          <w:rFonts w:ascii="Arial" w:hAnsi="Arial"/>
          <w:b/>
          <w:sz w:val="22"/>
        </w:rPr>
        <w:t xml:space="preserve">Lucy  </w:t>
      </w:r>
      <w:r>
        <w:rPr>
          <w:rFonts w:ascii="Arial" w:hAnsi="Arial"/>
          <w:color w:val="5D7284"/>
          <w:sz w:val="22"/>
        </w:rPr>
        <w:t>28:16</w:t>
      </w:r>
    </w:p>
    <w:p>
      <w:pPr>
        <w:spacing w:after="0"/>
      </w:pPr>
      <w:r>
        <w:rPr>
          <w:rFonts w:ascii="Arial" w:hAnsi="Arial"/>
          <w:sz w:val="22"/>
        </w:rPr>
        <w:t>And you speak to any disabled person who was a disabled child and ask them, was your childhood easy? If they say to you, yes, it was, then I'm telling you now thats not the actual  truth. Because being a disabled child is</w:t>
      </w:r>
    </w:p>
    <w:p>
      <w:pPr>
        <w:spacing w:after="0"/>
      </w:pPr>
    </w:p>
    <w:p>
      <w:pPr>
        <w:spacing w:after="0"/>
      </w:pPr>
      <w:r>
        <w:rPr>
          <w:rFonts w:ascii="Arial" w:hAnsi="Arial"/>
          <w:b/>
          <w:sz w:val="22"/>
        </w:rPr>
        <w:t xml:space="preserve">Lucy  </w:t>
      </w:r>
      <w:r>
        <w:rPr>
          <w:rFonts w:ascii="Arial" w:hAnsi="Arial"/>
          <w:color w:val="5D7284"/>
          <w:sz w:val="22"/>
        </w:rPr>
        <w:t>28:32</w:t>
      </w:r>
    </w:p>
    <w:p>
      <w:pPr>
        <w:spacing w:after="0"/>
      </w:pPr>
      <w:r>
        <w:rPr>
          <w:rFonts w:ascii="Arial" w:hAnsi="Arial"/>
          <w:sz w:val="22"/>
        </w:rPr>
        <w:t>horrible. Being a disabled teenager even worse. So yeah, don't believe if they say yeah, it's it was absolutely like Disneyland.</w:t>
      </w:r>
    </w:p>
    <w:p>
      <w:pPr>
        <w:spacing w:after="0"/>
      </w:pPr>
    </w:p>
    <w:p>
      <w:pPr>
        <w:spacing w:after="0"/>
      </w:pPr>
      <w:r>
        <w:rPr>
          <w:rFonts w:ascii="Arial" w:hAnsi="Arial"/>
          <w:b/>
          <w:sz w:val="22"/>
        </w:rPr>
        <w:t xml:space="preserve">Alice  </w:t>
      </w:r>
      <w:r>
        <w:rPr>
          <w:rFonts w:ascii="Arial" w:hAnsi="Arial"/>
          <w:color w:val="5D7284"/>
          <w:sz w:val="22"/>
        </w:rPr>
        <w:t>28:41</w:t>
      </w:r>
    </w:p>
    <w:p>
      <w:pPr>
        <w:spacing w:after="0"/>
      </w:pPr>
      <w:r>
        <w:rPr>
          <w:rFonts w:ascii="Arial" w:hAnsi="Arial"/>
          <w:sz w:val="22"/>
        </w:rPr>
        <w:t>Walk in the park. Yeah</w:t>
      </w:r>
    </w:p>
    <w:p>
      <w:pPr>
        <w:spacing w:after="0"/>
      </w:pPr>
    </w:p>
    <w:p>
      <w:pPr>
        <w:spacing w:after="0"/>
      </w:pPr>
      <w:r>
        <w:rPr>
          <w:rFonts w:ascii="Arial" w:hAnsi="Arial"/>
          <w:b/>
          <w:sz w:val="22"/>
        </w:rPr>
        <w:t xml:space="preserve">Lucy  </w:t>
      </w:r>
      <w:r>
        <w:rPr>
          <w:rFonts w:ascii="Arial" w:hAnsi="Arial"/>
          <w:color w:val="5D7284"/>
          <w:sz w:val="22"/>
        </w:rPr>
        <w:t>28:43</w:t>
      </w:r>
    </w:p>
    <w:p>
      <w:pPr>
        <w:spacing w:after="0"/>
      </w:pPr>
      <w:r>
        <w:rPr>
          <w:rFonts w:ascii="Arial" w:hAnsi="Arial"/>
          <w:sz w:val="22"/>
        </w:rPr>
        <w:t>Yeah, they're lying.</w:t>
      </w:r>
    </w:p>
    <w:p>
      <w:pPr>
        <w:spacing w:after="0"/>
      </w:pPr>
    </w:p>
    <w:p>
      <w:pPr>
        <w:spacing w:after="0"/>
      </w:pPr>
      <w:r>
        <w:rPr>
          <w:rFonts w:ascii="Arial" w:hAnsi="Arial"/>
          <w:b/>
          <w:sz w:val="22"/>
        </w:rPr>
        <w:t xml:space="preserve">Lewis Edon   </w:t>
      </w:r>
      <w:r>
        <w:rPr>
          <w:rFonts w:ascii="Arial" w:hAnsi="Arial"/>
          <w:color w:val="5D7284"/>
          <w:sz w:val="22"/>
        </w:rPr>
        <w:t>28:45</w:t>
      </w:r>
    </w:p>
    <w:p>
      <w:pPr>
        <w:spacing w:after="0"/>
      </w:pPr>
      <w:r>
        <w:rPr>
          <w:rFonts w:ascii="Arial" w:hAnsi="Arial"/>
          <w:sz w:val="22"/>
        </w:rPr>
        <w:t>Yeah, absolutely.</w:t>
      </w:r>
    </w:p>
    <w:p>
      <w:pPr>
        <w:spacing w:after="0"/>
      </w:pPr>
    </w:p>
    <w:p>
      <w:pPr>
        <w:spacing w:after="0"/>
      </w:pPr>
      <w:r>
        <w:rPr>
          <w:rFonts w:ascii="Arial" w:hAnsi="Arial"/>
          <w:b/>
          <w:sz w:val="22"/>
        </w:rPr>
        <w:t xml:space="preserve">Lucy  </w:t>
      </w:r>
      <w:r>
        <w:rPr>
          <w:rFonts w:ascii="Arial" w:hAnsi="Arial"/>
          <w:color w:val="5D7284"/>
          <w:sz w:val="22"/>
        </w:rPr>
        <w:t>28:47</w:t>
      </w:r>
    </w:p>
    <w:p>
      <w:pPr>
        <w:spacing w:after="0"/>
      </w:pPr>
      <w:r>
        <w:rPr>
          <w:rFonts w:ascii="Arial" w:hAnsi="Arial"/>
          <w:sz w:val="22"/>
        </w:rPr>
        <w:t xml:space="preserve">you know it's .. </w:t>
      </w:r>
    </w:p>
    <w:p>
      <w:pPr>
        <w:spacing w:after="0"/>
      </w:pPr>
    </w:p>
    <w:p>
      <w:pPr>
        <w:spacing w:after="0"/>
      </w:pPr>
      <w:r>
        <w:rPr>
          <w:rFonts w:ascii="Arial" w:hAnsi="Arial"/>
          <w:b/>
          <w:sz w:val="22"/>
        </w:rPr>
        <w:t xml:space="preserve">Lewis Edon   </w:t>
      </w:r>
      <w:r>
        <w:rPr>
          <w:rFonts w:ascii="Arial" w:hAnsi="Arial"/>
          <w:color w:val="5D7284"/>
          <w:sz w:val="22"/>
        </w:rPr>
        <w:t>28:49</w:t>
      </w:r>
    </w:p>
    <w:p>
      <w:pPr>
        <w:spacing w:after="0"/>
      </w:pPr>
      <w:r>
        <w:rPr>
          <w:rFonts w:ascii="Arial" w:hAnsi="Arial"/>
          <w:sz w:val="22"/>
        </w:rPr>
        <w:t>just um, sorry. No, just recently, you know, I've got myself back into counseling for the first time in 14 years of being diagnosed with bone cancer, I'm now seeing a cancer-specific counselor for this condition, and you know I'm working through acceptance with her right now, which is something that never crossed my mind. I always just thought, you know, I I I have a diagnosis of bone cancer, so you know that's that's that, but there is that mental barrier of actually accepting that disability as well, and and all the things that come with that.</w:t>
      </w:r>
    </w:p>
    <w:p>
      <w:pPr>
        <w:spacing w:after="0"/>
      </w:pPr>
    </w:p>
    <w:p>
      <w:pPr>
        <w:spacing w:after="0"/>
      </w:pPr>
      <w:r>
        <w:rPr>
          <w:rFonts w:ascii="Arial" w:hAnsi="Arial"/>
          <w:b/>
          <w:sz w:val="22"/>
        </w:rPr>
        <w:t xml:space="preserve">Alice  </w:t>
      </w:r>
      <w:r>
        <w:rPr>
          <w:rFonts w:ascii="Arial" w:hAnsi="Arial"/>
          <w:color w:val="5D7284"/>
          <w:sz w:val="22"/>
        </w:rPr>
        <w:t>29:28</w:t>
      </w:r>
    </w:p>
    <w:p>
      <w:pPr>
        <w:spacing w:after="0"/>
      </w:pPr>
      <w:r>
        <w:rPr>
          <w:rFonts w:ascii="Arial" w:hAnsi="Arial"/>
          <w:sz w:val="22"/>
        </w:rPr>
        <w:t>Yeah, yeah. It's um I I started going back to counseling myself recently for the first time in probably as many years, but I am as many years older than you again. But but that you know that I accept like I I live with a condition that will only get worse and I will only you know my my best case scenario is that I manage to get to a point where I lose all my vision like late in life before you know not. I'm 50, and that acceptance of like it's it's really difficult to because you're also like I'm fucking busy, like I've I've got like a kid and a job and a mortgage, like like I haven't got time to be like</w:t>
      </w:r>
    </w:p>
    <w:p>
      <w:pPr>
        <w:spacing w:after="0"/>
      </w:pPr>
    </w:p>
    <w:p>
      <w:pPr>
        <w:spacing w:after="0"/>
      </w:pPr>
      <w:r>
        <w:rPr>
          <w:rFonts w:ascii="Arial" w:hAnsi="Arial"/>
          <w:b/>
          <w:sz w:val="22"/>
        </w:rPr>
        <w:t xml:space="preserve">Lucy  </w:t>
      </w:r>
      <w:r>
        <w:rPr>
          <w:rFonts w:ascii="Arial" w:hAnsi="Arial"/>
          <w:color w:val="5D7284"/>
          <w:sz w:val="22"/>
        </w:rPr>
        <w:t>30:17</w:t>
      </w:r>
    </w:p>
    <w:p>
      <w:pPr>
        <w:spacing w:after="0"/>
      </w:pPr>
      <w:r>
        <w:rPr>
          <w:rFonts w:ascii="Arial" w:hAnsi="Arial"/>
          <w:sz w:val="22"/>
        </w:rPr>
        <w:t>excuse me, it's like it's like yeah</w:t>
      </w:r>
    </w:p>
    <w:p>
      <w:pPr>
        <w:spacing w:after="0"/>
      </w:pPr>
    </w:p>
    <w:p>
      <w:pPr>
        <w:spacing w:after="0"/>
      </w:pPr>
      <w:r>
        <w:rPr>
          <w:rFonts w:ascii="Arial" w:hAnsi="Arial"/>
          <w:b/>
          <w:sz w:val="22"/>
        </w:rPr>
        <w:t xml:space="preserve">Alice  </w:t>
      </w:r>
      <w:r>
        <w:rPr>
          <w:rFonts w:ascii="Arial" w:hAnsi="Arial"/>
          <w:color w:val="5D7284"/>
          <w:sz w:val="22"/>
        </w:rPr>
        <w:t>30:19</w:t>
      </w:r>
    </w:p>
    <w:p>
      <w:pPr>
        <w:spacing w:after="0"/>
      </w:pPr>
      <w:r>
        <w:rPr>
          <w:rFonts w:ascii="Arial" w:hAnsi="Arial"/>
          <w:sz w:val="22"/>
        </w:rPr>
        <w:t>no I've I've accepted this. I'm I'm because I'm getting on with stuff, but actually, that underlying anxiety of the unknown, especially when it comes to a health issue, that fear of what is my life going to happen, what is going to happen in my life, how is my life going to change, what am I going to have to do, what am I going to lose, that does hang over you in a real kind of silent way.</w:t>
      </w:r>
    </w:p>
    <w:p>
      <w:pPr>
        <w:spacing w:after="0"/>
      </w:pPr>
    </w:p>
    <w:p>
      <w:pPr>
        <w:spacing w:after="0"/>
      </w:pPr>
      <w:r>
        <w:rPr>
          <w:rFonts w:ascii="Arial" w:hAnsi="Arial"/>
          <w:b/>
          <w:sz w:val="22"/>
        </w:rPr>
        <w:t xml:space="preserve">Lucy  </w:t>
      </w:r>
      <w:r>
        <w:rPr>
          <w:rFonts w:ascii="Arial" w:hAnsi="Arial"/>
          <w:color w:val="5D7284"/>
          <w:sz w:val="22"/>
        </w:rPr>
        <w:t>30:43</w:t>
      </w:r>
    </w:p>
    <w:p>
      <w:pPr>
        <w:spacing w:after="0"/>
      </w:pPr>
      <w:r>
        <w:rPr>
          <w:rFonts w:ascii="Arial" w:hAnsi="Arial"/>
          <w:sz w:val="22"/>
        </w:rPr>
        <w:t>Yeah, and whilst you know I was I was born with my disability, so to some extent I find myself very lucky because I have never known any different. However, my condition, which is cerebral palsy. There has been a lot of research into what happens to a disabled child with their development with cerebral palsy, in terms of severity, you know, severity and all this kind of thing. But as soon as you get to an adult with cerebral palsy, everything stops. Nobody, nobody's interested in the, in the, in the adults with cerebral palsy because it's a bit complicated and it's a bit messy and well we don't really know really, so there is an element for me of what's what's what's this going to look like when I'm 60,50 you know 40.</w:t>
      </w:r>
    </w:p>
    <w:p>
      <w:pPr>
        <w:spacing w:after="0"/>
      </w:pPr>
    </w:p>
    <w:p>
      <w:pPr>
        <w:spacing w:after="0"/>
      </w:pPr>
      <w:r>
        <w:rPr>
          <w:rFonts w:ascii="Arial" w:hAnsi="Arial"/>
          <w:b/>
          <w:sz w:val="22"/>
        </w:rPr>
        <w:t xml:space="preserve">Alice  </w:t>
      </w:r>
      <w:r>
        <w:rPr>
          <w:rFonts w:ascii="Arial" w:hAnsi="Arial"/>
          <w:color w:val="5D7284"/>
          <w:sz w:val="22"/>
        </w:rPr>
        <w:t>31:10</w:t>
      </w:r>
    </w:p>
    <w:p>
      <w:pPr>
        <w:spacing w:after="0"/>
      </w:pPr>
      <w:r>
        <w:rPr>
          <w:rFonts w:ascii="Arial" w:hAnsi="Arial"/>
          <w:sz w:val="22"/>
        </w:rPr>
        <w:t>I think it's universal for you know when you've got a physical health condition. Yeah, there is you know, there's so much uncertainty, and and when we live in a world that changes as quickly as you know ours is, it you know in in a in many ways like technology is is amazing and is making huge life you know improvements to to our lives, but we also know that you know people, the job market is getting harder, and you know people are struggling to get together face to face to build relationships and things like that. And I think you know when you add a physical barrier and a physical, you know, like Lucy. I know you experience a lot of physical pain. Like there's so, it's just another another kind of ingredient in in the soup.</w:t>
      </w:r>
    </w:p>
    <w:p>
      <w:pPr>
        <w:spacing w:after="0"/>
      </w:pPr>
    </w:p>
    <w:p>
      <w:pPr>
        <w:spacing w:after="0"/>
      </w:pPr>
      <w:r>
        <w:rPr>
          <w:rFonts w:ascii="Arial" w:hAnsi="Arial"/>
          <w:b/>
          <w:sz w:val="22"/>
        </w:rPr>
        <w:t xml:space="preserve">Lucy  </w:t>
      </w:r>
      <w:r>
        <w:rPr>
          <w:rFonts w:ascii="Arial" w:hAnsi="Arial"/>
          <w:color w:val="5D7284"/>
          <w:sz w:val="22"/>
        </w:rPr>
        <w:t>32:24</w:t>
      </w:r>
    </w:p>
    <w:p>
      <w:pPr>
        <w:spacing w:after="0"/>
      </w:pPr>
      <w:r>
        <w:rPr>
          <w:rFonts w:ascii="Arial" w:hAnsi="Arial"/>
          <w:sz w:val="22"/>
        </w:rPr>
        <w:t>Exactly. And when you add another ingredient that you're not quite familiar with, it does take a while to go. Okay, are we are we leaving this in forever, or are we just trying this out as an experimental cooking episode? Or or as I often say, are we making a bed up for this symptom, or is it just a passing fad for a day or two? And that can often be very scary when you've got a new symptom that you're like, why is why is this happening to my body? Why do I? Why are you? Why are you giving me this shit to deal with when I've got other like things to be coping with, and we're just about coping, that level of oh, is this is this is this my life now? Have I got to factor in this as well? Can often be quite like I don't know what the word is. It's not demoralizing, but it's a kind of like it's almost like oh here we go again. Do you know what I mean? It's like what what what else have I got to factor in? You know.</w:t>
      </w:r>
    </w:p>
    <w:p>
      <w:pPr>
        <w:spacing w:after="0"/>
      </w:pPr>
    </w:p>
    <w:p>
      <w:pPr>
        <w:spacing w:after="0"/>
      </w:pPr>
      <w:r>
        <w:rPr>
          <w:rFonts w:ascii="Arial" w:hAnsi="Arial"/>
          <w:b/>
          <w:sz w:val="22"/>
        </w:rPr>
        <w:t xml:space="preserve">Lewis Edon   </w:t>
      </w:r>
      <w:r>
        <w:rPr>
          <w:rFonts w:ascii="Arial" w:hAnsi="Arial"/>
          <w:color w:val="5D7284"/>
          <w:sz w:val="22"/>
        </w:rPr>
        <w:t>33:21</w:t>
      </w:r>
    </w:p>
    <w:p>
      <w:pPr>
        <w:spacing w:after="0"/>
      </w:pPr>
      <w:r>
        <w:rPr>
          <w:rFonts w:ascii="Arial" w:hAnsi="Arial"/>
          <w:sz w:val="22"/>
        </w:rPr>
        <w:t>Yeah, absolutely. I'm really glad you both said about the the fear of the unknown because that's exactly what I'm going through right now. Yeah. And I mean, my my big problem is I struggle to to make decisions about my health. You know, I want to be cancer free one day, but the only way through that is via a surgery. And there's three options, and they're always changing. Some doctors are more biased toward one, and then some to another. And whoever I see determines that that outcome, which makes my decision so much harder because I'm constantly being told different things. And like you said, you know, being born with your disability, for me, I I was born with my disability too, but I only found out when I was eight.</w:t>
      </w:r>
    </w:p>
    <w:p>
      <w:pPr>
        <w:spacing w:after="0"/>
      </w:pPr>
    </w:p>
    <w:p>
      <w:pPr>
        <w:spacing w:after="0"/>
      </w:pPr>
      <w:r>
        <w:rPr>
          <w:rFonts w:ascii="Arial" w:hAnsi="Arial"/>
          <w:b/>
          <w:sz w:val="22"/>
        </w:rPr>
        <w:t xml:space="preserve">Lucy  </w:t>
      </w:r>
      <w:r>
        <w:rPr>
          <w:rFonts w:ascii="Arial" w:hAnsi="Arial"/>
          <w:color w:val="5D7284"/>
          <w:sz w:val="22"/>
        </w:rPr>
        <w:t>34:10</w:t>
      </w:r>
    </w:p>
    <w:p>
      <w:pPr>
        <w:spacing w:after="0"/>
      </w:pPr>
      <w:r>
        <w:rPr>
          <w:rFonts w:ascii="Arial" w:hAnsi="Arial"/>
          <w:sz w:val="22"/>
        </w:rPr>
        <w:t>Yeah.</w:t>
      </w:r>
    </w:p>
    <w:p>
      <w:pPr>
        <w:spacing w:after="0"/>
      </w:pPr>
    </w:p>
    <w:p>
      <w:pPr>
        <w:spacing w:after="0"/>
      </w:pPr>
      <w:r>
        <w:rPr>
          <w:rFonts w:ascii="Arial" w:hAnsi="Arial"/>
          <w:b/>
          <w:sz w:val="22"/>
        </w:rPr>
        <w:t xml:space="preserve">Lewis Edon   </w:t>
      </w:r>
      <w:r>
        <w:rPr>
          <w:rFonts w:ascii="Arial" w:hAnsi="Arial"/>
          <w:color w:val="5D7284"/>
          <w:sz w:val="22"/>
        </w:rPr>
        <w:t>34:10</w:t>
      </w:r>
    </w:p>
    <w:p>
      <w:pPr>
        <w:spacing w:after="0"/>
      </w:pPr>
      <w:r>
        <w:rPr>
          <w:rFonts w:ascii="Arial" w:hAnsi="Arial"/>
          <w:sz w:val="22"/>
        </w:rPr>
        <w:t>And so I don't remember life being able bodied, you know.</w:t>
      </w:r>
    </w:p>
    <w:p>
      <w:pPr>
        <w:spacing w:after="0"/>
      </w:pPr>
    </w:p>
    <w:p>
      <w:pPr>
        <w:spacing w:after="0"/>
      </w:pPr>
      <w:r>
        <w:rPr>
          <w:rFonts w:ascii="Arial" w:hAnsi="Arial"/>
          <w:b/>
          <w:sz w:val="22"/>
        </w:rPr>
        <w:t xml:space="preserve">Lucy  </w:t>
      </w:r>
      <w:r>
        <w:rPr>
          <w:rFonts w:ascii="Arial" w:hAnsi="Arial"/>
          <w:color w:val="5D7284"/>
          <w:sz w:val="22"/>
        </w:rPr>
        <w:t>34:15</w:t>
      </w:r>
    </w:p>
    <w:p>
      <w:pPr>
        <w:spacing w:after="0"/>
      </w:pPr>
      <w:r>
        <w:rPr>
          <w:rFonts w:ascii="Arial" w:hAnsi="Arial"/>
          <w:sz w:val="22"/>
        </w:rPr>
        <w:t>yeah, yeah. I get you. So</w:t>
      </w:r>
    </w:p>
    <w:p>
      <w:pPr>
        <w:spacing w:after="0"/>
      </w:pPr>
    </w:p>
    <w:p>
      <w:pPr>
        <w:spacing w:after="0"/>
      </w:pPr>
      <w:r>
        <w:rPr>
          <w:rFonts w:ascii="Arial" w:hAnsi="Arial"/>
          <w:b/>
          <w:sz w:val="22"/>
        </w:rPr>
        <w:t xml:space="preserve">Lewis Edon   </w:t>
      </w:r>
      <w:r>
        <w:rPr>
          <w:rFonts w:ascii="Arial" w:hAnsi="Arial"/>
          <w:color w:val="5D7284"/>
          <w:sz w:val="22"/>
        </w:rPr>
        <w:t>34:16</w:t>
      </w:r>
    </w:p>
    <w:p>
      <w:pPr>
        <w:spacing w:after="0"/>
      </w:pPr>
      <w:r>
        <w:rPr>
          <w:rFonts w:ascii="Arial" w:hAnsi="Arial"/>
          <w:sz w:val="22"/>
        </w:rPr>
        <w:t>I don't remember life before cancer. So now my biggest fear is, who will I be after cancer? And I'm trying to train myself to be like the exact same. I'll just be minus cancer, and you know, and it's a, it's a lot, isn't it? But yeah, I think talking to someone like a counselor or trusted adult or anyone, a friend, is really important. And talking like this is exceptionally important as well, getting the message out there.</w:t>
      </w:r>
    </w:p>
    <w:p>
      <w:pPr>
        <w:spacing w:after="0"/>
      </w:pPr>
    </w:p>
    <w:p>
      <w:pPr>
        <w:spacing w:after="0"/>
      </w:pPr>
      <w:r>
        <w:rPr>
          <w:rFonts w:ascii="Arial" w:hAnsi="Arial"/>
          <w:b/>
          <w:sz w:val="22"/>
        </w:rPr>
        <w:t xml:space="preserve">Lucy  </w:t>
      </w:r>
      <w:r>
        <w:rPr>
          <w:rFonts w:ascii="Arial" w:hAnsi="Arial"/>
          <w:color w:val="5D7284"/>
          <w:sz w:val="22"/>
        </w:rPr>
        <w:t>34:43</w:t>
      </w:r>
    </w:p>
    <w:p>
      <w:pPr>
        <w:spacing w:after="0"/>
      </w:pPr>
      <w:r>
        <w:rPr>
          <w:rFonts w:ascii="Arial" w:hAnsi="Arial"/>
          <w:sz w:val="22"/>
        </w:rPr>
        <w:t>Yeah. Can I also say as well, Lewis, that the importance of disabled friendships as well is really something that I get a lot of benefit from. It doesn't even have to be, you know, two people with the same disability. I yeah, I know that I can. Talk to Alice about things that are bothering me or things that I find really, really shitty because I am disabled. Alice doesn't have to necessarily understand everything I'm going through, but she can be empathetic and sympathetic to what I am facing because she has, because she is disabled, she has more than likely faced something very similar to what I'm going through, and so she she might not be able to tell me, oh, it'll be all right because I know this because this has happened. This has also happened to me, but she can just sit with me and go, yeah, it's a bit shit in it.</w:t>
      </w:r>
    </w:p>
    <w:p>
      <w:pPr>
        <w:spacing w:after="0"/>
      </w:pPr>
    </w:p>
    <w:p>
      <w:pPr>
        <w:spacing w:after="0"/>
      </w:pPr>
      <w:r>
        <w:rPr>
          <w:rFonts w:ascii="Arial" w:hAnsi="Arial"/>
          <w:b/>
          <w:sz w:val="22"/>
        </w:rPr>
        <w:t xml:space="preserve">Alice  </w:t>
      </w:r>
      <w:r>
        <w:rPr>
          <w:rFonts w:ascii="Arial" w:hAnsi="Arial"/>
          <w:color w:val="5D7284"/>
          <w:sz w:val="22"/>
        </w:rPr>
        <w:t>35:38</w:t>
      </w:r>
    </w:p>
    <w:p>
      <w:pPr>
        <w:spacing w:after="0"/>
      </w:pPr>
      <w:r>
        <w:rPr>
          <w:rFonts w:ascii="Arial" w:hAnsi="Arial"/>
          <w:sz w:val="22"/>
        </w:rPr>
        <w:t>And I think</w:t>
      </w:r>
    </w:p>
    <w:p>
      <w:pPr>
        <w:spacing w:after="0"/>
      </w:pPr>
    </w:p>
    <w:p>
      <w:pPr>
        <w:spacing w:after="0"/>
      </w:pPr>
      <w:r>
        <w:rPr>
          <w:rFonts w:ascii="Arial" w:hAnsi="Arial"/>
          <w:b/>
          <w:sz w:val="22"/>
        </w:rPr>
        <w:t xml:space="preserve">Lewis Edon   </w:t>
      </w:r>
      <w:r>
        <w:rPr>
          <w:rFonts w:ascii="Arial" w:hAnsi="Arial"/>
          <w:color w:val="5D7284"/>
          <w:sz w:val="22"/>
        </w:rPr>
        <w:t>35:39</w:t>
      </w:r>
    </w:p>
    <w:p>
      <w:pPr>
        <w:spacing w:after="0"/>
      </w:pPr>
      <w:r>
        <w:rPr>
          <w:rFonts w:ascii="Arial" w:hAnsi="Arial"/>
          <w:sz w:val="22"/>
        </w:rPr>
        <w:t>yeah,</w:t>
      </w:r>
    </w:p>
    <w:p>
      <w:pPr>
        <w:spacing w:after="0"/>
      </w:pPr>
    </w:p>
    <w:p>
      <w:pPr>
        <w:spacing w:after="0"/>
      </w:pPr>
      <w:r>
        <w:rPr>
          <w:rFonts w:ascii="Arial" w:hAnsi="Arial"/>
          <w:b/>
          <w:sz w:val="22"/>
        </w:rPr>
        <w:t xml:space="preserve">Alice  </w:t>
      </w:r>
      <w:r>
        <w:rPr>
          <w:rFonts w:ascii="Arial" w:hAnsi="Arial"/>
          <w:color w:val="5D7284"/>
          <w:sz w:val="22"/>
        </w:rPr>
        <w:t>35:40</w:t>
      </w:r>
    </w:p>
    <w:p>
      <w:pPr>
        <w:spacing w:after="0"/>
      </w:pPr>
      <w:r>
        <w:rPr>
          <w:rFonts w:ascii="Arial" w:hAnsi="Arial"/>
          <w:sz w:val="22"/>
        </w:rPr>
        <w:t>I think there is a weird sort of privilege when you've, especially like the three of us here who have childhood experience of disability, when you've lived in a position where you are just completely powerless, and it's just like, well, this is just the reality. I cannot change it. I can, you know, whether for, I'm thinking, kind of, you know, when you've grown up experiencing like a practical barrier, like you know, there will have been times when Lucy was a kid where it was just like, there are just stairs here, and there is no, there is no taking the stairs away, there is no getting into this building, like I, I cannot overcome this, and you know, I have had the same experiences, and I'm sure that you had other sort of similar experiences, Louis. That I think that there is a weird sort of almost yeah, an an almost a privilege of as a disabled person, you're forced really young to have to go. This is a really shit thing. I've just got to learn to be okay with, and so although you know we've all talked about the struggles that we have with acceptance, I think that there is, it's a more familiar process to us, even if we don't get all the way through it. It's something that we are forced to face much earlier than I think people who, who have good health for their whole lives,</w:t>
      </w:r>
    </w:p>
    <w:p>
      <w:pPr>
        <w:spacing w:after="0"/>
      </w:pPr>
    </w:p>
    <w:p>
      <w:pPr>
        <w:spacing w:after="0"/>
      </w:pPr>
      <w:r>
        <w:rPr>
          <w:rFonts w:ascii="Arial" w:hAnsi="Arial"/>
          <w:b/>
          <w:sz w:val="22"/>
        </w:rPr>
        <w:t xml:space="preserve">Lucy  </w:t>
      </w:r>
      <w:r>
        <w:rPr>
          <w:rFonts w:ascii="Arial" w:hAnsi="Arial"/>
          <w:color w:val="5D7284"/>
          <w:sz w:val="22"/>
        </w:rPr>
        <w:t>37:05</w:t>
      </w:r>
    </w:p>
    <w:p>
      <w:pPr>
        <w:spacing w:after="0"/>
      </w:pPr>
      <w:r>
        <w:rPr>
          <w:rFonts w:ascii="Arial" w:hAnsi="Arial"/>
          <w:sz w:val="22"/>
        </w:rPr>
        <w:t>yeah, which which is again why again why I say I feel very lucky that I'm not having to be forced with this whole acceptance thing at the age of you know nearly 40 you know and beyond because I think if you say if you you you get your disability through an accident, you know, car accident, you and you have spent the period of time up until that point being able to walk around. You've got freedom. You don't have to factor in anybody else. Any you know your additional needs. I think is extremely difficult to then go.</w:t>
      </w:r>
    </w:p>
    <w:p>
      <w:pPr>
        <w:spacing w:after="0"/>
      </w:pPr>
    </w:p>
    <w:p>
      <w:pPr>
        <w:spacing w:after="0"/>
      </w:pPr>
      <w:r>
        <w:rPr>
          <w:rFonts w:ascii="Arial" w:hAnsi="Arial"/>
          <w:b/>
          <w:sz w:val="22"/>
        </w:rPr>
        <w:t xml:space="preserve">Alice  </w:t>
      </w:r>
      <w:r>
        <w:rPr>
          <w:rFonts w:ascii="Arial" w:hAnsi="Arial"/>
          <w:color w:val="5D7284"/>
          <w:sz w:val="22"/>
        </w:rPr>
        <w:t>37:42</w:t>
      </w:r>
    </w:p>
    <w:p>
      <w:pPr>
        <w:spacing w:after="0"/>
      </w:pPr>
      <w:r>
        <w:rPr>
          <w:rFonts w:ascii="Arial" w:hAnsi="Arial"/>
          <w:sz w:val="22"/>
        </w:rPr>
        <w:t>I think even if you take the disability element out of it, like you know, people who are are able bodied and you know going through a divorce or losing a parent or whatever it might be that you're having to kind of come to terms with. I just think you know if you've had to practice that kind of behavior, even if it is more kind of going through the motions and perhaps not truly embedding it in into yourself emotionally. I think it is a little bit more of a, it's a more familiar path, and so you've got less, you don't have to work as hard to push yourself all the way down it. No.</w:t>
      </w:r>
    </w:p>
    <w:p>
      <w:pPr>
        <w:spacing w:after="0"/>
      </w:pPr>
    </w:p>
    <w:p>
      <w:pPr>
        <w:spacing w:after="0"/>
      </w:pPr>
      <w:r>
        <w:rPr>
          <w:rFonts w:ascii="Arial" w:hAnsi="Arial"/>
          <w:b/>
          <w:sz w:val="22"/>
        </w:rPr>
        <w:t xml:space="preserve">Lewis Edon   </w:t>
      </w:r>
      <w:r>
        <w:rPr>
          <w:rFonts w:ascii="Arial" w:hAnsi="Arial"/>
          <w:color w:val="5D7284"/>
          <w:sz w:val="22"/>
        </w:rPr>
        <w:t>38:21</w:t>
      </w:r>
    </w:p>
    <w:p>
      <w:pPr>
        <w:spacing w:after="0"/>
      </w:pPr>
      <w:r>
        <w:rPr>
          <w:rFonts w:ascii="Arial" w:hAnsi="Arial"/>
          <w:sz w:val="22"/>
        </w:rPr>
        <w:t>Yeah, definitely.</w:t>
      </w:r>
    </w:p>
    <w:p>
      <w:pPr>
        <w:spacing w:after="0"/>
      </w:pPr>
    </w:p>
    <w:p>
      <w:pPr>
        <w:spacing w:after="0"/>
      </w:pPr>
      <w:r>
        <w:rPr>
          <w:rFonts w:ascii="Arial" w:hAnsi="Arial"/>
          <w:b/>
          <w:sz w:val="22"/>
        </w:rPr>
        <w:t xml:space="preserve">Alice  </w:t>
      </w:r>
      <w:r>
        <w:rPr>
          <w:rFonts w:ascii="Arial" w:hAnsi="Arial"/>
          <w:color w:val="5D7284"/>
          <w:sz w:val="22"/>
        </w:rPr>
        <w:t>38:22</w:t>
      </w:r>
    </w:p>
    <w:p>
      <w:pPr>
        <w:spacing w:after="0"/>
      </w:pPr>
      <w:r>
        <w:rPr>
          <w:rFonts w:ascii="Arial" w:hAnsi="Arial"/>
          <w:sz w:val="22"/>
        </w:rPr>
        <w:t>I know one of the other things that you've talked about, Lewis, is obviously men's mental health. You know, again, if we're talking about privileges, Lucy and I are privileged to be cis straight white women, and so we are we are the demographic who know who are the most capable of talking about our mental health, and who are most accepted for being like I'm having an emotional day?</w:t>
      </w:r>
    </w:p>
    <w:p>
      <w:pPr>
        <w:spacing w:after="0"/>
      </w:pPr>
    </w:p>
    <w:p>
      <w:pPr>
        <w:spacing w:after="0"/>
      </w:pPr>
      <w:r>
        <w:rPr>
          <w:rFonts w:ascii="Arial" w:hAnsi="Arial"/>
          <w:b/>
          <w:sz w:val="22"/>
        </w:rPr>
        <w:t xml:space="preserve">Lucy  </w:t>
      </w:r>
      <w:r>
        <w:rPr>
          <w:rFonts w:ascii="Arial" w:hAnsi="Arial"/>
          <w:color w:val="5D7284"/>
          <w:sz w:val="22"/>
        </w:rPr>
        <w:t>38:49</w:t>
      </w:r>
    </w:p>
    <w:p>
      <w:pPr>
        <w:spacing w:after="0"/>
      </w:pPr>
      <w:r>
        <w:rPr>
          <w:rFonts w:ascii="Arial" w:hAnsi="Arial"/>
          <w:sz w:val="22"/>
        </w:rPr>
        <w:t>Hi.</w:t>
      </w:r>
    </w:p>
    <w:p>
      <w:pPr>
        <w:spacing w:after="0"/>
      </w:pPr>
    </w:p>
    <w:p>
      <w:pPr>
        <w:spacing w:after="0"/>
      </w:pPr>
      <w:r>
        <w:rPr>
          <w:rFonts w:ascii="Arial" w:hAnsi="Arial"/>
          <w:b/>
          <w:sz w:val="22"/>
        </w:rPr>
        <w:t xml:space="preserve">Alice  </w:t>
      </w:r>
      <w:r>
        <w:rPr>
          <w:rFonts w:ascii="Arial" w:hAnsi="Arial"/>
          <w:color w:val="5D7284"/>
          <w:sz w:val="22"/>
        </w:rPr>
        <w:t>38:51</w:t>
      </w:r>
    </w:p>
    <w:p>
      <w:pPr>
        <w:spacing w:after="0"/>
      </w:pPr>
      <w:r>
        <w:rPr>
          <w:rFonts w:ascii="Arial" w:hAnsi="Arial"/>
          <w:sz w:val="22"/>
        </w:rPr>
        <w:t>You know, we we're obviously dismissed as being hysterical and all of those issues, but it is socially, you when people come along to talk about mental health, you expect it to be a white woman of a certain age, and I guess you know, for you as a young man, there is there are additional barriers there. Is that something that you kind of you see as well in in the feedback you get from people?</w:t>
      </w:r>
    </w:p>
    <w:p>
      <w:pPr>
        <w:spacing w:after="0"/>
      </w:pPr>
    </w:p>
    <w:p>
      <w:pPr>
        <w:spacing w:after="0"/>
      </w:pPr>
      <w:r>
        <w:rPr>
          <w:rFonts w:ascii="Arial" w:hAnsi="Arial"/>
          <w:b/>
          <w:sz w:val="22"/>
        </w:rPr>
        <w:t xml:space="preserve">Lewis Edon   </w:t>
      </w:r>
      <w:r>
        <w:rPr>
          <w:rFonts w:ascii="Arial" w:hAnsi="Arial"/>
          <w:color w:val="5D7284"/>
          <w:sz w:val="22"/>
        </w:rPr>
        <w:t>39:21</w:t>
      </w:r>
    </w:p>
    <w:p>
      <w:pPr>
        <w:spacing w:after="0"/>
      </w:pPr>
      <w:r>
        <w:rPr>
          <w:rFonts w:ascii="Arial" w:hAnsi="Arial"/>
          <w:sz w:val="22"/>
        </w:rPr>
        <w:t>Yeah, definitely. I mean, I've I worked with a lot of charities, and they're always saying to me, "Wow, you know, a male who's open to talking about his mental health-that's something we don't come across very often. It's a different perspective, and we need that perspective desperately because we don't have, you know, we have men on our books, but we can't support them because we don't what we're dealing with, you know. So I I bring that sort of voice to the forefront. But I think the stigmatization. I think people get it wrong often. Where it's, I mean, there are still men out there who think you have to be manly, you can't cry, and blah blah blah blah blah. You know, it's all that sort of toxic mindset. You know, toxic masculinity. But I actually think it comes down to the the individual. Like myself, the stigma with me is I see myself as in my family the big brother. I can't be you know crying and and sitting in a corner and sulking all day. I have to be the big strong guy of the house, you know, with responsibility, and I think I put too much pressure on myself as a man to to get by, to to be positive when actually I might be having like the worst day of my life, and I think that's that's also something really important to say, is it doesn't have to be like other men talking bad about what situations they're going through. It can be how you view yourself, and I think that that goes for women too. You know, if you you can perceive your mental health, or sorry, the stigma of talking about your mental health as something that you have to go through by yourself, but you don't, you know, you you can you can talk openly about it, and I think it's really important to build that confidence with yourself to be able to talk about it with other people because actually it's it's perfectly acceptable, especially in this day and age.</w:t>
      </w:r>
    </w:p>
    <w:p>
      <w:pPr>
        <w:spacing w:after="0"/>
      </w:pPr>
    </w:p>
    <w:p>
      <w:pPr>
        <w:spacing w:after="0"/>
      </w:pPr>
      <w:r>
        <w:rPr>
          <w:rFonts w:ascii="Arial" w:hAnsi="Arial"/>
          <w:b/>
          <w:sz w:val="22"/>
        </w:rPr>
        <w:t xml:space="preserve">Alice  </w:t>
      </w:r>
      <w:r>
        <w:rPr>
          <w:rFonts w:ascii="Arial" w:hAnsi="Arial"/>
          <w:color w:val="5D7284"/>
          <w:sz w:val="22"/>
        </w:rPr>
        <w:t>41:30</w:t>
      </w:r>
    </w:p>
    <w:p>
      <w:pPr>
        <w:spacing w:after="0"/>
      </w:pPr>
      <w:r>
        <w:rPr>
          <w:rFonts w:ascii="Arial" w:hAnsi="Arial"/>
          <w:sz w:val="22"/>
        </w:rPr>
        <w:t>I think</w:t>
      </w:r>
    </w:p>
    <w:p>
      <w:pPr>
        <w:spacing w:after="0"/>
      </w:pPr>
    </w:p>
    <w:p>
      <w:pPr>
        <w:spacing w:after="0"/>
      </w:pPr>
      <w:r>
        <w:rPr>
          <w:rFonts w:ascii="Arial" w:hAnsi="Arial"/>
          <w:b/>
          <w:sz w:val="22"/>
        </w:rPr>
        <w:t xml:space="preserve">Lewis Edon   </w:t>
      </w:r>
      <w:r>
        <w:rPr>
          <w:rFonts w:ascii="Arial" w:hAnsi="Arial"/>
          <w:color w:val="5D7284"/>
          <w:sz w:val="22"/>
        </w:rPr>
        <w:t>41:30</w:t>
      </w:r>
    </w:p>
    <w:p>
      <w:pPr>
        <w:spacing w:after="0"/>
      </w:pPr>
      <w:r>
        <w:rPr>
          <w:rFonts w:ascii="Arial" w:hAnsi="Arial"/>
          <w:sz w:val="22"/>
        </w:rPr>
        <w:t>so.</w:t>
      </w:r>
    </w:p>
    <w:p>
      <w:pPr>
        <w:spacing w:after="0"/>
      </w:pPr>
    </w:p>
    <w:p>
      <w:pPr>
        <w:spacing w:after="0"/>
      </w:pPr>
      <w:r>
        <w:rPr>
          <w:rFonts w:ascii="Arial" w:hAnsi="Arial"/>
          <w:b/>
          <w:sz w:val="22"/>
        </w:rPr>
        <w:t xml:space="preserve">Alice  </w:t>
      </w:r>
      <w:r>
        <w:rPr>
          <w:rFonts w:ascii="Arial" w:hAnsi="Arial"/>
          <w:color w:val="5D7284"/>
          <w:sz w:val="22"/>
        </w:rPr>
        <w:t>41:31</w:t>
      </w:r>
    </w:p>
    <w:p>
      <w:pPr>
        <w:spacing w:after="0"/>
      </w:pPr>
      <w:r>
        <w:rPr>
          <w:rFonts w:ascii="Arial" w:hAnsi="Arial"/>
          <w:sz w:val="22"/>
        </w:rPr>
        <w:t>I think you're absolutely right, and I do think there is an element of it that is is internalized, but I do think it is also a, especially in terms of gender, it is a larger social issue because women are more likely to seek support, and I I think that that is because women are brought up to sort of expect that they need it, like in it's it it we it all gets a bit complicated, but it makes it makes me think of this pretty old Dylan Moran sketch. You know the Irish guy from Black Book. Yeah, he does this sketch where he says, you know, a man goes out for a drink with his mate, and for for two guys, you know it's your turn to talk when he's having a drink.</w:t>
      </w:r>
    </w:p>
    <w:p>
      <w:pPr>
        <w:spacing w:after="0"/>
      </w:pPr>
    </w:p>
    <w:p>
      <w:pPr>
        <w:spacing w:after="0"/>
      </w:pPr>
      <w:r>
        <w:rPr>
          <w:rFonts w:ascii="Arial" w:hAnsi="Arial"/>
          <w:b/>
          <w:sz w:val="22"/>
        </w:rPr>
        <w:t xml:space="preserve">Lucy  </w:t>
      </w:r>
      <w:r>
        <w:rPr>
          <w:rFonts w:ascii="Arial" w:hAnsi="Arial"/>
          <w:color w:val="5D7284"/>
          <w:sz w:val="22"/>
        </w:rPr>
        <w:t>42:27</w:t>
      </w:r>
    </w:p>
    <w:p>
      <w:pPr>
        <w:spacing w:after="0"/>
      </w:pPr>
      <w:r>
        <w:rPr>
          <w:rFonts w:ascii="Arial" w:hAnsi="Arial"/>
          <w:sz w:val="22"/>
        </w:rPr>
        <w:t>Yeah,</w:t>
      </w:r>
    </w:p>
    <w:p>
      <w:pPr>
        <w:spacing w:after="0"/>
      </w:pPr>
    </w:p>
    <w:p>
      <w:pPr>
        <w:spacing w:after="0"/>
      </w:pPr>
      <w:r>
        <w:rPr>
          <w:rFonts w:ascii="Arial" w:hAnsi="Arial"/>
          <w:b/>
          <w:sz w:val="22"/>
        </w:rPr>
        <w:t xml:space="preserve">Alice  </w:t>
      </w:r>
      <w:r>
        <w:rPr>
          <w:rFonts w:ascii="Arial" w:hAnsi="Arial"/>
          <w:color w:val="5D7284"/>
          <w:sz w:val="22"/>
        </w:rPr>
        <w:t>42:30</w:t>
      </w:r>
    </w:p>
    <w:p>
      <w:pPr>
        <w:spacing w:after="0"/>
      </w:pPr>
      <w:r>
        <w:rPr>
          <w:rFonts w:ascii="Arial" w:hAnsi="Arial"/>
          <w:sz w:val="22"/>
        </w:rPr>
        <w:t xml:space="preserve">and and but then when a woman goes out for a you know a coffee with her mate, she comes back and she says, "Oh well, you know Lucy's really struggling at the moment, and things aren't going very well between her and her partner, and she's definitely worried about work. And the guy says, "Well, how how do you know you were only there for 20 minutes? Well, she didn't have her lipstick to come, and she didn't finish her coffee, so I, you know, I just knew. But I think that's I do think that there is, you know, it's the way as a parent, and I hate, hate that I've turned into that person who always talks about being a parent. But I, I'm really mindful </w:t>
      </w:r>
    </w:p>
    <w:p>
      <w:pPr>
        <w:spacing w:after="0"/>
      </w:pPr>
    </w:p>
    <w:p>
      <w:pPr>
        <w:spacing w:after="0"/>
      </w:pPr>
      <w:r>
        <w:rPr>
          <w:rFonts w:ascii="Arial" w:hAnsi="Arial"/>
          <w:b/>
          <w:sz w:val="22"/>
        </w:rPr>
        <w:t xml:space="preserve">Lucy  </w:t>
      </w:r>
      <w:r>
        <w:rPr>
          <w:rFonts w:ascii="Arial" w:hAnsi="Arial"/>
          <w:color w:val="5D7284"/>
          <w:sz w:val="22"/>
        </w:rPr>
        <w:t>43:10</w:t>
      </w:r>
    </w:p>
    <w:p>
      <w:pPr>
        <w:spacing w:after="0"/>
      </w:pPr>
      <w:r>
        <w:rPr>
          <w:rFonts w:ascii="Arial" w:hAnsi="Arial"/>
          <w:sz w:val="22"/>
        </w:rPr>
        <w:t>ohhh God again... I'm joking.</w:t>
      </w:r>
    </w:p>
    <w:p>
      <w:pPr>
        <w:spacing w:after="0"/>
      </w:pPr>
    </w:p>
    <w:p>
      <w:pPr>
        <w:spacing w:after="0"/>
      </w:pPr>
      <w:r>
        <w:rPr>
          <w:rFonts w:ascii="Arial" w:hAnsi="Arial"/>
          <w:b/>
          <w:sz w:val="22"/>
        </w:rPr>
        <w:t xml:space="preserve">Alice  </w:t>
      </w:r>
      <w:r>
        <w:rPr>
          <w:rFonts w:ascii="Arial" w:hAnsi="Arial"/>
          <w:color w:val="5D7284"/>
          <w:sz w:val="22"/>
        </w:rPr>
        <w:t>43:13</w:t>
      </w:r>
    </w:p>
    <w:p>
      <w:pPr>
        <w:spacing w:after="0"/>
      </w:pPr>
      <w:r>
        <w:rPr>
          <w:rFonts w:ascii="Arial" w:hAnsi="Arial"/>
          <w:sz w:val="22"/>
        </w:rPr>
        <w:t>I'm just, I'm just really mindful that as someone who is a parent to a little boy, that I don't want him to grow up with those same social like I can't talk about mental health stuff. I can't talk about feelings. I can't. I've got to be strong, which is you know the what was the the message I already picked up from what you were saying though is is that about being responsible, having strength, being relied upon, you can't be seen to be needing support because that's considered a weakness, and I really don't want my child to grow up with that perspective. But I think it's so deeply embedded in our social, you know, the the way that it gets down to even like the toys that we give to little boys and the stories that they read and things like that. That that it is a it is about being a certain way based on you know what genitals you were born with.</w:t>
      </w:r>
    </w:p>
    <w:p>
      <w:pPr>
        <w:spacing w:after="0"/>
      </w:pPr>
    </w:p>
    <w:p>
      <w:pPr>
        <w:spacing w:after="0"/>
      </w:pPr>
      <w:r>
        <w:rPr>
          <w:rFonts w:ascii="Arial" w:hAnsi="Arial"/>
          <w:b/>
          <w:sz w:val="22"/>
        </w:rPr>
        <w:t xml:space="preserve">Lucy  </w:t>
      </w:r>
      <w:r>
        <w:rPr>
          <w:rFonts w:ascii="Arial" w:hAnsi="Arial"/>
          <w:color w:val="5D7284"/>
          <w:sz w:val="22"/>
        </w:rPr>
        <w:t>44:17</w:t>
      </w:r>
    </w:p>
    <w:p>
      <w:pPr>
        <w:spacing w:after="0"/>
      </w:pPr>
      <w:r>
        <w:rPr>
          <w:rFonts w:ascii="Arial" w:hAnsi="Arial"/>
          <w:sz w:val="22"/>
        </w:rPr>
        <w:t>Funnily enough, Alice, I was listening to another podcast the other day about it's called Here for the History, and it's about the history behind the things that make us British. So they've done like the food we eat, the clothes we wear, and then they did an episode about the the British stiff up a lip, and how that is being seen now in the modern modern times is the British stiff upper lip is fine in some circumstances, but day to day generally it's quite damaging, you know, in this day and age, and it was actually because, I mean, everything, every all of these episodes can. conclude with, and basically it's because of the French. Basically, it's because of the French, and it's the the whole the the British stiff upper lip was basically because of the French. Because back in the time of the French Revolution, people in England were worrying that what was happening in the the horrible.</w:t>
      </w:r>
    </w:p>
    <w:p>
      <w:pPr>
        <w:spacing w:after="0"/>
      </w:pPr>
    </w:p>
    <w:p>
      <w:pPr>
        <w:spacing w:after="0"/>
      </w:pPr>
      <w:r>
        <w:rPr>
          <w:rFonts w:ascii="Arial" w:hAnsi="Arial"/>
          <w:b/>
          <w:sz w:val="22"/>
        </w:rPr>
        <w:t xml:space="preserve">Alice  </w:t>
      </w:r>
      <w:r>
        <w:rPr>
          <w:rFonts w:ascii="Arial" w:hAnsi="Arial"/>
          <w:color w:val="5D7284"/>
          <w:sz w:val="22"/>
        </w:rPr>
        <w:t>45:22</w:t>
      </w:r>
    </w:p>
    <w:p>
      <w:pPr>
        <w:spacing w:after="0"/>
      </w:pPr>
      <w:r>
        <w:rPr>
          <w:rFonts w:ascii="Arial" w:hAnsi="Arial"/>
          <w:sz w:val="22"/>
        </w:rPr>
        <w:t>We were going to cut off a bunch of people's heads.</w:t>
      </w:r>
    </w:p>
    <w:p>
      <w:pPr>
        <w:spacing w:after="0"/>
      </w:pPr>
    </w:p>
    <w:p>
      <w:pPr>
        <w:spacing w:after="0"/>
      </w:pPr>
      <w:r>
        <w:rPr>
          <w:rFonts w:ascii="Arial" w:hAnsi="Arial"/>
          <w:b/>
          <w:sz w:val="22"/>
        </w:rPr>
        <w:t xml:space="preserve">Lucy  </w:t>
      </w:r>
      <w:r>
        <w:rPr>
          <w:rFonts w:ascii="Arial" w:hAnsi="Arial"/>
          <w:color w:val="5D7284"/>
          <w:sz w:val="22"/>
        </w:rPr>
        <w:t>45:23</w:t>
      </w:r>
    </w:p>
    <w:p>
      <w:pPr>
        <w:spacing w:after="0"/>
      </w:pPr>
      <w:r>
        <w:rPr>
          <w:rFonts w:ascii="Arial" w:hAnsi="Arial"/>
          <w:sz w:val="22"/>
        </w:rPr>
        <w:t>Yeah, basically, that basically people were going to die, and it was going to there was going to be massive war and more, and so it it became a thing where it was the done thing to to not show emotion, to not get passionate, to not get upset, to not and therefore this British stiff upper lip was born, and actually, when you think about it like that, and you realize how damaging that was back in the Victorian times and that kind of thing, and the French Revolution when the French Revolution was kicked off</w:t>
      </w:r>
    </w:p>
    <w:p>
      <w:pPr>
        <w:spacing w:after="0"/>
      </w:pPr>
    </w:p>
    <w:p>
      <w:pPr>
        <w:spacing w:after="0"/>
      </w:pPr>
      <w:r>
        <w:rPr>
          <w:rFonts w:ascii="Arial" w:hAnsi="Arial"/>
          <w:b/>
          <w:sz w:val="22"/>
        </w:rPr>
        <w:t xml:space="preserve">Alice  </w:t>
      </w:r>
      <w:r>
        <w:rPr>
          <w:rFonts w:ascii="Arial" w:hAnsi="Arial"/>
          <w:color w:val="5D7284"/>
          <w:sz w:val="22"/>
        </w:rPr>
        <w:t>45:26</w:t>
      </w:r>
    </w:p>
    <w:p>
      <w:pPr>
        <w:spacing w:after="0"/>
      </w:pPr>
      <w:r>
        <w:rPr>
          <w:rFonts w:ascii="Arial" w:hAnsi="Arial"/>
          <w:sz w:val="22"/>
        </w:rPr>
        <w:t>I was going to say that was in the Victorian times.</w:t>
      </w:r>
    </w:p>
    <w:p>
      <w:pPr>
        <w:spacing w:after="0"/>
      </w:pPr>
    </w:p>
    <w:p>
      <w:pPr>
        <w:spacing w:after="0"/>
      </w:pPr>
      <w:r>
        <w:rPr>
          <w:rFonts w:ascii="Arial" w:hAnsi="Arial"/>
          <w:b/>
          <w:sz w:val="22"/>
        </w:rPr>
        <w:t xml:space="preserve">Lucy  </w:t>
      </w:r>
      <w:r>
        <w:rPr>
          <w:rFonts w:ascii="Arial" w:hAnsi="Arial"/>
          <w:color w:val="5D7284"/>
          <w:sz w:val="22"/>
        </w:rPr>
        <w:t>45:51</w:t>
      </w:r>
    </w:p>
    <w:p>
      <w:pPr>
        <w:spacing w:after="0"/>
      </w:pPr>
      <w:r>
        <w:rPr>
          <w:rFonts w:ascii="Arial" w:hAnsi="Arial"/>
          <w:sz w:val="22"/>
        </w:rPr>
        <w:t>No, yeah, I realize that. But like, it was it was following on from it, and you realize how ingrained this whole "you got to be man, you got to be a man, don't don't show any sign of emotion. You realize how ingrained it is. You realize what a big job we've got to do to unpick the you know societal belief of stiff up a lip. It's all because of the French, blane the French.</w:t>
      </w:r>
    </w:p>
    <w:p>
      <w:pPr>
        <w:spacing w:after="0"/>
      </w:pPr>
    </w:p>
    <w:p>
      <w:pPr>
        <w:spacing w:after="0"/>
      </w:pPr>
      <w:r>
        <w:rPr>
          <w:rFonts w:ascii="Arial" w:hAnsi="Arial"/>
          <w:b/>
          <w:sz w:val="22"/>
        </w:rPr>
        <w:t xml:space="preserve">Alice  </w:t>
      </w:r>
      <w:r>
        <w:rPr>
          <w:rFonts w:ascii="Arial" w:hAnsi="Arial"/>
          <w:color w:val="5D7284"/>
          <w:sz w:val="22"/>
        </w:rPr>
        <w:t>46:26</w:t>
      </w:r>
    </w:p>
    <w:p>
      <w:pPr>
        <w:spacing w:after="0"/>
      </w:pPr>
      <w:r>
        <w:rPr>
          <w:rFonts w:ascii="Arial" w:hAnsi="Arial"/>
          <w:sz w:val="22"/>
        </w:rPr>
        <w:t>There we go. We we fix mental health then. Problem solved.</w:t>
      </w:r>
    </w:p>
    <w:p>
      <w:pPr>
        <w:spacing w:after="0"/>
      </w:pPr>
    </w:p>
    <w:p>
      <w:pPr>
        <w:spacing w:after="0"/>
      </w:pPr>
      <w:r>
        <w:rPr>
          <w:rFonts w:ascii="Arial" w:hAnsi="Arial"/>
          <w:b/>
          <w:sz w:val="22"/>
        </w:rPr>
        <w:t xml:space="preserve">Lewis Edon   </w:t>
      </w:r>
      <w:r>
        <w:rPr>
          <w:rFonts w:ascii="Arial" w:hAnsi="Arial"/>
          <w:color w:val="5D7284"/>
          <w:sz w:val="22"/>
        </w:rPr>
        <w:t>46:34</w:t>
      </w:r>
    </w:p>
    <w:p>
      <w:pPr>
        <w:spacing w:after="0"/>
      </w:pPr>
      <w:r>
        <w:rPr>
          <w:rFonts w:ascii="Arial" w:hAnsi="Arial"/>
          <w:sz w:val="22"/>
        </w:rPr>
        <w:t>That's the most English solution. I</w:t>
      </w:r>
    </w:p>
    <w:p>
      <w:pPr>
        <w:spacing w:after="0"/>
      </w:pPr>
    </w:p>
    <w:p>
      <w:pPr>
        <w:spacing w:after="0"/>
      </w:pPr>
      <w:r>
        <w:rPr>
          <w:rFonts w:ascii="Arial" w:hAnsi="Arial"/>
          <w:b/>
          <w:sz w:val="22"/>
        </w:rPr>
        <w:t xml:space="preserve">Lucy  </w:t>
      </w:r>
      <w:r>
        <w:rPr>
          <w:rFonts w:ascii="Arial" w:hAnsi="Arial"/>
          <w:color w:val="5D7284"/>
          <w:sz w:val="22"/>
        </w:rPr>
        <w:t>46:41</w:t>
      </w:r>
    </w:p>
    <w:p>
      <w:pPr>
        <w:spacing w:after="0"/>
      </w:pPr>
      <w:r>
        <w:rPr>
          <w:rFonts w:ascii="Arial" w:hAnsi="Arial"/>
          <w:sz w:val="22"/>
        </w:rPr>
        <w:t>think I think the the podcast should be just called "Blame the French" because everything you can stem it back to difference of French. Anyway, there we go. But yeah, you do realize how ingrained it is in society if we're going back to the point of the French Revolution and everybody getting upset about the French Revolution, going shit! I don't want that happening over here. Nobody cry. Nobody cry.</w:t>
      </w:r>
    </w:p>
    <w:p>
      <w:pPr>
        <w:spacing w:after="0"/>
      </w:pPr>
    </w:p>
    <w:p>
      <w:pPr>
        <w:spacing w:after="0"/>
      </w:pPr>
      <w:r>
        <w:rPr>
          <w:rFonts w:ascii="Arial" w:hAnsi="Arial"/>
          <w:b/>
          <w:sz w:val="22"/>
        </w:rPr>
        <w:t xml:space="preserve">Alice  </w:t>
      </w:r>
      <w:r>
        <w:rPr>
          <w:rFonts w:ascii="Arial" w:hAnsi="Arial"/>
          <w:color w:val="5D7284"/>
          <w:sz w:val="22"/>
        </w:rPr>
        <w:t>47:12</w:t>
      </w:r>
    </w:p>
    <w:p>
      <w:pPr>
        <w:spacing w:after="0"/>
      </w:pPr>
      <w:r>
        <w:rPr>
          <w:rFonts w:ascii="Arial" w:hAnsi="Arial"/>
          <w:sz w:val="22"/>
        </w:rPr>
        <w:t xml:space="preserve">Go on, Lewis </w:t>
      </w:r>
    </w:p>
    <w:p>
      <w:pPr>
        <w:spacing w:after="0"/>
      </w:pPr>
    </w:p>
    <w:p>
      <w:pPr>
        <w:spacing w:after="0"/>
      </w:pPr>
      <w:r>
        <w:rPr>
          <w:rFonts w:ascii="Arial" w:hAnsi="Arial"/>
          <w:b/>
          <w:sz w:val="22"/>
        </w:rPr>
        <w:t xml:space="preserve">Lewis Edon   </w:t>
      </w:r>
      <w:r>
        <w:rPr>
          <w:rFonts w:ascii="Arial" w:hAnsi="Arial"/>
          <w:color w:val="5D7284"/>
          <w:sz w:val="22"/>
        </w:rPr>
        <w:t>47:14</w:t>
      </w:r>
    </w:p>
    <w:p>
      <w:pPr>
        <w:spacing w:after="0"/>
      </w:pPr>
      <w:r>
        <w:rPr>
          <w:rFonts w:ascii="Arial" w:hAnsi="Arial"/>
          <w:sz w:val="22"/>
        </w:rPr>
        <w:t>No, it's okay. I was just going to say it's definitely generational. Yeah, definitely.</w:t>
      </w:r>
    </w:p>
    <w:p>
      <w:pPr>
        <w:spacing w:after="0"/>
      </w:pPr>
    </w:p>
    <w:p>
      <w:pPr>
        <w:spacing w:after="0"/>
      </w:pPr>
      <w:r>
        <w:rPr>
          <w:rFonts w:ascii="Arial" w:hAnsi="Arial"/>
          <w:b/>
          <w:sz w:val="22"/>
        </w:rPr>
        <w:t xml:space="preserve">Alice  </w:t>
      </w:r>
      <w:r>
        <w:rPr>
          <w:rFonts w:ascii="Arial" w:hAnsi="Arial"/>
          <w:color w:val="5D7284"/>
          <w:sz w:val="22"/>
        </w:rPr>
        <w:t>47:17</w:t>
      </w:r>
    </w:p>
    <w:p>
      <w:pPr>
        <w:spacing w:after="0"/>
      </w:pPr>
      <w:r>
        <w:rPr>
          <w:rFonts w:ascii="Arial" w:hAnsi="Arial"/>
          <w:sz w:val="22"/>
        </w:rPr>
        <w:t>Yeah. I was gonna. I was gonna try and pull us back to. It's fine. No, I was just going to sort of say. In how do you feel, Lewis, that your kind of online presence has has been impacted by your mental health advocacy?</w:t>
      </w:r>
    </w:p>
    <w:p>
      <w:pPr>
        <w:spacing w:after="0"/>
      </w:pPr>
    </w:p>
    <w:p>
      <w:pPr>
        <w:spacing w:after="0"/>
      </w:pPr>
      <w:r>
        <w:rPr>
          <w:rFonts w:ascii="Arial" w:hAnsi="Arial"/>
          <w:b/>
          <w:sz w:val="22"/>
        </w:rPr>
        <w:t xml:space="preserve">Lewis Edon   </w:t>
      </w:r>
      <w:r>
        <w:rPr>
          <w:rFonts w:ascii="Arial" w:hAnsi="Arial"/>
          <w:color w:val="5D7284"/>
          <w:sz w:val="22"/>
        </w:rPr>
        <w:t>47:40</w:t>
      </w:r>
    </w:p>
    <w:p>
      <w:pPr>
        <w:spacing w:after="0"/>
      </w:pPr>
      <w:r>
        <w:rPr>
          <w:rFonts w:ascii="Arial" w:hAnsi="Arial"/>
          <w:sz w:val="22"/>
        </w:rPr>
        <w:t>Ooh, that's a good question. Actually, very recently, I took a step back from you know uploading up loading Let's Be Real videos on my advocacy platform because I felt that it was there there was a there was an underlying tone to them where the the bad the negative mental health experiences that I was going through were sort of seeping into the videos, which is not necessarily a bad thing, but it was the way I was going about it. I think it was maybe coming across as a woe is me. You know, I'm disabled. Didn't want my platform to come out like that, so I decided to just take a step back, reevaluate, get myself back on track, get myself back on my feet, so I could then talk about things more positively and with solutions instead of just, you know, this is what's going wrong in my life, and I'm not doing anything to fix it. So I think, you know, I I wanted to start this platform to uplift everyone else absolutely, but I also wanted to start it, and mainly so I could help myself and document what I actually go through.</w:t>
      </w:r>
    </w:p>
    <w:p>
      <w:pPr>
        <w:spacing w:after="0"/>
      </w:pPr>
    </w:p>
    <w:p>
      <w:pPr>
        <w:spacing w:after="0"/>
      </w:pPr>
      <w:r>
        <w:rPr>
          <w:rFonts w:ascii="Arial" w:hAnsi="Arial"/>
          <w:b/>
          <w:sz w:val="22"/>
        </w:rPr>
        <w:t xml:space="preserve">Lucy  </w:t>
      </w:r>
      <w:r>
        <w:rPr>
          <w:rFonts w:ascii="Arial" w:hAnsi="Arial"/>
          <w:color w:val="5D7284"/>
          <w:sz w:val="22"/>
        </w:rPr>
        <w:t>48:51</w:t>
      </w:r>
    </w:p>
    <w:p>
      <w:pPr>
        <w:spacing w:after="0"/>
      </w:pPr>
      <w:r>
        <w:rPr>
          <w:rFonts w:ascii="Arial" w:hAnsi="Arial"/>
          <w:sz w:val="22"/>
        </w:rPr>
        <w:t>Yeah.</w:t>
      </w:r>
    </w:p>
    <w:p>
      <w:pPr>
        <w:spacing w:after="0"/>
      </w:pPr>
    </w:p>
    <w:p>
      <w:pPr>
        <w:spacing w:after="0"/>
      </w:pPr>
      <w:r>
        <w:rPr>
          <w:rFonts w:ascii="Arial" w:hAnsi="Arial"/>
          <w:b/>
          <w:sz w:val="22"/>
        </w:rPr>
        <w:t xml:space="preserve">Lewis Edon   </w:t>
      </w:r>
      <w:r>
        <w:rPr>
          <w:rFonts w:ascii="Arial" w:hAnsi="Arial"/>
          <w:color w:val="5D7284"/>
          <w:sz w:val="22"/>
        </w:rPr>
        <w:t>48:52</w:t>
      </w:r>
    </w:p>
    <w:p>
      <w:pPr>
        <w:spacing w:after="0"/>
      </w:pPr>
      <w:r>
        <w:rPr>
          <w:rFonts w:ascii="Arial" w:hAnsi="Arial"/>
          <w:sz w:val="22"/>
        </w:rPr>
        <w:t>Um, but positively, because, you know, not only do I want people scrolling and and sort of not having to read my my shit going on and think, oh bloody hell, he's at it again, you know. But I also wanted to look back at it and think, I've actually done all this good stuff. Like when I'm having a bad day, want to look back at and think, yeah, I'm I'm doing well, you know. I need to, like, it's fine to have a bad day, but look at what you you're achieving, you know. Keep keep striving for that. So I think it's been mixed. I definitely think it's it's had a good impact, for sure.</w:t>
      </w:r>
    </w:p>
    <w:p>
      <w:pPr>
        <w:spacing w:after="0"/>
      </w:pPr>
    </w:p>
    <w:p>
      <w:pPr>
        <w:spacing w:after="0"/>
      </w:pPr>
      <w:r>
        <w:rPr>
          <w:rFonts w:ascii="Arial" w:hAnsi="Arial"/>
          <w:b/>
          <w:sz w:val="22"/>
        </w:rPr>
        <w:t xml:space="preserve">Lucy  </w:t>
      </w:r>
      <w:r>
        <w:rPr>
          <w:rFonts w:ascii="Arial" w:hAnsi="Arial"/>
          <w:color w:val="5D7284"/>
          <w:sz w:val="22"/>
        </w:rPr>
        <w:t>49:26</w:t>
      </w:r>
    </w:p>
    <w:p>
      <w:pPr>
        <w:spacing w:after="0"/>
      </w:pPr>
      <w:r>
        <w:rPr>
          <w:rFonts w:ascii="Arial" w:hAnsi="Arial"/>
          <w:sz w:val="22"/>
        </w:rPr>
        <w:t>Yeah, and it's it's good to it is good to take a break when you can feel that you know you're not in the right headspace. It is good to not put that pressure on yourself and become like a machine where you're just churning out content for content's sake. It's it's really important, I think for for the longevity of your sort of content creation career, hate that, hate that phrase, content creator. But I think for the longevity of what you want to do, and if it's helping you in the long term, I think to be able to go, we just need to just have a minute and just take a step. Back because otherwise it becomes all consuming, and then you get</w:t>
      </w:r>
    </w:p>
    <w:p>
      <w:pPr>
        <w:spacing w:after="0"/>
      </w:pPr>
    </w:p>
    <w:p>
      <w:pPr>
        <w:spacing w:after="0"/>
      </w:pPr>
      <w:r>
        <w:rPr>
          <w:rFonts w:ascii="Arial" w:hAnsi="Arial"/>
          <w:b/>
          <w:sz w:val="22"/>
        </w:rPr>
        <w:t xml:space="preserve">Lewis Edon   </w:t>
      </w:r>
      <w:r>
        <w:rPr>
          <w:rFonts w:ascii="Arial" w:hAnsi="Arial"/>
          <w:color w:val="5D7284"/>
          <w:sz w:val="22"/>
        </w:rPr>
        <w:t>50:03</w:t>
      </w:r>
    </w:p>
    <w:p>
      <w:pPr>
        <w:spacing w:after="0"/>
      </w:pPr>
      <w:r>
        <w:rPr>
          <w:rFonts w:ascii="Arial" w:hAnsi="Arial"/>
          <w:sz w:val="22"/>
        </w:rPr>
        <w:t>yeah</w:t>
      </w:r>
    </w:p>
    <w:p>
      <w:pPr>
        <w:spacing w:after="0"/>
      </w:pPr>
    </w:p>
    <w:p>
      <w:pPr>
        <w:spacing w:after="0"/>
      </w:pPr>
      <w:r>
        <w:rPr>
          <w:rFonts w:ascii="Arial" w:hAnsi="Arial"/>
          <w:b/>
          <w:sz w:val="22"/>
        </w:rPr>
        <w:t xml:space="preserve">Lucy  </w:t>
      </w:r>
      <w:r>
        <w:rPr>
          <w:rFonts w:ascii="Arial" w:hAnsi="Arial"/>
          <w:color w:val="5D7284"/>
          <w:sz w:val="22"/>
        </w:rPr>
        <w:t>50:03</w:t>
      </w:r>
    </w:p>
    <w:p>
      <w:pPr>
        <w:spacing w:after="0"/>
      </w:pPr>
      <w:r>
        <w:rPr>
          <w:rFonts w:ascii="Arial" w:hAnsi="Arial"/>
          <w:sz w:val="22"/>
        </w:rPr>
        <w:t>you know it loses the shine, and you think I'm not going to bother, and then if we lose your voice, it's just another voice lost really, so</w:t>
      </w:r>
    </w:p>
    <w:p>
      <w:pPr>
        <w:spacing w:after="0"/>
      </w:pPr>
    </w:p>
    <w:p>
      <w:pPr>
        <w:spacing w:after="0"/>
      </w:pPr>
      <w:r>
        <w:rPr>
          <w:rFonts w:ascii="Arial" w:hAnsi="Arial"/>
          <w:b/>
          <w:sz w:val="22"/>
        </w:rPr>
        <w:t xml:space="preserve">Lewis Edon   </w:t>
      </w:r>
      <w:r>
        <w:rPr>
          <w:rFonts w:ascii="Arial" w:hAnsi="Arial"/>
          <w:color w:val="5D7284"/>
          <w:sz w:val="22"/>
        </w:rPr>
        <w:t>50:12</w:t>
      </w:r>
    </w:p>
    <w:p>
      <w:pPr>
        <w:spacing w:after="0"/>
      </w:pPr>
      <w:r>
        <w:rPr>
          <w:rFonts w:ascii="Arial" w:hAnsi="Arial"/>
          <w:sz w:val="22"/>
        </w:rPr>
        <w:t>yeah for sure</w:t>
      </w:r>
    </w:p>
    <w:p>
      <w:pPr>
        <w:spacing w:after="0"/>
      </w:pPr>
    </w:p>
    <w:p>
      <w:pPr>
        <w:spacing w:after="0"/>
      </w:pPr>
      <w:r>
        <w:rPr>
          <w:rFonts w:ascii="Arial" w:hAnsi="Arial"/>
          <w:b/>
          <w:sz w:val="22"/>
        </w:rPr>
        <w:t xml:space="preserve">Alice  </w:t>
      </w:r>
      <w:r>
        <w:rPr>
          <w:rFonts w:ascii="Arial" w:hAnsi="Arial"/>
          <w:color w:val="5D7284"/>
          <w:sz w:val="22"/>
        </w:rPr>
        <w:t>50:13</w:t>
      </w:r>
    </w:p>
    <w:p>
      <w:pPr>
        <w:spacing w:after="0"/>
      </w:pPr>
      <w:r>
        <w:rPr>
          <w:rFonts w:ascii="Arial" w:hAnsi="Arial"/>
          <w:sz w:val="22"/>
        </w:rPr>
        <w:t>we've talked to a couple of people as part of this series about the that that responsibility that people who are disabled and have a platform have, and that responsibility of you know representing disability in a certain way, challenging perspectives, not letting you know, not letting social kind of prejudices stand and things like that, but I think it's also like what I'm hearing from you, Louis. I think is something that we haven't talked about in this in this season. Is is the emotional impact that that has on you, and how you know it's that balance of like you say you want you want to be there, you want people to to see the reality of what you're experiencing, but you don't, you know, you also want to walk that line for kind of caring for yourself.</w:t>
      </w:r>
    </w:p>
    <w:p>
      <w:pPr>
        <w:spacing w:after="0"/>
      </w:pPr>
    </w:p>
    <w:p>
      <w:pPr>
        <w:spacing w:after="0"/>
      </w:pPr>
      <w:r>
        <w:rPr>
          <w:rFonts w:ascii="Arial" w:hAnsi="Arial"/>
          <w:b/>
          <w:sz w:val="22"/>
        </w:rPr>
        <w:t xml:space="preserve">Lewis Edon   </w:t>
      </w:r>
      <w:r>
        <w:rPr>
          <w:rFonts w:ascii="Arial" w:hAnsi="Arial"/>
          <w:color w:val="5D7284"/>
          <w:sz w:val="22"/>
        </w:rPr>
        <w:t>51:10</w:t>
      </w:r>
    </w:p>
    <w:p>
      <w:pPr>
        <w:spacing w:after="0"/>
      </w:pPr>
      <w:r>
        <w:rPr>
          <w:rFonts w:ascii="Arial" w:hAnsi="Arial"/>
          <w:sz w:val="22"/>
        </w:rPr>
        <w:t>Yeah, yeah, definitely. I think as I, you know, as I've literally been saying to my counselor lately, I fear being overly vulnerable will open the floodgates, and they will stay open forever. Yeah. And there's so much decorum I want to keep, you know, online. You know, I don't want sort of everyone in my personal business. But in the flip side, I also want to be realistic and say, you know, if I'm having a bad day.</w:t>
      </w:r>
    </w:p>
    <w:p>
      <w:pPr>
        <w:spacing w:after="0"/>
      </w:pPr>
    </w:p>
    <w:p>
      <w:pPr>
        <w:spacing w:after="0"/>
      </w:pPr>
      <w:r>
        <w:rPr>
          <w:rFonts w:ascii="Arial" w:hAnsi="Arial"/>
          <w:b/>
          <w:sz w:val="22"/>
        </w:rPr>
        <w:t xml:space="preserve">Lucy  </w:t>
      </w:r>
      <w:r>
        <w:rPr>
          <w:rFonts w:ascii="Arial" w:hAnsi="Arial"/>
          <w:color w:val="5D7284"/>
          <w:sz w:val="22"/>
        </w:rPr>
        <w:t>51:36</w:t>
      </w:r>
    </w:p>
    <w:p>
      <w:pPr>
        <w:spacing w:after="0"/>
      </w:pPr>
      <w:r>
        <w:rPr>
          <w:rFonts w:ascii="Arial" w:hAnsi="Arial"/>
          <w:sz w:val="22"/>
        </w:rPr>
        <w:t>Yeah.</w:t>
      </w:r>
    </w:p>
    <w:p>
      <w:pPr>
        <w:spacing w:after="0"/>
      </w:pPr>
    </w:p>
    <w:p>
      <w:pPr>
        <w:spacing w:after="0"/>
      </w:pPr>
      <w:r>
        <w:rPr>
          <w:rFonts w:ascii="Arial" w:hAnsi="Arial"/>
          <w:b/>
          <w:sz w:val="22"/>
        </w:rPr>
        <w:t xml:space="preserve">Lewis Edon   </w:t>
      </w:r>
      <w:r>
        <w:rPr>
          <w:rFonts w:ascii="Arial" w:hAnsi="Arial"/>
          <w:color w:val="5D7284"/>
          <w:sz w:val="22"/>
        </w:rPr>
        <w:t>51:37</w:t>
      </w:r>
    </w:p>
    <w:p>
      <w:pPr>
        <w:spacing w:after="0"/>
      </w:pPr>
      <w:r>
        <w:rPr>
          <w:rFonts w:ascii="Arial" w:hAnsi="Arial"/>
          <w:sz w:val="22"/>
        </w:rPr>
        <w:t>But it's just how to deliver that so that it doesn't come across as just depressing content, you know. So I do think there's there is quite a strong responsibility as a disabled creator to create real, real videos without without them just being spiraling messes, you know.</w:t>
      </w:r>
    </w:p>
    <w:p>
      <w:pPr>
        <w:spacing w:after="0"/>
      </w:pPr>
    </w:p>
    <w:p>
      <w:pPr>
        <w:spacing w:after="0"/>
      </w:pPr>
      <w:r>
        <w:rPr>
          <w:rFonts w:ascii="Arial" w:hAnsi="Arial"/>
          <w:b/>
          <w:sz w:val="22"/>
        </w:rPr>
        <w:t xml:space="preserve">Lucy  </w:t>
      </w:r>
      <w:r>
        <w:rPr>
          <w:rFonts w:ascii="Arial" w:hAnsi="Arial"/>
          <w:color w:val="5D7284"/>
          <w:sz w:val="22"/>
        </w:rPr>
        <w:t>51:58</w:t>
      </w:r>
    </w:p>
    <w:p>
      <w:pPr>
        <w:spacing w:after="0"/>
      </w:pPr>
      <w:r>
        <w:rPr>
          <w:rFonts w:ascii="Arial" w:hAnsi="Arial"/>
          <w:sz w:val="22"/>
        </w:rPr>
        <w:t>Or inspiration porn, for want of a better phrase, yeah. Oh, yeah, it's inspirational because you know he's already he's been in all his acting jobs and he's had bone cancer. That that's I don't think any of us here want ever to hear that label attached to any of us.</w:t>
      </w:r>
    </w:p>
    <w:p>
      <w:pPr>
        <w:spacing w:after="0"/>
      </w:pPr>
    </w:p>
    <w:p>
      <w:pPr>
        <w:spacing w:after="0"/>
      </w:pPr>
      <w:r>
        <w:rPr>
          <w:rFonts w:ascii="Arial" w:hAnsi="Arial"/>
          <w:b/>
          <w:sz w:val="22"/>
        </w:rPr>
        <w:t xml:space="preserve">Alice  </w:t>
      </w:r>
      <w:r>
        <w:rPr>
          <w:rFonts w:ascii="Arial" w:hAnsi="Arial"/>
          <w:color w:val="5D7284"/>
          <w:sz w:val="22"/>
        </w:rPr>
        <w:t>52:16</w:t>
      </w:r>
    </w:p>
    <w:p>
      <w:pPr>
        <w:spacing w:after="0"/>
      </w:pPr>
      <w:r>
        <w:rPr>
          <w:rFonts w:ascii="Arial" w:hAnsi="Arial"/>
          <w:sz w:val="22"/>
        </w:rPr>
        <w:t>It goes back to the you know the two things being intertwined. It's not you know it's not it's not. He's done this in spite of his bone cancer. He's done this, and also it doesn't matter that he's also some. This is another element of his lived experience.</w:t>
      </w:r>
    </w:p>
    <w:p>
      <w:pPr>
        <w:spacing w:after="0"/>
      </w:pPr>
    </w:p>
    <w:p>
      <w:pPr>
        <w:spacing w:after="0"/>
      </w:pPr>
      <w:r>
        <w:rPr>
          <w:rFonts w:ascii="Arial" w:hAnsi="Arial"/>
          <w:b/>
          <w:sz w:val="22"/>
        </w:rPr>
        <w:t xml:space="preserve">Lucy  </w:t>
      </w:r>
      <w:r>
        <w:rPr>
          <w:rFonts w:ascii="Arial" w:hAnsi="Arial"/>
          <w:color w:val="5D7284"/>
          <w:sz w:val="22"/>
        </w:rPr>
        <w:t>52:28</w:t>
      </w:r>
    </w:p>
    <w:p>
      <w:pPr>
        <w:spacing w:after="0"/>
      </w:pPr>
      <w:r>
        <w:rPr>
          <w:rFonts w:ascii="Arial" w:hAnsi="Arial"/>
          <w:sz w:val="22"/>
        </w:rPr>
        <w:t>Or it's a phrase. It's not stopped them. Do you know what I mean? Yeah, I hate that.</w:t>
      </w:r>
    </w:p>
    <w:p>
      <w:pPr>
        <w:spacing w:after="0"/>
      </w:pPr>
    </w:p>
    <w:p>
      <w:pPr>
        <w:spacing w:after="0"/>
      </w:pPr>
      <w:r>
        <w:rPr>
          <w:rFonts w:ascii="Arial" w:hAnsi="Arial"/>
          <w:b/>
          <w:sz w:val="22"/>
        </w:rPr>
        <w:t xml:space="preserve">Lewis Edon   </w:t>
      </w:r>
      <w:r>
        <w:rPr>
          <w:rFonts w:ascii="Arial" w:hAnsi="Arial"/>
          <w:color w:val="5D7284"/>
          <w:sz w:val="22"/>
        </w:rPr>
        <w:t>52:33</w:t>
      </w:r>
    </w:p>
    <w:p>
      <w:pPr>
        <w:spacing w:after="0"/>
      </w:pPr>
      <w:r>
        <w:rPr>
          <w:rFonts w:ascii="Arial" w:hAnsi="Arial"/>
          <w:sz w:val="22"/>
        </w:rPr>
        <w:t>Yeah, yeah, yeah, definitely.</w:t>
      </w:r>
    </w:p>
    <w:p>
      <w:pPr>
        <w:spacing w:after="0"/>
      </w:pPr>
    </w:p>
    <w:p>
      <w:pPr>
        <w:spacing w:after="0"/>
      </w:pPr>
      <w:r>
        <w:rPr>
          <w:rFonts w:ascii="Arial" w:hAnsi="Arial"/>
          <w:b/>
          <w:sz w:val="22"/>
        </w:rPr>
        <w:t xml:space="preserve">Lucy  </w:t>
      </w:r>
      <w:r>
        <w:rPr>
          <w:rFonts w:ascii="Arial" w:hAnsi="Arial"/>
          <w:color w:val="5D7284"/>
          <w:sz w:val="22"/>
        </w:rPr>
        <w:t>52:36</w:t>
      </w:r>
    </w:p>
    <w:p>
      <w:pPr>
        <w:spacing w:after="0"/>
      </w:pPr>
      <w:r>
        <w:rPr>
          <w:rFonts w:ascii="Arial" w:hAnsi="Arial"/>
          <w:sz w:val="22"/>
        </w:rPr>
        <w:t>Or you know.</w:t>
      </w:r>
    </w:p>
    <w:p>
      <w:pPr>
        <w:spacing w:after="0"/>
      </w:pPr>
    </w:p>
    <w:p>
      <w:pPr>
        <w:spacing w:after="0"/>
      </w:pPr>
      <w:r>
        <w:rPr>
          <w:rFonts w:ascii="Arial" w:hAnsi="Arial"/>
          <w:b/>
          <w:sz w:val="22"/>
        </w:rPr>
        <w:t xml:space="preserve">Alice  </w:t>
      </w:r>
      <w:r>
        <w:rPr>
          <w:rFonts w:ascii="Arial" w:hAnsi="Arial"/>
          <w:color w:val="5D7284"/>
          <w:sz w:val="22"/>
        </w:rPr>
        <w:t>52:37</w:t>
      </w:r>
    </w:p>
    <w:p>
      <w:pPr>
        <w:spacing w:after="0"/>
      </w:pPr>
      <w:r>
        <w:rPr>
          <w:rFonts w:ascii="Arial" w:hAnsi="Arial"/>
          <w:sz w:val="22"/>
        </w:rPr>
        <w:t>Yeah, especially when you know, it's it's not my visual impairment that stops me from doing things. It's people insisting on sending me letters in the post that has stopped me from doing things. It's like, hey, how how about we have an email? Do not</w:t>
      </w:r>
    </w:p>
    <w:p>
      <w:pPr>
        <w:spacing w:after="0"/>
      </w:pPr>
    </w:p>
    <w:p>
      <w:pPr>
        <w:spacing w:after="0"/>
      </w:pPr>
      <w:r>
        <w:rPr>
          <w:rFonts w:ascii="Arial" w:hAnsi="Arial"/>
          <w:b/>
          <w:sz w:val="22"/>
        </w:rPr>
        <w:t xml:space="preserve">Lucy  </w:t>
      </w:r>
      <w:r>
        <w:rPr>
          <w:rFonts w:ascii="Arial" w:hAnsi="Arial"/>
          <w:color w:val="5D7284"/>
          <w:sz w:val="22"/>
        </w:rPr>
        <w:t>52:51</w:t>
      </w:r>
    </w:p>
    <w:p>
      <w:pPr>
        <w:spacing w:after="0"/>
      </w:pPr>
      <w:r>
        <w:rPr>
          <w:rFonts w:ascii="Arial" w:hAnsi="Arial"/>
          <w:sz w:val="22"/>
        </w:rPr>
        <w:t>get me started on the postal service, please. For the love of God, just</w:t>
      </w:r>
    </w:p>
    <w:p>
      <w:pPr>
        <w:spacing w:after="0"/>
      </w:pPr>
    </w:p>
    <w:p>
      <w:pPr>
        <w:spacing w:after="0"/>
      </w:pPr>
      <w:r>
        <w:rPr>
          <w:rFonts w:ascii="Arial" w:hAnsi="Arial"/>
          <w:b/>
          <w:sz w:val="22"/>
        </w:rPr>
        <w:t xml:space="preserve">Lewis Edon   </w:t>
      </w:r>
      <w:r>
        <w:rPr>
          <w:rFonts w:ascii="Arial" w:hAnsi="Arial"/>
          <w:color w:val="5D7284"/>
          <w:sz w:val="22"/>
        </w:rPr>
        <w:t>52:56</w:t>
      </w:r>
    </w:p>
    <w:p>
      <w:pPr>
        <w:spacing w:after="0"/>
      </w:pPr>
      <w:r>
        <w:rPr>
          <w:rFonts w:ascii="Arial" w:hAnsi="Arial"/>
          <w:sz w:val="22"/>
        </w:rPr>
        <w:t>blame the French.</w:t>
      </w:r>
    </w:p>
    <w:p>
      <w:pPr>
        <w:spacing w:after="0"/>
      </w:pPr>
    </w:p>
    <w:p>
      <w:pPr>
        <w:spacing w:after="0"/>
      </w:pPr>
      <w:r>
        <w:rPr>
          <w:rFonts w:ascii="Arial" w:hAnsi="Arial"/>
          <w:b/>
          <w:sz w:val="22"/>
        </w:rPr>
        <w:t xml:space="preserve">Lucy  </w:t>
      </w:r>
      <w:r>
        <w:rPr>
          <w:rFonts w:ascii="Arial" w:hAnsi="Arial"/>
          <w:color w:val="5D7284"/>
          <w:sz w:val="22"/>
        </w:rPr>
        <w:t>53:00</w:t>
      </w:r>
    </w:p>
    <w:p>
      <w:pPr>
        <w:spacing w:after="0"/>
      </w:pPr>
      <w:r>
        <w:rPr>
          <w:rFonts w:ascii="Arial" w:hAnsi="Arial"/>
          <w:sz w:val="22"/>
        </w:rPr>
        <w:t>Your fault. Yeah, it's and I think I think it's about setting boundaries with yourself, isn't it? Going well. I will talk about this to a certain extent, but then I will stop because it's none of your business, you know. And even even I think setting those boundaries and those boundaries move, some well they move a lot of the time, to be honest. And even as an adult who's had my disability right from the get go, I am still learning about what is acceptable to talk about and what is nobody else's business. Thank you very much. It's you know, it's it's I'm I'm still learning. Like, shut up, Lucy. Stop talking about that. They don't. Nobody needs to hear about that. Because I just can't stop talking a lot of the time.</w:t>
      </w:r>
    </w:p>
    <w:p>
      <w:pPr>
        <w:spacing w:after="0"/>
      </w:pPr>
    </w:p>
    <w:p>
      <w:pPr>
        <w:spacing w:after="0"/>
      </w:pPr>
      <w:r>
        <w:rPr>
          <w:rFonts w:ascii="Arial" w:hAnsi="Arial"/>
          <w:b/>
          <w:sz w:val="22"/>
        </w:rPr>
        <w:t xml:space="preserve">Alice  </w:t>
      </w:r>
      <w:r>
        <w:rPr>
          <w:rFonts w:ascii="Arial" w:hAnsi="Arial"/>
          <w:color w:val="5D7284"/>
          <w:sz w:val="22"/>
        </w:rPr>
        <w:t>53:56</w:t>
      </w:r>
    </w:p>
    <w:p>
      <w:pPr>
        <w:spacing w:after="0"/>
      </w:pPr>
      <w:r>
        <w:rPr>
          <w:rFonts w:ascii="Arial" w:hAnsi="Arial"/>
          <w:sz w:val="22"/>
        </w:rPr>
        <w:t>That's why we have a podcast. Yeah, ladies and gentlemen. Her mum was like, "Look, look, I just need five minutes, please. Please talk to someone else.</w:t>
      </w:r>
    </w:p>
    <w:p>
      <w:pPr>
        <w:spacing w:after="0"/>
      </w:pPr>
    </w:p>
    <w:p>
      <w:pPr>
        <w:spacing w:after="0"/>
      </w:pPr>
      <w:r>
        <w:rPr>
          <w:rFonts w:ascii="Arial" w:hAnsi="Arial"/>
          <w:b/>
          <w:sz w:val="22"/>
        </w:rPr>
        <w:t xml:space="preserve">Lucy  </w:t>
      </w:r>
      <w:r>
        <w:rPr>
          <w:rFonts w:ascii="Arial" w:hAnsi="Arial"/>
          <w:color w:val="5D7284"/>
          <w:sz w:val="22"/>
        </w:rPr>
        <w:t>54:07</w:t>
      </w:r>
    </w:p>
    <w:p>
      <w:pPr>
        <w:spacing w:after="0"/>
      </w:pPr>
      <w:r>
        <w:rPr>
          <w:rFonts w:ascii="Arial" w:hAnsi="Arial"/>
          <w:sz w:val="22"/>
        </w:rPr>
        <w:t>Please go and find a friend. Sit with them for an hour. But that's made me laugh. It is like it's learning to know when to like that's enough now, protect you, protect my peace. I don't want you being a I don't want you being a nosy bastard. Yeah, I mean</w:t>
      </w:r>
    </w:p>
    <w:p>
      <w:pPr>
        <w:spacing w:after="0"/>
      </w:pPr>
    </w:p>
    <w:p>
      <w:pPr>
        <w:spacing w:after="0"/>
      </w:pPr>
      <w:r>
        <w:rPr>
          <w:rFonts w:ascii="Arial" w:hAnsi="Arial"/>
          <w:b/>
          <w:sz w:val="22"/>
        </w:rPr>
        <w:t xml:space="preserve">Lewis Edon   </w:t>
      </w:r>
      <w:r>
        <w:rPr>
          <w:rFonts w:ascii="Arial" w:hAnsi="Arial"/>
          <w:color w:val="5D7284"/>
          <w:sz w:val="22"/>
        </w:rPr>
        <w:t>54:30</w:t>
      </w:r>
    </w:p>
    <w:p>
      <w:pPr>
        <w:spacing w:after="0"/>
      </w:pPr>
      <w:r>
        <w:rPr>
          <w:rFonts w:ascii="Arial" w:hAnsi="Arial"/>
          <w:sz w:val="22"/>
        </w:rPr>
        <w:t>it's knowing that it's it's the personal boundaries, isn't it?</w:t>
      </w:r>
    </w:p>
    <w:p>
      <w:pPr>
        <w:spacing w:after="0"/>
      </w:pPr>
    </w:p>
    <w:p>
      <w:pPr>
        <w:spacing w:after="0"/>
      </w:pPr>
      <w:r>
        <w:rPr>
          <w:rFonts w:ascii="Arial" w:hAnsi="Arial"/>
          <w:b/>
          <w:sz w:val="22"/>
        </w:rPr>
        <w:t xml:space="preserve">Lucy  </w:t>
      </w:r>
      <w:r>
        <w:rPr>
          <w:rFonts w:ascii="Arial" w:hAnsi="Arial"/>
          <w:color w:val="5D7284"/>
          <w:sz w:val="22"/>
        </w:rPr>
        <w:t>54:33</w:t>
      </w:r>
    </w:p>
    <w:p>
      <w:pPr>
        <w:spacing w:after="0"/>
      </w:pPr>
      <w:r>
        <w:rPr>
          <w:rFonts w:ascii="Arial" w:hAnsi="Arial"/>
          <w:sz w:val="22"/>
        </w:rPr>
        <w:t>Yeah, yeah. It's</w:t>
      </w:r>
    </w:p>
    <w:p>
      <w:pPr>
        <w:spacing w:after="0"/>
      </w:pPr>
    </w:p>
    <w:p>
      <w:pPr>
        <w:spacing w:after="0"/>
      </w:pPr>
      <w:r>
        <w:rPr>
          <w:rFonts w:ascii="Arial" w:hAnsi="Arial"/>
          <w:b/>
          <w:sz w:val="22"/>
        </w:rPr>
        <w:t xml:space="preserve">Lewis Edon   </w:t>
      </w:r>
      <w:r>
        <w:rPr>
          <w:rFonts w:ascii="Arial" w:hAnsi="Arial"/>
          <w:color w:val="5D7284"/>
          <w:sz w:val="22"/>
        </w:rPr>
        <w:t>54:34</w:t>
      </w:r>
    </w:p>
    <w:p>
      <w:pPr>
        <w:spacing w:after="0"/>
      </w:pPr>
      <w:r>
        <w:rPr>
          <w:rFonts w:ascii="Arial" w:hAnsi="Arial"/>
          <w:sz w:val="22"/>
        </w:rPr>
        <w:t>it's hard to know where to draw the line.</w:t>
      </w:r>
    </w:p>
    <w:p>
      <w:pPr>
        <w:spacing w:after="0"/>
      </w:pPr>
    </w:p>
    <w:p>
      <w:pPr>
        <w:spacing w:after="0"/>
      </w:pPr>
      <w:r>
        <w:rPr>
          <w:rFonts w:ascii="Arial" w:hAnsi="Arial"/>
          <w:b/>
          <w:sz w:val="22"/>
        </w:rPr>
        <w:t xml:space="preserve">Lucy  </w:t>
      </w:r>
      <w:r>
        <w:rPr>
          <w:rFonts w:ascii="Arial" w:hAnsi="Arial"/>
          <w:color w:val="5D7284"/>
          <w:sz w:val="22"/>
        </w:rPr>
        <w:t>54:36</w:t>
      </w:r>
    </w:p>
    <w:p>
      <w:pPr>
        <w:spacing w:after="0"/>
      </w:pPr>
      <w:r>
        <w:rPr>
          <w:rFonts w:ascii="Arial" w:hAnsi="Arial"/>
          <w:sz w:val="22"/>
        </w:rPr>
        <w:t>And Alice, Alice, I've said this before many a time. Alice has helped me with that when we first started this podcast, I was telling her about something or other, and she went, "Why are you telling people that? You don't have to tell people that, you know, Lucy. Nobody said that that is the rule. So now I am very much like, well, I'm not. I'm not going to tell. Why do what? First of all, why do you need to know that information? And secondly, is it because it's just..." Satisfy your own curiosity, so you can go and tell your wife over dinner. Oh, I met somebody in a wheelchair today, and you know X, Y, Z. It's just you know.</w:t>
      </w:r>
    </w:p>
    <w:p>
      <w:pPr>
        <w:spacing w:after="0"/>
      </w:pPr>
    </w:p>
    <w:p>
      <w:pPr>
        <w:spacing w:after="0"/>
      </w:pPr>
      <w:r>
        <w:rPr>
          <w:rFonts w:ascii="Arial" w:hAnsi="Arial"/>
          <w:b/>
          <w:sz w:val="22"/>
        </w:rPr>
        <w:t xml:space="preserve">Alice  </w:t>
      </w:r>
      <w:r>
        <w:rPr>
          <w:rFonts w:ascii="Arial" w:hAnsi="Arial"/>
          <w:color w:val="5D7284"/>
          <w:sz w:val="22"/>
        </w:rPr>
        <w:t>55:09</w:t>
      </w:r>
    </w:p>
    <w:p>
      <w:pPr>
        <w:spacing w:after="0"/>
      </w:pPr>
      <w:r>
        <w:rPr>
          <w:rFonts w:ascii="Arial" w:hAnsi="Arial"/>
          <w:sz w:val="22"/>
        </w:rPr>
        <w:t>It's hard. It's hard to practice what you preach. I said I know I said that to you years ago, but then not seven days ago did I find myself explaining to somebody whether I could see them or not, and I was like, "Why? As I was doing, I was like, "Why? Why am I telling you this? Why am I not like? That's not important to the purpose of this conversation. Let's focus on the thing that is important. But</w:t>
      </w:r>
    </w:p>
    <w:p>
      <w:pPr>
        <w:spacing w:after="0"/>
      </w:pPr>
    </w:p>
    <w:p>
      <w:pPr>
        <w:spacing w:after="0"/>
      </w:pPr>
      <w:r>
        <w:rPr>
          <w:rFonts w:ascii="Arial" w:hAnsi="Arial"/>
          <w:b/>
          <w:sz w:val="22"/>
        </w:rPr>
        <w:t xml:space="preserve">Lucy  </w:t>
      </w:r>
      <w:r>
        <w:rPr>
          <w:rFonts w:ascii="Arial" w:hAnsi="Arial"/>
          <w:color w:val="5D7284"/>
          <w:sz w:val="22"/>
        </w:rPr>
        <w:t>55:35</w:t>
      </w:r>
    </w:p>
    <w:p>
      <w:pPr>
        <w:spacing w:after="0"/>
      </w:pPr>
      <w:r>
        <w:rPr>
          <w:rFonts w:ascii="Arial" w:hAnsi="Arial"/>
          <w:sz w:val="22"/>
        </w:rPr>
        <w:t>even now, after we've had that conversation where you've gone loose, you don't have to tell them everything. Even now, I will have conversation with people, and I I catch myself telling her half way through, like, "Oh, fuck, I've done it again! I've done it again.</w:t>
      </w:r>
    </w:p>
    <w:p>
      <w:pPr>
        <w:spacing w:after="0"/>
      </w:pPr>
    </w:p>
    <w:p>
      <w:pPr>
        <w:spacing w:after="0"/>
      </w:pPr>
      <w:r>
        <w:rPr>
          <w:rFonts w:ascii="Arial" w:hAnsi="Arial"/>
          <w:b/>
          <w:sz w:val="22"/>
        </w:rPr>
        <w:t xml:space="preserve">Alice  </w:t>
      </w:r>
      <w:r>
        <w:rPr>
          <w:rFonts w:ascii="Arial" w:hAnsi="Arial"/>
          <w:color w:val="5D7284"/>
          <w:sz w:val="22"/>
        </w:rPr>
        <w:t>55:47</w:t>
      </w:r>
    </w:p>
    <w:p>
      <w:pPr>
        <w:spacing w:after="0"/>
      </w:pPr>
      <w:r>
        <w:rPr>
          <w:rFonts w:ascii="Arial" w:hAnsi="Arial"/>
          <w:sz w:val="22"/>
        </w:rPr>
        <w:t>And I guess, I guess that's why, that's why one of the things that's challenging for people like yourself, Louis, who who have a an on screen presence, kind of as a professional, that you've got to work. You know, when I'm finished at work, I turn my work phone off, I shut my laptop off, and I turn, I walk away. You know, it's when your when part of your job is being yourself in front of other people. Like, it's it's got to be hard to to balance that,</w:t>
      </w:r>
    </w:p>
    <w:p>
      <w:pPr>
        <w:spacing w:after="0"/>
      </w:pPr>
    </w:p>
    <w:p>
      <w:pPr>
        <w:spacing w:after="0"/>
      </w:pPr>
      <w:r>
        <w:rPr>
          <w:rFonts w:ascii="Arial" w:hAnsi="Arial"/>
          <w:b/>
          <w:sz w:val="22"/>
        </w:rPr>
        <w:t xml:space="preserve">Lewis Edon   </w:t>
      </w:r>
      <w:r>
        <w:rPr>
          <w:rFonts w:ascii="Arial" w:hAnsi="Arial"/>
          <w:color w:val="5D7284"/>
          <w:sz w:val="22"/>
        </w:rPr>
        <w:t>56:22</w:t>
      </w:r>
    </w:p>
    <w:p>
      <w:pPr>
        <w:spacing w:after="0"/>
      </w:pPr>
      <w:r>
        <w:rPr>
          <w:rFonts w:ascii="Arial" w:hAnsi="Arial"/>
          <w:sz w:val="22"/>
        </w:rPr>
        <w:t>it really is. I mean, that again, that's something I'm working for at the moment is to sort of unfuse my disability, like my cancer, with myself.</w:t>
      </w:r>
    </w:p>
    <w:p>
      <w:pPr>
        <w:spacing w:after="0"/>
      </w:pPr>
    </w:p>
    <w:p>
      <w:pPr>
        <w:spacing w:after="0"/>
      </w:pPr>
      <w:r>
        <w:rPr>
          <w:rFonts w:ascii="Arial" w:hAnsi="Arial"/>
          <w:b/>
          <w:sz w:val="22"/>
        </w:rPr>
        <w:t xml:space="preserve">Lucy  </w:t>
      </w:r>
      <w:r>
        <w:rPr>
          <w:rFonts w:ascii="Arial" w:hAnsi="Arial"/>
          <w:color w:val="5D7284"/>
          <w:sz w:val="22"/>
        </w:rPr>
        <w:t>56:32</w:t>
      </w:r>
    </w:p>
    <w:p>
      <w:pPr>
        <w:spacing w:after="0"/>
      </w:pPr>
      <w:r>
        <w:rPr>
          <w:rFonts w:ascii="Arial" w:hAnsi="Arial"/>
          <w:sz w:val="22"/>
        </w:rPr>
        <w:t>Yeah.</w:t>
      </w:r>
    </w:p>
    <w:p>
      <w:pPr>
        <w:spacing w:after="0"/>
      </w:pPr>
    </w:p>
    <w:p>
      <w:pPr>
        <w:spacing w:after="0"/>
      </w:pPr>
      <w:r>
        <w:rPr>
          <w:rFonts w:ascii="Arial" w:hAnsi="Arial"/>
          <w:b/>
          <w:sz w:val="22"/>
        </w:rPr>
        <w:t xml:space="preserve">Lewis Edon   </w:t>
      </w:r>
      <w:r>
        <w:rPr>
          <w:rFonts w:ascii="Arial" w:hAnsi="Arial"/>
          <w:color w:val="5D7284"/>
          <w:sz w:val="22"/>
        </w:rPr>
        <w:t>56:33</w:t>
      </w:r>
    </w:p>
    <w:p>
      <w:pPr>
        <w:spacing w:after="0"/>
      </w:pPr>
      <w:r>
        <w:rPr>
          <w:rFonts w:ascii="Arial" w:hAnsi="Arial"/>
          <w:sz w:val="22"/>
        </w:rPr>
        <w:t>You know, like I was saying at the beginning of of this podcast, I was saying like it's nice to fuse together those things because it makes it easier to talk about. But like you say, when when switching off, you kind of don't go back to your personal life because you feel like you almost have to mention I'm disabled in every conversation because that's what people know you as, you know.</w:t>
      </w:r>
    </w:p>
    <w:p>
      <w:pPr>
        <w:spacing w:after="0"/>
      </w:pPr>
    </w:p>
    <w:p>
      <w:pPr>
        <w:spacing w:after="0"/>
      </w:pPr>
      <w:r>
        <w:rPr>
          <w:rFonts w:ascii="Arial" w:hAnsi="Arial"/>
          <w:b/>
          <w:sz w:val="22"/>
        </w:rPr>
        <w:t xml:space="preserve">Alice  </w:t>
      </w:r>
      <w:r>
        <w:rPr>
          <w:rFonts w:ascii="Arial" w:hAnsi="Arial"/>
          <w:color w:val="5D7284"/>
          <w:sz w:val="22"/>
        </w:rPr>
        <w:t>56:53</w:t>
      </w:r>
    </w:p>
    <w:p>
      <w:pPr>
        <w:spacing w:after="0"/>
      </w:pPr>
      <w:r>
        <w:rPr>
          <w:rFonts w:ascii="Arial" w:hAnsi="Arial"/>
          <w:sz w:val="22"/>
        </w:rPr>
        <w:t>Yeah.</w:t>
      </w:r>
    </w:p>
    <w:p>
      <w:pPr>
        <w:spacing w:after="0"/>
      </w:pPr>
    </w:p>
    <w:p>
      <w:pPr>
        <w:spacing w:after="0"/>
      </w:pPr>
      <w:r>
        <w:rPr>
          <w:rFonts w:ascii="Arial" w:hAnsi="Arial"/>
          <w:b/>
          <w:sz w:val="22"/>
        </w:rPr>
        <w:t xml:space="preserve">Lewis Edon   </w:t>
      </w:r>
      <w:r>
        <w:rPr>
          <w:rFonts w:ascii="Arial" w:hAnsi="Arial"/>
          <w:color w:val="5D7284"/>
          <w:sz w:val="22"/>
        </w:rPr>
        <w:t>56:54</w:t>
      </w:r>
    </w:p>
    <w:p>
      <w:pPr>
        <w:spacing w:after="0"/>
      </w:pPr>
      <w:r>
        <w:rPr>
          <w:rFonts w:ascii="Arial" w:hAnsi="Arial"/>
          <w:sz w:val="22"/>
        </w:rPr>
        <w:t>Um. It can be very difficult, and that is something I'm still learning to to sort out. So,</w:t>
      </w:r>
    </w:p>
    <w:p>
      <w:pPr>
        <w:spacing w:after="0"/>
      </w:pPr>
    </w:p>
    <w:p>
      <w:pPr>
        <w:spacing w:after="0"/>
      </w:pPr>
      <w:r>
        <w:rPr>
          <w:rFonts w:ascii="Arial" w:hAnsi="Arial"/>
          <w:b/>
          <w:sz w:val="22"/>
        </w:rPr>
        <w:t xml:space="preserve">Alice  </w:t>
      </w:r>
      <w:r>
        <w:rPr>
          <w:rFonts w:ascii="Arial" w:hAnsi="Arial"/>
          <w:color w:val="5D7284"/>
          <w:sz w:val="22"/>
        </w:rPr>
        <w:t>57:00</w:t>
      </w:r>
    </w:p>
    <w:p>
      <w:pPr>
        <w:spacing w:after="0"/>
      </w:pPr>
      <w:r>
        <w:rPr>
          <w:rFonts w:ascii="Arial" w:hAnsi="Arial"/>
          <w:sz w:val="22"/>
        </w:rPr>
        <w:t>but I think it's just it's just holding those challenges, isn't it? And being public about those challenges is is is part of the it's all part of the conversation.</w:t>
      </w:r>
    </w:p>
    <w:p>
      <w:pPr>
        <w:spacing w:after="0"/>
      </w:pPr>
    </w:p>
    <w:p>
      <w:pPr>
        <w:spacing w:after="0"/>
      </w:pPr>
      <w:r>
        <w:rPr>
          <w:rFonts w:ascii="Arial" w:hAnsi="Arial"/>
          <w:b/>
          <w:sz w:val="22"/>
        </w:rPr>
        <w:t xml:space="preserve">Lewis Edon   </w:t>
      </w:r>
      <w:r>
        <w:rPr>
          <w:rFonts w:ascii="Arial" w:hAnsi="Arial"/>
          <w:color w:val="5D7284"/>
          <w:sz w:val="22"/>
        </w:rPr>
        <w:t>57:09</w:t>
      </w:r>
    </w:p>
    <w:p>
      <w:pPr>
        <w:spacing w:after="0"/>
      </w:pPr>
      <w:r>
        <w:rPr>
          <w:rFonts w:ascii="Arial" w:hAnsi="Arial"/>
          <w:sz w:val="22"/>
        </w:rPr>
        <w:t>Yeah, absolutely.</w:t>
      </w:r>
    </w:p>
    <w:p>
      <w:pPr>
        <w:spacing w:after="0"/>
      </w:pPr>
    </w:p>
    <w:p>
      <w:pPr>
        <w:spacing w:after="0"/>
      </w:pPr>
      <w:r>
        <w:rPr>
          <w:rFonts w:ascii="Arial" w:hAnsi="Arial"/>
          <w:b/>
          <w:sz w:val="22"/>
        </w:rPr>
        <w:t xml:space="preserve">Lucy  </w:t>
      </w:r>
      <w:r>
        <w:rPr>
          <w:rFonts w:ascii="Arial" w:hAnsi="Arial"/>
          <w:color w:val="5D7284"/>
          <w:sz w:val="22"/>
        </w:rPr>
        <w:t>57:10</w:t>
      </w:r>
    </w:p>
    <w:p>
      <w:pPr>
        <w:spacing w:after="0"/>
      </w:pPr>
      <w:r>
        <w:rPr>
          <w:rFonts w:ascii="Arial" w:hAnsi="Arial"/>
          <w:sz w:val="22"/>
        </w:rPr>
        <w:t>Yeah.</w:t>
      </w:r>
    </w:p>
    <w:p>
      <w:pPr>
        <w:spacing w:after="0"/>
      </w:pPr>
    </w:p>
    <w:p>
      <w:pPr>
        <w:spacing w:after="0"/>
      </w:pPr>
      <w:r>
        <w:rPr>
          <w:rFonts w:ascii="Arial" w:hAnsi="Arial"/>
          <w:b/>
          <w:sz w:val="22"/>
        </w:rPr>
        <w:t xml:space="preserve">Alice  </w:t>
      </w:r>
      <w:r>
        <w:rPr>
          <w:rFonts w:ascii="Arial" w:hAnsi="Arial"/>
          <w:color w:val="5D7284"/>
          <w:sz w:val="22"/>
        </w:rPr>
        <w:t>57:11</w:t>
      </w:r>
    </w:p>
    <w:p>
      <w:pPr>
        <w:spacing w:after="0"/>
      </w:pPr>
      <w:r>
        <w:rPr>
          <w:rFonts w:ascii="Arial" w:hAnsi="Arial"/>
          <w:sz w:val="22"/>
        </w:rPr>
        <w:t>Thank you so much for being so kind of candid with us, Louis. It's really we really appreciate it.</w:t>
      </w:r>
    </w:p>
    <w:p>
      <w:pPr>
        <w:spacing w:after="0"/>
      </w:pPr>
    </w:p>
    <w:p>
      <w:pPr>
        <w:spacing w:after="0"/>
      </w:pPr>
      <w:r>
        <w:rPr>
          <w:rFonts w:ascii="Arial" w:hAnsi="Arial"/>
          <w:b/>
          <w:sz w:val="22"/>
        </w:rPr>
        <w:t xml:space="preserve">Lucy  </w:t>
      </w:r>
      <w:r>
        <w:rPr>
          <w:rFonts w:ascii="Arial" w:hAnsi="Arial"/>
          <w:color w:val="5D7284"/>
          <w:sz w:val="22"/>
        </w:rPr>
        <w:t>57:17</w:t>
      </w:r>
    </w:p>
    <w:p>
      <w:pPr>
        <w:spacing w:after="0"/>
      </w:pPr>
      <w:r>
        <w:rPr>
          <w:rFonts w:ascii="Arial" w:hAnsi="Arial"/>
          <w:sz w:val="22"/>
        </w:rPr>
        <w:t>It's been a really interesting conversation to have with you, I know this is your first podcast you've ever been on, isn't it?</w:t>
      </w:r>
    </w:p>
    <w:p>
      <w:pPr>
        <w:spacing w:after="0"/>
      </w:pPr>
    </w:p>
    <w:p>
      <w:pPr>
        <w:spacing w:after="0"/>
      </w:pPr>
      <w:r>
        <w:rPr>
          <w:rFonts w:ascii="Arial" w:hAnsi="Arial"/>
          <w:b/>
          <w:sz w:val="22"/>
        </w:rPr>
        <w:t xml:space="preserve">Speaker 2  </w:t>
      </w:r>
      <w:r>
        <w:rPr>
          <w:rFonts w:ascii="Arial" w:hAnsi="Arial"/>
          <w:color w:val="5D7284"/>
          <w:sz w:val="22"/>
        </w:rPr>
        <w:t>57:24</w:t>
      </w:r>
    </w:p>
    <w:p>
      <w:pPr>
        <w:spacing w:after="0"/>
      </w:pPr>
      <w:r>
        <w:rPr>
          <w:rFonts w:ascii="Arial" w:hAnsi="Arial"/>
          <w:sz w:val="22"/>
        </w:rPr>
        <w:t>Yeah, did I do all right?</w:t>
      </w:r>
    </w:p>
    <w:p>
      <w:pPr>
        <w:spacing w:after="0"/>
      </w:pPr>
    </w:p>
    <w:p>
      <w:pPr>
        <w:spacing w:after="0"/>
      </w:pPr>
      <w:r>
        <w:rPr>
          <w:rFonts w:ascii="Arial" w:hAnsi="Arial"/>
          <w:b/>
          <w:sz w:val="22"/>
        </w:rPr>
        <w:t xml:space="preserve">Alice  </w:t>
      </w:r>
      <w:r>
        <w:rPr>
          <w:rFonts w:ascii="Arial" w:hAnsi="Arial"/>
          <w:color w:val="5D7284"/>
          <w:sz w:val="22"/>
        </w:rPr>
        <w:t>57:25</w:t>
      </w:r>
    </w:p>
    <w:p>
      <w:pPr>
        <w:spacing w:after="0"/>
      </w:pPr>
      <w:r>
        <w:rPr>
          <w:rFonts w:ascii="Arial" w:hAnsi="Arial"/>
          <w:sz w:val="22"/>
        </w:rPr>
        <w:t>You did amazing. You did amazing, Lewis.</w:t>
      </w:r>
    </w:p>
    <w:p>
      <w:pPr>
        <w:spacing w:after="0"/>
      </w:pPr>
    </w:p>
    <w:p>
      <w:pPr>
        <w:spacing w:after="0"/>
      </w:pPr>
      <w:r>
        <w:rPr>
          <w:rFonts w:ascii="Arial" w:hAnsi="Arial"/>
          <w:b/>
          <w:sz w:val="22"/>
        </w:rPr>
        <w:t xml:space="preserve">Lucy  </w:t>
      </w:r>
      <w:r>
        <w:rPr>
          <w:rFonts w:ascii="Arial" w:hAnsi="Arial"/>
          <w:color w:val="5D7284"/>
          <w:sz w:val="22"/>
        </w:rPr>
        <w:t>57:27</w:t>
      </w:r>
    </w:p>
    <w:p>
      <w:pPr>
        <w:spacing w:after="0"/>
      </w:pPr>
      <w:r>
        <w:rPr>
          <w:rFonts w:ascii="Arial" w:hAnsi="Arial"/>
          <w:sz w:val="22"/>
        </w:rPr>
        <w:t>I hope we haven't put you off.</w:t>
      </w:r>
    </w:p>
    <w:p>
      <w:pPr>
        <w:spacing w:after="0"/>
      </w:pPr>
    </w:p>
    <w:p>
      <w:pPr>
        <w:spacing w:after="0"/>
      </w:pPr>
      <w:r>
        <w:rPr>
          <w:rFonts w:ascii="Arial" w:hAnsi="Arial"/>
          <w:b/>
          <w:sz w:val="22"/>
        </w:rPr>
        <w:t xml:space="preserve">Alice  </w:t>
      </w:r>
      <w:r>
        <w:rPr>
          <w:rFonts w:ascii="Arial" w:hAnsi="Arial"/>
          <w:color w:val="5D7284"/>
          <w:sz w:val="22"/>
        </w:rPr>
        <w:t>57:33</w:t>
      </w:r>
    </w:p>
    <w:p>
      <w:pPr>
        <w:spacing w:after="0"/>
      </w:pPr>
      <w:r>
        <w:rPr>
          <w:rFonts w:ascii="Arial" w:hAnsi="Arial"/>
          <w:sz w:val="22"/>
        </w:rPr>
        <w:t>No, no, never doing this again. Hey, hey, that was great. Thank you so much. I mean, if you</w:t>
      </w:r>
    </w:p>
    <w:p>
      <w:pPr>
        <w:spacing w:after="0"/>
      </w:pPr>
    </w:p>
    <w:p>
      <w:pPr>
        <w:spacing w:after="0"/>
      </w:pPr>
      <w:r>
        <w:rPr>
          <w:rFonts w:ascii="Arial" w:hAnsi="Arial"/>
          <w:b/>
          <w:sz w:val="22"/>
        </w:rPr>
        <w:t xml:space="preserve">Alice  </w:t>
      </w:r>
      <w:r>
        <w:rPr>
          <w:rFonts w:ascii="Arial" w:hAnsi="Arial"/>
          <w:color w:val="5D7284"/>
          <w:sz w:val="22"/>
        </w:rPr>
        <w:t>57:40</w:t>
      </w:r>
    </w:p>
    <w:p>
      <w:pPr>
        <w:spacing w:after="0"/>
      </w:pPr>
      <w:r>
        <w:rPr>
          <w:rFonts w:ascii="Arial" w:hAnsi="Arial"/>
          <w:sz w:val="22"/>
        </w:rPr>
        <w:t>never do this again, and we can call it exclusive content, swings and roundabouts, innit Lewis, can you please tell people where they can find you on the internet, and also, like, have you are you gonna be in anything? Yeah, what's the next thing you're gonna watch you on? Can you tell us? Is it secret? NDA is all over the place.</w:t>
      </w:r>
    </w:p>
    <w:p>
      <w:pPr>
        <w:spacing w:after="0"/>
      </w:pPr>
    </w:p>
    <w:p>
      <w:pPr>
        <w:spacing w:after="0"/>
      </w:pPr>
      <w:r>
        <w:rPr>
          <w:rFonts w:ascii="Arial" w:hAnsi="Arial"/>
          <w:b/>
          <w:sz w:val="22"/>
        </w:rPr>
        <w:t xml:space="preserve">Lewis Edon   </w:t>
      </w:r>
      <w:r>
        <w:rPr>
          <w:rFonts w:ascii="Arial" w:hAnsi="Arial"/>
          <w:color w:val="5D7284"/>
          <w:sz w:val="22"/>
        </w:rPr>
        <w:t>58:04</w:t>
      </w:r>
    </w:p>
    <w:p>
      <w:pPr>
        <w:spacing w:after="0"/>
      </w:pPr>
      <w:r>
        <w:rPr>
          <w:rFonts w:ascii="Arial" w:hAnsi="Arial"/>
          <w:sz w:val="22"/>
        </w:rPr>
        <w:t>To be fair, I haven't signed anything yet, so we should be all right.</w:t>
      </w:r>
    </w:p>
    <w:p>
      <w:pPr>
        <w:spacing w:after="0"/>
      </w:pPr>
    </w:p>
    <w:p>
      <w:pPr>
        <w:spacing w:after="0"/>
      </w:pPr>
      <w:r>
        <w:rPr>
          <w:rFonts w:ascii="Arial" w:hAnsi="Arial"/>
          <w:b/>
          <w:sz w:val="22"/>
        </w:rPr>
        <w:t xml:space="preserve">Lucy  </w:t>
      </w:r>
      <w:r>
        <w:rPr>
          <w:rFonts w:ascii="Arial" w:hAnsi="Arial"/>
          <w:color w:val="5D7284"/>
          <w:sz w:val="22"/>
        </w:rPr>
        <w:t>58:08</w:t>
      </w:r>
    </w:p>
    <w:p>
      <w:pPr>
        <w:spacing w:after="0"/>
      </w:pPr>
      <w:r>
        <w:rPr>
          <w:rFonts w:ascii="Arial" w:hAnsi="Arial"/>
          <w:sz w:val="22"/>
        </w:rPr>
        <w:t>Are you going to Jsmes bond? Is that what it is?</w:t>
      </w:r>
    </w:p>
    <w:p>
      <w:pPr>
        <w:spacing w:after="0"/>
      </w:pPr>
    </w:p>
    <w:p>
      <w:pPr>
        <w:spacing w:after="0"/>
      </w:pPr>
      <w:r>
        <w:rPr>
          <w:rFonts w:ascii="Arial" w:hAnsi="Arial"/>
          <w:b/>
          <w:sz w:val="22"/>
        </w:rPr>
        <w:t xml:space="preserve">Lewis Edon   </w:t>
      </w:r>
      <w:r>
        <w:rPr>
          <w:rFonts w:ascii="Arial" w:hAnsi="Arial"/>
          <w:color w:val="5D7284"/>
          <w:sz w:val="22"/>
        </w:rPr>
        <w:t>58:13</w:t>
      </w:r>
    </w:p>
    <w:p>
      <w:pPr>
        <w:spacing w:after="0"/>
      </w:pPr>
      <w:r>
        <w:rPr>
          <w:rFonts w:ascii="Arial" w:hAnsi="Arial"/>
          <w:sz w:val="22"/>
        </w:rPr>
        <w:t>Ah, double O cripple. No.</w:t>
      </w:r>
    </w:p>
    <w:p>
      <w:pPr>
        <w:spacing w:after="0"/>
      </w:pPr>
    </w:p>
    <w:p>
      <w:pPr>
        <w:spacing w:after="0"/>
      </w:pPr>
      <w:r>
        <w:rPr>
          <w:rFonts w:ascii="Arial" w:hAnsi="Arial"/>
          <w:b/>
          <w:sz w:val="22"/>
        </w:rPr>
        <w:t xml:space="preserve">Lucy  </w:t>
      </w:r>
      <w:r>
        <w:rPr>
          <w:rFonts w:ascii="Arial" w:hAnsi="Arial"/>
          <w:color w:val="5D7284"/>
          <w:sz w:val="22"/>
        </w:rPr>
        <w:t>58:20</w:t>
      </w:r>
    </w:p>
    <w:p>
      <w:pPr>
        <w:spacing w:after="0"/>
      </w:pPr>
      <w:r>
        <w:rPr>
          <w:rFonts w:ascii="Arial" w:hAnsi="Arial"/>
          <w:sz w:val="22"/>
        </w:rPr>
        <w:t>First time I think Alice has ever clapped a guest.</w:t>
      </w:r>
    </w:p>
    <w:p>
      <w:pPr>
        <w:spacing w:after="0"/>
      </w:pPr>
    </w:p>
    <w:p>
      <w:pPr>
        <w:spacing w:after="0"/>
      </w:pPr>
      <w:r>
        <w:rPr>
          <w:rFonts w:ascii="Arial" w:hAnsi="Arial"/>
          <w:b/>
          <w:sz w:val="22"/>
        </w:rPr>
        <w:t xml:space="preserve">Alice  </w:t>
      </w:r>
      <w:r>
        <w:rPr>
          <w:rFonts w:ascii="Arial" w:hAnsi="Arial"/>
          <w:color w:val="5D7284"/>
          <w:sz w:val="22"/>
        </w:rPr>
        <w:t>58:24</w:t>
      </w:r>
    </w:p>
    <w:p>
      <w:pPr>
        <w:spacing w:after="0"/>
      </w:pPr>
      <w:r>
        <w:rPr>
          <w:rFonts w:ascii="Arial" w:hAnsi="Arial"/>
          <w:sz w:val="22"/>
        </w:rPr>
        <w:t>That was brilliant. That was so funny. That's so funny.</w:t>
      </w:r>
    </w:p>
    <w:p>
      <w:pPr>
        <w:spacing w:after="0"/>
      </w:pPr>
    </w:p>
    <w:p>
      <w:pPr>
        <w:spacing w:after="0"/>
      </w:pPr>
      <w:r>
        <w:rPr>
          <w:rFonts w:ascii="Arial" w:hAnsi="Arial"/>
          <w:b/>
          <w:sz w:val="22"/>
        </w:rPr>
        <w:t xml:space="preserve">Lewis Edon   </w:t>
      </w:r>
      <w:r>
        <w:rPr>
          <w:rFonts w:ascii="Arial" w:hAnsi="Arial"/>
          <w:color w:val="5D7284"/>
          <w:sz w:val="22"/>
        </w:rPr>
        <w:t>58:29</w:t>
      </w:r>
    </w:p>
    <w:p>
      <w:pPr>
        <w:spacing w:after="0"/>
      </w:pPr>
      <w:r>
        <w:rPr>
          <w:rFonts w:ascii="Arial" w:hAnsi="Arial"/>
          <w:sz w:val="22"/>
        </w:rPr>
        <w:t>No, so I I may have a very exciting job coming up as part of a an office TV show, which sounds cool.</w:t>
      </w:r>
    </w:p>
    <w:p>
      <w:pPr>
        <w:spacing w:after="0"/>
      </w:pPr>
    </w:p>
    <w:p>
      <w:pPr>
        <w:spacing w:after="0"/>
      </w:pPr>
      <w:r>
        <w:rPr>
          <w:rFonts w:ascii="Arial" w:hAnsi="Arial"/>
          <w:b/>
          <w:sz w:val="22"/>
        </w:rPr>
        <w:t xml:space="preserve">Alice  </w:t>
      </w:r>
      <w:r>
        <w:rPr>
          <w:rFonts w:ascii="Arial" w:hAnsi="Arial"/>
          <w:color w:val="5D7284"/>
          <w:sz w:val="22"/>
        </w:rPr>
        <w:t>58:37</w:t>
      </w:r>
    </w:p>
    <w:p>
      <w:pPr>
        <w:spacing w:after="0"/>
      </w:pPr>
      <w:r>
        <w:rPr>
          <w:rFonts w:ascii="Arial" w:hAnsi="Arial"/>
          <w:sz w:val="22"/>
        </w:rPr>
        <w:t>Oh,</w:t>
      </w:r>
    </w:p>
    <w:p>
      <w:pPr>
        <w:spacing w:after="0"/>
      </w:pPr>
    </w:p>
    <w:p>
      <w:pPr>
        <w:spacing w:after="0"/>
      </w:pPr>
      <w:r>
        <w:rPr>
          <w:rFonts w:ascii="Arial" w:hAnsi="Arial"/>
          <w:b/>
          <w:sz w:val="22"/>
        </w:rPr>
        <w:t xml:space="preserve">Lewis Edon   </w:t>
      </w:r>
      <w:r>
        <w:rPr>
          <w:rFonts w:ascii="Arial" w:hAnsi="Arial"/>
          <w:color w:val="5D7284"/>
          <w:sz w:val="22"/>
        </w:rPr>
        <w:t>58:38</w:t>
      </w:r>
    </w:p>
    <w:p>
      <w:pPr>
        <w:spacing w:after="0"/>
      </w:pPr>
      <w:r>
        <w:rPr>
          <w:rFonts w:ascii="Arial" w:hAnsi="Arial"/>
          <w:sz w:val="22"/>
        </w:rPr>
        <w:t>filming in Wales. I'm not sure what that is to do with, but fingers crossed we get on that one, and that'll be running until Christmas. So hopefully, hopefully we get on that one because I really need to, you know, start building up some savings. But yeah, no, you can find me on social media: Instagram, TikTok, YouTube at Let's Be Wheel,</w:t>
      </w:r>
    </w:p>
    <w:p>
      <w:pPr>
        <w:spacing w:after="0"/>
      </w:pPr>
    </w:p>
    <w:p>
      <w:pPr>
        <w:spacing w:after="0"/>
      </w:pPr>
      <w:r>
        <w:rPr>
          <w:rFonts w:ascii="Arial" w:hAnsi="Arial"/>
          <w:b/>
          <w:sz w:val="22"/>
        </w:rPr>
        <w:t xml:space="preserve">Lucy  </w:t>
      </w:r>
      <w:r>
        <w:rPr>
          <w:rFonts w:ascii="Arial" w:hAnsi="Arial"/>
          <w:color w:val="5D7284"/>
          <w:sz w:val="22"/>
        </w:rPr>
        <w:t>59:01</w:t>
      </w:r>
    </w:p>
    <w:p>
      <w:pPr>
        <w:spacing w:after="0"/>
      </w:pPr>
      <w:r>
        <w:rPr>
          <w:rFonts w:ascii="Arial" w:hAnsi="Arial"/>
          <w:sz w:val="22"/>
        </w:rPr>
        <w:t>yeah,</w:t>
      </w:r>
    </w:p>
    <w:p>
      <w:pPr>
        <w:spacing w:after="0"/>
      </w:pPr>
    </w:p>
    <w:p>
      <w:pPr>
        <w:spacing w:after="0"/>
      </w:pPr>
      <w:r>
        <w:rPr>
          <w:rFonts w:ascii="Arial" w:hAnsi="Arial"/>
          <w:b/>
          <w:sz w:val="22"/>
        </w:rPr>
        <w:t xml:space="preserve">Lewis Edon   </w:t>
      </w:r>
      <w:r>
        <w:rPr>
          <w:rFonts w:ascii="Arial" w:hAnsi="Arial"/>
          <w:color w:val="5D7284"/>
          <w:sz w:val="22"/>
        </w:rPr>
        <w:t>59:03</w:t>
      </w:r>
    </w:p>
    <w:p>
      <w:pPr>
        <w:spacing w:after="0"/>
      </w:pPr>
      <w:r>
        <w:rPr>
          <w:rFonts w:ascii="Arial" w:hAnsi="Arial"/>
          <w:sz w:val="22"/>
        </w:rPr>
        <w:t>and if you want to come by my gaming channel, it's very good for mental health. It's called Wheel Assassin Guides, and it's just Minecraft content. So come to that,</w:t>
      </w:r>
    </w:p>
    <w:p>
      <w:pPr>
        <w:spacing w:after="0"/>
      </w:pPr>
    </w:p>
    <w:p>
      <w:pPr>
        <w:spacing w:after="0"/>
      </w:pPr>
      <w:r>
        <w:rPr>
          <w:rFonts w:ascii="Arial" w:hAnsi="Arial"/>
          <w:b/>
          <w:sz w:val="22"/>
        </w:rPr>
        <w:t xml:space="preserve">Alice  </w:t>
      </w:r>
      <w:r>
        <w:rPr>
          <w:rFonts w:ascii="Arial" w:hAnsi="Arial"/>
          <w:color w:val="5D7284"/>
          <w:sz w:val="22"/>
        </w:rPr>
        <w:t>59:11</w:t>
      </w:r>
    </w:p>
    <w:p>
      <w:pPr>
        <w:spacing w:after="0"/>
      </w:pPr>
      <w:r>
        <w:rPr>
          <w:rFonts w:ascii="Arial" w:hAnsi="Arial"/>
          <w:sz w:val="22"/>
        </w:rPr>
        <w:t>amazing, amazing.</w:t>
      </w:r>
    </w:p>
    <w:p>
      <w:pPr>
        <w:spacing w:after="0"/>
      </w:pPr>
    </w:p>
    <w:p>
      <w:pPr>
        <w:spacing w:after="0"/>
      </w:pPr>
      <w:r>
        <w:rPr>
          <w:rFonts w:ascii="Arial" w:hAnsi="Arial"/>
          <w:b/>
          <w:sz w:val="22"/>
        </w:rPr>
        <w:t xml:space="preserve">Lucy  </w:t>
      </w:r>
      <w:r>
        <w:rPr>
          <w:rFonts w:ascii="Arial" w:hAnsi="Arial"/>
          <w:color w:val="5D7284"/>
          <w:sz w:val="22"/>
        </w:rPr>
        <w:t>59:14</w:t>
      </w:r>
    </w:p>
    <w:p>
      <w:pPr>
        <w:spacing w:after="0"/>
      </w:pPr>
      <w:r>
        <w:rPr>
          <w:rFonts w:ascii="Arial" w:hAnsi="Arial"/>
          <w:sz w:val="22"/>
        </w:rPr>
        <w:t>Thank you so much for joining us, Louis. It's been a pleasure and a joy. Thank you.</w:t>
      </w:r>
    </w:p>
    <w:p>
      <w:pPr>
        <w:spacing w:after="0"/>
      </w:pPr>
    </w:p>
    <w:p>
      <w:pPr>
        <w:spacing w:after="0"/>
      </w:pPr>
      <w:r>
        <w:rPr>
          <w:rFonts w:ascii="Arial" w:hAnsi="Arial"/>
          <w:b/>
          <w:sz w:val="22"/>
        </w:rPr>
        <w:t xml:space="preserve">Alice  </w:t>
      </w:r>
      <w:r>
        <w:rPr>
          <w:rFonts w:ascii="Arial" w:hAnsi="Arial"/>
          <w:color w:val="5D7284"/>
          <w:sz w:val="22"/>
        </w:rPr>
        <w:t>59:18</w:t>
      </w:r>
    </w:p>
    <w:p>
      <w:pPr>
        <w:spacing w:after="0"/>
      </w:pPr>
      <w:r>
        <w:rPr>
          <w:rFonts w:ascii="Arial" w:hAnsi="Arial"/>
          <w:sz w:val="22"/>
        </w:rPr>
        <w:t>Yes, this is.</w:t>
      </w:r>
    </w:p>
    <w:p>
      <w:pPr>
        <w:spacing w:after="0"/>
      </w:pPr>
    </w:p>
    <w:p>
      <w:pPr>
        <w:spacing w:after="0"/>
      </w:pPr>
      <w:r>
        <w:rPr>
          <w:rFonts w:ascii="Arial" w:hAnsi="Arial"/>
          <w:b/>
          <w:sz w:val="22"/>
        </w:rPr>
        <w:t xml:space="preserve">Lewis Edon   </w:t>
      </w:r>
      <w:r>
        <w:rPr>
          <w:rFonts w:ascii="Arial" w:hAnsi="Arial"/>
          <w:color w:val="5D7284"/>
          <w:sz w:val="22"/>
        </w:rPr>
        <w:t>59:18</w:t>
      </w:r>
    </w:p>
    <w:p>
      <w:pPr>
        <w:spacing w:after="0"/>
      </w:pPr>
      <w:r>
        <w:rPr>
          <w:rFonts w:ascii="Arial" w:hAnsi="Arial"/>
          <w:sz w:val="22"/>
        </w:rPr>
        <w:t>Oh, thank you very much. Thank you very much for having me.</w:t>
      </w:r>
    </w:p>
    <w:p>
      <w:pPr>
        <w:spacing w:after="0"/>
      </w:pPr>
    </w:p>
    <w:p>
      <w:pPr>
        <w:spacing w:after="0"/>
      </w:pPr>
      <w:r>
        <w:rPr>
          <w:rFonts w:ascii="Arial" w:hAnsi="Arial"/>
          <w:b/>
          <w:sz w:val="22"/>
        </w:rPr>
        <w:t xml:space="preserve">Alice  </w:t>
      </w:r>
      <w:r>
        <w:rPr>
          <w:rFonts w:ascii="Arial" w:hAnsi="Arial"/>
          <w:color w:val="5D7284"/>
          <w:sz w:val="22"/>
        </w:rPr>
        <w:t>59:20</w:t>
      </w:r>
    </w:p>
    <w:p>
      <w:pPr>
        <w:spacing w:after="0"/>
      </w:pPr>
      <w:r>
        <w:rPr>
          <w:rFonts w:ascii="Arial" w:hAnsi="Arial"/>
          <w:sz w:val="22"/>
        </w:rPr>
        <w:t>You know, you know that those words are synonyms, right?</w:t>
      </w:r>
    </w:p>
    <w:p>
      <w:pPr>
        <w:spacing w:after="0"/>
      </w:pPr>
    </w:p>
    <w:p>
      <w:pPr>
        <w:spacing w:after="0"/>
      </w:pPr>
      <w:r>
        <w:rPr>
          <w:rFonts w:ascii="Arial" w:hAnsi="Arial"/>
          <w:b/>
          <w:sz w:val="22"/>
        </w:rPr>
        <w:t xml:space="preserve">Lucy  </w:t>
      </w:r>
      <w:r>
        <w:rPr>
          <w:rFonts w:ascii="Arial" w:hAnsi="Arial"/>
          <w:color w:val="5D7284"/>
          <w:sz w:val="22"/>
        </w:rPr>
        <w:t>59:23</w:t>
      </w:r>
    </w:p>
    <w:p>
      <w:pPr>
        <w:spacing w:after="0"/>
      </w:pPr>
      <w:r>
        <w:rPr>
          <w:rFonts w:ascii="Arial" w:hAnsi="Arial"/>
          <w:sz w:val="22"/>
        </w:rPr>
        <w:t>Yeah, all right.</w:t>
      </w:r>
    </w:p>
    <w:p>
      <w:pPr>
        <w:spacing w:after="0"/>
      </w:pPr>
    </w:p>
    <w:p>
      <w:pPr>
        <w:spacing w:after="0"/>
      </w:pPr>
      <w:r>
        <w:rPr>
          <w:rFonts w:ascii="Arial" w:hAnsi="Arial"/>
          <w:b/>
          <w:sz w:val="22"/>
        </w:rPr>
        <w:t xml:space="preserve">Alice  </w:t>
      </w:r>
      <w:r>
        <w:rPr>
          <w:rFonts w:ascii="Arial" w:hAnsi="Arial"/>
          <w:color w:val="5D7284"/>
          <w:sz w:val="22"/>
        </w:rPr>
        <w:t>59:25</w:t>
      </w:r>
    </w:p>
    <w:p>
      <w:pPr>
        <w:spacing w:after="0"/>
      </w:pPr>
      <w:r>
        <w:rPr>
          <w:rFonts w:ascii="Arial" w:hAnsi="Arial"/>
          <w:sz w:val="22"/>
        </w:rPr>
        <w:t>Sorry, it's just you're like a pleasure and a joy.</w:t>
      </w:r>
    </w:p>
    <w:p>
      <w:pPr>
        <w:spacing w:after="0"/>
      </w:pPr>
    </w:p>
    <w:p>
      <w:pPr>
        <w:spacing w:after="0"/>
      </w:pPr>
      <w:r>
        <w:rPr>
          <w:rFonts w:ascii="Arial" w:hAnsi="Arial"/>
          <w:b/>
          <w:sz w:val="22"/>
        </w:rPr>
        <w:t xml:space="preserve">Alice  </w:t>
      </w:r>
      <w:r>
        <w:rPr>
          <w:rFonts w:ascii="Arial" w:hAnsi="Arial"/>
          <w:color w:val="5D7284"/>
          <w:sz w:val="22"/>
        </w:rPr>
        <w:t>59:28</w:t>
      </w:r>
    </w:p>
    <w:p>
      <w:pPr>
        <w:spacing w:after="0"/>
      </w:pPr>
      <w:r>
        <w:rPr>
          <w:rFonts w:ascii="Arial" w:hAnsi="Arial"/>
          <w:sz w:val="22"/>
        </w:rPr>
        <w:t xml:space="preserve">it's 3o'clock in the afternoon, and I have had enough </w:t>
      </w:r>
    </w:p>
    <w:p>
      <w:pPr>
        <w:spacing w:after="0"/>
      </w:pPr>
    </w:p>
    <w:p>
      <w:pPr>
        <w:spacing w:after="0"/>
      </w:pPr>
      <w:r>
        <w:rPr>
          <w:rFonts w:ascii="Arial" w:hAnsi="Arial"/>
          <w:b/>
          <w:sz w:val="22"/>
        </w:rPr>
        <w:t xml:space="preserve">Alice  </w:t>
      </w:r>
      <w:r>
        <w:rPr>
          <w:rFonts w:ascii="Arial" w:hAnsi="Arial"/>
          <w:color w:val="5D7284"/>
          <w:sz w:val="22"/>
        </w:rPr>
        <w:t>59:33</w:t>
      </w:r>
    </w:p>
    <w:p>
      <w:pPr>
        <w:spacing w:after="0"/>
      </w:pPr>
      <w:r>
        <w:rPr>
          <w:rFonts w:ascii="Arial" w:hAnsi="Arial"/>
          <w:sz w:val="22"/>
        </w:rPr>
        <w:t>You can cut that out, Adam. That's just me suss and Lucy for no reason.</w:t>
      </w:r>
    </w:p>
    <w:p>
      <w:pPr>
        <w:spacing w:after="0"/>
      </w:pPr>
    </w:p>
    <w:p>
      <w:pPr>
        <w:spacing w:after="0"/>
      </w:pPr>
      <w:r>
        <w:rPr>
          <w:rFonts w:ascii="Arial" w:hAnsi="Arial"/>
          <w:b/>
          <w:sz w:val="22"/>
        </w:rPr>
        <w:t xml:space="preserve">Lewis Edon   </w:t>
      </w:r>
      <w:r>
        <w:rPr>
          <w:rFonts w:ascii="Arial" w:hAnsi="Arial"/>
          <w:color w:val="5D7284"/>
          <w:sz w:val="22"/>
        </w:rPr>
        <w:t>59:38</w:t>
      </w:r>
    </w:p>
    <w:p>
      <w:pPr>
        <w:spacing w:after="0"/>
      </w:pPr>
      <w:r>
        <w:rPr>
          <w:rFonts w:ascii="Arial" w:hAnsi="Arial"/>
          <w:sz w:val="22"/>
        </w:rPr>
        <w:t>Keep it in there. It's still a dynamic.</w:t>
      </w:r>
    </w:p>
    <w:p>
      <w:pPr>
        <w:spacing w:after="0"/>
      </w:pPr>
    </w:p>
    <w:p>
      <w:pPr>
        <w:spacing w:after="0"/>
      </w:pPr>
      <w:r>
        <w:rPr>
          <w:rFonts w:ascii="Arial" w:hAnsi="Arial"/>
          <w:b/>
          <w:sz w:val="22"/>
        </w:rPr>
        <w:t xml:space="preserve">Alice  </w:t>
      </w:r>
      <w:r>
        <w:rPr>
          <w:rFonts w:ascii="Arial" w:hAnsi="Arial"/>
          <w:color w:val="5D7284"/>
          <w:sz w:val="22"/>
        </w:rPr>
        <w:t>59:44</w:t>
      </w:r>
    </w:p>
    <w:p>
      <w:pPr>
        <w:spacing w:after="0"/>
      </w:pPr>
      <w:r>
        <w:rPr>
          <w:rFonts w:ascii="Arial" w:hAnsi="Arial"/>
          <w:sz w:val="22"/>
        </w:rPr>
        <w:t>Thank you, everybody, for listening.</w:t>
      </w:r>
    </w:p>
    <w:p>
      <w:pPr>
        <w:spacing w:after="0"/>
      </w:pPr>
    </w:p>
    <w:p>
      <w:pPr>
        <w:spacing w:after="0"/>
      </w:pPr>
      <w:r>
        <w:rPr>
          <w:rFonts w:ascii="Arial" w:hAnsi="Arial"/>
          <w:b/>
          <w:sz w:val="22"/>
        </w:rPr>
        <w:t xml:space="preserve">Lucy  </w:t>
      </w:r>
      <w:r>
        <w:rPr>
          <w:rFonts w:ascii="Arial" w:hAnsi="Arial"/>
          <w:color w:val="5D7284"/>
          <w:sz w:val="22"/>
        </w:rPr>
        <w:t>59:46</w:t>
      </w:r>
    </w:p>
    <w:p>
      <w:pPr>
        <w:spacing w:after="0"/>
      </w:pPr>
      <w:r>
        <w:rPr>
          <w:rFonts w:ascii="Arial" w:hAnsi="Arial"/>
          <w:sz w:val="22"/>
        </w:rPr>
        <w:t>You can like and subscribe wherever you find your podcast to the Labolls podcast. If you would like to support us in other ways, you can subscribe to our newsletter on our website or visit our GoFundMe. The details of which are on our website www. labledpodcast. co uk.</w:t>
      </w:r>
    </w:p>
    <w:p>
      <w:pPr>
        <w:spacing w:after="0"/>
      </w:pPr>
    </w:p>
    <w:p>
      <w:pPr>
        <w:spacing w:after="0"/>
      </w:pPr>
      <w:r>
        <w:rPr>
          <w:rFonts w:ascii="Arial" w:hAnsi="Arial"/>
          <w:b/>
          <w:sz w:val="22"/>
        </w:rPr>
        <w:t xml:space="preserve">Alice  </w:t>
      </w:r>
      <w:r>
        <w:rPr>
          <w:rFonts w:ascii="Arial" w:hAnsi="Arial"/>
          <w:color w:val="5D7284"/>
          <w:sz w:val="22"/>
        </w:rPr>
        <w:t>1:00:07</w:t>
      </w:r>
    </w:p>
    <w:p>
      <w:pPr>
        <w:spacing w:after="0"/>
      </w:pPr>
      <w:r>
        <w:rPr>
          <w:rFonts w:ascii="Arial" w:hAnsi="Arial"/>
          <w:sz w:val="22"/>
        </w:rPr>
        <w:t xml:space="preserve">Thank you, Lucy. Adam, good luck with this one, and we will see you all next time. Bye bye. Bye bye.  </w:t>
      </w:r>
    </w:p>
    <w:p>
      <w:pPr>
        <w:spacing w:after="0"/>
      </w:pPr>
    </w:p>
    <w:p>
      <w:pPr>
        <w:spacing w:after="0"/>
      </w:pPr>
      <w:r>
        <w:rPr>
          <w:rFonts w:ascii="Arial" w:hAnsi="Arial"/>
          <w:b/>
          <w:sz w:val="22"/>
        </w:rPr>
        <w:t xml:space="preserve">Alice  </w:t>
      </w:r>
      <w:r>
        <w:rPr>
          <w:rFonts w:ascii="Arial" w:hAnsi="Arial"/>
          <w:color w:val="5D7284"/>
          <w:sz w:val="22"/>
        </w:rPr>
        <w:t>1:00:23</w:t>
      </w:r>
    </w:p>
    <w:p>
      <w:pPr>
        <w:spacing w:after="0"/>
      </w:pPr>
      <w:r>
        <w:rPr>
          <w:rFonts w:ascii="Arial" w:hAnsi="Arial"/>
          <w:sz w:val="22"/>
        </w:rPr>
        <w:t>Don't wake Dora. Thanks for listening to the Labeled podcast. If you like the show, you can rate, review, and subscribe, and you can follow us on social media at Labeled Pod.</w:t>
      </w:r>
    </w:p>
    <w:p>
      <w:pPr>
        <w:spacing w:after="0"/>
      </w:pPr>
    </w:p>
    <w:p>
      <w:pPr>
        <w:spacing w:after="0"/>
      </w:pPr>
      <w:r>
        <w:rPr>
          <w:rFonts w:ascii="Arial" w:hAnsi="Arial"/>
          <w:b/>
          <w:sz w:val="22"/>
        </w:rPr>
        <w:t xml:space="preserve">Lucy  </w:t>
      </w:r>
      <w:r>
        <w:rPr>
          <w:rFonts w:ascii="Arial" w:hAnsi="Arial"/>
          <w:color w:val="5D7284"/>
          <w:sz w:val="22"/>
        </w:rPr>
        <w:t>1:00:34</w:t>
      </w:r>
    </w:p>
    <w:p>
      <w:pPr>
        <w:spacing w:after="0"/>
      </w:pPr>
      <w:r>
        <w:rPr>
          <w:rFonts w:ascii="Arial" w:hAnsi="Arial"/>
          <w:sz w:val="22"/>
        </w:rPr>
        <w:t xml:space="preserve">This episode was edited by Adam Hall. Our music was by Maisy Crunden, and we'd like to thank the rest of the team involved. </w:t>
      </w:r>
    </w:p>
    <w:sectPr w:rsidR="00930F33"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6E2A8C"/>
    <w:rsid w:val="007749AF"/>
    <w:rsid w:val="00794EBC"/>
    <w:rsid w:val="00930F33"/>
    <w:rsid w:val="009C3AF0"/>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Wen Sun</cp:lastModifiedBy>
  <cp:revision>7</cp:revision>
  <dcterms:created xsi:type="dcterms:W3CDTF">2019-09-10T23:59:00Z</dcterms:created>
  <dcterms:modified xsi:type="dcterms:W3CDTF">2019-09-12T19:02:00Z</dcterms:modified>
  <cp:category/>
</cp:coreProperties>
</file>